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1、路缘石背后应（　　　）支撑，并还土夯实。还土夯实宽度不宜小于50cm。</w:t>
        <w:br/>
        <w:t>A.填土</w:t>
        <w:br/>
        <w:t>B.填砂</w:t>
        <w:br/>
        <w:t>C.浇注水泥混凝土</w:t>
        <w:br/>
        <w:t>D.填筑砂浆</w:t>
        <w:br/>
        <w:br/>
        <w:t xml:space="preserve">【答案】：C </w:t>
      </w:r>
    </w:p>
    <w:p>
      <w:r>
        <w:t>2、施工测量的精度应根据（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3、钢筋连接的接头宜设置在（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>【答案】：C</w:t>
      </w:r>
      <w:r>
        <w:t xml:space="preserve"> </w:t>
      </w:r>
    </w:p>
    <w:p>
      <w:r>
        <w:t>5、下列关于城市桥梁工程技术术语表述正确的是（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r>
        <w:t>6、GCL垫施工流程为（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>【答案】：D</w:t>
      </w:r>
      <w:r>
        <w:t xml:space="preserve"> </w:t>
      </w:r>
    </w:p>
    <w:p>
      <w:r>
        <w:t>8、为了保证填、挖的边坡达到设计要求，把设计边坡在实地标定出来，以方便施工的过程是（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r>
        <w:t>9、正确选定沟槽的（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r>
        <w:t>10、考虑到自行车和其他非机动车的爬坡能力，最大纵坡一般不大于（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>【答案】：A</w:t>
      </w:r>
      <w:r>
        <w:t xml:space="preserve"> </w:t>
      </w:r>
    </w:p>
    <w:p>
      <w:r>
        <w:t>12、根据接口的弹性，不属于管道接口形式的是（　　　）。</w:t>
        <w:br/>
        <w:t>A.柔性</w:t>
        <w:br/>
        <w:t>B.刚性</w:t>
        <w:br/>
        <w:t>C.半刚半柔性</w:t>
        <w:br/>
        <w:t>D.弹性</w:t>
        <w:br/>
        <w:br/>
        <w:t xml:space="preserve">【答案】：D </w:t>
      </w:r>
    </w:p>
    <w:p>
      <w:r>
        <w:t>13、整体式现浇钢筋混凝土池体结构施工流程（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14、用角度交会法测设点的平面位置所需的测设数据是（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>【答案】：C</w:t>
      </w:r>
      <w:r>
        <w:t xml:space="preserve"> </w:t>
      </w:r>
    </w:p>
    <w:p>
      <w:r>
        <w:t>15、当管底为岩石、碎石或多石地基时，对金属管道应铺垫不小于（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r>
        <w:t>16、按《城市桥梁设计规范》（CJJ1-2011）规定，桥梁按单跨跨径和跨径总长分为若干类，属于大桥的是（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 xml:space="preserve">【答案】：B </w:t>
      </w:r>
    </w:p>
    <w:p>
      <w:r>
        <w:t>17、设Ha=15.032m，Hb=14.729m，hba=（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18、不属于洞口土体加固主要方法的是（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>【答案】：A</w:t>
      </w:r>
      <w:r>
        <w:t xml:space="preserve"> </w:t>
      </w:r>
    </w:p>
    <w:p>
      <w:r>
        <w:t>19、水准仪视线高等于（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 xml:space="preserve">【答案】：A </w:t>
      </w:r>
    </w:p>
    <w:p>
      <w:r>
        <w:t>20、下列不属于平面交叉口的组织形式的是（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21、磨耗层又称为（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>【答案】：C</w:t>
      </w:r>
      <w:r>
        <w:t xml:space="preserve"> </w:t>
      </w:r>
    </w:p>
    <w:p>
      <w:r>
        <w:t>23、桥墩是多跨桥的中间支撑结构，主要起（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r>
        <w:t>24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25、设置在特大或大城市外环，主要为城镇间提供大流量、长距离的快速公交服务的城镇道路是（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>【答案】：A</w:t>
      </w:r>
      <w:r>
        <w:t xml:space="preserve"> </w:t>
      </w:r>
    </w:p>
    <w:p>
      <w:r>
        <w:t>26、拱桥的制作可以产生（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r>
        <w:t>27、当电线电压为154-219KV时，树木至架空电线净距的最小垂直距离是（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28、高差与水平距离之（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29、钢筋混凝土结构中要求钢筋有足够的保护层厚度是因为（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>【答案】：D</w:t>
      </w:r>
      <w:r>
        <w:t xml:space="preserve"> </w:t>
      </w:r>
    </w:p>
    <w:p>
      <w:r>
        <w:t>30、根据两个或两个以上的已知角度的方向交会出的平面位置，称为（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31、等截面连续梁构造简单，用于中小跨径时，梁高为（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r>
        <w:t>32、我国城市垃圾的处理方式的基本方式是（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>【答案】：C</w:t>
      </w:r>
      <w:r>
        <w:t xml:space="preserve"> </w:t>
      </w:r>
    </w:p>
    <w:p>
      <w:r>
        <w:t>34、由中心向外辐射路线，四周以环路沟通的路网方式是（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35、下列哪项不属于街面设施。（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r>
        <w:t>36、采用顶推法施工时，梁高为（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>【答案】：C</w:t>
      </w:r>
      <w:r>
        <w:t xml:space="preserve"> </w:t>
      </w:r>
    </w:p>
    <w:p>
      <w:r>
        <w:t>38、计算市政管网工程量时，管道外防腐面积的计算公式为：管道外防腐面积=（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 xml:space="preserve">【答案】：B </w:t>
      </w:r>
    </w:p>
    <w:p>
      <w:r>
        <w:t>39、下列雨水口的间距符合要求的是（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40、桥面伸缩缝施工工艺流程为（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>【答案】：D</w:t>
      </w:r>
      <w:r>
        <w:t xml:space="preserve"> </w:t>
      </w:r>
    </w:p>
    <w:p>
      <w:r>
        <w:t>41、定额编制时使用平均先进水平的是（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42、下列说法正确的是（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r>
        <w:t>43、某城市道路，快车道路面铺设工程量计算时，应不扣除（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44、下列不属于桥梁附属结构的是（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>【答案】：A</w:t>
      </w:r>
      <w:r>
        <w:t xml:space="preserve"> </w:t>
      </w:r>
    </w:p>
    <w:p>
      <w:r>
        <w:t>45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 xml:space="preserve">【答案】：D </w:t>
      </w:r>
    </w:p>
    <w:p>
      <w:r>
        <w:t>46、低碳钢是指含碳量（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  <w:r>
        <w:t>47、改进施工方法和改变施工机具为加快工程进度，属于动态控制中的（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r>
        <w:t>48、当电线电压为330KV时，树木至架空电线净距的最小水平距离是（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49、桥梁的高程控制测量，一般在路线（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r>
        <w:t>50、排水管道按照管体结构受力形式分为刚性管道和柔性管道两大类，下列选项中属于刚性管道的是（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51、进行地基处理施工，下列地层中适用强夯法的是（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>【答案】：B</w:t>
      </w:r>
      <w:r>
        <w:t xml:space="preserve"> </w:t>
      </w:r>
    </w:p>
    <w:p>
      <w:r>
        <w:t>52、在桥墩上连续，在桥孔中中断，线路在桥孔内过渡到另一根梁上的梁式桥，称为（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r>
        <w:t>53、在一地面平坦、无经纬仪的建筑场地，放样点位应选用（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r>
        <w:t>54、水下混凝土灌注施工应符合下列要求，其中说法错误的是（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55、水准测量的目的是（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>【答案】：D</w:t>
      </w:r>
      <w:r>
        <w:t xml:space="preserve"> </w:t>
      </w:r>
    </w:p>
    <w:p>
      <w:r>
        <w:t>56、支撑结构挡土的应力传递路径（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r>
        <w:t>57、常用来减少或消除交叉口冲突点的方法不包括（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r>
        <w:t>58、道路路面边缘距乔木中心平面距离不小于（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59、交通标线应采用线宽为（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>【答案】：A</w:t>
      </w:r>
      <w:r>
        <w:t xml:space="preserve"> </w:t>
      </w:r>
    </w:p>
    <w:p>
      <w:r>
        <w:t>60、下列选项中，不属于施工项目现场管理的内容的是（　　　）。</w:t>
        <w:br/>
        <w:t>A.申领施工许可证</w:t>
        <w:br/>
        <w:t>B.合理规划施工用地</w:t>
        <w:br/>
        <w:t>C.建立文明的施工现场</w:t>
        <w:br/>
        <w:t>D.做好施工总平面设计</w:t>
        <w:br/>
        <w:br/>
        <w:t xml:space="preserve">【答案】：A </w:t>
      </w:r>
    </w:p>
    <w:p>
      <w:r>
        <w:t>61、“刃脚”的作用是（　　　）。</w:t>
        <w:br/>
        <w:t>A.满足下沉要求</w:t>
        <w:br/>
        <w:t>B.减小下沉阻力</w:t>
        <w:br/>
        <w:t>C.增加整体刚度</w:t>
        <w:br/>
        <w:t>D.防止渗水</w:t>
        <w:br/>
        <w:br/>
        <w:t xml:space="preserve">【答案】：B </w:t>
      </w:r>
    </w:p>
    <w:p>
      <w:r>
        <w:t>62、沥青混凝土路面的基层对（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63、线路测量中，（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>【答案】：D</w:t>
      </w:r>
      <w:r>
        <w:t xml:space="preserve"> </w:t>
      </w:r>
    </w:p>
    <w:p>
      <w:r>
        <w:t>64、无压管道应进行管道的严密性试验，严密性试验分为（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r>
        <w:t>65、施工测量的精度最终体现在（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r>
        <w:t>66、道路上的井室必须使用（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67、柔性路面在荷载作用下的力学特性是（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>【答案】：A</w:t>
      </w:r>
      <w:r>
        <w:t xml:space="preserve"> </w:t>
      </w:r>
    </w:p>
    <w:p>
      <w:r>
        <w:t>68、排水检查井所用的混凝土强度一般不宜低于（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r>
        <w:t>69、跨径10m的现浇混凝土简支梁底模拆除时所需的混凝土强度为设计强度的（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70、人行道路面边缘距乔木中心平面距离不小于（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>【答案】：B</w:t>
      </w:r>
      <w:r>
        <w:t xml:space="preserve"> </w:t>
      </w:r>
    </w:p>
    <w:p>
      <w:r>
        <w:t>72、城市给水管道工程中，橡胶圈接口不适用于（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73、（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r>
        <w:t>74、车场库内线应采用（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75、下列（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>【答案】：D</w:t>
      </w:r>
      <w:r>
        <w:t xml:space="preserve"> </w:t>
      </w:r>
    </w:p>
    <w:p>
      <w:r>
        <w:t>76、装配式预应力混凝土简支T形梁桥常用跨径为（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t>77、我国城市燃气管道按压力进行分类，低压燃气管道输气压力P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78、单幅路适用于（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>【答案】：A</w:t>
      </w:r>
      <w:r>
        <w:t xml:space="preserve"> </w:t>
      </w:r>
    </w:p>
    <w:p>
      <w:r>
        <w:t>80、公路勘测阶段的测量工作不包括（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 xml:space="preserve">【答案】：D </w:t>
      </w:r>
    </w:p>
    <w:p>
      <w:r>
        <w:t>81、组合模板是一种工具式模板，是工程施工用得最多的一种模板。它由具有一定模数的若干类型的（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 xml:space="preserve">【答案】：B </w:t>
      </w:r>
    </w:p>
    <w:p>
      <w:r>
        <w:t>82、花境布置形式以（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83、按桥梁力学体系可分为五种基本体系，下列不符合此类的是（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>【答案】：C</w:t>
      </w:r>
      <w:r>
        <w:t xml:space="preserve"> </w:t>
      </w:r>
    </w:p>
    <w:p>
      <w:r>
        <w:t>84、行车荷载和自然因素对路面的作用会随着路面深度的增大而（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r>
        <w:t>85、当管道内径大于700mm时，可按管道井段数量抽样选取（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  <w:r>
        <w:t>86、属于城市干路网，是城市中数量较多的一般交通道路的是（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87、直埋管道接头的一级管网的现场安装的接头密封应进行（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88、大体积混凝土应在环境较低时浇筑，浇筑温度（振捣后50~100mm深处的温度）不宜高于（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 xml:space="preserve">【答案】：C </w:t>
      </w:r>
    </w:p>
    <w:p>
      <w:r>
        <w:t>89、不开槽施工方法中，一般情况下，浅埋暗挖法适用于直径（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>【答案】：C</w:t>
      </w:r>
      <w:r>
        <w:t xml:space="preserve"> </w:t>
      </w:r>
    </w:p>
    <w:p>
      <w:r>
        <w:t>91、下列哪项属于车道宽度的范围。（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r>
        <w:t>92、下列说法正确的是（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 xml:space="preserve">【答案】：A </w:t>
      </w:r>
    </w:p>
    <w:p>
      <w:r>
        <w:t>93、下列跨径适用于实心板桥的是（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94、配置水下砼时，细骨料宜采用（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>【答案】：B</w:t>
      </w:r>
      <w:r>
        <w:t xml:space="preserve"> </w:t>
      </w:r>
    </w:p>
    <w:p>
      <w:r>
        <w:t>95、工程造价作为项目决策的依据与项目筹集资金的依据，体现了工程造价的（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96、钢束布置时，下列说法正确的（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r>
        <w:t>97、下列有关工程量计算错误的是（　　　）。</w:t>
        <w:br/>
        <w:t>A.计算单位要和套用的定额项目的计算单位一致</w:t>
        <w:br/>
        <w:t>B.相同计量单位只有一种计算方法</w:t>
        <w:br/>
        <w:t>C.注意计算包括的范围</w:t>
        <w:br/>
        <w:t>D.注意标准要符合定额的规定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98、桥梁所受的荷载作用中，预加应力属于（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>【答案】：B</w:t>
      </w:r>
      <w:r>
        <w:t xml:space="preserve"> </w:t>
      </w:r>
    </w:p>
    <w:p>
      <w:r>
        <w:t>99、下列不属于盖挖法的优点的是（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r>
        <w:t>100、项目资金管理以实现（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101、高压和中压A燃气管道，应采用（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102、转动目镜对光螺旋的目的是（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>【答案】：A</w:t>
      </w:r>
      <w:r>
        <w:t xml:space="preserve"> </w:t>
      </w:r>
    </w:p>
    <w:p>
      <w:r>
        <w:t>103、预应力混凝土钢绞线是按严格的技术条件，绞捻起来的钢丝束。其中，用三根刻痕钢丝捻制的钢绞线（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 xml:space="preserve">【答案】：C </w:t>
      </w:r>
    </w:p>
    <w:p>
      <w:r>
        <w:t>104、不属于常用沟槽支撑形式的是（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r>
        <w:t>105、以交通功能为主，连接城市各主要分区的干路的是（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106、水准测量原理要求水准仪必须提供一条（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>【答案】：B</w:t>
      </w:r>
      <w:r>
        <w:t xml:space="preserve"> </w:t>
      </w:r>
    </w:p>
    <w:p>
      <w:r>
        <w:t>107、垃圾卫生填埋场填埋区工程的结构层次从上至下主要为（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108、DS3水准仪，数字3表示的意义是每公里往返测高差中数的（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 xml:space="preserve">【答案】：A </w:t>
      </w:r>
    </w:p>
    <w:p>
      <w:r>
        <w:t>109、将桥梁自重以及桥梁上作用的各种荷载传递和扩散给地基的结构是（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110、测设的三项基本工作是（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>【答案】：D</w:t>
      </w:r>
      <w:r>
        <w:t xml:space="preserve"> </w:t>
      </w:r>
    </w:p>
    <w:p>
      <w:r>
        <w:t>111、某市政工程土方开挖时，底宽6m、底长15m、挖深2.5m，则应套用的土方开挖形式为（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r>
        <w:t>112、进货质量应核验产品出厂三证，下列不属于三证的是（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113、公路铺筑面外侧据乔木中心不小于（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114、乔木、大灌木在栽植后均应支撑，非栽植季节栽植，最大程度的强修剪应至少保留树冠的（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r>
        <w:t>115、项目目标动态控制的核心是在项目实施的过程中定期地进行（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116、城市桥梁按上部结构的行车道位置可分为（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117、非承重侧模板在混凝土强度能保证拆模时不损坏表面及棱角，一般以混凝土强度达到（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>【答案】：C</w:t>
      </w:r>
      <w:r>
        <w:t xml:space="preserve"> </w:t>
      </w:r>
    </w:p>
    <w:p>
      <w:r>
        <w:t>118、由已知水准点开始测若干个待测点之后，既不闭合也不附合的水准路线称为（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【答案】：C </w:t>
      </w:r>
    </w:p>
    <w:p>
      <w:r>
        <w:t>119、偏角法测设圆曲线，其适用于（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  <w:r>
        <w:t>120、机械式接口球墨铸铁管施工工艺流程为（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 xml:space="preserve">【答案】：D </w:t>
      </w:r>
    </w:p>
    <w:p>
      <w:r>
        <w:t>121、同时倾斜于三个投影面的直线称为（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122、关于柔性接口说法正确的是（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 xml:space="preserve">【答案】：C </w:t>
      </w:r>
    </w:p>
    <w:p>
      <w:r>
        <w:t>123、路基边坡的坡度m值对路基稳定其中重要的作用，下列说法正确的是（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  <w:r>
        <w:t>124、施工测量必须遵守的原则是（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r>
        <w:t>125、施工项目管理的主体是（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r>
        <w:t>126、上层土质较好、下层土质松软，当环境条件许可、沟槽深度不超过4.5m时，可采用（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 xml:space="preserve">【答案】：C </w:t>
      </w:r>
    </w:p>
    <w:p>
      <w:r>
        <w:t>127、受弯构件是指（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128、当路面结构破损严重，或纵、横坡需作较大调整时，宜采用（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>【答案】：D</w:t>
      </w:r>
      <w:r>
        <w:t xml:space="preserve"> </w:t>
      </w:r>
    </w:p>
    <w:p>
      <w:r>
        <w:t>129、钢尺的尺长误差对距离测量产生的影响属于（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r>
        <w:t>130、市政供热管网一般有蒸汽管网和热水管网两种形式，需要用热水管网的是（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131、在竖向荷载作用下无水平反力的结构时（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https://d.book118.com/888024006032006044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888024006032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