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毕业联欢会感恩老师环节主持词（33篇）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毕业联欢会感恩老师环节主持词（通用33篇）</w:t>
      </w:r>
      <w:r>
        <w:rPr>
          <w:lang w:eastAsia="zh-CN"/>
        </w:rPr>
        <w:br/>
      </w:r>
      <w:r>
        <w:rPr>
          <w:lang w:eastAsia="zh-CN"/>
        </w:rPr>
        <w:t xml:space="preserve">    毕业联欢会感恩老师环节主持词 篇1 </w:t>
      </w:r>
      <w:r>
        <w:rPr>
          <w:lang w:eastAsia="zh-CN"/>
        </w:rPr>
        <w:br/>
      </w:r>
      <w:r>
        <w:rPr>
          <w:lang w:eastAsia="zh-CN"/>
        </w:rPr>
        <w:t>　　主持人：尊敬的各位领导，老师，家长朋友们，亲爱的同学们，大家好！</w:t>
      </w:r>
      <w:r>
        <w:rPr>
          <w:lang w:eastAsia="zh-CN"/>
        </w:rPr>
        <w:br/>
      </w:r>
      <w:r>
        <w:rPr>
          <w:lang w:eastAsia="zh-CN"/>
        </w:rPr>
        <w:t>　　又一年，清禅的歌声爬上树梢</w:t>
      </w:r>
      <w:r>
        <w:rPr>
          <w:lang w:eastAsia="zh-CN"/>
        </w:rPr>
        <w:br/>
      </w:r>
      <w:r>
        <w:rPr>
          <w:lang w:eastAsia="zh-CN"/>
        </w:rPr>
        <w:t>　　又一年，蒲公英的孩子飘向远方</w:t>
      </w:r>
      <w:r>
        <w:rPr>
          <w:lang w:eastAsia="zh-CN"/>
        </w:rPr>
        <w:br/>
      </w:r>
      <w:r>
        <w:rPr>
          <w:lang w:eastAsia="zh-CN"/>
        </w:rPr>
        <w:t>　　这个六月，是洒泪告别，深深感恩的季节</w:t>
      </w:r>
      <w:r>
        <w:rPr>
          <w:lang w:eastAsia="zh-CN"/>
        </w:rPr>
        <w:br/>
      </w:r>
      <w:r>
        <w:rPr>
          <w:lang w:eastAsia="zh-CN"/>
        </w:rPr>
        <w:t>　　这个六月，是挥手相送，依依不舍的季节</w:t>
      </w:r>
      <w:r>
        <w:rPr>
          <w:lang w:eastAsia="zh-CN"/>
        </w:rPr>
        <w:br/>
      </w:r>
      <w:r>
        <w:rPr>
          <w:lang w:eastAsia="zh-CN"/>
        </w:rPr>
        <w:t>　　今天，我们在这里隆重举行开发区一小南校区20__届毕业典礼。首先请允许我介绍出席我们毕业典礼的领导和嘉宾：出席今天大会的领导有：开发区一小南校区校长校长，以及学校领导班子成员，出席今天大会的嘉宾有家委会代表及6年级毕业学生家长，让我们以热烈的掌声欢迎他们的到来！</w:t>
      </w:r>
      <w:r>
        <w:rPr>
          <w:lang w:eastAsia="zh-CN"/>
        </w:rPr>
        <w:br/>
      </w:r>
      <w:r>
        <w:rPr>
          <w:lang w:eastAsia="zh-CN"/>
        </w:rPr>
        <w:t>　　现在我宣布，经济技术开发区第一实验小学南校区20__级毕业典礼现在开始！</w:t>
      </w:r>
      <w:r>
        <w:rPr>
          <w:lang w:eastAsia="zh-CN"/>
        </w:rPr>
        <w:br/>
      </w:r>
      <w:r>
        <w:rPr>
          <w:lang w:eastAsia="zh-CN"/>
        </w:rPr>
        <w:t>　　第一项：奏唱国歌（请全体起立）</w:t>
      </w:r>
      <w:r>
        <w:rPr>
          <w:lang w:eastAsia="zh-CN"/>
        </w:rPr>
        <w:br/>
      </w:r>
      <w:r>
        <w:rPr>
          <w:lang w:eastAsia="zh-CN"/>
        </w:rPr>
        <w:t>　　大会进行第一项：请全体起立奏唱国歌……请坐</w:t>
      </w:r>
      <w:r>
        <w:rPr>
          <w:lang w:eastAsia="zh-CN"/>
        </w:rPr>
        <w:br/>
      </w:r>
      <w:r>
        <w:rPr>
          <w:lang w:eastAsia="zh-CN"/>
        </w:rPr>
        <w:t>　　第二项：毕业班教师做离别赠言（背景音乐放心去飞）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亲爱的同学们，六年的时光转瞬即逝，我们迎来了毕业的时刻，六年里，我们的学习生活灿烂如花，六年里，我们成长的点点滴滴离不开敬爱的老师的栽培，离别在即，作为老师，百感交集，诸多不舍，典礼进行第二项：毕业班教师做离别赠言</w:t>
      </w:r>
      <w:r>
        <w:rPr>
          <w:lang w:eastAsia="zh-CN"/>
        </w:rPr>
        <w:br/>
      </w:r>
      <w:r>
        <w:rPr>
          <w:lang w:eastAsia="zh-CN"/>
        </w:rPr>
        <w:t>　　有一个人，她，脸上总是带着笑容，她的微笑好象藏着春天似的，使人感觉格外暖。她是一位平平凡凡的老师，却有着不平凡的奉献，她就是我们六一班的语文老师—__老师。下面有请__老师做毕业赠言</w:t>
      </w:r>
      <w:r>
        <w:rPr>
          <w:lang w:eastAsia="zh-CN"/>
        </w:rPr>
        <w:br/>
      </w:r>
      <w:r>
        <w:rPr>
          <w:lang w:eastAsia="zh-CN"/>
        </w:rPr>
        <w:t>　　下面有请六年级毕业学生代表把这束鲜艳欲滴的花朵送给__老师（学生代表捧赠鲜花并表达谢意、敬礼）</w:t>
      </w:r>
      <w:r>
        <w:rPr>
          <w:lang w:eastAsia="zh-CN"/>
        </w:rPr>
        <w:br/>
      </w:r>
      <w:r>
        <w:rPr>
          <w:lang w:eastAsia="zh-CN"/>
        </w:rPr>
        <w:t>　　有一个人，她不仅年轻漂亮而且教学经验丰富，因为教学成绩突出所以被评为__市教学新秀，在同学们的心目中，她还是大家的知心姐姐，她就是我们的英语老师__老师。下面有请__老师做毕业赠言</w:t>
      </w:r>
      <w:r>
        <w:rPr>
          <w:lang w:eastAsia="zh-CN"/>
        </w:rPr>
        <w:br/>
      </w:r>
      <w:r>
        <w:rPr>
          <w:lang w:eastAsia="zh-CN"/>
        </w:rPr>
        <w:t>　　下面有请六年级毕业学生代表把这束鲜艳欲滴的花朵送给__老师（学生代表捧赠鲜花并表达谢意、敬礼）</w:t>
      </w:r>
      <w:r>
        <w:rPr>
          <w:lang w:eastAsia="zh-CN"/>
        </w:rPr>
        <w:br/>
      </w:r>
      <w:r>
        <w:rPr>
          <w:lang w:eastAsia="zh-CN"/>
        </w:rPr>
        <w:t>　　有一个人，在三尺讲台上一站就是18年，她如慈母严父般呵护着你们。还有一个人，像我们的大哥哥，更像我们的大朋友，引领我们走向学习的高山之颠。大家猜猜他们是谁？</w:t>
      </w:r>
      <w:r>
        <w:rPr>
          <w:lang w:eastAsia="zh-CN"/>
        </w:rPr>
        <w:br/>
      </w:r>
      <w:r>
        <w:rPr>
          <w:lang w:eastAsia="zh-CN"/>
        </w:rPr>
        <w:t>　　在这离别之际，在这分别之时，我和张老师有很多的话还要叮嘱你们，因为我们有着共同的称谓—班主任。（发言）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第三项：校长及校领导为六年级毕业生代表颁发毕业证（颁奖曲）</w:t>
      </w:r>
      <w:r>
        <w:rPr>
          <w:lang w:eastAsia="zh-CN"/>
        </w:rPr>
        <w:br/>
      </w:r>
      <w:r>
        <w:rPr>
          <w:lang w:eastAsia="zh-CN"/>
        </w:rPr>
        <w:t>　　此刻，六年的小学时光即将结束，相信大家既充满了对往事的依依不舍，又对未来充满了无限的憧憬。回想六年前，我们还是稚嫩的娃娃，可是今天，我们已经长大成小小少年。虽然还是新荷初绽，却已经初露锋芒。我们骄傲、我们自豪：今天我们将要光荣毕业！下面让我们以热烈的掌声欢迎校长和家委会领导为我们颁发毕业证！（颁奖曲响起）</w:t>
      </w:r>
      <w:r>
        <w:rPr>
          <w:lang w:eastAsia="zh-CN"/>
        </w:rPr>
        <w:br/>
      </w:r>
      <w:r>
        <w:rPr>
          <w:lang w:eastAsia="zh-CN"/>
        </w:rPr>
        <w:t>　　祝贺我们在座的每一位，从今天开始，你们已经不再是小学生了，你们即将开始了人生另一段崭新而美丽的旅途。同学们，掌声献给我们自己，好吗？</w:t>
      </w:r>
      <w:r>
        <w:rPr>
          <w:lang w:eastAsia="zh-CN"/>
        </w:rPr>
        <w:br/>
      </w:r>
      <w:r>
        <w:rPr>
          <w:lang w:eastAsia="zh-CN"/>
        </w:rPr>
        <w:t>　　第四项：毕业生代表发言（背景音乐）</w:t>
      </w:r>
      <w:r>
        <w:rPr>
          <w:lang w:eastAsia="zh-CN"/>
        </w:rPr>
        <w:br/>
      </w:r>
      <w:r>
        <w:rPr>
          <w:lang w:eastAsia="zh-CN"/>
        </w:rPr>
        <w:t>　　时光的流逝或许会冲淡许多的记忆，但有些东西则会永远难以忘记。难忘课堂上同学们认真思索的求知眼神、难忘每一次活动时同学们高涨的热情。难忘的事情，难忘的日子实在太多，今天我们即将毕业，让我们把难忘的记忆永恒地留在心间。下面让我们以热烈的掌声欢迎毕业生代表发表感言。</w:t>
      </w:r>
      <w:r>
        <w:rPr>
          <w:lang w:eastAsia="zh-CN"/>
        </w:rPr>
        <w:br/>
      </w:r>
      <w:r>
        <w:rPr>
          <w:lang w:eastAsia="zh-CN"/>
        </w:rPr>
        <w:t>　　第五项：家委会代表发言</w:t>
      </w:r>
      <w:r>
        <w:rPr>
          <w:lang w:eastAsia="zh-CN"/>
        </w:rPr>
        <w:br/>
      </w:r>
      <w:r>
        <w:rPr>
          <w:lang w:eastAsia="zh-CN"/>
        </w:rPr>
        <w:t>　　一小南校区这么多年的发展，离不开各位家委会领导和家长们的大力支持，正是因为有了你们这一波热爱孩子、关心孩子的家长存在，我们的孩子才得以健康快乐的成长，下面有请家委会领导代表发言，大家掌声有请！</w:t>
      </w:r>
      <w:r>
        <w:rPr>
          <w:lang w:eastAsia="zh-CN"/>
        </w:rPr>
        <w:br/>
      </w:r>
      <w:r>
        <w:rPr>
          <w:lang w:eastAsia="zh-CN"/>
        </w:rPr>
        <w:t>　　让我们再次以热烈的掌声感谢精彩发言！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第六项：家长代表发言</w:t>
      </w:r>
      <w:r>
        <w:rPr>
          <w:lang w:eastAsia="zh-CN"/>
        </w:rPr>
        <w:br/>
      </w:r>
      <w:r>
        <w:rPr>
          <w:lang w:eastAsia="zh-CN"/>
        </w:rPr>
        <w:t>　　同学们，看看我们的身边，他们默默的支撑你们，他们满眼含着幸福、喜悦、满足、忧虑，十二年的时光似乎一瞬间就这样碾过了他们曾经年轻的脸庞，他们就是深爱着你们的爸爸妈妈！下面我们有请20__级班的妈妈阿姨代表全体的家长发言！掌声有请！</w:t>
      </w:r>
      <w:r>
        <w:rPr>
          <w:lang w:eastAsia="zh-CN"/>
        </w:rPr>
        <w:br/>
      </w:r>
      <w:r>
        <w:rPr>
          <w:lang w:eastAsia="zh-CN"/>
        </w:rPr>
        <w:t>　　感谢发言，也感谢各位家长们这六年来对我们教育的支持！</w:t>
      </w:r>
      <w:r>
        <w:rPr>
          <w:lang w:eastAsia="zh-CN"/>
        </w:rPr>
        <w:br/>
      </w:r>
      <w:r>
        <w:rPr>
          <w:lang w:eastAsia="zh-CN"/>
        </w:rPr>
        <w:t>　　第七项：校长为毕业生寄语送祝福</w:t>
      </w:r>
      <w:r>
        <w:rPr>
          <w:lang w:eastAsia="zh-CN"/>
        </w:rPr>
        <w:br/>
      </w:r>
      <w:r>
        <w:rPr>
          <w:lang w:eastAsia="zh-CN"/>
        </w:rPr>
        <w:t>　　同学们，这六年来，学校领导时时刻刻都在关注着我们健康快乐地成长，我们的每一步成长都离不开校领导的关心，下面有请我们敬爱的校长为毕业典礼致辞，大家掌声欢迎！</w:t>
      </w:r>
      <w:r>
        <w:rPr>
          <w:lang w:eastAsia="zh-CN"/>
        </w:rPr>
        <w:br/>
      </w:r>
      <w:r>
        <w:rPr>
          <w:lang w:eastAsia="zh-CN"/>
        </w:rPr>
        <w:t>　　校长意味深长、热情洋溢的话语，鼓励着我们走向更好更高的目标，请同学们牢记在心，在今后的人生道路上时时鞭策自己，奋勇前行。我相信，不久的将来，我们一小南校区会因为拥有我们而骄傲。让我们再次以热烈的掌声感谢校长的谆谆教诲！</w:t>
      </w:r>
      <w:r>
        <w:rPr>
          <w:lang w:eastAsia="zh-CN"/>
        </w:rPr>
        <w:br/>
      </w:r>
      <w:r>
        <w:rPr>
          <w:lang w:eastAsia="zh-CN"/>
        </w:rPr>
        <w:t>　　第八项：主任做离校安全教育讲话</w:t>
      </w:r>
      <w:r>
        <w:rPr>
          <w:lang w:eastAsia="zh-CN"/>
        </w:rPr>
        <w:br/>
      </w:r>
      <w:r>
        <w:rPr>
          <w:lang w:eastAsia="zh-CN"/>
        </w:rPr>
        <w:t>　　亲爱的同学们，在这六年里，校领导不仅关注我们的成长更关注我们的安全，因为安全重于山，生命高于天！虽然你们即将离校，但是你们的安全仍心系老师，下面有请安全办主任就离校安全讲话！大家欢迎！</w:t>
      </w:r>
      <w:r>
        <w:rPr>
          <w:lang w:eastAsia="zh-CN"/>
        </w:rPr>
        <w:br/>
      </w:r>
      <w:r>
        <w:rPr>
          <w:lang w:eastAsia="zh-CN"/>
        </w:rPr>
        <w:t>　　希望同学们牢记主任的嘱咐，将安全牢记心中，珍爱生命！</w:t>
      </w:r>
      <w:r>
        <w:rPr>
          <w:lang w:eastAsia="zh-CN"/>
        </w:rPr>
        <w:br/>
      </w:r>
      <w:r>
        <w:rPr>
          <w:lang w:eastAsia="zh-CN"/>
        </w:rPr>
        <w:t>　　第九项：宣誓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下面请全体毕业生起立，举起右拳，随着领誓的同学一起宣誓！（誓词：不辜负母校的期盼，不辜负恩师的厚望，不辜负父母的养育，不辜负青春的理想，今天我以学校为荣，明天学校以我为荣。生命如虹，青春无悔，我们注定成功，我们注定辉煌！）</w:t>
      </w:r>
      <w:r>
        <w:rPr>
          <w:lang w:eastAsia="zh-CN"/>
        </w:rPr>
        <w:br/>
      </w:r>
      <w:r>
        <w:rPr>
          <w:lang w:eastAsia="zh-CN"/>
        </w:rPr>
        <w:t>　　第十项：封存愿望卡（背景音乐明天会更好）</w:t>
      </w:r>
      <w:r>
        <w:rPr>
          <w:lang w:eastAsia="zh-CN"/>
        </w:rPr>
        <w:br/>
      </w:r>
      <w:r>
        <w:rPr>
          <w:lang w:eastAsia="zh-CN"/>
        </w:rPr>
        <w:t>　　今天我们齐聚一小南校，在这里参与并见证了20__级毕业班毕业典礼的全过程。在这里，我们毕业班的75名学子将带着75个梦想启航！启航，总酝酿着点点的感伤；启航，也意味着怀揣美好的期望。请各班学生代表（班长）上台与班主任一起封存“明天更美好”愿望卡。</w:t>
      </w:r>
      <w:r>
        <w:rPr>
          <w:lang w:eastAsia="zh-CN"/>
        </w:rPr>
        <w:br/>
      </w:r>
      <w:r>
        <w:rPr>
          <w:lang w:eastAsia="zh-CN"/>
        </w:rPr>
        <w:t>　　今天，我们长大了，即将离开我们朝夕相处六年的母校！我们将作为一小南校又一波的梦想家们去实现我们人生的目标，__年，20年，30年，我们期待再相逢！到那时，再回首，检验我们的美好愿望能否实现！</w:t>
      </w:r>
      <w:r>
        <w:rPr>
          <w:lang w:eastAsia="zh-CN"/>
        </w:rPr>
        <w:br/>
      </w:r>
      <w:r>
        <w:rPr>
          <w:lang w:eastAsia="zh-CN"/>
        </w:rPr>
        <w:t>　　第十项：会议结束（背景音乐祝你一路顺风）</w:t>
      </w:r>
      <w:r>
        <w:rPr>
          <w:lang w:eastAsia="zh-CN"/>
        </w:rPr>
        <w:br/>
      </w:r>
      <w:r>
        <w:rPr>
          <w:lang w:eastAsia="zh-CN"/>
        </w:rPr>
        <w:t>　　谢谢老师们，感谢有你；谢谢同学们。感谢，有你！谢谢家长们，感谢有你！拳拳老师意、恋恋同学心、浓浓校园情，衷心希望全体20__级毕业生不忘母校、老师、嘱托，珍惜同学情谊，扎实走好每一步，明天，遨游浩瀚大海，搏击万里蓝天！典礼到此结束。谢谢大家。</w:t>
      </w:r>
      <w:r>
        <w:rPr>
          <w:lang w:eastAsia="zh-CN"/>
        </w:rPr>
        <w:br/>
      </w:r>
      <w:r>
        <w:rPr>
          <w:lang w:eastAsia="zh-CN"/>
        </w:rPr>
        <w:t xml:space="preserve">    毕业联欢会感恩老师环节主持词 篇2 </w:t>
      </w:r>
      <w:r>
        <w:rPr>
          <w:lang w:eastAsia="zh-CN"/>
        </w:rPr>
        <w:br/>
      </w:r>
      <w:r>
        <w:rPr>
          <w:lang w:eastAsia="zh-CN"/>
        </w:rPr>
        <w:t>　　A：尊敬的各位领导、各位家长代表</w:t>
      </w:r>
      <w:r>
        <w:rPr>
          <w:lang w:eastAsia="zh-CN"/>
        </w:rPr>
        <w:br/>
      </w:r>
      <w:r>
        <w:rPr>
          <w:lang w:eastAsia="zh-CN"/>
        </w:rPr>
        <w:t>　　B：亲爱老师、同学们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合：大家晚上好</w:t>
      </w:r>
      <w:r>
        <w:rPr>
          <w:lang w:eastAsia="zh-CN"/>
        </w:rPr>
        <w:br/>
      </w:r>
      <w:r>
        <w:rPr>
          <w:lang w:eastAsia="zh-CN"/>
        </w:rPr>
        <w:t>　　A：六月的情怀，承载了太多的祝福与惦念，也寄托了太多的关怀与期望。</w:t>
      </w:r>
      <w:r>
        <w:rPr>
          <w:lang w:eastAsia="zh-CN"/>
        </w:rPr>
        <w:br/>
      </w:r>
      <w:r>
        <w:rPr>
          <w:lang w:eastAsia="zh-CN"/>
        </w:rPr>
        <w:t>　　B：四年的相知，经历了太多的花开与花落，也藏匿了太多的故事与情节。</w:t>
      </w:r>
      <w:r>
        <w:rPr>
          <w:lang w:eastAsia="zh-CN"/>
        </w:rPr>
        <w:br/>
      </w:r>
      <w:r>
        <w:rPr>
          <w:lang w:eastAsia="zh-CN"/>
        </w:rPr>
        <w:t>　　A：“花落成实”我们收获了梦想；</w:t>
      </w:r>
      <w:r>
        <w:rPr>
          <w:lang w:eastAsia="zh-CN"/>
        </w:rPr>
        <w:br/>
      </w:r>
      <w:r>
        <w:rPr>
          <w:lang w:eastAsia="zh-CN"/>
        </w:rPr>
        <w:t>　　B：“实破生花”我们放飞了希望。这里是__学院20__届学生毕业晚会现场，</w:t>
      </w:r>
      <w:r>
        <w:rPr>
          <w:lang w:eastAsia="zh-CN"/>
        </w:rPr>
        <w:br/>
      </w:r>
      <w:r>
        <w:rPr>
          <w:lang w:eastAsia="zh-CN"/>
        </w:rPr>
        <w:t>　　A：4年前，我们的师哥师姐们怀着彩色梦想走进了大学校园，来到了__大学。</w:t>
      </w:r>
      <w:r>
        <w:rPr>
          <w:lang w:eastAsia="zh-CN"/>
        </w:rPr>
        <w:br/>
      </w:r>
      <w:r>
        <w:rPr>
          <w:lang w:eastAsia="zh-CN"/>
        </w:rPr>
        <w:t>　　B：4年中，他们有过欢笑，流过泪水，经历磨练，得到成长</w:t>
      </w:r>
      <w:r>
        <w:rPr>
          <w:lang w:eastAsia="zh-CN"/>
        </w:rPr>
        <w:br/>
      </w:r>
      <w:r>
        <w:rPr>
          <w:lang w:eastAsia="zh-CN"/>
        </w:rPr>
        <w:t>　　C：4年后的今天，他们在这里重温青春过往，因为明天就将各奔天涯。</w:t>
      </w:r>
      <w:r>
        <w:rPr>
          <w:lang w:eastAsia="zh-CN"/>
        </w:rPr>
        <w:br/>
      </w:r>
      <w:r>
        <w:rPr>
          <w:lang w:eastAsia="zh-CN"/>
        </w:rPr>
        <w:t>　　D：亲爱的师哥师姐们，请不要带着离别的愁绪，因为明天又是一个新的起点，祝福你们的明天灿烂辉煌。</w:t>
      </w:r>
      <w:r>
        <w:rPr>
          <w:lang w:eastAsia="zh-CN"/>
        </w:rPr>
        <w:br/>
      </w:r>
      <w:r>
        <w:rPr>
          <w:lang w:eastAsia="zh-CN"/>
        </w:rPr>
        <w:t>　　合：再次相逢，我们还是一首动人的歌！</w:t>
      </w:r>
      <w:r>
        <w:rPr>
          <w:lang w:eastAsia="zh-CN"/>
        </w:rPr>
        <w:br/>
      </w:r>
      <w:r>
        <w:rPr>
          <w:lang w:eastAsia="zh-CN"/>
        </w:rPr>
        <w:t>　　A：下面为大家介绍一下本次晚会的流程，本次晚会分为三个章节，</w:t>
      </w:r>
      <w:r>
        <w:rPr>
          <w:lang w:eastAsia="zh-CN"/>
        </w:rPr>
        <w:br/>
      </w:r>
      <w:r>
        <w:rPr>
          <w:lang w:eastAsia="zh-CN"/>
        </w:rPr>
        <w:t>　　B：第一章“回首相望，菁菁校园”。</w:t>
      </w:r>
      <w:r>
        <w:rPr>
          <w:lang w:eastAsia="zh-CN"/>
        </w:rPr>
        <w:br/>
      </w:r>
      <w:r>
        <w:rPr>
          <w:lang w:eastAsia="zh-CN"/>
        </w:rPr>
        <w:t>　　A：第二章“插上翅膀，为梦远航”。</w:t>
      </w:r>
      <w:r>
        <w:rPr>
          <w:lang w:eastAsia="zh-CN"/>
        </w:rPr>
        <w:br/>
      </w:r>
      <w:r>
        <w:rPr>
          <w:lang w:eastAsia="zh-CN"/>
        </w:rPr>
        <w:t>　　B：第三章“相亲相爱”。</w:t>
      </w:r>
      <w:r>
        <w:rPr>
          <w:lang w:eastAsia="zh-CN"/>
        </w:rPr>
        <w:br/>
      </w:r>
      <w:r>
        <w:rPr>
          <w:lang w:eastAsia="zh-CN"/>
        </w:rPr>
        <w:t>　　A：下面我宣布。_学院__届学生毕业晚会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合：现在开始！</w:t>
      </w:r>
      <w:r>
        <w:rPr>
          <w:lang w:eastAsia="zh-CN"/>
        </w:rPr>
        <w:br/>
      </w:r>
      <w:r>
        <w:rPr>
          <w:lang w:eastAsia="zh-CN"/>
        </w:rPr>
        <w:t xml:space="preserve">    毕业联欢会感恩老师环节主持词 篇3 </w:t>
      </w:r>
      <w:r>
        <w:rPr>
          <w:lang w:eastAsia="zh-CN"/>
        </w:rPr>
        <w:br/>
      </w:r>
      <w:r>
        <w:rPr>
          <w:lang w:eastAsia="zh-CN"/>
        </w:rPr>
        <w:t>　　女：任时光匆匆流去，我们在乎的将会是什麼人？什麼回忆？岁月在流逝，或许我们总想抓住些什么，人生几何，能够得到知己，一丝丝情意，我只在乎你。下面有请园林协会带来的合唱《我只在乎你》。</w:t>
      </w:r>
      <w:r>
        <w:rPr>
          <w:lang w:eastAsia="zh-CN"/>
        </w:rPr>
        <w:br/>
      </w:r>
      <w:r>
        <w:rPr>
          <w:lang w:eastAsia="zh-CN"/>
        </w:rPr>
        <w:t>　　男：当中国古典元素相遇流行时尚曲风，一个华丽而又不失风味的歌曲便诞生了，在听这首歌时，我们不禁为之感叹，完美的声音配上动听的旋律，双声的演唱给是增添了无尽的韵味，下面就让我们一起来欣赏由园林（1）班~~带来的这首《新贵妃醉酒》。</w:t>
      </w:r>
      <w:r>
        <w:rPr>
          <w:lang w:eastAsia="zh-CN"/>
        </w:rPr>
        <w:br/>
      </w:r>
      <w:r>
        <w:rPr>
          <w:lang w:eastAsia="zh-CN"/>
        </w:rPr>
        <w:t>　　女：武术又称国术或武艺，具有极其广泛的群众基础，是中国人民在长期的社会实践中不断积累和丰富起来的一项宝贵的文化遗产，是中国民族的优秀文化遗产之一。下面有请园林（1）班~~带来的武术表演《男儿当自强》。</w:t>
      </w:r>
      <w:r>
        <w:rPr>
          <w:lang w:eastAsia="zh-CN"/>
        </w:rPr>
        <w:br/>
      </w:r>
      <w:r>
        <w:rPr>
          <w:lang w:eastAsia="zh-CN"/>
        </w:rPr>
        <w:t>　　男：非常感谢~~给我们带来的精彩表演，世界之大，无奇不有。话说这年头小偷都开起了公司，这我们就有点好奇了，现在就让我们一起来欣赏由生物协会~~、~~等人带来的相声表演《小偷公司》，大家掌声欢迎。</w:t>
      </w:r>
      <w:r>
        <w:rPr>
          <w:lang w:eastAsia="zh-CN"/>
        </w:rPr>
        <w:br/>
      </w:r>
      <w:r>
        <w:rPr>
          <w:lang w:eastAsia="zh-CN"/>
        </w:rPr>
        <w:t>　　女：“我们今生有缘在路上，只要我们彼此永不忘，别在乎那些悲和伤。哭着来要笑着走过，朋友，我们今生兄弟友谊长。”下面有请园林（2）班~~、~~同为我们带来《今生缘》。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男：你和阳光一起，你和春天一起，走进明媚的花朵里，走进多彩的岁月里。美丽之路，将祝福的真情传递。下面请欣赏由中草药（1）班~~带来的独唱《美丽之路》。</w:t>
      </w:r>
      <w:r>
        <w:rPr>
          <w:lang w:eastAsia="zh-CN"/>
        </w:rPr>
        <w:br/>
      </w:r>
      <w:r>
        <w:rPr>
          <w:lang w:eastAsia="zh-CN"/>
        </w:rPr>
        <w:t>　　女：广播体操相信大家从小就会，但是那生硬的节奏，永恒不变的旋律似乎与我们这些喜欢新事物的90后有点格格不入，但是接下来这个节目将会给大家带来不一样的视觉感受，有请中草药（2）班的同学为我们带来的《舞蹈广播体操》。</w:t>
      </w:r>
      <w:r>
        <w:rPr>
          <w:lang w:eastAsia="zh-CN"/>
        </w:rPr>
        <w:br/>
      </w:r>
      <w:r>
        <w:rPr>
          <w:lang w:eastAsia="zh-CN"/>
        </w:rPr>
        <w:t>　　男：看完了这么精彩的表演之后，是不是更期待后面的节目能更精彩点呢，如大家所愿，下面上场的是由中草药（1）班~~带来的街舞《我的舞台为你秀》，让我们拭目以待吧。</w:t>
      </w:r>
      <w:r>
        <w:rPr>
          <w:lang w:eastAsia="zh-CN"/>
        </w:rPr>
        <w:br/>
      </w:r>
      <w:r>
        <w:rPr>
          <w:lang w:eastAsia="zh-CN"/>
        </w:rPr>
        <w:t>　　女：“爱岗敬业，热情服务”已经越来越成为当今社会各个行业的行为标准，但是有些时候服务也是要有度的，不能过度热情，蒙蔽消费者，不然就会变成这个相声中的主人公一样，下面请欣赏由牧医~班~~，~~带来的相声表演《热情服务》，大家掌声欢迎。</w:t>
      </w:r>
      <w:r>
        <w:rPr>
          <w:lang w:eastAsia="zh-CN"/>
        </w:rPr>
        <w:br/>
      </w:r>
      <w:r>
        <w:rPr>
          <w:lang w:eastAsia="zh-CN"/>
        </w:rPr>
        <w:t>　　男：最温馨的一句话，可以是，在离别前的一句祝福，祝你一路顺风！最温馨的话，可以是，扬帆起航前的一句祝福，祝你一路顺风！下面请欣赏园林1班~~，~~等人，为我们带来的歌曲+情景小话剧《祝你一路顺风》！</w:t>
      </w:r>
      <w:r>
        <w:rPr>
          <w:lang w:eastAsia="zh-CN"/>
        </w:rPr>
        <w:br/>
      </w:r>
      <w:r>
        <w:rPr>
          <w:lang w:eastAsia="zh-CN"/>
        </w:rPr>
        <w:t>　　女：就算全世界都背离了我，就算全世界都放弃了我，我知道，至少还有你，我知道至少你还会站在我的身后，为我轻声鼓励！下面请欣赏牧医2班~同学，我们带来的精彩歌曲演唱《至少还有你》，掌声有请！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男：爱，是一种需要，一种缺乏，所以我们都喜欢情歌。谁会告诉我们爱在哪里碰头，但我向左你却向右，于是我倔强的挑战了对爱的执着，因为听说爱情回来过。下面请欣赏由园林1班~~带来的独唱《听说爱情回来过》。</w:t>
      </w:r>
      <w:r>
        <w:rPr>
          <w:lang w:eastAsia="zh-CN"/>
        </w:rPr>
        <w:br/>
      </w:r>
      <w:r>
        <w:rPr>
          <w:lang w:eastAsia="zh-CN"/>
        </w:rPr>
        <w:t>　　女：青春就像一个舞台，而我们就是舞台上的舞者，用自己的梦，编织一个又一个的舞步！今天中专农科班的同学，为我们带来的是舞蹈串烧，充满异域韵味的《天竺少女》和《睁一只眼闭一只眼》！大家掌声欢迎！</w:t>
      </w:r>
      <w:r>
        <w:rPr>
          <w:lang w:eastAsia="zh-CN"/>
        </w:rPr>
        <w:br/>
      </w:r>
      <w:r>
        <w:rPr>
          <w:lang w:eastAsia="zh-CN"/>
        </w:rPr>
        <w:t>　　男：“我就是我，我永远都爱这样的我。我就是我，是颜色不一样的烟火。我喜欢我，让蔷薇开出一种结果。”一首《我》唱出心中的自己，唱出自己对自己最深刻的定义和理解。掌声有请由牧医协会~~带来的歌曲《我》。</w:t>
      </w:r>
      <w:r>
        <w:rPr>
          <w:lang w:eastAsia="zh-CN"/>
        </w:rPr>
        <w:br/>
      </w:r>
      <w:r>
        <w:rPr>
          <w:lang w:eastAsia="zh-CN"/>
        </w:rPr>
        <w:t>　　女：一首好听的歌曲结束后，我们来一起了解一下印度的神话故事吧！异域的风情，一定会让你耳目一新的！那么就让园林1班~~~，~~同学，带领我们一起来见识一下《印度神话》，掌声有请，小品《印度神话》。</w:t>
      </w:r>
      <w:r>
        <w:rPr>
          <w:lang w:eastAsia="zh-CN"/>
        </w:rPr>
        <w:br/>
      </w:r>
      <w:r>
        <w:rPr>
          <w:lang w:eastAsia="zh-CN"/>
        </w:rPr>
        <w:t>　　男：集体是大家，个人是小家，家有风雨，人有坎坷，无论遇到多大的风雨，无论遇到多大的困难，请记得我和你一样，一样的坚强，一样的在为了理想而打拼，一样的为了大家小家而努力！下面请欣赏由园林（2）班~~带来的歌曲《和你一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女：我泱泱中华，地广物博，五十六个民族，有着五十六种不同的特色文化，对于异族的文化，相信每一个人都是很向往的，下面，就让牧医1班的~~同学，带领我们走进傣族的文化！请欣赏葫芦丝《美丽的金孔雀》掌声有请！</w:t>
      </w:r>
      <w:r>
        <w:rPr>
          <w:lang w:eastAsia="zh-CN"/>
        </w:rPr>
        <w:br/>
      </w:r>
      <w:r>
        <w:rPr>
          <w:lang w:eastAsia="zh-CN"/>
        </w:rPr>
        <w:t>　　男：今天我们聚集在这里，共同带来欢声笑语，我们为今天而欢笑自豪我们为明天而拼搏梦想；拼搏的路上有你相伴，成功的路上有你帮忙，无论遇到什么困难，只要有你就不迷茫，因为我们是相亲相爱的一家人！下面有请中草药协会为我们带来歌曲《相亲相爱》。</w:t>
      </w:r>
      <w:r>
        <w:rPr>
          <w:lang w:eastAsia="zh-CN"/>
        </w:rPr>
        <w:br/>
      </w:r>
      <w:r>
        <w:rPr>
          <w:lang w:eastAsia="zh-CN"/>
        </w:rPr>
        <w:t xml:space="preserve">    毕业联欢会感恩老师环节主持词 篇4 </w:t>
      </w:r>
      <w:r>
        <w:rPr>
          <w:lang w:eastAsia="zh-CN"/>
        </w:rPr>
        <w:br/>
      </w:r>
      <w:r>
        <w:rPr>
          <w:lang w:eastAsia="zh-CN"/>
        </w:rPr>
        <w:t>　　宋：尊敬的老师们</w:t>
      </w:r>
      <w:r>
        <w:rPr>
          <w:lang w:eastAsia="zh-CN"/>
        </w:rPr>
        <w:br/>
      </w:r>
      <w:r>
        <w:rPr>
          <w:lang w:eastAsia="zh-CN"/>
        </w:rPr>
        <w:t>　　姜：亲爱的同学们大家</w:t>
      </w:r>
      <w:r>
        <w:rPr>
          <w:lang w:eastAsia="zh-CN"/>
        </w:rPr>
        <w:br/>
      </w:r>
      <w:r>
        <w:rPr>
          <w:lang w:eastAsia="zh-CN"/>
        </w:rPr>
        <w:t>　　齐：新年好</w:t>
      </w:r>
      <w:r>
        <w:rPr>
          <w:lang w:eastAsia="zh-CN"/>
        </w:rPr>
        <w:br/>
      </w:r>
      <w:r>
        <w:rPr>
          <w:lang w:eastAsia="zh-CN"/>
        </w:rPr>
        <w:t>　　何：新年的钟声即将敲响，时光的车轮又留下了一道深深地印记。伴随着冬日的暖阳，满怀着喜悦的心情，20__如约而至。</w:t>
      </w:r>
      <w:r>
        <w:rPr>
          <w:lang w:eastAsia="zh-CN"/>
        </w:rPr>
        <w:br/>
      </w:r>
      <w:r>
        <w:rPr>
          <w:lang w:eastAsia="zh-CN"/>
        </w:rPr>
        <w:t>　　张：回首过去的一年，有过风雨有过艳阳，有过欢笑有过忧愁，留下过欢声，采集过泪水，经历过感动，体验着生命的.精彩。</w:t>
      </w:r>
      <w:r>
        <w:rPr>
          <w:lang w:eastAsia="zh-CN"/>
        </w:rPr>
        <w:br/>
      </w:r>
      <w:r>
        <w:rPr>
          <w:lang w:eastAsia="zh-CN"/>
        </w:rPr>
        <w:t>　　宋：你是否还记得前年夏天，初次踏进高二九班的感受？看着熟悉又陌生的脸庞你是否憧憬着新班级将会带给你的刻骨铭心</w:t>
      </w:r>
      <w:r>
        <w:rPr>
          <w:lang w:eastAsia="zh-CN"/>
        </w:rPr>
        <w:br/>
      </w:r>
      <w:r>
        <w:rPr>
          <w:lang w:eastAsia="zh-CN"/>
        </w:rPr>
        <w:t>　　张：你是否还记得去年夏天，我们搬教室的情景？那时的我们被成为“准高三生”。看着走廊那些鞭策你的话语，你是会充满信心的面对高三，还是会深感压力？</w:t>
      </w:r>
      <w:r>
        <w:rPr>
          <w:lang w:eastAsia="zh-CN"/>
        </w:rPr>
        <w:br/>
      </w:r>
      <w:r>
        <w:rPr>
          <w:lang w:eastAsia="zh-CN"/>
        </w:rPr>
        <w:t>　　何：在这过去的一年里，请让我感谢缘分，是缘分让我在高三的战场上拥有这一帮可爱的战友，请让我感谢时间，是时间让你我能分享每一次的快乐与悲伤。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姜：在这过去的一年里，请让我感谢老师，是老师的细心耐心的教导让你我稳步前进，请让我感谢这间教室，是这教室记录了我们每一次的难以忘怀！</w:t>
      </w:r>
      <w:r>
        <w:rPr>
          <w:lang w:eastAsia="zh-CN"/>
        </w:rPr>
        <w:br/>
      </w:r>
      <w:r>
        <w:rPr>
          <w:lang w:eastAsia="zh-CN"/>
        </w:rPr>
        <w:t>　　张：明年的六月我们即将启程，迈向高考的考场，迈向人生的最重要的拐点。让我们在新的一年里张开腾飞的翅膀，向着更高的目标飞翔。</w:t>
      </w:r>
      <w:r>
        <w:rPr>
          <w:lang w:eastAsia="zh-CN"/>
        </w:rPr>
        <w:br/>
      </w:r>
      <w:r>
        <w:rPr>
          <w:lang w:eastAsia="zh-CN"/>
        </w:rPr>
        <w:t>　　宋：这将会是我们一起经历的最后一个元旦，真心的希望很多年后的你我，不管在哪里，在经历着什么，都能想起我们这一次的相聚。</w:t>
      </w:r>
      <w:r>
        <w:rPr>
          <w:lang w:eastAsia="zh-CN"/>
        </w:rPr>
        <w:br/>
      </w:r>
      <w:r>
        <w:rPr>
          <w:lang w:eastAsia="zh-CN"/>
        </w:rPr>
        <w:t>　　姜：成长的路上有太多坎坷需要我们来经历，亲爱的朋友，希望我们欢聚能成为你在探索生命道路上最甜美的回忆</w:t>
      </w:r>
      <w:r>
        <w:rPr>
          <w:lang w:eastAsia="zh-CN"/>
        </w:rPr>
        <w:br/>
      </w:r>
      <w:r>
        <w:rPr>
          <w:lang w:eastAsia="zh-CN"/>
        </w:rPr>
        <w:t>　　何：接下来就请大家在这诗于画相交融的节日里一起欣赏我们用心准备的节目！</w:t>
      </w:r>
      <w:r>
        <w:rPr>
          <w:lang w:eastAsia="zh-CN"/>
        </w:rPr>
        <w:br/>
      </w:r>
      <w:r>
        <w:rPr>
          <w:lang w:eastAsia="zh-CN"/>
        </w:rPr>
        <w:t xml:space="preserve">    毕业联欢会感恩老师环节主持词 篇5 </w:t>
      </w:r>
      <w:r>
        <w:rPr>
          <w:lang w:eastAsia="zh-CN"/>
        </w:rPr>
        <w:br/>
      </w:r>
      <w:r>
        <w:rPr>
          <w:lang w:eastAsia="zh-CN"/>
        </w:rPr>
        <w:t>　　男：尊敬的各位领导、各位来宾</w:t>
      </w:r>
      <w:r>
        <w:rPr>
          <w:lang w:eastAsia="zh-CN"/>
        </w:rPr>
        <w:br/>
      </w:r>
      <w:r>
        <w:rPr>
          <w:lang w:eastAsia="zh-CN"/>
        </w:rPr>
        <w:t>　　女：亲爱的老师们、同学们</w:t>
      </w:r>
      <w:r>
        <w:rPr>
          <w:lang w:eastAsia="zh-CN"/>
        </w:rPr>
        <w:br/>
      </w:r>
      <w:r>
        <w:rPr>
          <w:lang w:eastAsia="zh-CN"/>
        </w:rPr>
        <w:t>　　合：大家晚上好!</w:t>
      </w:r>
      <w:r>
        <w:rPr>
          <w:lang w:eastAsia="zh-CN"/>
        </w:rPr>
        <w:br/>
      </w:r>
      <w:r>
        <w:rPr>
          <w:lang w:eastAsia="zh-CN"/>
        </w:rPr>
        <w:t>　　男：母校，是一棵参天大树，庇护着茁壮的幼苗。</w:t>
      </w:r>
      <w:r>
        <w:rPr>
          <w:lang w:eastAsia="zh-CN"/>
        </w:rPr>
        <w:br/>
      </w:r>
      <w:r>
        <w:rPr>
          <w:lang w:eastAsia="zh-CN"/>
        </w:rPr>
        <w:t>　　女：母校，是一艘乘风快船，满载着前行的希望。</w:t>
      </w:r>
      <w:r>
        <w:rPr>
          <w:lang w:eastAsia="zh-CN"/>
        </w:rPr>
        <w:br/>
      </w:r>
      <w:r>
        <w:rPr>
          <w:lang w:eastAsia="zh-CN"/>
        </w:rPr>
        <w:t>　　男：今天，我们相聚在如意情生态园，见证我们成长的步伐。</w:t>
      </w:r>
      <w:r>
        <w:rPr>
          <w:lang w:eastAsia="zh-CN"/>
        </w:rPr>
        <w:br/>
      </w:r>
      <w:r>
        <w:rPr>
          <w:lang w:eastAsia="zh-CN"/>
        </w:rPr>
        <w:t>　　女：今天，我们举行隆重晚会，分享求学路上最美好的时光。</w:t>
      </w:r>
      <w:r>
        <w:rPr>
          <w:lang w:eastAsia="zh-CN"/>
        </w:rPr>
        <w:br/>
      </w:r>
      <w:r>
        <w:rPr>
          <w:lang w:eastAsia="zh-CN"/>
        </w:rPr>
        <w:t>　　合：我们从这里起航!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男：我宣布，__实验学校小学部六年级“满载梦想扬帆启航”毕业晚会——</w:t>
      </w:r>
      <w:r>
        <w:rPr>
          <w:lang w:eastAsia="zh-CN"/>
        </w:rPr>
        <w:br/>
      </w:r>
      <w:r>
        <w:rPr>
          <w:lang w:eastAsia="zh-CN"/>
        </w:rPr>
        <w:t>　　合：现在开始!</w:t>
      </w:r>
      <w:r>
        <w:rPr>
          <w:lang w:eastAsia="zh-CN"/>
        </w:rPr>
        <w:br/>
      </w:r>
      <w:r>
        <w:rPr>
          <w:lang w:eastAsia="zh-CN"/>
        </w:rPr>
        <w:t xml:space="preserve">    毕业联欢会感恩老师环节主持词 篇6 </w:t>
      </w:r>
      <w:r>
        <w:rPr>
          <w:lang w:eastAsia="zh-CN"/>
        </w:rPr>
        <w:br/>
      </w:r>
      <w:r>
        <w:rPr>
          <w:lang w:eastAsia="zh-CN"/>
        </w:rPr>
        <w:t>　　尊敬的各位家长、各位来宾，亲爱的老师们、小朋友们大家下午好！</w:t>
      </w:r>
      <w:r>
        <w:rPr>
          <w:lang w:eastAsia="zh-CN"/>
        </w:rPr>
        <w:br/>
      </w:r>
      <w:r>
        <w:rPr>
          <w:lang w:eastAsia="zh-CN"/>
        </w:rPr>
        <w:t>　　走过春夏，我们播种心愿，耕耘希望；走过秋冬，我们收获今天，期盼明天。走过昨天，三年快乐的时光依然在眼前：走过今天，我们依依不舍说再见。</w:t>
      </w:r>
      <w:r>
        <w:rPr>
          <w:lang w:eastAsia="zh-CN"/>
        </w:rPr>
        <w:br/>
      </w:r>
      <w:r>
        <w:rPr>
          <w:lang w:eastAsia="zh-CN"/>
        </w:rPr>
        <w:t>　　彩旗在飞扬，知了在歌唱……他们像在表达对孩子们的衷心祝福；又像是在倾诉孩子们对老师、对幼儿园的无尽留恋！孩子们，让我们用歌声、用舞姿、用话语来表达此时此刻的心情吧！</w:t>
      </w:r>
      <w:r>
        <w:rPr>
          <w:lang w:eastAsia="zh-CN"/>
        </w:rPr>
        <w:br/>
      </w:r>
      <w:r>
        <w:rPr>
          <w:lang w:eastAsia="zh-CN"/>
        </w:rPr>
        <w:t>　　——镇中心幼儿园“我的梦中国梦”暨__届大班毕业典礼和期末展示现在开始！</w:t>
      </w:r>
      <w:r>
        <w:rPr>
          <w:lang w:eastAsia="zh-CN"/>
        </w:rPr>
        <w:br/>
      </w:r>
      <w:r>
        <w:rPr>
          <w:lang w:eastAsia="zh-CN"/>
        </w:rPr>
        <w:t>　　在今天这个难忘的日子里，我们诚挚地邀请了一直关心爱护我们亲人和朋友前来参加宝贝们的毕业典礼！与我们一起分享孩子们的成长快乐。离别的钟声即将敲响，我深深的感受到那份与你们分别的离情别意。作为老师，我们的心中有说不出的高兴和不舍，为你们即将成为一名小学生而自豪高兴、又为你们即将离开我们而恋恋不舍。孩子们，让我们再一次听听高园长的嘱咐与祝福吧，掌声有请高园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高园长意语深长的话，鼓励着我们走向更好更高的目标，在今天这特殊的日子，老师们有太多的感慨，下面请教师代表陈老师为我们讲话，大家欢迎！</w:t>
      </w:r>
      <w:r>
        <w:rPr>
          <w:lang w:eastAsia="zh-CN"/>
        </w:rPr>
        <w:br/>
      </w:r>
      <w:r>
        <w:rPr>
          <w:lang w:eastAsia="zh-CN"/>
        </w:rPr>
        <w:t>　　谢谢陈老师！</w:t>
      </w:r>
      <w:r>
        <w:rPr>
          <w:lang w:eastAsia="zh-CN"/>
        </w:rPr>
        <w:br/>
      </w:r>
      <w:r>
        <w:rPr>
          <w:lang w:eastAsia="zh-CN"/>
        </w:rPr>
        <w:t xml:space="preserve">    毕业联欢会感恩老师环节主持词 篇7 </w:t>
      </w:r>
      <w:r>
        <w:rPr>
          <w:lang w:eastAsia="zh-CN"/>
        </w:rPr>
        <w:br/>
      </w:r>
      <w:r>
        <w:rPr>
          <w:lang w:eastAsia="zh-CN"/>
        </w:rPr>
        <w:t>　　甲：时光荏苒，岁月如梭，只有离别的时候，才知道光阴的短暂与宝贵。</w:t>
      </w:r>
      <w:r>
        <w:rPr>
          <w:lang w:eastAsia="zh-CN"/>
        </w:rPr>
        <w:br/>
      </w:r>
      <w:r>
        <w:rPr>
          <w:lang w:eastAsia="zh-CN"/>
        </w:rPr>
        <w:t>　　乙：岁月荏苒，青春行走在时间的河岸，渐行渐远。</w:t>
      </w:r>
      <w:r>
        <w:rPr>
          <w:lang w:eastAsia="zh-CN"/>
        </w:rPr>
        <w:br/>
      </w:r>
      <w:r>
        <w:rPr>
          <w:lang w:eastAsia="zh-CN"/>
        </w:rPr>
        <w:t>　　丙：初夏又至，六月的脚步已经走进。弹指一挥间，六年的小学生活即将结束。此时此刻，蓦然发现自己曾百般挑剔的母校是那么的可爱，那么的温馨。</w:t>
      </w:r>
      <w:r>
        <w:rPr>
          <w:lang w:eastAsia="zh-CN"/>
        </w:rPr>
        <w:br/>
      </w:r>
      <w:r>
        <w:rPr>
          <w:lang w:eastAsia="zh-CN"/>
        </w:rPr>
        <w:t>　　丁：要说再见了，才真正体会到什么叫“聚散两依依”，什么叫“相见时难别亦难”，千头万绪，又岂是只言片语能表达的，但无论如何，心中依然清晰的，终将难忘的，是六年来一千多个日日夜夜的点点滴滴。</w:t>
      </w:r>
      <w:r>
        <w:rPr>
          <w:lang w:eastAsia="zh-CN"/>
        </w:rPr>
        <w:br/>
      </w:r>
      <w:r>
        <w:rPr>
          <w:lang w:eastAsia="zh-CN"/>
        </w:rPr>
        <w:t>　　甲：七月我们将远行，带着对母校的深深眷恋和对未来的无限憧憬，告别我的学生时代。如今掉头一去是风吹黑发，也许回首再来已是雪满白头了！</w:t>
      </w:r>
      <w:r>
        <w:rPr>
          <w:lang w:eastAsia="zh-CN"/>
        </w:rPr>
        <w:br/>
      </w:r>
      <w:r>
        <w:rPr>
          <w:lang w:eastAsia="zh-CN"/>
        </w:rPr>
        <w:t>　　乙：昨天毕竟短暂，明天才是永远，也许前方的道路依然会有很多荆棘，未来的日子未必就是风合日丽，但我们坚信，“海阔必能凭鱼跃，</w:t>
      </w:r>
      <w:r>
        <w:rPr>
          <w:lang w:eastAsia="zh-CN"/>
        </w:rPr>
        <w:br/>
      </w:r>
      <w:r>
        <w:rPr>
          <w:lang w:eastAsia="zh-CN"/>
        </w:rPr>
        <w:t>　　丙：天高必将任鸟飞”</w:t>
      </w:r>
      <w:r>
        <w:rPr>
          <w:lang w:eastAsia="zh-CN"/>
        </w:rPr>
        <w:br/>
      </w:r>
      <w:r>
        <w:rPr>
          <w:lang w:eastAsia="zh-CN"/>
        </w:rPr>
        <w:t>　　丁：让我们一起期待，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齐：明天会更好！</w:t>
      </w:r>
      <w:r>
        <w:rPr>
          <w:lang w:eastAsia="zh-CN"/>
        </w:rPr>
        <w:br/>
      </w:r>
      <w:r>
        <w:rPr>
          <w:lang w:eastAsia="zh-CN"/>
        </w:rPr>
        <w:t>　　女：再见啦，我最亲爱的母校！</w:t>
      </w:r>
      <w:r>
        <w:rPr>
          <w:lang w:eastAsia="zh-CN"/>
        </w:rPr>
        <w:br/>
      </w:r>
      <w:r>
        <w:rPr>
          <w:lang w:eastAsia="zh-CN"/>
        </w:rPr>
        <w:t>　　男：再见啦，我最亲爱的同学！</w:t>
      </w:r>
      <w:r>
        <w:rPr>
          <w:lang w:eastAsia="zh-CN"/>
        </w:rPr>
        <w:br/>
      </w:r>
      <w:r>
        <w:rPr>
          <w:lang w:eastAsia="zh-CN"/>
        </w:rPr>
        <w:t>　　齐：再见啦，我最亲爱的老师！</w:t>
      </w:r>
      <w:r>
        <w:rPr>
          <w:lang w:eastAsia="zh-CN"/>
        </w:rPr>
        <w:br/>
      </w:r>
      <w:r>
        <w:rPr>
          <w:lang w:eastAsia="zh-CN"/>
        </w:rPr>
        <w:t>　　齐：毕业联欢会到此结束！谢谢大家！</w:t>
      </w:r>
      <w:r>
        <w:rPr>
          <w:lang w:eastAsia="zh-CN"/>
        </w:rPr>
        <w:br/>
      </w:r>
      <w:r>
        <w:rPr>
          <w:lang w:eastAsia="zh-CN"/>
        </w:rPr>
        <w:t xml:space="preserve">    毕业联欢会感恩老师环节主持词 篇8 </w:t>
      </w:r>
      <w:r>
        <w:rPr>
          <w:lang w:eastAsia="zh-CN"/>
        </w:rPr>
        <w:br/>
      </w:r>
      <w:r>
        <w:rPr>
          <w:lang w:eastAsia="zh-CN"/>
        </w:rPr>
        <w:t>　　董：尊敬的各位领导，校董</w:t>
      </w:r>
      <w:r>
        <w:rPr>
          <w:lang w:eastAsia="zh-CN"/>
        </w:rPr>
        <w:br/>
      </w:r>
      <w:r>
        <w:rPr>
          <w:lang w:eastAsia="zh-CN"/>
        </w:rPr>
        <w:t>　　媛：敬爱的老师</w:t>
      </w:r>
      <w:r>
        <w:rPr>
          <w:lang w:eastAsia="zh-CN"/>
        </w:rPr>
        <w:br/>
      </w:r>
      <w:r>
        <w:rPr>
          <w:lang w:eastAsia="zh-CN"/>
        </w:rPr>
        <w:t>　　董：亲爱的同学们</w:t>
      </w:r>
      <w:r>
        <w:rPr>
          <w:lang w:eastAsia="zh-CN"/>
        </w:rPr>
        <w:br/>
      </w:r>
      <w:r>
        <w:rPr>
          <w:lang w:eastAsia="zh-CN"/>
        </w:rPr>
        <w:t>　　合：大家早上好！</w:t>
      </w:r>
      <w:r>
        <w:rPr>
          <w:lang w:eastAsia="zh-CN"/>
        </w:rPr>
        <w:br/>
      </w:r>
      <w:r>
        <w:rPr>
          <w:lang w:eastAsia="zh-CN"/>
        </w:rPr>
        <w:t>　　董：六月，鲜花烂漫，六月，桃李芬芳</w:t>
      </w:r>
      <w:r>
        <w:rPr>
          <w:lang w:eastAsia="zh-CN"/>
        </w:rPr>
        <w:br/>
      </w:r>
      <w:r>
        <w:rPr>
          <w:lang w:eastAsia="zh-CN"/>
        </w:rPr>
        <w:t>　　董：六月的暖风，携带着初夏的温情</w:t>
      </w:r>
      <w:r>
        <w:rPr>
          <w:lang w:eastAsia="zh-CN"/>
        </w:rPr>
        <w:br/>
      </w:r>
      <w:r>
        <w:rPr>
          <w:lang w:eastAsia="zh-CN"/>
        </w:rPr>
        <w:t>　　董：六月的校园，洋溢着收获的甜蜜</w:t>
      </w:r>
      <w:r>
        <w:rPr>
          <w:lang w:eastAsia="zh-CN"/>
        </w:rPr>
        <w:br/>
      </w:r>
      <w:r>
        <w:rPr>
          <w:lang w:eastAsia="zh-CN"/>
        </w:rPr>
        <w:t>　　董：今天是个值得庆贺的日子，</w:t>
      </w:r>
      <w:r>
        <w:rPr>
          <w:lang w:eastAsia="zh-CN"/>
        </w:rPr>
        <w:br/>
      </w:r>
      <w:r>
        <w:rPr>
          <w:lang w:eastAsia="zh-CN"/>
        </w:rPr>
        <w:t>　　董：我们六年级全体师生欢聚一堂，隆重举行20__届毕业联欢会</w:t>
      </w:r>
      <w:r>
        <w:rPr>
          <w:lang w:eastAsia="zh-CN"/>
        </w:rPr>
        <w:br/>
      </w:r>
      <w:r>
        <w:rPr>
          <w:lang w:eastAsia="zh-CN"/>
        </w:rPr>
        <w:t>　　董：让我们向顺利完成六年学业，即将跨入新学校的全体同学表示热烈的祝贺</w:t>
      </w:r>
      <w:r>
        <w:rPr>
          <w:lang w:eastAsia="zh-CN"/>
        </w:rPr>
        <w:br/>
      </w:r>
      <w:r>
        <w:rPr>
          <w:lang w:eastAsia="zh-CN"/>
        </w:rPr>
        <w:t>　　董：向为同学们的成长倾注了热情和智慧的所有老师表示衷心的感谢</w:t>
      </w:r>
      <w:r>
        <w:rPr>
          <w:lang w:eastAsia="zh-CN"/>
        </w:rPr>
        <w:br/>
      </w:r>
      <w:r>
        <w:rPr>
          <w:lang w:eastAsia="zh-CN"/>
        </w:rPr>
        <w:t>　　合：“感恩母校，放飞梦想”__小学第一小学20__届毕业联欢会现在开始！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毕业联欢会感恩老师环节主持词 篇9 </w:t>
      </w:r>
      <w:r>
        <w:rPr>
          <w:lang w:eastAsia="zh-CN"/>
        </w:rPr>
        <w:br/>
      </w:r>
      <w:r>
        <w:rPr>
          <w:lang w:eastAsia="zh-CN"/>
        </w:rPr>
        <w:t>　　尊敬的各位领导，敬爱的老师，亲爱的同学们：</w:t>
      </w:r>
      <w:r>
        <w:rPr>
          <w:lang w:eastAsia="zh-CN"/>
        </w:rPr>
        <w:br/>
      </w:r>
      <w:r>
        <w:rPr>
          <w:lang w:eastAsia="zh-CN"/>
        </w:rPr>
        <w:t>　　晚上好！</w:t>
      </w:r>
      <w:r>
        <w:rPr>
          <w:lang w:eastAsia="zh-CN"/>
        </w:rPr>
        <w:br/>
      </w:r>
      <w:r>
        <w:rPr>
          <w:lang w:eastAsia="zh-CN"/>
        </w:rPr>
        <w:t>　　男：时光荏苒，岁月如梭，转眼间，三年的大学生活，已被我们写成一个段落！</w:t>
      </w:r>
      <w:r>
        <w:rPr>
          <w:lang w:eastAsia="zh-CN"/>
        </w:rPr>
        <w:br/>
      </w:r>
      <w:r>
        <w:rPr>
          <w:lang w:eastAsia="zh-CN"/>
        </w:rPr>
        <w:t>　　女：春华秋实，季节走过，回首时，两年的大好青春，让我们在幸福地校园求学！</w:t>
      </w:r>
      <w:r>
        <w:rPr>
          <w:lang w:eastAsia="zh-CN"/>
        </w:rPr>
        <w:br/>
      </w:r>
      <w:r>
        <w:rPr>
          <w:lang w:eastAsia="zh-CN"/>
        </w:rPr>
        <w:t>　　男：期待梦想，上下求索，彩云间，放飞成长誓言，让我们在迷惘时向往星河！</w:t>
      </w:r>
      <w:r>
        <w:rPr>
          <w:lang w:eastAsia="zh-CN"/>
        </w:rPr>
        <w:br/>
      </w:r>
      <w:r>
        <w:rPr>
          <w:lang w:eastAsia="zh-CN"/>
        </w:rPr>
        <w:t>　　女：不怕困难，奋进开拓，待收获，展望那金秋时候，让我们在秋天里起舞踏歌！</w:t>
      </w:r>
      <w:r>
        <w:rPr>
          <w:lang w:eastAsia="zh-CN"/>
        </w:rPr>
        <w:br/>
      </w:r>
      <w:r>
        <w:rPr>
          <w:lang w:eastAsia="zh-CN"/>
        </w:rPr>
        <w:t>　　男：敬爱的老师！两年来，我们的成长，离不开您的心血和汗水！</w:t>
      </w:r>
      <w:r>
        <w:rPr>
          <w:lang w:eastAsia="zh-CN"/>
        </w:rPr>
        <w:br/>
      </w:r>
      <w:r>
        <w:rPr>
          <w:lang w:eastAsia="zh-CN"/>
        </w:rPr>
        <w:t>　　女：敬爱的老师！两年来，我们的进步，每一个脚印都有您陪伴我们踏实走过！</w:t>
      </w:r>
      <w:r>
        <w:rPr>
          <w:lang w:eastAsia="zh-CN"/>
        </w:rPr>
        <w:br/>
      </w:r>
      <w:r>
        <w:rPr>
          <w:lang w:eastAsia="zh-CN"/>
        </w:rPr>
        <w:t>　　男：我们把爱写在春风里，好让您在花开的时候，和我们诉说！</w:t>
      </w:r>
      <w:r>
        <w:rPr>
          <w:lang w:eastAsia="zh-CN"/>
        </w:rPr>
        <w:br/>
      </w:r>
      <w:r>
        <w:rPr>
          <w:lang w:eastAsia="zh-CN"/>
        </w:rPr>
        <w:t>　　女：我们把爱写在星星上，好让您在没有月亮的夜晚，看万家灯火！</w:t>
      </w:r>
      <w:r>
        <w:rPr>
          <w:lang w:eastAsia="zh-CN"/>
        </w:rPr>
        <w:br/>
      </w:r>
      <w:r>
        <w:rPr>
          <w:lang w:eastAsia="zh-CN"/>
        </w:rPr>
        <w:t>　　男：我们把爱染成太阳的颜色，好让你美丽的心灵，在岁月的长河里，没有寂寞！</w:t>
      </w:r>
      <w:r>
        <w:rPr>
          <w:lang w:eastAsia="zh-CN"/>
        </w:rPr>
        <w:br/>
      </w:r>
      <w:r>
        <w:rPr>
          <w:lang w:eastAsia="zh-CN"/>
        </w:rPr>
        <w:t>　　女：我们把爱放在您的目光中，好让您照亮我们长长的前路，再没有坎坷！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男：亲爱的同学们！我们在同一片土地上学习和生活，此时此刻，没有太多的表白，千言万语，只有一句祝福，祝福你们好好学习，天天进取，报答亲情，报效祖国！希望你们珍惜青春，珍惜知识，幸福学习，幸福生活！</w:t>
      </w:r>
      <w:r>
        <w:rPr>
          <w:lang w:eastAsia="zh-CN"/>
        </w:rPr>
        <w:br/>
      </w:r>
      <w:r>
        <w:rPr>
          <w:lang w:eastAsia="zh-CN"/>
        </w:rPr>
        <w:t>　　女：尊敬的领导，敬爱的老师，亲爱的同学们！</w:t>
      </w:r>
      <w:r>
        <w:rPr>
          <w:lang w:eastAsia="zh-CN"/>
        </w:rPr>
        <w:br/>
      </w:r>
      <w:r>
        <w:rPr>
          <w:lang w:eastAsia="zh-CN"/>
        </w:rPr>
        <w:t>　　感谢你们在百忙之中找到空闲，光临20__级音乐表演班毕业联欢会的现场！</w:t>
      </w:r>
      <w:r>
        <w:rPr>
          <w:lang w:eastAsia="zh-CN"/>
        </w:rPr>
        <w:br/>
      </w:r>
      <w:r>
        <w:rPr>
          <w:lang w:eastAsia="zh-CN"/>
        </w:rPr>
        <w:t xml:space="preserve">    毕业联欢会感恩老师环节主持词 篇10 </w:t>
      </w:r>
      <w:r>
        <w:rPr>
          <w:lang w:eastAsia="zh-CN"/>
        </w:rPr>
        <w:br/>
      </w:r>
      <w:r>
        <w:rPr>
          <w:lang w:eastAsia="zh-CN"/>
        </w:rPr>
        <w:t>　　千言万语表达不尽我们对母校的敬意，热情的赞歌唱不尽我们对母校的一腔深情。流火的六月，我们带着恩师的叮咛，怀着依依不舍的离情，告别亲爱的母校;绚烂的七月，我们将载着母校的祝愿，带着亲人的希望，向着新的征程扬帆起航!云帆直挂济沧海，鲲鹏展翅啸九天。相信我们的明天会更美好，祝愿母校的未来更辉煌!</w:t>
      </w:r>
      <w:r>
        <w:rPr>
          <w:lang w:eastAsia="zh-CN"/>
        </w:rPr>
        <w:br/>
      </w:r>
      <w:r>
        <w:rPr>
          <w:lang w:eastAsia="zh-CN"/>
        </w:rPr>
        <w:t>　　_20__届高三毕业晚会到此结束!</w:t>
      </w:r>
      <w:r>
        <w:rPr>
          <w:lang w:eastAsia="zh-CN"/>
        </w:rPr>
        <w:br/>
      </w:r>
      <w:r>
        <w:rPr>
          <w:lang w:eastAsia="zh-CN"/>
        </w:rPr>
        <w:t xml:space="preserve">    毕业联欢会感恩老师环节主持词 篇11 </w:t>
      </w:r>
      <w:r>
        <w:rPr>
          <w:lang w:eastAsia="zh-CN"/>
        </w:rPr>
        <w:br/>
      </w:r>
      <w:r>
        <w:rPr>
          <w:lang w:eastAsia="zh-CN"/>
        </w:rPr>
        <w:t>　　甲：尊敬的各位领导、老师</w:t>
      </w:r>
      <w:r>
        <w:rPr>
          <w:lang w:eastAsia="zh-CN"/>
        </w:rPr>
        <w:br/>
      </w:r>
      <w:r>
        <w:rPr>
          <w:lang w:eastAsia="zh-CN"/>
        </w:rPr>
        <w:t>　　乙：亲爱的同学们：</w:t>
      </w:r>
      <w:r>
        <w:rPr>
          <w:lang w:eastAsia="zh-CN"/>
        </w:rPr>
        <w:br/>
      </w:r>
      <w:r>
        <w:rPr>
          <w:lang w:eastAsia="zh-CN"/>
        </w:rPr>
        <w:t>　　甲：看童年的时光流淌在我们身上的痕迹，是那么恬淡，那么深刻。</w:t>
      </w:r>
      <w:r>
        <w:rPr>
          <w:lang w:eastAsia="zh-CN"/>
        </w:rPr>
        <w:br/>
      </w:r>
      <w:r>
        <w:rPr>
          <w:lang w:eastAsia="zh-CN"/>
        </w:rPr>
        <w:t>　　乙：听谆谆的教诲铭刻在我们心中的烙印，是那么清晰，那么绵长。</w:t>
      </w:r>
      <w:r>
        <w:rPr>
          <w:lang w:eastAsia="zh-CN"/>
        </w:rPr>
        <w:br/>
      </w:r>
      <w:r>
        <w:rPr>
          <w:lang w:eastAsia="zh-CN"/>
        </w:rPr>
        <w:t>　　甲：而今，离别的时刻已经来到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乙：我们将要带着这份重托、这份感恩远航，</w:t>
      </w:r>
      <w:r>
        <w:rPr>
          <w:lang w:eastAsia="zh-CN"/>
        </w:rPr>
        <w:br/>
      </w:r>
      <w:r>
        <w:rPr>
          <w:lang w:eastAsia="zh-CN"/>
        </w:rPr>
        <w:t>　　甲：我们满怀骄傲，因为我们是东风小学的孩子</w:t>
      </w:r>
      <w:r>
        <w:rPr>
          <w:lang w:eastAsia="zh-CN"/>
        </w:rPr>
        <w:br/>
      </w:r>
      <w:r>
        <w:rPr>
          <w:lang w:eastAsia="zh-CN"/>
        </w:rPr>
        <w:t>　　乙：我们充满希望，因为母校给我们插上了腾飞的翅膀</w:t>
      </w:r>
      <w:r>
        <w:rPr>
          <w:lang w:eastAsia="zh-CN"/>
        </w:rPr>
        <w:br/>
      </w:r>
      <w:r>
        <w:rPr>
          <w:lang w:eastAsia="zh-CN"/>
        </w:rPr>
        <w:t>　　甲：让我们胸怀梦想，创造一个美好的前程</w:t>
      </w:r>
      <w:r>
        <w:rPr>
          <w:lang w:eastAsia="zh-CN"/>
        </w:rPr>
        <w:br/>
      </w:r>
      <w:r>
        <w:rPr>
          <w:lang w:eastAsia="zh-CN"/>
        </w:rPr>
        <w:t>　　乙：让我们铭记校训，永远为母校争光！</w:t>
      </w:r>
      <w:r>
        <w:rPr>
          <w:lang w:eastAsia="zh-CN"/>
        </w:rPr>
        <w:br/>
      </w:r>
      <w:r>
        <w:rPr>
          <w:lang w:eastAsia="zh-CN"/>
        </w:rPr>
        <w:t>　　甲：__小学20毕业联欢会到此结束，</w:t>
      </w:r>
      <w:r>
        <w:rPr>
          <w:lang w:eastAsia="zh-CN"/>
        </w:rPr>
        <w:br/>
      </w:r>
      <w:r>
        <w:rPr>
          <w:lang w:eastAsia="zh-CN"/>
        </w:rPr>
        <w:t>　　乙：老师们，同学们，再见！</w:t>
      </w:r>
      <w:r>
        <w:rPr>
          <w:lang w:eastAsia="zh-CN"/>
        </w:rPr>
        <w:br/>
      </w:r>
      <w:r>
        <w:rPr>
          <w:lang w:eastAsia="zh-CN"/>
        </w:rPr>
        <w:t xml:space="preserve">    毕业联欢会感恩老师环节主持词 篇12 </w:t>
      </w:r>
      <w:r>
        <w:rPr>
          <w:lang w:eastAsia="zh-CN"/>
        </w:rPr>
        <w:br/>
      </w:r>
      <w:r>
        <w:rPr>
          <w:lang w:eastAsia="zh-CN"/>
        </w:rPr>
        <w:t>　　a：尊敬的各位领导</w:t>
      </w:r>
      <w:r>
        <w:rPr>
          <w:lang w:eastAsia="zh-CN"/>
        </w:rPr>
        <w:br/>
      </w:r>
      <w:r>
        <w:rPr>
          <w:lang w:eastAsia="zh-CN"/>
        </w:rPr>
        <w:t>　　b：各位来宾</w:t>
      </w:r>
      <w:r>
        <w:rPr>
          <w:lang w:eastAsia="zh-CN"/>
        </w:rPr>
        <w:br/>
      </w:r>
      <w:r>
        <w:rPr>
          <w:lang w:eastAsia="zh-CN"/>
        </w:rPr>
        <w:t>　　c：亲爱的老师们，同学们</w:t>
      </w:r>
      <w:r>
        <w:rPr>
          <w:lang w:eastAsia="zh-CN"/>
        </w:rPr>
        <w:br/>
      </w:r>
      <w:r>
        <w:rPr>
          <w:lang w:eastAsia="zh-CN"/>
        </w:rPr>
        <w:t>　　合：大家晚上好！</w:t>
      </w:r>
      <w:r>
        <w:rPr>
          <w:lang w:eastAsia="zh-CN"/>
        </w:rPr>
        <w:br/>
      </w:r>
      <w:r>
        <w:rPr>
          <w:lang w:eastAsia="zh-CN"/>
        </w:rPr>
        <w:t>　　d：这里是专科学校“__年欢送毕业生晚会”的演出现场。我是主持人———</w:t>
      </w:r>
      <w:r>
        <w:rPr>
          <w:lang w:eastAsia="zh-CN"/>
        </w:rPr>
        <w:br/>
      </w:r>
      <w:r>
        <w:rPr>
          <w:lang w:eastAsia="zh-CN"/>
        </w:rPr>
        <w:t>　　a:我是——</w:t>
      </w:r>
      <w:r>
        <w:rPr>
          <w:lang w:eastAsia="zh-CN"/>
        </w:rPr>
        <w:br/>
      </w:r>
      <w:r>
        <w:rPr>
          <w:lang w:eastAsia="zh-CN"/>
        </w:rPr>
        <w:t>　　b:我是——</w:t>
      </w:r>
      <w:r>
        <w:rPr>
          <w:lang w:eastAsia="zh-CN"/>
        </w:rPr>
        <w:br/>
      </w:r>
      <w:r>
        <w:rPr>
          <w:lang w:eastAsia="zh-CN"/>
        </w:rPr>
        <w:t>　　c:我是——</w:t>
      </w:r>
      <w:r>
        <w:rPr>
          <w:lang w:eastAsia="zh-CN"/>
        </w:rPr>
        <w:br/>
      </w:r>
      <w:r>
        <w:rPr>
          <w:lang w:eastAsia="zh-CN"/>
        </w:rPr>
        <w:t>　　a：非常感谢大家来到本场晚会。首先，请允许我介绍出席晚会的领导以及嘉宾，他们是——</w:t>
      </w:r>
      <w:r>
        <w:rPr>
          <w:lang w:eastAsia="zh-CN"/>
        </w:rPr>
        <w:br/>
      </w:r>
      <w:r>
        <w:rPr>
          <w:lang w:eastAsia="zh-CN"/>
        </w:rPr>
        <w:t>　　b：让我们再次以热烈的掌声欢迎他们的到来</w:t>
      </w:r>
      <w:r>
        <w:rPr>
          <w:lang w:eastAsia="zh-CN"/>
        </w:rPr>
        <w:br/>
      </w:r>
      <w:r>
        <w:rPr>
          <w:lang w:eastAsia="zh-CN"/>
        </w:rPr>
        <w:t>　　a：浓情六月，心系医专。为彼此相识相知了两年的大学情谊，而再次相聚在这个浓情蜜意的夜晚。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b：还记得跨进大学校园的第一天起：笑声、歌声、祝福声，声声化作心中最甜美的记忆</w:t>
      </w:r>
      <w:r>
        <w:rPr>
          <w:lang w:eastAsia="zh-CN"/>
        </w:rPr>
        <w:br/>
      </w:r>
      <w:r>
        <w:rPr>
          <w:lang w:eastAsia="zh-CN"/>
        </w:rPr>
        <w:t>　　c：还记得跨进大学校园的第一天起：年轻、激情、动感、活力，铸就了校园最靓丽的风景</w:t>
      </w:r>
      <w:r>
        <w:rPr>
          <w:lang w:eastAsia="zh-CN"/>
        </w:rPr>
        <w:br/>
      </w:r>
      <w:r>
        <w:rPr>
          <w:lang w:eastAsia="zh-CN"/>
        </w:rPr>
        <w:t>　　d：而明天我们就要和学习生活了两年的大学说声再见了。在这个时候，除了互道别离，互致珍重以外，年复一年的毕业晚会似乎已经成了踏入社会前的最后一次集体聚首</w:t>
      </w:r>
      <w:r>
        <w:rPr>
          <w:lang w:eastAsia="zh-CN"/>
        </w:rPr>
        <w:br/>
      </w:r>
      <w:r>
        <w:rPr>
          <w:lang w:eastAsia="zh-CN"/>
        </w:rPr>
        <w:t>　　a:如果两年前的邂逅仅仅是一次命数之外的偶然，那么两年的相知相守却是缘分的眷恋，而今晚的相聚则是两年快乐时光的怀念</w:t>
      </w:r>
      <w:r>
        <w:rPr>
          <w:lang w:eastAsia="zh-CN"/>
        </w:rPr>
        <w:br/>
      </w:r>
      <w:r>
        <w:rPr>
          <w:lang w:eastAsia="zh-CN"/>
        </w:rPr>
        <w:t>　　b:我们这里的每个人心中都承载了太多的祝福与惦念，寄托了太多的关怀与企盼，藏匿了太多的故事与依恋</w:t>
      </w:r>
      <w:r>
        <w:rPr>
          <w:lang w:eastAsia="zh-CN"/>
        </w:rPr>
        <w:br/>
      </w:r>
      <w:r>
        <w:rPr>
          <w:lang w:eastAsia="zh-CN"/>
        </w:rPr>
        <w:t>　　c:今天彼此带着美好的憧憬</w:t>
      </w:r>
      <w:r>
        <w:rPr>
          <w:lang w:eastAsia="zh-CN"/>
        </w:rPr>
        <w:br/>
      </w:r>
      <w:r>
        <w:rPr>
          <w:lang w:eastAsia="zh-CN"/>
        </w:rPr>
        <w:t>　　d:今天彼此带着相聚的欣喜</w:t>
      </w:r>
      <w:r>
        <w:rPr>
          <w:lang w:eastAsia="zh-CN"/>
        </w:rPr>
        <w:br/>
      </w:r>
      <w:r>
        <w:rPr>
          <w:lang w:eastAsia="zh-CN"/>
        </w:rPr>
        <w:t>　　a:今天彼此带着离别的寓意</w:t>
      </w:r>
      <w:r>
        <w:rPr>
          <w:lang w:eastAsia="zh-CN"/>
        </w:rPr>
        <w:br/>
      </w:r>
      <w:r>
        <w:rPr>
          <w:lang w:eastAsia="zh-CN"/>
        </w:rPr>
        <w:t>　　b:今天欢聚一堂将共同度过这个美好而难忘的夜晚</w:t>
      </w:r>
      <w:r>
        <w:rPr>
          <w:lang w:eastAsia="zh-CN"/>
        </w:rPr>
        <w:br/>
      </w:r>
      <w:r>
        <w:rPr>
          <w:lang w:eastAsia="zh-CN"/>
        </w:rPr>
        <w:t>　　a:我宣布，专科学校欢送毕业生晚会</w:t>
      </w:r>
      <w:r>
        <w:rPr>
          <w:lang w:eastAsia="zh-CN"/>
        </w:rPr>
        <w:br/>
      </w:r>
      <w:r>
        <w:rPr>
          <w:lang w:eastAsia="zh-CN"/>
        </w:rPr>
        <w:t>　　合:现在开始！</w:t>
      </w:r>
      <w:r>
        <w:rPr>
          <w:lang w:eastAsia="zh-CN"/>
        </w:rPr>
        <w:br/>
      </w:r>
      <w:r>
        <w:rPr>
          <w:lang w:eastAsia="zh-CN"/>
        </w:rPr>
        <w:t xml:space="preserve">    毕业联欢会感恩老师环节主持词 篇13 </w:t>
      </w:r>
      <w:r>
        <w:rPr>
          <w:lang w:eastAsia="zh-CN"/>
        </w:rPr>
        <w:br/>
      </w:r>
      <w:r>
        <w:rPr>
          <w:lang w:eastAsia="zh-CN"/>
        </w:rPr>
        <w:t>　　玥：亲爱的老师、同学们：</w:t>
      </w:r>
      <w:r>
        <w:rPr>
          <w:lang w:eastAsia="zh-CN"/>
        </w:rPr>
        <w:br/>
      </w:r>
      <w:r>
        <w:rPr>
          <w:lang w:eastAsia="zh-CN"/>
        </w:rPr>
        <w:t>　　航：尊敬的各位家长：</w:t>
      </w:r>
      <w:r>
        <w:rPr>
          <w:lang w:eastAsia="zh-CN"/>
        </w:rPr>
        <w:br/>
      </w:r>
      <w:r>
        <w:rPr>
          <w:lang w:eastAsia="zh-CN"/>
        </w:rPr>
        <w:t>　　合：大家上午好!</w:t>
      </w:r>
      <w:r>
        <w:rPr>
          <w:lang w:eastAsia="zh-CN"/>
        </w:rPr>
        <w:br/>
      </w:r>
    </w:p>
    <w:p w:rsidR="001B1F19" w14:textId="27C3F48A">
      <w:pPr>
        <w:rPr>
          <w:rFonts w:hint="eastAsia"/>
          <w:lang w:eastAsia="zh-CN"/>
        </w:rPr>
      </w:pPr>
      <w:r>
        <w:rPr>
          <w:lang w:eastAsia="zh-CN"/>
        </w:rPr>
        <w:t>　　玥：又是春光逝尽时，别离近在咫尺间，时间过得真快，弹指一挥间，六年的小学生涯飘然而去，转眼间我们就要毕业了。</w:t>
      </w:r>
      <w:r>
        <w:rPr>
          <w:lang w:eastAsia="zh-CN"/>
        </w:rPr>
        <w:br/>
      </w:r>
      <w:r>
        <w:rPr>
          <w:lang w:eastAsia="zh-CN"/>
        </w:rPr>
        <w:t>　　航：在实验的校园里，我们度过了人生中最美好的时光，在这里，我们留下了灿烂的青春和火热的激情!</w:t>
      </w:r>
      <w:r>
        <w:rPr>
          <w:lang w:eastAsia="zh-CN"/>
        </w:rPr>
        <w:br/>
      </w:r>
      <w:r>
        <w:rPr>
          <w:lang w:eastAsia="zh-CN"/>
        </w:rPr>
        <w:t>　　玥：今天，我们将把最优美的舞姿和最动人的歌声，奉献给我们最最亲爱的母校。用激扬的青春与活力，尽展我们的风采!</w:t>
      </w:r>
      <w:r>
        <w:rPr>
          <w:lang w:eastAsia="zh-CN"/>
        </w:rPr>
        <w:br/>
      </w:r>
      <w:r>
        <w:rPr>
          <w:lang w:eastAsia="zh-CN"/>
        </w:rPr>
        <w:t>　　航：~~小学六年一班毕业联欢会――</w:t>
      </w:r>
      <w:r>
        <w:rPr>
          <w:lang w:eastAsia="zh-CN"/>
        </w:rPr>
        <w:br/>
      </w:r>
      <w:r>
        <w:rPr>
          <w:lang w:eastAsia="zh-CN"/>
        </w:rPr>
        <w:t>　　合：现在开始!</w:t>
      </w:r>
      <w:r>
        <w:rPr>
          <w:lang w:eastAsia="zh-CN"/>
        </w:rPr>
        <w:br/>
      </w:r>
      <w:r>
        <w:rPr>
          <w:lang w:eastAsia="zh-CN"/>
        </w:rPr>
        <w:t>　　航：金杯银杯斟满酒，生长双手举过头。生活在内蒙古自治区，我们都是能歌善舞的小姑娘。请欣赏高、姜表演的顶碗舞-《银杯》，让我们用舞蹈对各位家长的到来表示热烈的欢迎!</w:t>
      </w:r>
      <w:r>
        <w:rPr>
          <w:lang w:eastAsia="zh-CN"/>
        </w:rPr>
        <w:br/>
      </w:r>
      <w:r>
        <w:rPr>
          <w:lang w:eastAsia="zh-CN"/>
        </w:rPr>
        <w:t>　　玥：从入学时懵懂无知的幼童到今天品学兼优的青春少年，每一分成长都浸润着老师、家长的浓浓心血。我们应该怀着一颗感恩的.心，感谢老师、感谢我们的父母为我们所付出的一切。请欣赏手语表演《感恩的心》，表演者：王、刘、陈。</w:t>
      </w:r>
      <w:r>
        <w:rPr>
          <w:lang w:eastAsia="zh-CN"/>
        </w:rPr>
        <w:br/>
      </w:r>
      <w:r>
        <w:rPr>
          <w:lang w:eastAsia="zh-CN"/>
        </w:rPr>
        <w:t>　　航：在充满温馨的校园里，我们有成功时的欢笑，也有失败时的苦恼;有对生活的激情，更有对未来的渴望;这段岁月，如流水悠悠，将永远铭记我们心中。请欣赏诗朗诵-《有一段岁月叫小学》表演者：于</w:t>
      </w:r>
      <w:r>
        <w:rPr>
          <w:lang w:eastAsia="zh-CN"/>
        </w:rPr>
        <w:br/>
      </w:r>
      <w:r>
        <w:rPr>
          <w:lang w:eastAsia="zh-CN"/>
        </w:rPr>
        <w:t>　　玥：童年，是一支歌，跳跃着美妙的音符;童年，是一首诗，充满了神奇的幻想。就像那飞舞在眼前的小虫，带着我们憧憬，飞向远方。请欣赏，邱岳为我们带来的歌曲《虫儿飞》</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https://d.book118.com/888050104047006041</w:t>
        </w:r>
      </w:hyperlink>
    </w:p>
    <w:p w:rsidR="001B1F19">
      <w:pPr>
        <w:rPr>
          <w:rFonts w:hint="eastAsia"/>
          <w:lang w:eastAsia="zh-CN"/>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805010404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