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信息技术2.0个人研修总结（31篇）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信息技术2.0个人研修总结（通用31篇）</w:t>
      </w:r>
      <w:r>
        <w:rPr>
          <w:lang w:eastAsia="zh-CN"/>
        </w:rPr>
        <w:br/>
      </w:r>
      <w:r>
        <w:rPr>
          <w:lang w:eastAsia="zh-CN"/>
        </w:rPr>
        <w:t xml:space="preserve">    信息技术2.0个人研修总结 篇1 </w:t>
      </w:r>
      <w:r>
        <w:rPr>
          <w:lang w:eastAsia="zh-CN"/>
        </w:rPr>
        <w:br/>
      </w:r>
      <w:r>
        <w:rPr>
          <w:lang w:eastAsia="zh-CN"/>
        </w:rPr>
        <w:t>　　20__年是我们伟大的中国共产党建党100周年的日子，为全面深入贯彻党的十九大精神和十九届二中、三中、四中全会精神以及中国工会__大精神，激发广大职工爱党拥护党的信念，发挥党员干部在工会工作中先锋模范作用，以饱满的热情为马港集团的发展壮大，贡献青春热血，马港工会组织开展庆祝中国共产党建党99周年观影活动。我十分荣幸地参与观看了这部电影，使我得以重温那段激动人心的历史，再次感受革命先辈在那段峥嵘岁月里的热血与激情，感受他们对共产主义事业崇高的信仰和不懈的追求。</w:t>
      </w:r>
      <w:r>
        <w:rPr>
          <w:lang w:eastAsia="zh-CN"/>
        </w:rPr>
        <w:br/>
      </w:r>
      <w:r>
        <w:rPr>
          <w:lang w:eastAsia="zh-CN"/>
        </w:rPr>
        <w:t>　　通过观看这部《建党伟业》，我再一次形象地认识到，在当时的旧中国，无论是封建王朝还是北洋政府，无论是国民党还是其他民主党派，无论是议会制、总统制、还是君主立宪制，都救不了积贫积弱、处于列强环饲的旧中国，在那个波澜壮阔的大时代，无数仁人志士在黑暗中探索，在探索中思考，最终他们发现，只有共产主义才能救中国，只有中国共产党才是中国人民的不二选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当陈独秀、李大钊、胡适等人与辜鸿铭进行辩论时，我们能够看出新旧思想在当时高层知识分子中斗争的严酷；当我们听到中方代表顾维钧拒绝在《凡尔赛和约》上签字所说的那些话时，我们在愤怒的同时，又不得不深思“弱国无外交”、“落后就要挨打”的真谛。中国共产党就是在这个时候诞生的。它应允了历史的要求，应允了民族的要求。它的诞生，给中国带来了期望，给人民带来了光明，为中国革命开辟了一条前所未有的道路。从此，在中国共产党领导下的中国人民，开始了艰苦的斗争，最终最后实现了人民当家作主的愿望，劳动人民翻身做了主人。还有一点，给我很大感触，就是那个时代人们的信仰和追求，理想和抱负，是那么的鲜明，是那么的高远，天下兴亡匹夫有责，不负五尺之躯以报国家。影片中我们看到了青年时期的毛主席，北大旁听，放下出国，矢志追求思想的不断进步和完善；看到了周恩来带领学生户外的睿智机敏；看到了朱德在护国战争中勇猛过人。这些伟人们在淬炼中逐步确立了马克思共产主义思想成长为一个纯粹的人。</w:t>
      </w:r>
      <w:r>
        <w:rPr>
          <w:lang w:eastAsia="zh-CN"/>
        </w:rPr>
        <w:br/>
      </w:r>
      <w:r>
        <w:rPr>
          <w:lang w:eastAsia="zh-CN"/>
        </w:rPr>
        <w:t>　　作为当代的一名共产党员，我虽然远离了销烟战火，但决胜全面小康，迈向民族复兴的任务依然艰巨，我感受到了压力，我也会把这些精神融入到未来的工作当中，不断进步和完善，在工作上追求精益求精，以革命先辈的精神激励自己，以更高标准来要求自己，以更多的责任来警惕自己，努力完成自己的工作，为现代化港口奉献自己微薄的力量。</w:t>
      </w:r>
      <w:r>
        <w:rPr>
          <w:lang w:eastAsia="zh-CN"/>
        </w:rPr>
        <w:br/>
      </w:r>
      <w:r>
        <w:rPr>
          <w:lang w:eastAsia="zh-CN"/>
        </w:rPr>
        <w:t>　　中国共产党随着历史发展的进程不断在完善自我，我们坚信在中国共产党的领导下，中华民族必然会实现伟大复兴，让华夏礼貌再次焕发出永恒的青春和活力！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信息技术2.0个人研修总结 篇2 </w:t>
      </w:r>
      <w:r>
        <w:rPr>
          <w:lang w:eastAsia="zh-CN"/>
        </w:rPr>
        <w:br/>
      </w:r>
      <w:r>
        <w:rPr>
          <w:lang w:eastAsia="zh-CN"/>
        </w:rPr>
        <w:t>　　通过培训学习，使我更进一步地掌握了有关现代信息技术的知识，提高了认识，理论水平、教学水平也有所提高。现就这一次培训学习的认识、体会做一总结。</w:t>
      </w:r>
      <w:r>
        <w:rPr>
          <w:lang w:eastAsia="zh-CN"/>
        </w:rPr>
        <w:br/>
      </w:r>
      <w:r>
        <w:rPr>
          <w:lang w:eastAsia="zh-CN"/>
        </w:rPr>
        <w:t>　　随着计算机、多媒体、现代通讯网络为代表的信息技术的迅猛发展，信息技术已经渗透到了各个领域，其中在教育领域中引起了一场深刻的变化。信息技术在教育领域的应用，对于转变信息教育观念，促进教育模式，教学内容，教学方法和教学手段的改革，对于推进小学实施素质教育，促进基础教育的发展，全面提高教育质量和效益，都具有重要的意义。</w:t>
      </w:r>
      <w:r>
        <w:rPr>
          <w:lang w:eastAsia="zh-CN"/>
        </w:rPr>
        <w:br/>
      </w:r>
      <w:r>
        <w:rPr>
          <w:lang w:eastAsia="zh-CN"/>
        </w:rPr>
        <w:t>　　1、多媒体资源的建设</w:t>
      </w:r>
      <w:r>
        <w:rPr>
          <w:lang w:eastAsia="zh-CN"/>
        </w:rPr>
        <w:br/>
      </w:r>
      <w:r>
        <w:rPr>
          <w:lang w:eastAsia="zh-CN"/>
        </w:rPr>
        <w:t>　　多媒体教学资源是经过数字化处理，能在多媒体计算机上或网络环境下运行的用于教与学活动的信息材料。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小学信息技术课程性质、目标。掌握基本的信息技术技能，促进个性化发展；学会运用信息技术增进交流与合作，拓展视野，勇于创新，形成解决实际问题的能力和终身学习的能力；明确信息社会公民的权利与义务，伦理与法规，形成与信息社会相适应的价值观与责任感，为适应未来学习型社会提供必要保证。根据小学生的学习特点，培养他们，利用良好的多媒体资源可以起到事倍功半的结果。利用各种教学资源，如人文、自然的图片与声音素材、剪贴画、图形符号、示意图、文字材料、软件等，提高我们的教学质量。对于多媒体的应用，在其他的学科中也应该涉及，提高教师的整体素养。</w:t>
      </w:r>
      <w:r>
        <w:rPr>
          <w:lang w:eastAsia="zh-CN"/>
        </w:rPr>
        <w:br/>
      </w:r>
      <w:r>
        <w:rPr>
          <w:lang w:eastAsia="zh-CN"/>
        </w:rPr>
        <w:t>　　2、各种软件的实际应用</w:t>
      </w:r>
      <w:r>
        <w:rPr>
          <w:lang w:eastAsia="zh-CN"/>
        </w:rPr>
        <w:br/>
      </w:r>
      <w:r>
        <w:rPr>
          <w:lang w:eastAsia="zh-CN"/>
        </w:rPr>
        <w:t>　　在这次培训中，我会应用了几个基本的软件进行教学。利用adobepremiere、dreamweaver、autodesk3dma_v9、0等进行图像、动画的处理。为以后的教学更能顺利进行提供了方便。尤其是dreamweaver的应用，为以后的网站建设建立了基础。小学信息技术课程对于软件的应用不多，大部分都是基础性的应用，所以对于各种软件的基础知识都应有所涉猎，培养教师的理论知识和应用软件的教学能力，同时他提高信息技术教师的素养。</w:t>
      </w:r>
      <w:r>
        <w:rPr>
          <w:lang w:eastAsia="zh-CN"/>
        </w:rPr>
        <w:br/>
      </w:r>
      <w:r>
        <w:rPr>
          <w:lang w:eastAsia="zh-CN"/>
        </w:rPr>
        <w:t>　　3、校园网络的的建设与规划</w:t>
      </w:r>
      <w:r>
        <w:rPr>
          <w:lang w:eastAsia="zh-CN"/>
        </w:rPr>
        <w:br/>
      </w:r>
      <w:r>
        <w:rPr>
          <w:lang w:eastAsia="zh-CN"/>
        </w:rPr>
        <w:t>　　校园网络的规划和建设是校园信息化的基础是教育信息化进程的重要环节。校园的信息化建设将使师生的校园生活、教与学的方式和手段发生翻天覆地的变化。必须强调的是：校园信息化首先是一个教育问题，其次才是技术问题。</w:t>
      </w:r>
      <w:r>
        <w:rPr>
          <w:lang w:eastAsia="zh-CN"/>
        </w:rPr>
        <w:br/>
      </w:r>
      <w:r>
        <w:rPr>
          <w:lang w:eastAsia="zh-CN"/>
        </w:rPr>
        <w:t>　　校园网络的建立对于小学信息资源的共享与利用有很大的好处。无论是什么样的网络，对于一个小学的整体教学、师资的.培训、学科的整合都有着很大的用途。</w:t>
      </w:r>
      <w:r>
        <w:rPr>
          <w:lang w:eastAsia="zh-CN"/>
        </w:rPr>
        <w:br/>
      </w:r>
      <w:r>
        <w:rPr>
          <w:lang w:eastAsia="zh-CN"/>
        </w:rPr>
        <w:t>　　4、培训的感受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通过本次十天的培训，使我对信息技术的教学有了很大的信心。我从刚毕业走上了信息技术的工作岗位，对于信息技术的教学无从下手，仍然按照老教师的方法教学，使效果不明显，很多东西只是在学，并没有在实际中应用。书上有的就学习，没有的我也不会。培训完了之后，对于网络技术有了新的认识，对于信息技术的教学也有了大致的方向。会使用了部分教学的软件，对于以后的教学有很大帮助。在以后的教学中，我会积极应用各种教学资源，争取做到实践与理论的结合，达到小学信息技术的教学目标，先成为一名合格的“教书匠”。</w:t>
      </w:r>
      <w:r>
        <w:rPr>
          <w:lang w:eastAsia="zh-CN"/>
        </w:rPr>
        <w:br/>
      </w:r>
      <w:r>
        <w:rPr>
          <w:lang w:eastAsia="zh-CN"/>
        </w:rPr>
        <w:t>　　通过这次培训学习，使我提高了认识，理清了思路，学到了新的课程理念，找到了自身的差距和不足。我从中学习到了很多知识，而且有幸倾听了众多专家和学者的精彩讲解，使我对新教材有了更多新的认识。回想学习中，多位教育名家的讲座为我们的教育科学理论注入了源头活水，给我带来了心智的启迪、情感的熏陶和精神的享受，让我饱享了高规格的“文化大餐”，他们以鲜活的案例和丰富的知识内涵及精湛的理论阐述，给了我强烈的感染和深深的理论引领，每一天都能感受到思想火花的冲击；我分享到了收获的喜悦，接受了思想上的洗礼，受益匪浅。为我们搭建了一个交流学习的平台，能和更多的同行交流，探讨了疑惑。在一次次的感悟中，颇感自己的责任重大、知识贫乏。</w:t>
      </w:r>
      <w:r>
        <w:rPr>
          <w:lang w:eastAsia="zh-CN"/>
        </w:rPr>
        <w:br/>
      </w:r>
      <w:r>
        <w:rPr>
          <w:lang w:eastAsia="zh-CN"/>
        </w:rPr>
        <w:t>　　通过这次培训，收获颇丰、感想颇深、眼界开阔了、思考问题能站在更高的境界。心中的困惑、教学中的疑难、成功的经验都是我们热心交流的话题。</w:t>
      </w:r>
      <w:r>
        <w:rPr>
          <w:lang w:eastAsia="zh-CN"/>
        </w:rPr>
        <w:br/>
      </w:r>
      <w:r>
        <w:rPr>
          <w:lang w:eastAsia="zh-CN"/>
        </w:rPr>
        <w:t xml:space="preserve">    信息技术2.0个人研修总结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信息技术是一门新课程，它对培养学生的科学精神、创新精神和实践能力，提高学生对信息社会的适应能力等方面都具有重要的意义。因此在信息技术教学方面，谈谈几点反思：</w:t>
      </w:r>
      <w:r>
        <w:rPr>
          <w:lang w:eastAsia="zh-CN"/>
        </w:rPr>
        <w:br/>
      </w:r>
      <w:r>
        <w:rPr>
          <w:lang w:eastAsia="zh-CN"/>
        </w:rPr>
        <w:t>　　一、运用教学方法、激发学习兴趣</w:t>
      </w:r>
      <w:r>
        <w:rPr>
          <w:lang w:eastAsia="zh-CN"/>
        </w:rPr>
        <w:br/>
      </w:r>
      <w:r>
        <w:rPr>
          <w:lang w:eastAsia="zh-CN"/>
        </w:rPr>
        <w:t>　　学生的学习动机来自于他们强烈的求知欲和对所学内容的兴趣。兴趣越大，学习的动力越大，学习的状态越好，学习效果就越明显。在教学过程中，对于较容易掌握的内容，我们应该采用“先学后教”的教学方法。学生们边学边练，很快就学会了本节内容。使用这种教学方法，不但可以激发学生的学习兴趣，而且大大提高了教学效率。</w:t>
      </w:r>
      <w:r>
        <w:rPr>
          <w:lang w:eastAsia="zh-CN"/>
        </w:rPr>
        <w:br/>
      </w:r>
      <w:r>
        <w:rPr>
          <w:lang w:eastAsia="zh-CN"/>
        </w:rPr>
        <w:t>　　二、创设和谐学习环境，保持良好学习情趣</w:t>
      </w:r>
      <w:r>
        <w:rPr>
          <w:lang w:eastAsia="zh-CN"/>
        </w:rPr>
        <w:br/>
      </w:r>
      <w:r>
        <w:rPr>
          <w:lang w:eastAsia="zh-CN"/>
        </w:rPr>
        <w:t>　　在实践教学过程中让我懂得，鼓励和诱导相结合，排除学生学习中各种心理障碍，克服学生的抵触情绪，创设和谐的学习环境，是保持学生学习情趣的手段。</w:t>
      </w:r>
      <w:r>
        <w:rPr>
          <w:lang w:eastAsia="zh-CN"/>
        </w:rPr>
        <w:br/>
      </w:r>
      <w:r>
        <w:rPr>
          <w:lang w:eastAsia="zh-CN"/>
        </w:rPr>
        <w:t>　　现在每班学生都在五十人左右，教师要一个一个教根本忙不过来，因此在分组的基础上，采用“生教生”的教学方法。我让几位先掌握的同学当“小老师”，把他们分到各组去辅导，这样既可以减轻教师逐个辅导学生的负担，也使“小老师”们得到锻炼，使他们分析、解决问题的能力得到提高。从而使所有学生不会的问题得到解决。在这种分组教学的情况下，教师的作用并没有失去，我们正好可以集中精力去辅导个别“特困生”。使他们以最快的速度提高操作水平。</w:t>
      </w:r>
      <w:r>
        <w:rPr>
          <w:lang w:eastAsia="zh-CN"/>
        </w:rPr>
        <w:br/>
      </w:r>
      <w:r>
        <w:rPr>
          <w:lang w:eastAsia="zh-CN"/>
        </w:rPr>
        <w:t>　　三、采用“任务驱动”的教学法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让学生带着真实的任务学习。学生必须拥有学习的主动权，教师不断地挑战和激励学生前进。“任务驱动”教学法符合探究式教学模式，适用于培养学生的创新能力和独立分析问题、解决问题的能力。信息技术这门学科是具有很强的实践性、创造性、操作性、具有明显的时代发展特点的课程。“任务驱动”这一教学法既符合计算机系统的层次性和实用性，也便于学生循序渐进地学习信息技术的知识和技能。</w:t>
      </w:r>
      <w:r>
        <w:rPr>
          <w:lang w:eastAsia="zh-CN"/>
        </w:rPr>
        <w:br/>
      </w:r>
      <w:r>
        <w:rPr>
          <w:lang w:eastAsia="zh-CN"/>
        </w:rPr>
        <w:t>　　总之，要教好信息技术这门课程，要求我们在平常的教学过程中，处处留心，时时注意，必须使用易于学生接受的语言和教学方法，让一些枯燥乏味的知识变得有趣、生动，使我们的学生能在轻松的氛围中学到更多的知识，提高他们驾驭计算机的能力，为他们今后的发展打下坚实的基础。现在学生在信息技术的学习上，“贫富悬殊”现象十分严重，而且我们不能以他的成绩来划分他们的优劣。</w:t>
      </w:r>
      <w:r>
        <w:rPr>
          <w:lang w:eastAsia="zh-CN"/>
        </w:rPr>
        <w:br/>
      </w:r>
      <w:r>
        <w:rPr>
          <w:lang w:eastAsia="zh-CN"/>
        </w:rPr>
        <w:t>　　所以我们在教学中使用评价的手段来了解他们掌握的程度，从而对他们的教学采取分层教学。另外我们看到学生不认真听讲，就会去怪学生不好好听，而不去反省自己在教学中应该如何来吸引学生。我们的信息技术课有很多的内容可以采用不同的教学方式如游戏、FLASH动画演示、采取学生制作网上评比的方法激励学生主动去参与学习中去，与教师实现互动，这样的教学才能真正的提高学生的技能。所以我们应该经常反思自己怎样用学生理解或掌握的方法去教他们自己去学习，如何去掌握。那么学生主动地参与进来了，我们就不会出现上课不认真听，冷场之类的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学生的掌握知识程度参差不齐，接受新知识的能力不同，如何让不同的学生都能得到一定的发展是我们每一个老师任务。在实际教学中，我们往往会用同样的标准去衡量每一位学生，要求每一个学生都要学会那些技能、完成那些任务。这样其实会抹杀学生的学习积极性，如任务定得太高有的学生完不成，索性就不高兴做了；</w:t>
      </w:r>
      <w:r>
        <w:rPr>
          <w:lang w:eastAsia="zh-CN"/>
        </w:rPr>
        <w:br/>
      </w:r>
      <w:r>
        <w:rPr>
          <w:lang w:eastAsia="zh-CN"/>
        </w:rPr>
        <w:t>　　任务太低了，好的学生完成了就没有事做，就可能会制造一些其他的“事件”。所以我们在教学中应多反思如何分层次的`布置任务，也可以让学有余力的同学充当一下“小老师”，让他们尝试角色的转变，同时增进学生间的友情。这样我们就能让每一个学生在不同的层次上都能得到一定的发展。</w:t>
      </w:r>
      <w:r>
        <w:rPr>
          <w:lang w:eastAsia="zh-CN"/>
        </w:rPr>
        <w:br/>
      </w:r>
      <w:r>
        <w:rPr>
          <w:lang w:eastAsia="zh-CN"/>
        </w:rPr>
        <w:t xml:space="preserve">    信息技术2.0个人研修总结 篇4 </w:t>
      </w:r>
      <w:r>
        <w:rPr>
          <w:lang w:eastAsia="zh-CN"/>
        </w:rPr>
        <w:br/>
      </w:r>
      <w:r>
        <w:rPr>
          <w:lang w:eastAsia="zh-CN"/>
        </w:rPr>
        <w:t>　　本次的培训是“真培训”，这个真体现在重视的程度、学习的形式、学习的内容、考核和督促的机制上是真的有收获，真的见效果。</w:t>
      </w:r>
      <w:r>
        <w:rPr>
          <w:lang w:eastAsia="zh-CN"/>
        </w:rPr>
        <w:br/>
      </w:r>
      <w:r>
        <w:rPr>
          <w:lang w:eastAsia="zh-CN"/>
        </w:rPr>
        <w:t>　　一、学校重视程度</w:t>
      </w:r>
      <w:r>
        <w:rPr>
          <w:lang w:eastAsia="zh-CN"/>
        </w:rPr>
        <w:br/>
      </w:r>
      <w:r>
        <w:rPr>
          <w:lang w:eastAsia="zh-CN"/>
        </w:rPr>
        <w:t>　　学校领导的重视程度直接决定一个项目开展的成败，我校领导对信息技术2.0项目高度重视，范士岭校长领衔并担任第一责任人，教务校长祁恪伟，教务主任杨静修和业务骨干、教研组长组成信息化管理团队。范校长作表率录制并分享微课录制经验，在全校范围内形成比着学，赛着录的良好学习氛围。</w:t>
      </w:r>
      <w:r>
        <w:rPr>
          <w:lang w:eastAsia="zh-CN"/>
        </w:rPr>
        <w:br/>
      </w:r>
      <w:r>
        <w:rPr>
          <w:lang w:eastAsia="zh-CN"/>
        </w:rPr>
        <w:t>　　二、学习形式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线上网课学习理论技能，线下研课磨课将理论运用于实际课堂当中。</w:t>
      </w:r>
      <w:r>
        <w:rPr>
          <w:lang w:eastAsia="zh-CN"/>
        </w:rPr>
        <w:br/>
      </w:r>
      <w:r>
        <w:rPr>
          <w:lang w:eastAsia="zh-CN"/>
        </w:rPr>
        <w:t>　　三、学习内容</w:t>
      </w:r>
      <w:r>
        <w:rPr>
          <w:lang w:eastAsia="zh-CN"/>
        </w:rPr>
        <w:br/>
      </w:r>
      <w:r>
        <w:rPr>
          <w:lang w:eastAsia="zh-CN"/>
        </w:rPr>
        <w:t>　　信息技术2.0并不像一些老师理解的只要用ppt授课就是掌握了信息技术，而是全方位的提升老师们信息获取的能力、资源整合的能力、网络工具应用的能力、基于网络的教学设计能力、课本知识点与信息技术巧妙融合的能力。通过培训，我校教师课件制作能力，照片视频编辑能力都有很大提升。王丹阳，徐佳宁老师在掌握信息技术2.0技能之后还自学了快闪短视频的制作，我还学会了制作二维码，并把美篇放到有学校logo的二维码里。通过培训每一位参训教师信息技术的能力都有很大提升。</w:t>
      </w:r>
      <w:r>
        <w:rPr>
          <w:lang w:eastAsia="zh-CN"/>
        </w:rPr>
        <w:br/>
      </w:r>
      <w:r>
        <w:rPr>
          <w:lang w:eastAsia="zh-CN"/>
        </w:rPr>
        <w:t>　　四、考核督促</w:t>
      </w:r>
      <w:r>
        <w:rPr>
          <w:lang w:eastAsia="zh-CN"/>
        </w:rPr>
        <w:br/>
      </w:r>
      <w:r>
        <w:rPr>
          <w:lang w:eastAsia="zh-CN"/>
        </w:rPr>
        <w:t>　　信息技术2.0项目开展前参训学校集中汇报整校推进方案，项目开展中集中交流方案落实情况及遇到的问题，项目开展后集中展示项目成果，交流经验，分析不足。每一次的集中都是一次宝贵的学习机会，在互相交流当中发现不足，取长补短。</w:t>
      </w:r>
      <w:r>
        <w:rPr>
          <w:lang w:eastAsia="zh-CN"/>
        </w:rPr>
        <w:br/>
      </w:r>
      <w:r>
        <w:rPr>
          <w:lang w:eastAsia="zh-CN"/>
        </w:rPr>
        <w:t>　　五、收获</w:t>
      </w:r>
      <w:r>
        <w:rPr>
          <w:lang w:eastAsia="zh-CN"/>
        </w:rPr>
        <w:br/>
      </w:r>
      <w:r>
        <w:rPr>
          <w:lang w:eastAsia="zh-CN"/>
        </w:rPr>
        <w:t>　　我校被评选为封丘县提升工程2.0优秀单位，校级管理团队成员祁恪伟、杨静修、何莹被评选为县级优秀管理团队，八名教师被评为优秀参训教师，十四名教师课例被选为封丘县优秀学员案例，多名教师录制的课堂实录被收录在“敏学于行”公众号中。</w:t>
      </w:r>
      <w:r>
        <w:rPr>
          <w:lang w:eastAsia="zh-CN"/>
        </w:rPr>
        <w:br/>
      </w:r>
      <w:r>
        <w:rPr>
          <w:lang w:eastAsia="zh-CN"/>
        </w:rPr>
        <w:t>　　六、我的心得体会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兴趣是最好的老师，把教师对信息技术2.0项目培训学习的兴趣调动起来是项目成功开展的重要条件。</w:t>
      </w:r>
      <w:r>
        <w:rPr>
          <w:lang w:eastAsia="zh-CN"/>
        </w:rPr>
        <w:br/>
      </w:r>
      <w:r>
        <w:rPr>
          <w:lang w:eastAsia="zh-CN"/>
        </w:rPr>
        <w:t>　　我们希哲中学是一所乡村中学，老教师居多，教师原有信息技术能力薄弱，如何调动全体教师参训的积极性，让大家变被动学习为主动学习成为项目开展的一大难题。为此我校信息技术2.0管理团队多次集中研讨，最终找到了解决方案：</w:t>
      </w:r>
      <w:r>
        <w:rPr>
          <w:lang w:eastAsia="zh-CN"/>
        </w:rPr>
        <w:br/>
      </w:r>
      <w:r>
        <w:rPr>
          <w:lang w:eastAsia="zh-CN"/>
        </w:rPr>
        <w:t>　　（1）范士岭校长亲自挂帅，为教师示范微课。</w:t>
      </w:r>
      <w:r>
        <w:rPr>
          <w:lang w:eastAsia="zh-CN"/>
        </w:rPr>
        <w:br/>
      </w:r>
      <w:r>
        <w:rPr>
          <w:lang w:eastAsia="zh-CN"/>
        </w:rPr>
        <w:t>　　（2）选派技术骨干一对一指导。</w:t>
      </w:r>
      <w:r>
        <w:rPr>
          <w:lang w:eastAsia="zh-CN"/>
        </w:rPr>
        <w:br/>
      </w:r>
      <w:r>
        <w:rPr>
          <w:lang w:eastAsia="zh-CN"/>
        </w:rPr>
        <w:t>　　（3）举办微型课大赛，以赛促学。</w:t>
      </w:r>
      <w:r>
        <w:rPr>
          <w:lang w:eastAsia="zh-CN"/>
        </w:rPr>
        <w:br/>
      </w:r>
      <w:r>
        <w:rPr>
          <w:lang w:eastAsia="zh-CN"/>
        </w:rPr>
        <w:t>　　（4）制定激励政策及时总结评价，表扬先进，激励后进。并纳入教师量化积分，作为教师评优评先的考量方式。</w:t>
      </w:r>
      <w:r>
        <w:rPr>
          <w:lang w:eastAsia="zh-CN"/>
        </w:rPr>
        <w:br/>
      </w:r>
      <w:r>
        <w:rPr>
          <w:lang w:eastAsia="zh-CN"/>
        </w:rPr>
        <w:t>　　教师参训的积极性被极大的调动起来，教师主动请教身边的技术高手，努力提升自己的信息技术能力。信息技术2.0项目第一批培训虽已结束，但作为教师的我们应树立终身学习的理念，把所学知识应用到日常教学当中，促进技术和学科教学的融合，提升教学质量。</w:t>
      </w:r>
      <w:r>
        <w:rPr>
          <w:lang w:eastAsia="zh-CN"/>
        </w:rPr>
        <w:br/>
      </w:r>
      <w:r>
        <w:rPr>
          <w:lang w:eastAsia="zh-CN"/>
        </w:rPr>
        <w:t xml:space="preserve">    信息技术2.0个人研修总结 篇5 </w:t>
      </w:r>
      <w:r>
        <w:rPr>
          <w:lang w:eastAsia="zh-CN"/>
        </w:rPr>
        <w:br/>
      </w:r>
      <w:r>
        <w:rPr>
          <w:lang w:eastAsia="zh-CN"/>
        </w:rPr>
        <w:t>　　为全面贯彻《__省中小学教师信息技术应用能力提升工程2.0实施方案》文件精神，推进信息技术与学科教学融合创新发展，提升幼儿园管理团队信息素养，提升教师信息化教学能力，我园在曾__园长的积极带领下，狮山金叶阳光幼儿园于20__年__月__日召开了“信息技术工程2.0项目”推动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本次活动由本园曾__园长组织开展，她向大家介绍了教育信息化的概念，强调了本次教师信息技术应用提升工程2.0项目的意义，让全体教师深入地认识教育信息化是作为教育系统的一种基本构成要素，并在教育教学中的广泛应用，使全体教师明确了此次推动会开展的重要性和必要性！</w:t>
      </w:r>
      <w:r>
        <w:rPr>
          <w:lang w:eastAsia="zh-CN"/>
        </w:rPr>
        <w:br/>
      </w:r>
      <w:r>
        <w:rPr>
          <w:lang w:eastAsia="zh-CN"/>
        </w:rPr>
        <w:t>　　会上曾园长结合本园所选三项能力点、以一个教研组，一个教研主题，对具体实施方式、具体任务、研修团队以及学员考核的注意事项等进行了细致地解读，让全体教师对2.0工程的具体工作及实施重点有了更深入的理解。还对研修过程中各时间段工作、教研组主要工作职责、教研组成员需要完成的任务进行详细解读，让老师们清晰每项任务的时间安排，为后续工作开展做好了准备。</w:t>
      </w:r>
      <w:r>
        <w:rPr>
          <w:lang w:eastAsia="zh-CN"/>
        </w:rPr>
        <w:br/>
      </w:r>
      <w:r>
        <w:rPr>
          <w:lang w:eastAsia="zh-CN"/>
        </w:rPr>
        <w:t>　　学校管理团队认真学习2.0工程！</w:t>
      </w:r>
      <w:r>
        <w:rPr>
          <w:lang w:eastAsia="zh-CN"/>
        </w:rPr>
        <w:br/>
      </w:r>
      <w:r>
        <w:rPr>
          <w:lang w:eastAsia="zh-CN"/>
        </w:rPr>
        <w:t>　　通过此次会议及培训，提升了幼儿园信息化管理团队的信息化和校本研修培训团队的指导力，帮助幼儿园明晰了提升工程2.0项目开展的要求和整体目标。技术不能取代教师，但是用技术的教师却可以取代不用技术的。相信在信息技术应用能力提升工程2.0校本研修的春风沐浴下，我园全体教师的教学水平和信息技术应用能力将会提高一个层次。</w:t>
      </w:r>
      <w:r>
        <w:rPr>
          <w:lang w:eastAsia="zh-CN"/>
        </w:rPr>
        <w:br/>
      </w:r>
      <w:r>
        <w:rPr>
          <w:lang w:eastAsia="zh-CN"/>
        </w:rPr>
        <w:t xml:space="preserve">    信息技术2.0个人研修总结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为了进一步贯彻落实教育部《关于实施全国中小学教师信息技术应用能力提升工程2.0的意见》，提升教师信息技术应用能力，推动教育信息化，推进教师专业化发展，促进基础教育课程改革认真贯彻落实课改精神，生物备课组结合学校制定的研修计划，组织制定及开展本组教师信息技术研修计划。历经一年多的时间，所有教师完成了线上研修，校本研修，应用考核，现将研修过程总结如下：</w:t>
      </w:r>
      <w:r>
        <w:rPr>
          <w:lang w:eastAsia="zh-CN"/>
        </w:rPr>
        <w:br/>
      </w:r>
      <w:r>
        <w:rPr>
          <w:lang w:eastAsia="zh-CN"/>
        </w:rPr>
        <w:t>　　1、选择微能力点，制定组内研修计划</w:t>
      </w:r>
      <w:r>
        <w:rPr>
          <w:lang w:eastAsia="zh-CN"/>
        </w:rPr>
        <w:br/>
      </w:r>
      <w:r>
        <w:rPr>
          <w:lang w:eastAsia="zh-CN"/>
        </w:rPr>
        <w:t>　　在教研组长马老师的带领下，大家齐心协力，结合生物组实际教学情况，组内选择了微课程的设计与开发微能力点。希望借助此次信息技术提升培训，组内成员结合培训内容互相学习，提高大家微课的制作能力，同时在以后的教学中能更多的运作微课，让学生更好的学习。</w:t>
      </w:r>
      <w:r>
        <w:rPr>
          <w:lang w:eastAsia="zh-CN"/>
        </w:rPr>
        <w:br/>
      </w:r>
      <w:r>
        <w:rPr>
          <w:lang w:eastAsia="zh-CN"/>
        </w:rPr>
        <w:t>　　2、线上学习及校本研修</w:t>
      </w:r>
      <w:r>
        <w:rPr>
          <w:lang w:eastAsia="zh-CN"/>
        </w:rPr>
        <w:br/>
      </w:r>
      <w:r>
        <w:rPr>
          <w:lang w:eastAsia="zh-CN"/>
        </w:rPr>
        <w:t>　　大家认真的参加线上培训和校本实践，从自己的教学实际出发，加强学习，互相交流，不断提高自身素质和业务水平从各个方面不断的完善自己。针对微课程的设计和开发微能力点，在杜慧老师的示范引领下，组内通过备课组会议组织进行了交流学习，确保每个人学会制作微课程并提升微课制作质量。</w:t>
      </w:r>
      <w:r>
        <w:rPr>
          <w:lang w:eastAsia="zh-CN"/>
        </w:rPr>
        <w:br/>
      </w:r>
      <w:r>
        <w:rPr>
          <w:lang w:eastAsia="zh-CN"/>
        </w:rPr>
        <w:t>　　3、应用考核示范课</w:t>
      </w:r>
      <w:r>
        <w:rPr>
          <w:lang w:eastAsia="zh-CN"/>
        </w:rPr>
        <w:br/>
      </w:r>
      <w:r>
        <w:rPr>
          <w:lang w:eastAsia="zh-CN"/>
        </w:rPr>
        <w:t>　　经历了线上学习和校本研修，为了将学习的理论知识运用到教学实践中去，学校组织了信息技术2.0展示课。参与展示课的三位老师精心准备，在示范课中合理的运用信息技术，将理论学习落到了实处。生物组全体老师参与了听课和评课，通过听评课的活动，再次提升了全组信息技术运用能力，应用考核示范课取得了不错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4、认证材料的提交</w:t>
      </w:r>
      <w:r>
        <w:rPr>
          <w:lang w:eastAsia="zh-CN"/>
        </w:rPr>
        <w:br/>
      </w:r>
      <w:r>
        <w:rPr>
          <w:lang w:eastAsia="zh-CN"/>
        </w:rPr>
        <w:t>　　为了有质量的提交信息技术2.0认证材料，在大家认真准备认证材料的基础上，在组长马老师的组织下，组内互相检查各自的认证材料，互相学习，做到保质保量的提交认证材料。</w:t>
      </w:r>
      <w:r>
        <w:rPr>
          <w:lang w:eastAsia="zh-CN"/>
        </w:rPr>
        <w:br/>
      </w:r>
      <w:r>
        <w:rPr>
          <w:lang w:eastAsia="zh-CN"/>
        </w:rPr>
        <w:t>　　虽然这次的信息技术研修计划已经全部完成，但是生物组全体老师将会继续学习，通过学习提升自己信息技术运用能力，并努力做到将学习理论运用到实际教学中，落实课改精神，努力的做一个学习型老师。</w:t>
      </w:r>
      <w:r>
        <w:rPr>
          <w:lang w:eastAsia="zh-CN"/>
        </w:rPr>
        <w:br/>
      </w:r>
      <w:r>
        <w:rPr>
          <w:lang w:eastAsia="zh-CN"/>
        </w:rPr>
        <w:t xml:space="preserve">    信息技术2.0个人研修总结 篇7 </w:t>
      </w:r>
      <w:r>
        <w:rPr>
          <w:lang w:eastAsia="zh-CN"/>
        </w:rPr>
        <w:br/>
      </w:r>
      <w:r>
        <w:rPr>
          <w:lang w:eastAsia="zh-CN"/>
        </w:rPr>
        <w:t>　　以督导考核为抓手强化管理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为切实推动各学校将能力提升工程2.0纳入学校考核，高效、高质量的推进工程，__市教育和体育局以督导考核为抓手强化工程管理，建立“年督导、月考核、周台账”制度。一是将能力提升工程2.0纳入__市教学工作专项督导考核。在考核细则中明确列出考核内容，如学校启动能力提升工程、举办全员培训、做好规划方案、有校本应用考核细则、有全体教师微能力点作业等。能力提升工程考核2.0考核分值占教师发展板块五分之一。二是将学校能力提升工程2.0推进情况纳入教育教学日常督导考核。每月进行一次考核，考核内容重点以日程工作为主，如以微能力提升为重点有效开展学校教研活动、组织教师参加能力提升工程2.0培训、研修的过程性材料等。三是建立工作推进考核配档表。指导各学校以美篇、微信公众号等形式及时发布能力提升工程2.0工作推进情况，并择优发送全市能力提升工程微信、QQ工作群里，各学校进行交流和研讨。截至9月，各学校以美篇、微信公众号等形式发布能力提升工程2.0工作总结120多次。</w:t>
      </w:r>
      <w:r>
        <w:rPr>
          <w:lang w:eastAsia="zh-CN"/>
        </w:rPr>
        <w:br/>
      </w:r>
      <w:r>
        <w:rPr>
          <w:lang w:eastAsia="zh-CN"/>
        </w:rPr>
        <w:t>　　以课题引领提升工程质量</w:t>
      </w:r>
      <w:r>
        <w:rPr>
          <w:lang w:eastAsia="zh-CN"/>
        </w:rPr>
        <w:br/>
      </w:r>
      <w:r>
        <w:rPr>
          <w:lang w:eastAsia="zh-CN"/>
        </w:rPr>
        <w:t>　　为鼓励各中小学幼儿园立足学校信息化教育教学发展规划，围绕学校发展愿景，积极开展课题研究，__市教育和体育局组织学校申报烟台市“十四五”规划能力提升工程2.0专项课题，并设立__市市级专项课题，通过课题的引领提升工程推进质量。积极组织申报烟台市级专项课题。组织烟台试点学校申报烟台市级专项课题，通过培训、研讨等活动，提升学校课题研究的能力和水平，进一步强化课题在理论创新、指导实践、提炼经验等方面的作用。20__年9月16日，在烟台专项课题获得立项的实验学校组织交流、观摩活动。以边总结，边推广的模式，最大化实现课题研究的引领功能。</w:t>
      </w:r>
      <w:r>
        <w:rPr>
          <w:lang w:eastAsia="zh-CN"/>
        </w:rPr>
        <w:br/>
      </w:r>
      <w:r>
        <w:rPr>
          <w:lang w:eastAsia="zh-CN"/>
        </w:rPr>
        <w:t>　　积极对接__市课题管理部门，立项__市市级能力提升工程2.0专项课题，组织各学校申报县级专项课题，积极开展校内微课题研究，以取得研究型成果为根本目的，带动能力提升工程2.0提质增效。</w:t>
      </w:r>
      <w:r>
        <w:rPr>
          <w:lang w:eastAsia="zh-CN"/>
        </w:rPr>
        <w:br/>
      </w:r>
      <w:r>
        <w:rPr>
          <w:lang w:eastAsia="zh-CN"/>
        </w:rPr>
        <w:t>　　以教研为助力促进课堂融合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__市教育和体育局20__年年初进行了机构改革，原教研室、教科室、培训中心、职教室进行了合并，成了__市教育科学研究中心。经过半年多的磨合和实践，整合后的各科室的力量被统一调度，各科室相互配合，互为助力，构建起教科研一体化的发展格局。工程办利用这一有力契机，积极与各学科教研员沟通，获得教研员支持，在学科教师培训、各种教学交流展示和案例、示范课等各类评选中，包含能力提升工程2.0相关内容。通过教研活动的导向，引导教师积极立足课堂教学，将通过培训习得的技能应用于课堂教学，以教研为助力促进能力提升工程与课堂的深度融合。</w:t>
      </w:r>
      <w:r>
        <w:rPr>
          <w:lang w:eastAsia="zh-CN"/>
        </w:rPr>
        <w:br/>
      </w:r>
      <w:r>
        <w:rPr>
          <w:lang w:eastAsia="zh-CN"/>
        </w:rPr>
        <w:t xml:space="preserve">    信息技术2.0个人研修总结 篇8 </w:t>
      </w:r>
      <w:r>
        <w:rPr>
          <w:lang w:eastAsia="zh-CN"/>
        </w:rPr>
        <w:br/>
      </w:r>
      <w:r>
        <w:rPr>
          <w:lang w:eastAsia="zh-CN"/>
        </w:rPr>
        <w:t>　　现代的社会是学习的社会，随着电子信息技术的发展，生活的方方面面都离不开信息技术，作为知识的传播者，就更离不开信息技术了。继续展示教育教学的需要，对于信息技术的掌握和运用，是时代赋予我们每一个人教师的责任和使命。信息技术2.0的培训为教师了解与掌握现代教育教学手段提供了很好的学习机会，在本次培训中，我收货颇多。</w:t>
      </w:r>
      <w:r>
        <w:rPr>
          <w:lang w:eastAsia="zh-CN"/>
        </w:rPr>
        <w:br/>
      </w:r>
      <w:r>
        <w:rPr>
          <w:lang w:eastAsia="zh-CN"/>
        </w:rPr>
        <w:t>　　一、回顾所学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本次信息技术2.0的学习分为线上培训和线下培训，线上培训主要分为五个模块，在模块一的学习中主要根据自身所任教的科目和对信息技术的掌握情况选择自己在教育教学中能够用到和感兴趣的信息技术进行学习，在这个模块中，我主要选修了声音的处理、视频的制作以及文字的编辑处理，还有电子白板的技术，从这些学习中，我对于课件的制作以及白板的使用有了更深刻的认识。模块二，主要是师德师风学习，师德师风建设自造是每个老师必修的内容，各种师德师风建设和各种准则学习的同时，进行自查自纠和反思。模块三，论坛研讨，为我们交流讨论信息技术提供了平台。模块四，成果提交，是进行实际行动与操练，这能够很好的检测自己是否有所收获。模块五的总结，既是知识的整合也是反思与总结。线下培训，是分学科进行培训，利用每个星期的教研时间找专门的老师进行培训。</w:t>
      </w:r>
      <w:r>
        <w:rPr>
          <w:lang w:eastAsia="zh-CN"/>
        </w:rPr>
        <w:br/>
      </w:r>
      <w:r>
        <w:rPr>
          <w:lang w:eastAsia="zh-CN"/>
        </w:rPr>
        <w:t>　　二、总结收获</w:t>
      </w:r>
      <w:r>
        <w:rPr>
          <w:lang w:eastAsia="zh-CN"/>
        </w:rPr>
        <w:br/>
      </w:r>
      <w:r>
        <w:rPr>
          <w:lang w:eastAsia="zh-CN"/>
        </w:rPr>
        <w:t>　　通过信息技术2.0的学习，对信息技术有了一定的了解，同时也开始在教育教学中尝试运用，学会了声音制作、文字编辑、视频制作技巧，对以后录课有了帮助，电子白板在教学中运用方便了师生互动，和知识的传播。另外线下的培训，指导老师根据不同的能力点逐步指导，我学会了使用“班级优化大师”布置作业、发布通知、家校联系、考评学生等等，还接触了很多新的软件，能够图文并茂地制作思维导图，尝试用剪辑大师来完成录课等等。</w:t>
      </w:r>
      <w:r>
        <w:rPr>
          <w:lang w:eastAsia="zh-CN"/>
        </w:rPr>
        <w:br/>
      </w:r>
      <w:r>
        <w:rPr>
          <w:lang w:eastAsia="zh-CN"/>
        </w:rPr>
        <w:t>　　三、存在不足</w:t>
      </w:r>
      <w:r>
        <w:rPr>
          <w:lang w:eastAsia="zh-CN"/>
        </w:rPr>
        <w:br/>
      </w:r>
      <w:r>
        <w:rPr>
          <w:lang w:eastAsia="zh-CN"/>
        </w:rPr>
        <w:t>　　在学习过程中也会存在很多问题，有些信息技术能力，看似懂了，实际操作起来还是会遇到各种各样的问题，尤其在模块四的集体操作中，总感觉做得不够好，有些信息技术能力吃不透，这就造成了需要进行大量的训练，这就造成了信息技术不但不能够很好地指导教育教学反而增大了备课量，和教师们的压力，这需要一个漫长的过程去熟悉和解决。</w:t>
      </w:r>
      <w:r>
        <w:rPr>
          <w:lang w:eastAsia="zh-CN"/>
        </w:rPr>
        <w:br/>
      </w:r>
      <w:r>
        <w:rPr>
          <w:lang w:eastAsia="zh-CN"/>
        </w:rPr>
        <w:t>　　四、努力方向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由于操作的不熟练造成的压力，使得信息技术不能够如预想的很好地指导教育教学，这是我们需要努力的，所谓熟能生巧，只有我们花费大量的时间去熟悉去练习才能做到熟能生巧，才能在信息技术研修的道路上越走越远，在教育教学的道路上越走越远……</w:t>
      </w:r>
      <w:r>
        <w:rPr>
          <w:lang w:eastAsia="zh-CN"/>
        </w:rPr>
        <w:br/>
      </w:r>
      <w:r>
        <w:rPr>
          <w:lang w:eastAsia="zh-CN"/>
        </w:rPr>
        <w:t xml:space="preserve">    信息技术2.0个人研修总结 篇9 </w:t>
      </w:r>
      <w:r>
        <w:rPr>
          <w:lang w:eastAsia="zh-CN"/>
        </w:rPr>
        <w:br/>
      </w:r>
      <w:r>
        <w:rPr>
          <w:lang w:eastAsia="zh-CN"/>
        </w:rPr>
        <w:t>　　感受到信息技术支持下的课堂如虎添翼，有说不出的成长的喜悦，既助力学生，又提升自我。但困惑也随之而来。</w:t>
      </w:r>
      <w:r>
        <w:rPr>
          <w:lang w:eastAsia="zh-CN"/>
        </w:rPr>
        <w:br/>
      </w:r>
      <w:r>
        <w:rPr>
          <w:lang w:eastAsia="zh-CN"/>
        </w:rPr>
        <w:t>　　“学问是一堆被魔鬼看守着的黄金。”需要我们不能满足于当下所知的皮毛，而是要把这种技能牢牢掌握，与时俱进。中小学教师信息技术应用能力提升工程2.0的培训与整校推进是统一的，正是有了一个个个体的成长，才有了整校的进展；由于整校搭建了智慧课堂，才有个体的能力提升的平台。</w:t>
      </w:r>
      <w:r>
        <w:rPr>
          <w:lang w:eastAsia="zh-CN"/>
        </w:rPr>
        <w:br/>
      </w:r>
      <w:r>
        <w:rPr>
          <w:lang w:eastAsia="zh-CN"/>
        </w:rPr>
        <w:t>　　既然如此，那我们学到的教师能力提升工程2.0所使用的权限划定，掌握了不必面面俱到，否则就是处处炫耀。在教学设计中，信息技术支持的资源获取与评价、演示文稿制作评价、数字教育资源管理、微课设计与制作、跨学科学习活动设计和创造真实学习情境等方面，还需要静下心来，尝试-使用-反复琢磨-熟练运用的路子。</w:t>
      </w:r>
      <w:r>
        <w:rPr>
          <w:lang w:eastAsia="zh-CN"/>
        </w:rPr>
        <w:br/>
      </w:r>
      <w:r>
        <w:rPr>
          <w:lang w:eastAsia="zh-CN"/>
        </w:rPr>
        <w:t>　　在教师能力信息技术应用能力提升工程2.0的路上，我们学习的地方还有很多，今天是教学设计中的所感所惑。还有学法指导、学业评价等方面。总之，曾子云：“士不可以不弘毅，任重而道远。”当下，在政治课堂中融入信息技术的确是千秋大业，任重而道远，为实现此目标而探索的教学点滴，仍在实践中探索，让思政课堂又一次站在新的历史起点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前面有教育现代化在向我们招手，我们跨过真如铁的雄关漫道，而今迈步从头越！</w:t>
      </w:r>
      <w:r>
        <w:rPr>
          <w:lang w:eastAsia="zh-CN"/>
        </w:rPr>
        <w:br/>
      </w:r>
      <w:r>
        <w:rPr>
          <w:lang w:eastAsia="zh-CN"/>
        </w:rPr>
        <w:t xml:space="preserve">    信息技术2.0个人研修总结 篇10 </w:t>
      </w:r>
      <w:r>
        <w:rPr>
          <w:lang w:eastAsia="zh-CN"/>
        </w:rPr>
        <w:br/>
      </w:r>
      <w:r>
        <w:rPr>
          <w:lang w:eastAsia="zh-CN"/>
        </w:rPr>
        <w:t>　　一、自己分析和环境分析</w:t>
      </w:r>
      <w:r>
        <w:rPr>
          <w:lang w:eastAsia="zh-CN"/>
        </w:rPr>
        <w:br/>
      </w:r>
      <w:r>
        <w:rPr>
          <w:lang w:eastAsia="zh-CN"/>
        </w:rPr>
        <w:t>　　自己分析：测评结果，很令人尴尬，一直以为自己的信息技术能力还行，但是，在实际教学中感觉运的很少，参见这次国培，期望自己在利用信息技术能力方面更上一层楼。环境分析：学校的信息化环境一般，虽然所有班级配置了白板，但在技术飞速发展的今天已跟不上时代。在农村小学中，这是比较先进的了，但是信息化资源库还没有建立。</w:t>
      </w:r>
      <w:r>
        <w:rPr>
          <w:lang w:eastAsia="zh-CN"/>
        </w:rPr>
        <w:br/>
      </w:r>
      <w:r>
        <w:rPr>
          <w:lang w:eastAsia="zh-CN"/>
        </w:rPr>
        <w:t>　　二、研修目标</w:t>
      </w:r>
      <w:r>
        <w:rPr>
          <w:lang w:eastAsia="zh-CN"/>
        </w:rPr>
        <w:br/>
      </w:r>
      <w:r>
        <w:rPr>
          <w:lang w:eastAsia="zh-CN"/>
        </w:rPr>
        <w:t>　　1、提高应用信息技术优化课堂教学能力。</w:t>
      </w:r>
      <w:r>
        <w:rPr>
          <w:lang w:eastAsia="zh-CN"/>
        </w:rPr>
        <w:br/>
      </w:r>
      <w:r>
        <w:rPr>
          <w:lang w:eastAsia="zh-CN"/>
        </w:rPr>
        <w:t>　　2、应用信息技术促进教师专业发展能力。</w:t>
      </w:r>
      <w:r>
        <w:rPr>
          <w:lang w:eastAsia="zh-CN"/>
        </w:rPr>
        <w:br/>
      </w:r>
      <w:r>
        <w:rPr>
          <w:lang w:eastAsia="zh-CN"/>
        </w:rPr>
        <w:t>　　3、能熟练的应用移动信息设备，推动学校整体信息化工作的发展。</w:t>
      </w:r>
      <w:r>
        <w:rPr>
          <w:lang w:eastAsia="zh-CN"/>
        </w:rPr>
        <w:br/>
      </w:r>
      <w:r>
        <w:rPr>
          <w:lang w:eastAsia="zh-CN"/>
        </w:rPr>
        <w:t>　　三、研修计划</w:t>
      </w:r>
      <w:r>
        <w:rPr>
          <w:lang w:eastAsia="zh-CN"/>
        </w:rPr>
        <w:br/>
      </w:r>
      <w:r>
        <w:rPr>
          <w:lang w:eastAsia="zh-CN"/>
        </w:rPr>
        <w:t>　　实现目标过程中可能面临的困难或挑战：我深知在教学第一线，教学任务繁重，除了备课，写教案，批改作业等教学活动都要占去我很多的时间，在网上培训，整块的时间学习，有点困难，但是这我也明白，作为为一线教师，更应该努力学习，终身学习，否则跟不上时代的要求，也就不能很好的完成教育教学任务。所以，我必须在每天中午和晚上挤出时间来学习。我相信我一定能完成本次培训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四、实现发展目标的具体途径：</w:t>
      </w:r>
      <w:r>
        <w:rPr>
          <w:lang w:eastAsia="zh-CN"/>
        </w:rPr>
        <w:br/>
      </w:r>
      <w:r>
        <w:rPr>
          <w:lang w:eastAsia="zh-CN"/>
        </w:rPr>
        <w:t>　　1、认真学习国培课程、并及时做好笔记和反思。</w:t>
      </w:r>
      <w:r>
        <w:rPr>
          <w:lang w:eastAsia="zh-CN"/>
        </w:rPr>
        <w:br/>
      </w:r>
      <w:r>
        <w:rPr>
          <w:lang w:eastAsia="zh-CN"/>
        </w:rPr>
        <w:t>　　2、加强交流。信息是需要交流的，在这样的信息能力平台，希望更和我一样的同事，交流心得，把学习到的知识转化为能力，或者是在实践中理解和消化新学习的内容。我校特岗教师多，他们都是刚刚毕业的大学本科毕业生，他们有非常好的信息技术基础，我会多向他们请教。</w:t>
      </w:r>
      <w:r>
        <w:rPr>
          <w:lang w:eastAsia="zh-CN"/>
        </w:rPr>
        <w:br/>
      </w:r>
      <w:r>
        <w:rPr>
          <w:lang w:eastAsia="zh-CN"/>
        </w:rPr>
        <w:t>　　3、充分利用和专家、学者交流的机会，多请教、勤沟通，努力完成此次培训任务，以优异的成绩载入自己的人生履历。</w:t>
      </w:r>
      <w:r>
        <w:rPr>
          <w:lang w:eastAsia="zh-CN"/>
        </w:rPr>
        <w:br/>
      </w:r>
      <w:r>
        <w:rPr>
          <w:lang w:eastAsia="zh-CN"/>
        </w:rPr>
        <w:t xml:space="preserve">    信息技术2.0个人研修总结 篇11 </w:t>
      </w:r>
      <w:r>
        <w:rPr>
          <w:lang w:eastAsia="zh-CN"/>
        </w:rPr>
        <w:br/>
      </w:r>
      <w:r>
        <w:rPr>
          <w:lang w:eastAsia="zh-CN"/>
        </w:rPr>
        <w:t>　　随着教育的革命性变革，教育信息化也迈步发展到了教育信息技术能力，而教育信息技术能力已经成为生活中的一项基本原则。这就需要老师把先进的教学方式和理念与现代信息技术紧密结合。为了提升老师们的信息技术素养，学校组织了全体教师参加“广东省中小学信息技术应用提升工程2.0”的研修活动。通过这次的培训，英语科组的教师通过学习了解如何用信息技术融入教学，提高了教学质量，促使教师们对教育现代化的发展有了新的认识。</w:t>
      </w:r>
      <w:r>
        <w:rPr>
          <w:lang w:eastAsia="zh-CN"/>
        </w:rPr>
        <w:br/>
      </w:r>
      <w:r>
        <w:rPr>
          <w:lang w:eastAsia="zh-CN"/>
        </w:rPr>
        <w:t>　　英语科组的教师在进行信息技术提升工程学习。</w:t>
      </w:r>
      <w:r>
        <w:rPr>
          <w:lang w:eastAsia="zh-CN"/>
        </w:rPr>
        <w:br/>
      </w:r>
      <w:r>
        <w:rPr>
          <w:lang w:eastAsia="zh-CN"/>
        </w:rPr>
        <w:t>　　一、充分利用微课进行课前预热。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充分利用教学微课，以互联网现代信息技术为平台和纽带，通过线上输出，在课前使用微课预习，课中微课的应用，直观形象的展示，融合创新了新的教育理念，使我们的课更加的生动形象，让学生在信息化环境下能自主、合作学习，让老师做课堂的引领人，学生做课堂的主人。</w:t>
      </w:r>
      <w:r>
        <w:rPr>
          <w:lang w:eastAsia="zh-CN"/>
        </w:rPr>
        <w:br/>
      </w:r>
      <w:r>
        <w:rPr>
          <w:lang w:eastAsia="zh-CN"/>
        </w:rPr>
        <w:t>　　通过研修学习，英语科组的老师学会了制作微课，并能在课堂上结合教学内容，灵活穿插微课，激活了学生的学习兴趣，提高了课堂效率。</w:t>
      </w:r>
      <w:r>
        <w:rPr>
          <w:lang w:eastAsia="zh-CN"/>
        </w:rPr>
        <w:br/>
      </w:r>
      <w:r>
        <w:rPr>
          <w:lang w:eastAsia="zh-CN"/>
        </w:rPr>
        <w:t>　　高一备课组钟丽云老师的微课课例获得广东省教学资源征集微课一等奖。</w:t>
      </w:r>
      <w:r>
        <w:rPr>
          <w:lang w:eastAsia="zh-CN"/>
        </w:rPr>
        <w:br/>
      </w:r>
      <w:r>
        <w:rPr>
          <w:lang w:eastAsia="zh-CN"/>
        </w:rPr>
        <w:t>　　高三备课组吴碧华老师的微课课例获得广东省教学资源征集微课一等奖。</w:t>
      </w:r>
      <w:r>
        <w:rPr>
          <w:lang w:eastAsia="zh-CN"/>
        </w:rPr>
        <w:br/>
      </w:r>
      <w:r>
        <w:rPr>
          <w:lang w:eastAsia="zh-CN"/>
        </w:rPr>
        <w:t>　　高二备课组制作的Unit3FoodandCulture微视频。</w:t>
      </w:r>
      <w:r>
        <w:rPr>
          <w:lang w:eastAsia="zh-CN"/>
        </w:rPr>
        <w:br/>
      </w:r>
      <w:r>
        <w:rPr>
          <w:lang w:eastAsia="zh-CN"/>
        </w:rPr>
        <w:t>　　二、充分利用数据反馈来提升练的效率。</w:t>
      </w:r>
      <w:r>
        <w:rPr>
          <w:lang w:eastAsia="zh-CN"/>
        </w:rPr>
        <w:br/>
      </w:r>
      <w:r>
        <w:rPr>
          <w:lang w:eastAsia="zh-CN"/>
        </w:rPr>
        <w:t>　　在信息技术条件下的课堂，老师只是学习资源的提供者，学习过程的主导者，例如：大屏和反馈端改变了我们学生的练习环节。学生可以在网络宽广的天地中自主探究，激发学生活力，老师也能即时反馈，进行精准测评。</w:t>
      </w:r>
      <w:r>
        <w:rPr>
          <w:lang w:eastAsia="zh-CN"/>
        </w:rPr>
        <w:br/>
      </w:r>
      <w:r>
        <w:rPr>
          <w:lang w:eastAsia="zh-CN"/>
        </w:rPr>
        <w:t>　　我们学校利用的七天课堂和悦卷通，可以做到老师在课堂上收到学生作业的完成度和上课收集的数据，从数据中老师可以进行精准评价，因材施教。利用互动的反馈来进行开放性问题的探究学习，让学生学习不再是被动接受，体会到学习的乐趣，为学生的终身学习奠定了良好的习惯和情感。</w:t>
      </w:r>
      <w:r>
        <w:rPr>
          <w:lang w:eastAsia="zh-CN"/>
        </w:rPr>
        <w:br/>
      </w:r>
      <w:r>
        <w:rPr>
          <w:lang w:eastAsia="zh-CN"/>
        </w:rPr>
        <w:t>　　教师利用七天课堂进行精准测评。</w:t>
      </w:r>
      <w:r>
        <w:rPr>
          <w:lang w:eastAsia="zh-CN"/>
        </w:rPr>
        <w:br/>
      </w:r>
      <w:r>
        <w:rPr>
          <w:lang w:eastAsia="zh-CN"/>
        </w:rPr>
        <w:t>　　三、利用信息化设施提升师生互动的效率。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信息技术不仅是一种技术手段，更重要的是一种学习方式，信息技术既是学习的对象，更是一种应用的工具和提高教学效果和教育质量的重要手段。例如：在课堂上应用希沃白板进行教学，提升了师生互动的效率。通过引进互联网优质资源，推进教育信息化应用，促进教学模式创新，通过线上线下相结合的方式，师生线上共学习、教师线下交流，努力提升教育质量，让信息技术能够真正融合与创新到我们的课堂里。</w:t>
      </w:r>
      <w:r>
        <w:rPr>
          <w:lang w:eastAsia="zh-CN"/>
        </w:rPr>
        <w:br/>
      </w:r>
      <w:r>
        <w:rPr>
          <w:lang w:eastAsia="zh-CN"/>
        </w:rPr>
        <w:t xml:space="preserve">    信息技术2.0个人研修总结 篇12 </w:t>
      </w:r>
      <w:r>
        <w:rPr>
          <w:lang w:eastAsia="zh-CN"/>
        </w:rPr>
        <w:br/>
      </w:r>
      <w:r>
        <w:rPr>
          <w:lang w:eastAsia="zh-CN"/>
        </w:rPr>
        <w:t>　　为推进信息技术应用能力提升工程2.0校本研修全面落实，进一步提升教师的信息技术与教育教学融合创新能力，推动智慧教育加速发展，根据教体局的安排，陕州区实验幼儿园于8月1日组织开展了2.0培训项目第二次线下集中校本研修活动。</w:t>
      </w:r>
      <w:r>
        <w:rPr>
          <w:lang w:eastAsia="zh-CN"/>
        </w:rPr>
        <w:br/>
      </w:r>
      <w:r>
        <w:rPr>
          <w:lang w:eastAsia="zh-CN"/>
        </w:rPr>
        <w:t>　　前一阶段研修总结</w:t>
      </w:r>
      <w:r>
        <w:rPr>
          <w:lang w:eastAsia="zh-CN"/>
        </w:rPr>
        <w:br/>
      </w:r>
      <w:r>
        <w:rPr>
          <w:lang w:eastAsia="zh-CN"/>
        </w:rPr>
        <w:t>　　活动中，副园长李蕊结合上阶段的研修情况做总结发言，以“树典型重学习促提升”为主导，以“信息技术应用能力提升工程2.0”为依托，激励大家提高信息化教学水平，做到结合实际、学以致用，更好地提高课堂教学质量。</w:t>
      </w:r>
      <w:r>
        <w:rPr>
          <w:lang w:eastAsia="zh-CN"/>
        </w:rPr>
        <w:br/>
      </w:r>
      <w:r>
        <w:rPr>
          <w:lang w:eastAsia="zh-CN"/>
        </w:rPr>
        <w:t>　　教学设计任务前置</w:t>
      </w:r>
      <w:r>
        <w:rPr>
          <w:lang w:eastAsia="zh-CN"/>
        </w:rPr>
        <w:br/>
      </w:r>
      <w:r>
        <w:rPr>
          <w:lang w:eastAsia="zh-CN"/>
        </w:rPr>
        <w:t>　　为确保8月1日线下校本集中研修活动的顺利开展，7月19日——20日，在管理团队的统筹安排下，以教研组为单位，召开了“信息化创新教学设计”线上研讨活动，充分做好任务前置的细化和安排，初步拟定个人的信息化创新教学设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分组研磨人人展示</w:t>
      </w:r>
      <w:r>
        <w:rPr>
          <w:lang w:eastAsia="zh-CN"/>
        </w:rPr>
        <w:br/>
      </w:r>
      <w:r>
        <w:rPr>
          <w:lang w:eastAsia="zh-CN"/>
        </w:rPr>
        <w:t>　　12个教研组开展“信息技术与学科教学融合课设计”集中研课磨课活动，以“说融合、讲融合”为主线，人人参与、人人展示。同时，管理团队人员深入研磨现场，针对教学活动设计中存在的问题进行现场指导和补充，不断打磨完善细节，力求节节都是优质融合活动。</w:t>
      </w:r>
      <w:r>
        <w:rPr>
          <w:lang w:eastAsia="zh-CN"/>
        </w:rPr>
        <w:br/>
      </w:r>
      <w:r>
        <w:rPr>
          <w:lang w:eastAsia="zh-CN"/>
        </w:rPr>
        <w:t>　　小组推荐深度研磨</w:t>
      </w:r>
      <w:r>
        <w:rPr>
          <w:lang w:eastAsia="zh-CN"/>
        </w:rPr>
        <w:br/>
      </w:r>
      <w:r>
        <w:rPr>
          <w:lang w:eastAsia="zh-CN"/>
        </w:rPr>
        <w:t>　　各教研组经过集体评议、选拔推荐出本组的优秀代表课，针对教学流程和信息技术融合过程中的不足，再次进行深度研磨，打造高质量的活动设计，呈现最优化的活动效果。</w:t>
      </w:r>
      <w:r>
        <w:rPr>
          <w:lang w:eastAsia="zh-CN"/>
        </w:rPr>
        <w:br/>
      </w:r>
      <w:r>
        <w:rPr>
          <w:lang w:eastAsia="zh-CN"/>
        </w:rPr>
        <w:t>　　集中观摩展示交流</w:t>
      </w:r>
      <w:r>
        <w:rPr>
          <w:lang w:eastAsia="zh-CN"/>
        </w:rPr>
        <w:br/>
      </w:r>
      <w:r>
        <w:rPr>
          <w:lang w:eastAsia="zh-CN"/>
        </w:rPr>
        <w:t>　　集中展示环节中，以“品融合”为主题，全园分为两大教研区域进行集中展示研讨，并进行现场的点评和交流，为全体参训人员营造互学互鉴、共同提升的研训氛围，提供示范引领、交流促进的平台。</w:t>
      </w:r>
      <w:r>
        <w:rPr>
          <w:lang w:eastAsia="zh-CN"/>
        </w:rPr>
        <w:br/>
      </w:r>
      <w:r>
        <w:rPr>
          <w:lang w:eastAsia="zh-CN"/>
        </w:rPr>
        <w:t>　　聚焦问题互动答疑</w:t>
      </w:r>
      <w:r>
        <w:rPr>
          <w:lang w:eastAsia="zh-CN"/>
        </w:rPr>
        <w:br/>
      </w:r>
      <w:r>
        <w:rPr>
          <w:lang w:eastAsia="zh-CN"/>
        </w:rPr>
        <w:t>　　业务骨干韩建梅聚焦信息技术校本应用中突出的主要问题，进行现场反馈，并通过研讨交流、互动答疑、个案指导等方式，全方位解决信息技术应用能力提升工程2.0实施过程中的各类问题。</w:t>
      </w:r>
      <w:r>
        <w:rPr>
          <w:lang w:eastAsia="zh-CN"/>
        </w:rPr>
        <w:br/>
      </w:r>
      <w:r>
        <w:rPr>
          <w:lang w:eastAsia="zh-CN"/>
        </w:rPr>
        <w:t>　　统筹安排统一部署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保教主任杨静就下一阶段的研修活动以及资料上传等，做统一安排和具体要求，使大家有目标、有计划地进行学习，并做好个人资源包的整理，为下阶段研修活动做好充分的准备。</w:t>
      </w:r>
      <w:r>
        <w:rPr>
          <w:lang w:eastAsia="zh-CN"/>
        </w:rPr>
        <w:br/>
      </w:r>
      <w:r>
        <w:rPr>
          <w:lang w:eastAsia="zh-CN"/>
        </w:rPr>
        <w:t>　　此次线下集中研修活动，使参训的教师将理论知识运用到实际教学活动之中，对提高教师信息技术的应用能力、信息技术与学科教学整合能力和促进学习型校园建设起到了积极的推动作用。</w:t>
      </w:r>
      <w:r>
        <w:rPr>
          <w:lang w:eastAsia="zh-CN"/>
        </w:rPr>
        <w:br/>
      </w:r>
      <w:r>
        <w:rPr>
          <w:lang w:eastAsia="zh-CN"/>
        </w:rPr>
        <w:t xml:space="preserve">    信息技术2.0个人研修总结 篇13 </w:t>
      </w:r>
      <w:r>
        <w:rPr>
          <w:lang w:eastAsia="zh-CN"/>
        </w:rPr>
        <w:br/>
      </w:r>
      <w:r>
        <w:rPr>
          <w:lang w:eastAsia="zh-CN"/>
        </w:rPr>
        <w:t>　　在这三个多月的学习时间里聆听了许多专家和教授的报告、名师示范讲课，学习到了很多先进的教育理念和教学经验，培训不仅使我更新了信息技术观念，扩充了信息知识面，丰富了信息技术理论，同时也使我发现了自己的差距与不足，对原有的教育观念产生了强烈的冲击。通过听讲座和学习交流使我从教学思想到教学技能、教育科研能力、教育创新能力观念上都得到了很大的提高。</w:t>
      </w:r>
      <w:r>
        <w:rPr>
          <w:lang w:eastAsia="zh-CN"/>
        </w:rPr>
        <w:br/>
      </w:r>
      <w:r>
        <w:rPr>
          <w:lang w:eastAsia="zh-CN"/>
        </w:rPr>
        <w:t>　　1、通过培训，对信息教学有了新的认识</w:t>
      </w:r>
      <w:r>
        <w:rPr>
          <w:lang w:eastAsia="zh-CN"/>
        </w:rPr>
        <w:br/>
      </w:r>
      <w:r>
        <w:rPr>
          <w:lang w:eastAsia="zh-CN"/>
        </w:rPr>
        <w:t>　　说实话，以前我没有把信息技术课堂教学当成一回事，通过这次的培训中信息技术课堂教学的学科教学问题研究初步、小学信息技术课程建设研讨、小学信息技术课程模块、优秀教学案例观摩及研讨、小学信息技术课程的教学实施、小学信息技术课程教学评价等模块的专家讲座，使我重新认识了这门学科。专家们对理论的精彩讲解和一线教师为我们展示的精彩课堂使我不仅有了观念上的改变，也有理论上的提高，有知识上的积淀，也有教学技艺的增长。</w:t>
      </w:r>
      <w:r>
        <w:rPr>
          <w:lang w:eastAsia="zh-CN"/>
        </w:rPr>
        <w:br/>
      </w:r>
      <w:r>
        <w:rPr>
          <w:lang w:eastAsia="zh-CN"/>
        </w:rPr>
        <w:t>　　2、通过学习，学会利用网络进行资源共享。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教师之间的相互交流学习、评点。每位教师都把平时的教学片断、点滴经验或是心得都放到这上面来，相互传阅、学习，这其实是最好的、最有效、最实际的学习。因为这些东西也许就是我们平时教学中经常遇到的，这里集中了这么多种处理教学的方式方法，我们可以从中选取最适合本班的教学方法进行实际教学，真正达到了资源共享。</w:t>
      </w:r>
      <w:r>
        <w:rPr>
          <w:lang w:eastAsia="zh-CN"/>
        </w:rPr>
        <w:br/>
      </w:r>
      <w:r>
        <w:rPr>
          <w:lang w:eastAsia="zh-CN"/>
        </w:rPr>
        <w:t xml:space="preserve">    信息技术2.0个人研修总结 篇14 </w:t>
      </w:r>
      <w:r>
        <w:rPr>
          <w:lang w:eastAsia="zh-CN"/>
        </w:rPr>
        <w:br/>
      </w:r>
      <w:r>
        <w:rPr>
          <w:lang w:eastAsia="zh-CN"/>
        </w:rPr>
        <w:t>　　最初接触到信息化2.0是去年被安居区教育局通知到遂宁是河东实验小学去参加培训，或许是我和我的伙伴们总是喜欢积极的参加各级主管部门的各种比赛的缘故，领导们会误以为我就是一个信息化高手，把我定为了遂宁市信息化专家库的一员，其实非也，我只是比别人更加努力，事事认真，精益求精。在那次的培训会上，我坚持拍照记录，做笔记，直到下午6点20结束。后来又参加了遂潼一体化的信息化智慧教学比赛。应邀到现场听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回到学校的日子里也经常和组上的同事们一起力求把每一节课的课件做的更好。在安居信息化2.0的最后攻坚时刻，又一次被选去参加培训，进入各校去进行入校指导。这一次我和来自安居区的年轻人一起研究信息化2.0工程校本研修的考核方案，实施方案，在周五在教育局4楼会议室集中培训后我们没有离开，而是聚在一起，研究制作PPT，从什么是校本研修，重要性，要研修完成的事项，接下来的日子如何推进等等进行规划。直到6点半教育局大楼安静下来，街上亮起灯光，我们才离开。回到家的日子里，我们在群里继续研讨，大家分工合作，找研修计划模板，个人的，学校的，找简报模板，梳理各种考核表格。优化PPT，年轻人做事效率高，她们还为每一张PPT写脚本，我记得我们的PPT被一次又一次的命名，在短短的一天，被名为“校本研修第7次修改”。</w:t>
      </w:r>
      <w:r>
        <w:rPr>
          <w:lang w:eastAsia="zh-CN"/>
        </w:rPr>
        <w:br/>
      </w:r>
      <w:r>
        <w:rPr>
          <w:lang w:eastAsia="zh-CN"/>
        </w:rPr>
        <w:t>　　在入校指导的2天里，我和区指导团队的老师们一起奔赴到我们安居育才，安居三幼，三家小学，大安小学做了4场培训。</w:t>
      </w:r>
      <w:r>
        <w:rPr>
          <w:lang w:eastAsia="zh-CN"/>
        </w:rPr>
        <w:br/>
      </w:r>
      <w:r>
        <w:rPr>
          <w:lang w:eastAsia="zh-CN"/>
        </w:rPr>
        <w:t>　　从不会到会，我们通过学习研磨，精通了信息化2.0的校本研修事务和操作流程，在后来的日子里，他们经常会和我交流，咨询具体事务，我也天天给他们分享各种信息化2.0微能力认证的相关资料。老师们的认真态度也非常令我敬佩，看着一些幼儿园老师，乡村老教师他们从零基础到可以自己做出一个视频，一个PPT，会下载资料，也仿佛看到了自己的影子，认真，我们就会更加出色。</w:t>
      </w:r>
      <w:r>
        <w:rPr>
          <w:lang w:eastAsia="zh-CN"/>
        </w:rPr>
        <w:br/>
      </w:r>
      <w:r>
        <w:rPr>
          <w:lang w:eastAsia="zh-CN"/>
        </w:rPr>
        <w:t>　　我在完成自己的信息化2.0资料时也是有很多的体会，我会结合自己最近的实际教学设计内容，完成A2时，我就为新疆绿洲农业选择到了比以前精美的绿洲农业的图片和视频，为教学增色不少。完成A3时，用自己的PPT导入到希沃课件里，进行优化，还特地用去年我和全国地理老师新疆研学采风的照片制作了精美的导入视频，让信息化真正为课堂服务，让学生享受到信息化的形象化，生动的画面感。</w:t>
      </w:r>
      <w:r>
        <w:rPr>
          <w:lang w:eastAsia="zh-CN"/>
        </w:rPr>
        <w:br/>
      </w:r>
      <w:r>
        <w:rPr>
          <w:lang w:eastAsia="zh-CN"/>
        </w:rPr>
        <w:t>　　我和我的地理组伙伴们投入地认真研究我们的微能力点怎么做，我先做，分享，培训。我们拿最近的教学内容比如《西北地区》、《巴西》进行设计优化，积极备课，研讨，听课，录实录。通过信息化2.0系列培训和研讨，我们熟练掌握了录视频，剪辑，理论与实践结合，完成各种主题说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看着厚厚一本校本研修资料，既有艰辛，又有收获。记得教科所康主任说：信息化需要常用，活用，为教学插上腾飞的翅膀。最后我想说，努力就有收获，努力就会出色，做新时代的教师就是要与时俱进。</w:t>
      </w:r>
      <w:r>
        <w:rPr>
          <w:lang w:eastAsia="zh-CN"/>
        </w:rPr>
        <w:br/>
      </w:r>
      <w:r>
        <w:rPr>
          <w:lang w:eastAsia="zh-CN"/>
        </w:rPr>
        <w:t xml:space="preserve">    信息技术2.0个人研修总结 篇15 </w:t>
      </w:r>
      <w:r>
        <w:rPr>
          <w:lang w:eastAsia="zh-CN"/>
        </w:rPr>
        <w:br/>
      </w:r>
      <w:r>
        <w:rPr>
          <w:lang w:eastAsia="zh-CN"/>
        </w:rPr>
        <w:t>　　非常感谢省教师研修平台给了我这样一次信息技术研修的机会，现将总结阐述如下：</w:t>
      </w:r>
      <w:r>
        <w:rPr>
          <w:lang w:eastAsia="zh-CN"/>
        </w:rPr>
        <w:br/>
      </w:r>
      <w:r>
        <w:rPr>
          <w:lang w:eastAsia="zh-CN"/>
        </w:rPr>
        <w:t>　　1、学习信息技术支持的学情分析。传统的学情分析，课堂提问，课堂作业，课下作业及考试等手段虽然也能对学生的学情进行摸底分析，但只是粗略地估摸学生哪块知识掌握得不理想，没有数据说明多少比例的学生掌握得不好。无法为教师提供有力的支持该在此知识点用时及发力多少。信息技术支持的学情分析，借助问卷星等手段不仅可以呈现本班的学习情况，达标多少，还有多少未达标；还能呈现单人学习数据的个性化分析，这种个性化的数据就为教师教学提供有力的支撑。</w:t>
      </w:r>
      <w:r>
        <w:rPr>
          <w:lang w:eastAsia="zh-CN"/>
        </w:rPr>
        <w:br/>
      </w:r>
      <w:r>
        <w:rPr>
          <w:lang w:eastAsia="zh-CN"/>
        </w:rPr>
        <w:t>　　比如像培训中提到的云笔记，极课系统的文言文默写，还有我们平时运用的问卷星当堂测试，classin等这些都为我们的教学提供了便利，尤其是方便了疫情期间上网课，帮助教师减少了很多繁琐的工作。但同时又有一个问题就是，不是所有的学校上课有电子设备供学生使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学习小组组织与管理。在日常的小组教学学习中，我也经常运用小组合作学习。将全班分成若干个4人小组，组间同质，组内异质。根据学生的学情，优帮差，以求合作学习共同提高。但现实情况却不尽人如意，往往有小组成员反馈，不与我合作；或是太差了，不认真学，我都教了他无数遍了，他仍然不会。那这位帮助人的同学就有一种挫败感，不利于合作学习。这时教师就需要介入指导。师生共同制定小组规则，有共同的约定，大家都认同，并积极按约定去做事情。</w:t>
      </w:r>
      <w:r>
        <w:rPr>
          <w:lang w:eastAsia="zh-CN"/>
        </w:rPr>
        <w:br/>
      </w:r>
      <w:r>
        <w:rPr>
          <w:lang w:eastAsia="zh-CN"/>
        </w:rPr>
        <w:t>　　借助信息技术后，小组合作学习与管理就可以延伸到课下，周六日及节假日，借助问卷星，e_cel，qq群等让探究学习更广泛深入。当然这种网络的合作学习，还需要学生有共同的兴趣爱好，执着的追求，定期通过美篇，朋友圈等形式分享与交流并总结合作探究学习的成果。</w:t>
      </w:r>
      <w:r>
        <w:rPr>
          <w:lang w:eastAsia="zh-CN"/>
        </w:rPr>
        <w:br/>
      </w:r>
      <w:r>
        <w:rPr>
          <w:lang w:eastAsia="zh-CN"/>
        </w:rPr>
        <w:t>　　3、技术支持的跨学科活动设计。就拿我的英语课来说，英语是一门语言学科，背后渗透有文化和历史。在课堂上，我时常会根据课型的特点，渗透一些历史知识。比如在讲解美国的感恩节时，借助网络拓展了学生对感恩节的历史知识，懂得了感恩节的来历，其实是一部美国人屠杀印第安人的血腥史。其实对于某些知识以外的常识等知识教师更应该放手让学生自己去搜索整理并汇报更好些。</w:t>
      </w:r>
      <w:r>
        <w:rPr>
          <w:lang w:eastAsia="zh-CN"/>
        </w:rPr>
        <w:br/>
      </w:r>
      <w:r>
        <w:rPr>
          <w:lang w:eastAsia="zh-CN"/>
        </w:rPr>
        <w:t>　　班里有的学生对英语不入门，教师可以借助信息技术模拟虚拟情境，让学生体验语言的交际与运用，帮助学生打开学习之门。</w:t>
      </w:r>
      <w:r>
        <w:rPr>
          <w:lang w:eastAsia="zh-CN"/>
        </w:rPr>
        <w:br/>
      </w:r>
    </w:p>
    <w:p w:rsidR="001B1F19" w14:textId="27C3F48A">
      <w:pPr>
        <w:rPr>
          <w:rFonts w:hint="eastAsia"/>
          <w:lang w:eastAsia="zh-CN"/>
        </w:rPr>
      </w:pPr>
      <w:r>
        <w:rPr>
          <w:lang w:eastAsia="zh-CN"/>
        </w:rPr>
        <w:t>　　不论是借助信息技术帮助教师学情分析，还是设计跨学科教学设计，抑或是组织小组合作，帮助都很大。作为教师的我们，只有与时俱进，不断学习，才能更好的服务于教学，才能更好地指导学生。</w:t>
      </w:r>
      <w:r>
        <w:rPr>
          <w:lang w:eastAsia="zh-CN"/>
        </w:rPr>
        <w:br/>
      </w:r>
      <w:r>
        <w:rPr>
          <w:lang w:eastAsia="zh-CN"/>
        </w:rPr>
        <w:t xml:space="preserve">    信息技术2.0个人研修总结 篇16 </w:t>
      </w:r>
      <w:r>
        <w:rPr>
          <w:lang w:eastAsia="zh-CN"/>
        </w:rPr>
        <w:br/>
      </w:r>
      <w:r>
        <w:rPr>
          <w:lang w:eastAsia="zh-CN"/>
        </w:rPr>
        <w:t>　　按照“省市统筹、以县为主、整校推进、分层实施”的原则，__市积极推进中小学教师信息技术应用能力提升工程2.0，建立起以培训为手段、督导为抓手、课题为引领、教研为助力的“四位一体”的工程推进模式。</w:t>
      </w:r>
      <w:r>
        <w:rPr>
          <w:lang w:eastAsia="zh-CN"/>
        </w:rPr>
        <w:br/>
      </w:r>
      <w:r>
        <w:rPr>
          <w:lang w:eastAsia="zh-CN"/>
        </w:rPr>
        <w:t>　　以培训为手段提升“三力”</w:t>
      </w:r>
      <w:r>
        <w:rPr>
          <w:lang w:eastAsia="zh-CN"/>
        </w:rPr>
        <w:br/>
      </w:r>
      <w:r>
        <w:rPr>
          <w:lang w:eastAsia="zh-CN"/>
        </w:rPr>
        <w:t>　　01提升以校长为核心的管理团队信息化领导力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https://d.book118.com/895331212010011124</w:t>
        </w:r>
      </w:hyperlink>
    </w:p>
    <w:p w:rsidR="001B1F19">
      <w:pPr>
        <w:rPr>
          <w:rFonts w:hint="eastAsia"/>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9533121201001112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