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新年工作计划15篇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新年工作计划 1 </w:t>
      </w:r>
      <w:r>
        <w:rPr>
          <w:lang w:eastAsia="zh-CN"/>
        </w:rPr>
        <w:br/>
      </w:r>
      <w:r>
        <w:rPr>
          <w:lang w:eastAsia="zh-CN"/>
        </w:rPr>
        <w:t xml:space="preserve">    20xx年，在全体理、监事的正确领导下，我会各方面工作都取得了较大发展。20xx年是深入推进我会发展的关键一年。为了适应新形势、新要求，我会将始终遵循“服务会员、团结协作、促进交流、共商发展”的宗旨，凝聚全体会员的智慧和力量，拓展为会员服务的领域；在提高商会吸引力、组织力、凝聚力和影响力上下功夫，不断发展壮大队伍，积极构建联谊交流平台；努力提高会员素质，开创商会工作的新局面。新的一年，我会将着重做好以下工作： </w:t>
      </w:r>
      <w:r>
        <w:rPr>
          <w:lang w:eastAsia="zh-CN"/>
        </w:rPr>
        <w:br/>
      </w:r>
      <w:r>
        <w:rPr>
          <w:lang w:eastAsia="zh-CN"/>
        </w:rPr>
        <w:t xml:space="preserve">    一、定期召开会员大会、常务理事会及会员联谊活动 </w:t>
      </w:r>
      <w:r>
        <w:rPr>
          <w:lang w:eastAsia="zh-CN"/>
        </w:rPr>
        <w:br/>
      </w:r>
      <w:r>
        <w:rPr>
          <w:lang w:eastAsia="zh-CN"/>
        </w:rPr>
        <w:t xml:space="preserve">    1、召开会员大会。按照商会章程规定，每年需召开一次会员大会。所以，本年度年将适时组织召开一次会员大会； </w:t>
      </w:r>
      <w:r>
        <w:rPr>
          <w:lang w:eastAsia="zh-CN"/>
        </w:rPr>
        <w:br/>
      </w:r>
      <w:r>
        <w:rPr>
          <w:lang w:eastAsia="zh-CN"/>
        </w:rPr>
        <w:t xml:space="preserve">    2、召开常务理事会。本年度每两个月召开一次常务理事会； </w:t>
      </w:r>
      <w:r>
        <w:rPr>
          <w:lang w:eastAsia="zh-CN"/>
        </w:rPr>
        <w:br/>
      </w:r>
      <w:r>
        <w:rPr>
          <w:lang w:eastAsia="zh-CN"/>
        </w:rPr>
        <w:t xml:space="preserve">    3、会员联谊活动。为加强会员企业彼此之间的交流合作，共商发展，也为企业与政府部门之间打造良好的沟通平台，我会本年度将每季度举办一次会员联谊活动（即每年共举办四次）。 </w:t>
      </w:r>
      <w:r>
        <w:rPr>
          <w:lang w:eastAsia="zh-CN"/>
        </w:rPr>
        <w:br/>
      </w:r>
      <w:r>
        <w:rPr>
          <w:lang w:eastAsia="zh-CN"/>
        </w:rPr>
        <w:t xml:space="preserve">    二、举办各种政策法规咨询会、宣讲会、培训课程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1、政策法规咨询会、宣讲会。定期或根据实际情况，邀请相关政府部门为会员企业举办一些政策、法律、法规的咨询会、宣讲会等（商检、税务、劳动、海关、社保、安全生产等）；</w:t>
      </w:r>
      <w:r>
        <w:rPr>
          <w:lang w:eastAsia="zh-CN"/>
        </w:rPr>
        <w:t xml:space="preserve"> </w:t>
      </w:r>
      <w:r>
        <w:rPr>
          <w:lang w:eastAsia="zh-CN"/>
        </w:rPr>
        <w:br/>
      </w:r>
      <w:r>
        <w:rPr>
          <w:lang w:eastAsia="zh-CN"/>
        </w:rPr>
        <w:t xml:space="preserve">    2、企业管理培训课程。与中介服务机构和业务推介单位联合举办企业管理培训课程。每个月（每两个月）举办一个专题培训课程，同时，考虑到并不是所有会员都能出席每个课程，所有课程将以循环形式举办（一般循环两次）。 </w:t>
      </w:r>
      <w:r>
        <w:rPr>
          <w:lang w:eastAsia="zh-CN"/>
        </w:rPr>
        <w:br/>
      </w:r>
      <w:r>
        <w:rPr>
          <w:lang w:eastAsia="zh-CN"/>
        </w:rPr>
        <w:t xml:space="preserve">    三、举办各类文体活动及社会公益活动 </w:t>
      </w:r>
      <w:r>
        <w:rPr>
          <w:lang w:eastAsia="zh-CN"/>
        </w:rPr>
        <w:br/>
      </w:r>
      <w:r>
        <w:rPr>
          <w:lang w:eastAsia="zh-CN"/>
        </w:rPr>
        <w:t xml:space="preserve">    1、文体活动。举办各类有益的`文体活动，丰富企业员工业余文体生活 </w:t>
      </w:r>
      <w:r>
        <w:rPr>
          <w:lang w:eastAsia="zh-CN"/>
        </w:rPr>
        <w:br/>
      </w:r>
      <w:r>
        <w:rPr>
          <w:lang w:eastAsia="zh-CN"/>
        </w:rPr>
        <w:t xml:space="preserve">    （1）、x月中旬举办第xx届“商会杯”篮球赛； </w:t>
      </w:r>
      <w:r>
        <w:rPr>
          <w:lang w:eastAsia="zh-CN"/>
        </w:rPr>
        <w:br/>
      </w:r>
      <w:r>
        <w:rPr>
          <w:lang w:eastAsia="zh-CN"/>
        </w:rPr>
        <w:t xml:space="preserve">    （2）、是否举办高尔夫球赛（对象：企业老板或负责人）。 </w:t>
      </w:r>
      <w:r>
        <w:rPr>
          <w:lang w:eastAsia="zh-CN"/>
        </w:rPr>
        <w:br/>
      </w:r>
      <w:r>
        <w:rPr>
          <w:lang w:eastAsia="zh-CN"/>
        </w:rPr>
        <w:t xml:space="preserve">    2、公益活动。是否还将组织理、监事到xx福利院慰问长者。 </w:t>
      </w:r>
      <w:r>
        <w:rPr>
          <w:lang w:eastAsia="zh-CN"/>
        </w:rPr>
        <w:br/>
      </w:r>
      <w:r>
        <w:rPr>
          <w:lang w:eastAsia="zh-CN"/>
        </w:rPr>
        <w:t xml:space="preserve">    四、为会员企业提供最新的政策、法律、法规、行业信息 </w:t>
      </w:r>
      <w:r>
        <w:rPr>
          <w:lang w:eastAsia="zh-CN"/>
        </w:rPr>
        <w:br/>
      </w:r>
      <w:r>
        <w:rPr>
          <w:lang w:eastAsia="zh-CN"/>
        </w:rPr>
        <w:t xml:space="preserve">    1、以邮递、传真等方式将搜集到的资料发送给会员企业，并发布到我会的网站，以便会员企业查找； </w:t>
      </w:r>
      <w:r>
        <w:rPr>
          <w:lang w:eastAsia="zh-CN"/>
        </w:rPr>
        <w:br/>
      </w:r>
      <w:r>
        <w:rPr>
          <w:lang w:eastAsia="zh-CN"/>
        </w:rPr>
        <w:t xml:space="preserve">    2、定期发布商会会讯。会讯是很好的信息交流载体，要继续维持下去；要定期在我会网站发布会讯并通过邮件方式发给各会员企业；会讯要讲究时效、内容新颖，图文并茂，信息可以多样化，可以包括优秀企业家的创业经历和成功经验、投资项目、社区活动、发展动向、文化等等。 </w:t>
      </w:r>
      <w:r>
        <w:rPr>
          <w:lang w:eastAsia="zh-CN"/>
        </w:rPr>
        <w:br/>
      </w:r>
      <w:r>
        <w:rPr>
          <w:lang w:eastAsia="zh-CN"/>
        </w:rPr>
        <w:t xml:space="preserve">    五、加强企业与政府部门的沟通交流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1、定期拜访政府领导及相关部门。定期搜集会员企业对有关政策、法规的意见和困难，组织理、监事拜访政府领导及相关部门时，将会员企业的意见和困难反映给有关部门负责人，寻求解决方法；</w:t>
      </w:r>
      <w:r>
        <w:rPr>
          <w:lang w:eastAsia="zh-CN"/>
        </w:rPr>
        <w:t xml:space="preserve"> </w:t>
      </w:r>
      <w:r>
        <w:rPr>
          <w:lang w:eastAsia="zh-CN"/>
        </w:rPr>
        <w:br/>
      </w:r>
      <w:r>
        <w:rPr>
          <w:lang w:eastAsia="zh-CN"/>
        </w:rPr>
        <w:t xml:space="preserve">    2、定期召开政企联谊座谈会。定期举办政府相关职能部门与企业代表座谈会，为会员企业打造一个直接与各职能部门反映意见的平台。 </w:t>
      </w:r>
      <w:r>
        <w:rPr>
          <w:lang w:eastAsia="zh-CN"/>
        </w:rPr>
        <w:br/>
      </w:r>
      <w:r>
        <w:rPr>
          <w:lang w:eastAsia="zh-CN"/>
        </w:rPr>
        <w:t xml:space="preserve">    六、加强自身建设，提高服务能力 </w:t>
      </w:r>
      <w:r>
        <w:rPr>
          <w:lang w:eastAsia="zh-CN"/>
        </w:rPr>
        <w:br/>
      </w:r>
      <w:r>
        <w:rPr>
          <w:lang w:eastAsia="zh-CN"/>
        </w:rPr>
        <w:t xml:space="preserve">    充分调动我会工作人员的积极性，提高自身素质，强化服务意识，把商会的牌子用好，为会员做好经济服务、信息服务、法律服务、维权服务、培训服务等；拓展服务领域，提升服务层次，切实帮助会员排忧解难、协调关系、使我会真正成为会员企业之家。 </w:t>
      </w:r>
      <w:r>
        <w:rPr>
          <w:lang w:eastAsia="zh-CN"/>
        </w:rPr>
        <w:br/>
      </w:r>
      <w:r>
        <w:rPr>
          <w:lang w:eastAsia="zh-CN"/>
        </w:rPr>
        <w:t xml:space="preserve">    七、大力发展会员 ，壮大商会实力 </w:t>
      </w:r>
      <w:r>
        <w:rPr>
          <w:lang w:eastAsia="zh-CN"/>
        </w:rPr>
        <w:br/>
      </w:r>
      <w:r>
        <w:rPr>
          <w:lang w:eastAsia="zh-CN"/>
        </w:rPr>
        <w:t xml:space="preserve">    我会现有企业200多家，20xx年，我会将继续努力，大力发展新会员，不断扩大队伍，壮大商会实力。本年度我会将根据实际情况，希望发展会员企业目标数达到30家。 </w:t>
      </w:r>
      <w:r>
        <w:rPr>
          <w:lang w:eastAsia="zh-CN"/>
        </w:rPr>
        <w:br/>
      </w:r>
      <w:r>
        <w:rPr>
          <w:lang w:eastAsia="zh-CN"/>
        </w:rPr>
        <w:t xml:space="preserve">    我们坚信，在各级领导的关心和支持下，在全体理、监事的正确领导下，在我会工作人员的共同努力下，我们将在新的一年里，严格执行会员大会、理事会、常务理事会的所有决议，更加努力、更加扎实地工作，使我会事业迈上新台阶！ </w:t>
      </w:r>
      <w:r>
        <w:rPr>
          <w:lang w:eastAsia="zh-CN"/>
        </w:rPr>
        <w:br/>
      </w:r>
      <w:r>
        <w:rPr>
          <w:lang w:eastAsia="zh-CN"/>
        </w:rPr>
        <w:t xml:space="preserve">    新年工作计划 2 </w:t>
      </w:r>
      <w:r>
        <w:rPr>
          <w:lang w:eastAsia="zh-CN"/>
        </w:rPr>
        <w:br/>
      </w:r>
      <w:r>
        <w:rPr>
          <w:lang w:eastAsia="zh-CN"/>
        </w:rPr>
        <w:t xml:space="preserve">    一 、20xx年工作计划中的重点仍以客户为中心，做好结算服务工作。客户是我们的生存之源，作为营业部又是对外的窗口，服务的好坏直接影响到我行的信誉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r>
        <w:rPr>
          <w:lang w:eastAsia="zh-CN"/>
        </w:rPr>
        <w:t xml:space="preserve"> </w:t>
      </w:r>
      <w:r>
        <w:rPr>
          <w:lang w:eastAsia="zh-CN"/>
        </w:rPr>
        <w:br/>
      </w:r>
      <w:r>
        <w:rPr>
          <w:lang w:eastAsia="zh-CN"/>
        </w:rPr>
        <w:t xml:space="preserve">    以银行为课堂，明年我们将举办的银行结算办法讲座，增加人们的金融知识，让客户多了解银行，贴近银行从而融入到我行业务中。 </w:t>
      </w:r>
      <w:r>
        <w:rPr>
          <w:lang w:eastAsia="zh-CN"/>
        </w:rPr>
        <w:br/>
      </w:r>
      <w:r>
        <w:rPr>
          <w:lang w:eastAsia="zh-CN"/>
        </w:rPr>
        <w:t xml:space="preserve">    主动加强与个人业务的联系，参与个人业务熟悉个人业务以更好为客户服务。虽然已经上了综合业务系统，但因为各种各样的`原因还没有能做到真正的综合，是我营业部工作的一个欠缺。 </w:t>
      </w:r>
      <w:r>
        <w:rPr>
          <w:lang w:eastAsia="zh-CN"/>
        </w:rPr>
        <w:br/>
      </w:r>
      <w:r>
        <w:rPr>
          <w:lang w:eastAsia="zh-CN"/>
        </w:rPr>
        <w:t xml:space="preserve">    继续做好电话银行自助银行和网上银行的工作，并向优质客户推广使用网上银行业务。 </w:t>
      </w:r>
      <w:r>
        <w:rPr>
          <w:lang w:eastAsia="zh-CN"/>
        </w:rPr>
        <w:br/>
      </w:r>
      <w:r>
        <w:rPr>
          <w:lang w:eastAsia="zh-CN"/>
        </w:rPr>
        <w:t xml:space="preserve">    二 、强内控制度管理，防范风险，保证工作质量。随着近年来金融犯罪案件的增多，促使我们对操作的规范制度的执行有了更高的要求。 </w:t>
      </w:r>
      <w:r>
        <w:rPr>
          <w:lang w:eastAsia="zh-CN"/>
        </w:rPr>
        <w:br/>
      </w:r>
      <w:r>
        <w:rPr>
          <w:lang w:eastAsia="zh-CN"/>
        </w:rPr>
        <w:t xml:space="preserve">    督促科技部门对我营业部的电脑接口尽快更换，然后严格按照综合业务系统的要求实行事权划分，一岗一卡，一人一卡，增强制度执行的钢性，提高约束力。 </w:t>
      </w:r>
      <w:r>
        <w:rPr>
          <w:lang w:eastAsia="zh-CN"/>
        </w:rPr>
        <w:br/>
      </w:r>
      <w:r>
        <w:rPr>
          <w:lang w:eastAsia="zh-CN"/>
        </w:rPr>
        <w:t xml:space="preserve">    重点推行支付密码器的出售工作，保证银企结算资金的安全，进一步提高我行防范外来结算风险的手段。 </w:t>
      </w:r>
      <w:r>
        <w:rPr>
          <w:lang w:eastAsia="zh-CN"/>
        </w:rPr>
        <w:br/>
      </w:r>
      <w:r>
        <w:rPr>
          <w:lang w:eastAsia="zh-CN"/>
        </w:rPr>
        <w:t xml:space="preserve">    规范业务操作流程，强化总会计日常检查制度以及时发现隐患，减少差错杜绝结算事故。切实履行对分理处的业务指导与检查。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进一步强化重要环节和重要岗位的内控外防，着重加强帐户管理(确保我行开户单位的质量)和上门服务。 </w:t>
      </w:r>
      <w:r>
        <w:rPr>
          <w:lang w:eastAsia="zh-CN"/>
        </w:rPr>
        <w:br/>
      </w:r>
      <w:r>
        <w:rPr>
          <w:lang w:eastAsia="zh-CN"/>
        </w:rPr>
        <w:t xml:space="preserve">    制定出财务人员工作计划，进一步加强会计出纳制度，严格会计出纳制度的执行与检查，规范会计印章和空白重要凭证的使用和保管。 </w:t>
      </w:r>
      <w:r>
        <w:rPr>
          <w:lang w:eastAsia="zh-CN"/>
        </w:rPr>
        <w:br/>
      </w:r>
      <w:r>
        <w:rPr>
          <w:lang w:eastAsia="zh-CN"/>
        </w:rPr>
        <w:t xml:space="preserve">    做好会计核算质量的定期考核工作。 </w:t>
      </w:r>
      <w:r>
        <w:rPr>
          <w:lang w:eastAsia="zh-CN"/>
        </w:rPr>
        <w:br/>
      </w:r>
      <w:r>
        <w:rPr>
          <w:lang w:eastAsia="zh-CN"/>
        </w:rPr>
        <w:t xml:space="preserve">    三、以人为本提高员工的全面素质。员工的素质如何是银行能否发展的根本，在目前人员流动频繁的情况下我营业部急需要有一支高素质的队伍。把好进人用人关。银行业听着很美，其实充满竞争和风险，所以到我营业部需要有一定的心理素质和文化修养。在用人上以员工的能力且要能发挥员工最大潜能来确定适合的岗位，从而提高员工的积极性。 </w:t>
      </w:r>
      <w:r>
        <w:rPr>
          <w:lang w:eastAsia="zh-CN"/>
        </w:rPr>
        <w:br/>
      </w:r>
      <w:r>
        <w:rPr>
          <w:lang w:eastAsia="zh-CN"/>
        </w:rPr>
        <w:t xml:space="preserve">    在人员紧张的情况下仍要加强岗位练兵，除了参加明年的技术比武更为了提高员工的业务水平。 </w:t>
      </w:r>
      <w:r>
        <w:rPr>
          <w:lang w:eastAsia="zh-CN"/>
        </w:rPr>
        <w:br/>
      </w:r>
      <w:r>
        <w:rPr>
          <w:lang w:eastAsia="zh-CN"/>
        </w:rPr>
        <w:t xml:space="preserve">    勤做员工的思想工作，关心鼓励员工，强化员工的心理素质。 </w:t>
      </w:r>
      <w:r>
        <w:rPr>
          <w:lang w:eastAsia="zh-CN"/>
        </w:rPr>
        <w:br/>
      </w:r>
      <w:r>
        <w:rPr>
          <w:lang w:eastAsia="zh-CN"/>
        </w:rPr>
        <w:t xml:space="preserve">    加强业务培训，这也是明年最紧迫的，现已将培训计划上报人事部门，准备对出纳制度支付结算办法综合业务系统会计制度新会计科目等基础知识以及各种新兴业务进行培训。 </w:t>
      </w:r>
      <w:r>
        <w:rPr>
          <w:lang w:eastAsia="zh-CN"/>
        </w:rPr>
        <w:br/>
      </w:r>
      <w:r>
        <w:rPr>
          <w:lang w:eastAsia="zh-CN"/>
        </w:rPr>
        <w:t xml:space="preserve">    新年工作计划 3 </w:t>
      </w:r>
      <w:r>
        <w:rPr>
          <w:lang w:eastAsia="zh-CN"/>
        </w:rPr>
        <w:br/>
      </w:r>
      <w:r>
        <w:rPr>
          <w:lang w:eastAsia="zh-CN"/>
        </w:rPr>
        <w:t xml:space="preserve">    酒类在一年四季的季节里，面对于旺季和淡季，都会有不同的营销方式，同时在未到来的季节里，酒类一定要做好销售工作计划。 </w:t>
      </w:r>
      <w:r>
        <w:rPr>
          <w:lang w:eastAsia="zh-CN"/>
        </w:rPr>
        <w:br/>
      </w:r>
      <w:r>
        <w:rPr>
          <w:lang w:eastAsia="zh-CN"/>
        </w:rPr>
        <w:t xml:space="preserve">    1、努力学习，提高业务水品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其一是抽时间通过各种渠道去学习营销方面(尤其是白酒营销方面)的知识，学习一些成功营销案例和前沿的营销方法，使自己的营销工作有一定的知识支撑。 </w:t>
      </w:r>
      <w:r>
        <w:rPr>
          <w:lang w:eastAsia="zh-CN"/>
        </w:rPr>
        <w:br/>
      </w:r>
      <w:r>
        <w:rPr>
          <w:lang w:eastAsia="zh-CN"/>
        </w:rPr>
        <w:t xml:space="preserve">    其二是经常向公司领导、各区域业务以及市场上其他各行业营销人员请教、交流和学习，使自己从业务水平、市场运作和把握到人际交往等各个方面都有一个大幅度的提升。 </w:t>
      </w:r>
      <w:r>
        <w:rPr>
          <w:lang w:eastAsia="zh-CN"/>
        </w:rPr>
        <w:br/>
      </w:r>
      <w:r>
        <w:rPr>
          <w:lang w:eastAsia="zh-CN"/>
        </w:rPr>
        <w:t xml:space="preserve">    2、进一步拓展销售渠道 </w:t>
      </w:r>
      <w:r>
        <w:rPr>
          <w:lang w:eastAsia="zh-CN"/>
        </w:rPr>
        <w:br/>
      </w:r>
      <w:r>
        <w:rPr>
          <w:lang w:eastAsia="zh-CN"/>
        </w:rPr>
        <w:t xml:space="preserve">    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 </w:t>
      </w:r>
      <w:r>
        <w:rPr>
          <w:lang w:eastAsia="zh-CN"/>
        </w:rPr>
        <w:br/>
      </w:r>
      <w:r>
        <w:rPr>
          <w:lang w:eastAsia="zh-CN"/>
        </w:rPr>
        <w:t xml:space="preserve">    3、做好市场调研工作 </w:t>
      </w:r>
      <w:r>
        <w:rPr>
          <w:lang w:eastAsia="zh-CN"/>
        </w:rPr>
        <w:br/>
      </w:r>
      <w:r>
        <w:rPr>
          <w:lang w:eastAsia="zh-CN"/>
        </w:rPr>
        <w:t xml:space="preserve">    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 </w:t>
      </w:r>
      <w:r>
        <w:rPr>
          <w:lang w:eastAsia="zh-CN"/>
        </w:rPr>
        <w:br/>
      </w:r>
      <w:r>
        <w:rPr>
          <w:lang w:eastAsia="zh-CN"/>
        </w:rPr>
        <w:t xml:space="preserve">    4、与经销商密切配合，做好销售工作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r>
        <w:rPr>
          <w:lang w:eastAsia="zh-CN"/>
        </w:rPr>
        <w:t xml:space="preserve"> </w:t>
      </w:r>
      <w:r>
        <w:rPr>
          <w:lang w:eastAsia="zh-CN"/>
        </w:rPr>
        <w:br/>
      </w:r>
      <w:r>
        <w:rPr>
          <w:lang w:eastAsia="zh-CN"/>
        </w:rPr>
        <w:t xml:space="preserve">    新年工作计划 4 </w:t>
      </w:r>
      <w:r>
        <w:rPr>
          <w:lang w:eastAsia="zh-CN"/>
        </w:rPr>
        <w:br/>
      </w:r>
      <w:r>
        <w:rPr>
          <w:lang w:eastAsia="zh-CN"/>
        </w:rPr>
        <w:t xml:space="preserve">    一、20XX年工作回顾 </w:t>
      </w:r>
      <w:r>
        <w:rPr>
          <w:lang w:eastAsia="zh-CN"/>
        </w:rPr>
        <w:br/>
      </w:r>
      <w:r>
        <w:rPr>
          <w:lang w:eastAsia="zh-CN"/>
        </w:rPr>
        <w:t xml:space="preserve">    在这一年中，我收获了很多，主要包含两个方面，一方面是工作上的成就，另一方面是来自上级与同事间的关心。首先在工作方面，我是保持勤恳工作的态度，不管任务难易程度如何，我都能够保持着积极乐观的态度，在遇到困难时，会自己进行思考，随后会向有经验的同事进行请教，在这样的过程中，也是自己学习的最佳机会。在20XX年这一年中，令我感触最深的就是同事们的关心，在这一年中自己在工作上也出现过几次的失误，曾经也无比的沮丧过，但是在领导和同事们的帮助和鼓励下，我很快地调整好自己的状态，我真心的感受到了公司内部的温暖。 </w:t>
      </w:r>
      <w:r>
        <w:rPr>
          <w:lang w:eastAsia="zh-CN"/>
        </w:rPr>
        <w:br/>
      </w:r>
      <w:r>
        <w:rPr>
          <w:lang w:eastAsia="zh-CN"/>
        </w:rPr>
        <w:t xml:space="preserve">    二、20XX年工作计划 </w:t>
      </w:r>
      <w:r>
        <w:rPr>
          <w:lang w:eastAsia="zh-CN"/>
        </w:rPr>
        <w:br/>
      </w:r>
      <w:r>
        <w:rPr>
          <w:lang w:eastAsia="zh-CN"/>
        </w:rPr>
        <w:t xml:space="preserve">    在全新的一年中，我要对20XX年所存在的问题加以改正，也希望通过这一年计划的调整，能够让自己有新的收获。 </w:t>
      </w:r>
      <w:r>
        <w:rPr>
          <w:lang w:eastAsia="zh-CN"/>
        </w:rPr>
        <w:br/>
      </w:r>
      <w:r>
        <w:rPr>
          <w:lang w:eastAsia="zh-CN"/>
        </w:rPr>
        <w:t xml:space="preserve">    (一)工作态度的调整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在20XX年中我首先要转变的就是自己的工作态度，在过去的一年中我太容易情绪化，遇到不同的事情是不能够以沉着冷静的态度面对，这会无形之中增加自己的压力，而且跌宕起伏的状态也会为身边的人带去烦恼。</w:t>
      </w:r>
      <w:r>
        <w:rPr>
          <w:lang w:eastAsia="zh-CN"/>
        </w:rPr>
        <w:t xml:space="preserve"> </w:t>
      </w:r>
      <w:r>
        <w:rPr>
          <w:lang w:eastAsia="zh-CN"/>
        </w:rPr>
        <w:br/>
      </w:r>
      <w:r>
        <w:rPr>
          <w:lang w:eastAsia="zh-CN"/>
        </w:rPr>
        <w:t xml:space="preserve">    (二)每天工作计划的制定 </w:t>
      </w:r>
      <w:r>
        <w:rPr>
          <w:lang w:eastAsia="zh-CN"/>
        </w:rPr>
        <w:br/>
      </w:r>
      <w:r>
        <w:rPr>
          <w:lang w:eastAsia="zh-CN"/>
        </w:rPr>
        <w:t xml:space="preserve">    在20XX年的'工作中，我发现自己存在的最大问题就是每天的工作计划制订的不是特别的合理，所以偶尔会出现当天计划无法完成或者剩余过多的时间，虽然在这一过程中有多次的调整，但是也是有些浪费时间，所以在20XX年的工作计划中，我决定在前一天的工作中预留出十五分钟的时间主要针对第二天的计划进行详细的制定。 </w:t>
      </w:r>
      <w:r>
        <w:rPr>
          <w:lang w:eastAsia="zh-CN"/>
        </w:rPr>
        <w:br/>
      </w:r>
      <w:r>
        <w:rPr>
          <w:lang w:eastAsia="zh-CN"/>
        </w:rPr>
        <w:t xml:space="preserve">    (三)任务的完成 </w:t>
      </w:r>
      <w:r>
        <w:rPr>
          <w:lang w:eastAsia="zh-CN"/>
        </w:rPr>
        <w:br/>
      </w:r>
      <w:r>
        <w:rPr>
          <w:lang w:eastAsia="zh-CN"/>
        </w:rPr>
        <w:t xml:space="preserve">    这一部分主要针对自己工作效率的规划，经过一年的工作，对于自己要日常处理的任务基本上不存在不理解的地方，所以在新一年的计划中，决定在整体上提高效率，主要采用计时的方式，目前计划将每项单项任务时间缩短到三十分钟以内，极个别的情况，根据当时的情况进行特殊处理。同时采用三天一小结，一周一大结的方式，对自己的工作进行及时的总结。 </w:t>
      </w:r>
      <w:r>
        <w:rPr>
          <w:lang w:eastAsia="zh-CN"/>
        </w:rPr>
        <w:br/>
      </w:r>
      <w:r>
        <w:rPr>
          <w:lang w:eastAsia="zh-CN"/>
        </w:rPr>
        <w:t xml:space="preserve">    新一年的工作即将开始了，在这全新的一年中，我也会不断地提高自己自己的业务能力，从实践中总结经验。 </w:t>
      </w:r>
      <w:r>
        <w:rPr>
          <w:lang w:eastAsia="zh-CN"/>
        </w:rPr>
        <w:br/>
      </w:r>
      <w:r>
        <w:rPr>
          <w:lang w:eastAsia="zh-CN"/>
        </w:rPr>
        <w:t xml:space="preserve">    新年工作计划 5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金秋送爽，丹桂飘香，又是一个秋高气爽九月天，告别了沉静在奥运激情喜悦之中，迎来是我们一个崭新开始，新学期，新起点，梦想在这里重新插上翅膀，抚州职业学院学生会主席，熟悉并不陌生，因为上一学年风风雨雨、分分秒秒，我们都一起见证，一起走过，心中有着太多感慨！</w:t>
      </w:r>
      <w:r>
        <w:rPr>
          <w:lang w:eastAsia="zh-CN"/>
        </w:rPr>
        <w:t xml:space="preserve"> </w:t>
      </w:r>
      <w:r>
        <w:rPr>
          <w:lang w:eastAsia="zh-CN"/>
        </w:rPr>
        <w:br/>
      </w:r>
      <w:r>
        <w:rPr>
          <w:lang w:eastAsia="zh-CN"/>
        </w:rPr>
        <w:t xml:space="preserve">    温州华侨职专学生会主席以服务全校同学为宗旨，认真做好每件事情，认真积极地配合学校做好各项工作，在上一学年学习和工作中也都取得了不小业绩。 </w:t>
      </w:r>
      <w:r>
        <w:rPr>
          <w:lang w:eastAsia="zh-CN"/>
        </w:rPr>
        <w:br/>
      </w:r>
      <w:r>
        <w:rPr>
          <w:lang w:eastAsia="zh-CN"/>
        </w:rPr>
        <w:t xml:space="preserve">    学生会一个部门如同生产流水线，尽管每一学年都有更换新成员，但对于部门工作那一份热情却都未曾改变。上一学年由14级新成员组成，同样以高涨工作热情、积极负责态度做好学生会各项任务，把每件事情做得很细，成绩也都是显然得。上一学年我院经历了专家评估小组对我院教育教学水平一次评估，全校领导、师生，各级部门都认真对待这来之不易挑战与机遇，我们秘书部也认真、负责地做好每件事情，做好各项活动及会议宣传报道工作，最终也都很好完成。 </w:t>
      </w:r>
      <w:r>
        <w:rPr>
          <w:lang w:eastAsia="zh-CN"/>
        </w:rPr>
        <w:br/>
      </w:r>
      <w:r>
        <w:rPr>
          <w:lang w:eastAsia="zh-CN"/>
        </w:rPr>
        <w:t xml:space="preserve">    点点滴滴努力、认认真真负责，部门成员团结与合作共同拼搏才有了今天成就与收获，我们没有骄傲只有更想前进动力，因为那一切都并不属于我们每个人，以后路还很长，还有许多事情需要继续做下去。回首过去，对于部门每个成员而言，感到是一种欣慰。然而，成功光环终究会因为岁月风雨侵蚀而渐渐消失，一个成就也只能是依次奋斗里程碑！明天会怎样？后天又会怎样？无人可知，同样，我们部门工作也不会因此而停滞不前，我们工作还需要继续做下去，在原来基础上继续努力做好各项事情，这是我们工作，是作为学生干部职责。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因此，为了下一学期学生会工作做得更加出色，继续保持上一学期优良作风，特提出以下几点意见：</w:t>
      </w:r>
      <w:r>
        <w:rPr>
          <w:lang w:eastAsia="zh-CN"/>
        </w:rPr>
        <w:t xml:space="preserve"> </w:t>
      </w:r>
      <w:r>
        <w:rPr>
          <w:lang w:eastAsia="zh-CN"/>
        </w:rPr>
        <w:br/>
      </w:r>
      <w:r>
        <w:rPr>
          <w:lang w:eastAsia="zh-CN"/>
        </w:rPr>
        <w:t xml:space="preserve">    一、工作态度与细节。 </w:t>
      </w:r>
      <w:r>
        <w:rPr>
          <w:lang w:eastAsia="zh-CN"/>
        </w:rPr>
        <w:br/>
      </w:r>
      <w:r>
        <w:rPr>
          <w:lang w:eastAsia="zh-CN"/>
        </w:rPr>
        <w:t xml:space="preserve">    俗话说：“细节决定成败，态度决定一切。”首先，我们应该清楚自己本职工作，用一颗平常心来对待做每一件事情以及我们所遇到每一个困难。其次，就是要做好细节工作，一个个细节才能组成完美工作。踏踏实实，任何事情都会做好。 </w:t>
      </w:r>
      <w:r>
        <w:rPr>
          <w:lang w:eastAsia="zh-CN"/>
        </w:rPr>
        <w:br/>
      </w:r>
      <w:r>
        <w:rPr>
          <w:lang w:eastAsia="zh-CN"/>
        </w:rPr>
        <w:t xml:space="preserve">    二、部门成员要和睦、团结。 </w:t>
      </w:r>
      <w:r>
        <w:rPr>
          <w:lang w:eastAsia="zh-CN"/>
        </w:rPr>
        <w:br/>
      </w:r>
      <w:r>
        <w:rPr>
          <w:lang w:eastAsia="zh-CN"/>
        </w:rPr>
        <w:t xml:space="preserve">    我想，一个优秀集体，必定是一个既和睦又团结集体，而一项工作并不是哪个人事情而是我们大家共同期待目标，每一个成员都应为集体着想，团结和睦，尽自己应尽责任。 </w:t>
      </w:r>
      <w:r>
        <w:rPr>
          <w:lang w:eastAsia="zh-CN"/>
        </w:rPr>
        <w:br/>
      </w:r>
      <w:r>
        <w:rPr>
          <w:lang w:eastAsia="zh-CN"/>
        </w:rPr>
        <w:t xml:space="preserve">    三、每个成员要勇于并敢于发表自己意见。 </w:t>
      </w:r>
      <w:r>
        <w:rPr>
          <w:lang w:eastAsia="zh-CN"/>
        </w:rPr>
        <w:br/>
      </w:r>
      <w:r>
        <w:rPr>
          <w:lang w:eastAsia="zh-CN"/>
        </w:rPr>
        <w:t xml:space="preserve">    任何一项成果都是大家共同努力结果，因此，作为秘书部成员，要敢于说出我们内心最真实想法。只有积小流才能成江海，只有积跬部步才能至千里。集思广益，才能做好每件事情。 </w:t>
      </w:r>
      <w:r>
        <w:rPr>
          <w:lang w:eastAsia="zh-CN"/>
        </w:rPr>
        <w:br/>
      </w:r>
      <w:r>
        <w:rPr>
          <w:lang w:eastAsia="zh-CN"/>
        </w:rPr>
        <w:t xml:space="preserve">    四、加强与各部门及各系部交流与联系。 </w:t>
      </w:r>
      <w:r>
        <w:rPr>
          <w:lang w:eastAsia="zh-CN"/>
        </w:rPr>
        <w:br/>
      </w:r>
      <w:r>
        <w:rPr>
          <w:lang w:eastAsia="zh-CN"/>
        </w:rPr>
        <w:t xml:space="preserve">    我们应当加强与其它部门以及各系部联系，听听他们对于我们工作看法及意见，有则改之，无则加勉。 </w:t>
      </w:r>
      <w:r>
        <w:rPr>
          <w:lang w:eastAsia="zh-CN"/>
        </w:rPr>
        <w:br/>
      </w:r>
      <w:r>
        <w:rPr>
          <w:lang w:eastAsia="zh-CN"/>
        </w:rPr>
        <w:t xml:space="preserve">    五、定期总结该阶段工作，并查找不足。 </w:t>
      </w:r>
      <w:r>
        <w:rPr>
          <w:lang w:eastAsia="zh-CN"/>
        </w:rPr>
        <w:br/>
      </w:r>
      <w:r>
        <w:rPr>
          <w:lang w:eastAsia="zh-CN"/>
        </w:rPr>
        <w:t xml:space="preserve">    我想，这一点应该是比较重要，当我们一直忙着往前飞奔时候，不时回头看看，也许你会发现许多问题。因此，经常总结过去，反思不足，发现问题解决问题，脚踏实地，才能做好事情。 </w:t>
      </w:r>
      <w:r>
        <w:rPr>
          <w:lang w:eastAsia="zh-CN"/>
        </w:rPr>
        <w:br/>
      </w:r>
      <w:r>
        <w:rPr>
          <w:lang w:eastAsia="zh-CN"/>
        </w:rPr>
        <w:t xml:space="preserve">    六、搞好学习。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学习永远是学生天职。无论我们怎样认真工作都不要把学习置后，学好自己专业每门课程，学好技能，锻炼自己各方面能力，努力把自己培养成为一名合格大学生。计划，无非是让事情做得更加完美，同时也是以后行动指南。 </w:t>
      </w:r>
      <w:r>
        <w:rPr>
          <w:lang w:eastAsia="zh-CN"/>
        </w:rPr>
        <w:br/>
      </w:r>
      <w:r>
        <w:rPr>
          <w:lang w:eastAsia="zh-CN"/>
        </w:rPr>
        <w:t xml:space="preserve">    新学期，新起点，一切努力依旧！相信我们部门一定会继续努力，做得更好！ </w:t>
      </w:r>
      <w:r>
        <w:rPr>
          <w:lang w:eastAsia="zh-CN"/>
        </w:rPr>
        <w:br/>
      </w:r>
      <w:r>
        <w:rPr>
          <w:lang w:eastAsia="zh-CN"/>
        </w:rPr>
        <w:t xml:space="preserve">    新年工作计划 6 </w:t>
      </w:r>
      <w:r>
        <w:rPr>
          <w:lang w:eastAsia="zh-CN"/>
        </w:rPr>
        <w:br/>
      </w:r>
      <w:r>
        <w:rPr>
          <w:lang w:eastAsia="zh-CN"/>
        </w:rPr>
        <w:t xml:space="preserve">    为更好地履行商会职能，凝聚全体会员的智慧和力量，拓展为会员单位服务的领域，积极构建联谊交流平台，充分地发挥商会的内外影响力，在经销商企业、经营者和政府之间发挥桥梁和纽带作用，根据市工商联的指导，特制订以下的工作计划： </w:t>
      </w:r>
      <w:r>
        <w:rPr>
          <w:lang w:eastAsia="zh-CN"/>
        </w:rPr>
        <w:br/>
      </w:r>
      <w:r>
        <w:rPr>
          <w:lang w:eastAsia="zh-CN"/>
        </w:rPr>
        <w:t xml:space="preserve">    一、商会的发展方向： </w:t>
      </w:r>
      <w:r>
        <w:rPr>
          <w:lang w:eastAsia="zh-CN"/>
        </w:rPr>
        <w:br/>
      </w:r>
      <w:r>
        <w:rPr>
          <w:lang w:eastAsia="zh-CN"/>
        </w:rPr>
        <w:t xml:space="preserve">    商会的成立要在经销商领域内体现服务、组织、协调、沟通、监督的职能，要发挥行业群体优势，提高综合效益，应有一定实质性推动销售的工作进行，工作思路有： </w:t>
      </w:r>
      <w:r>
        <w:rPr>
          <w:lang w:eastAsia="zh-CN"/>
        </w:rPr>
        <w:br/>
      </w:r>
      <w:r>
        <w:rPr>
          <w:lang w:eastAsia="zh-CN"/>
        </w:rPr>
        <w:t xml:space="preserve">    （1）“情系居民，回馈社区”的社区销售服务。地点先从社区启动，再选百盛广场或其他市区点，然后可向乡镇扩大。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2）组团谈团购。职工福利是团购的一大方向，利用商会成员的品牌资源、价格优势等，以商会名义到团购渠道开发。方案：招专职的人员跟进，各家提供图片等信息制作宣传画册，收集客户信息，专人有针对性挖掘，（五烈茉织华、中玻、上海电气、久工、磊达、戴南钢帘线作为首批工厂客户主攻，另有事业单位等为另一批主攻对象）</w:t>
      </w:r>
      <w:r>
        <w:rPr>
          <w:lang w:eastAsia="zh-CN"/>
        </w:rPr>
        <w:t xml:space="preserve"> </w:t>
      </w:r>
      <w:r>
        <w:rPr>
          <w:lang w:eastAsia="zh-CN"/>
        </w:rPr>
        <w:br/>
      </w:r>
      <w:r>
        <w:rPr>
          <w:lang w:eastAsia="zh-CN"/>
        </w:rPr>
        <w:t xml:space="preserve">    二、商会要练好内功 </w:t>
      </w:r>
      <w:r>
        <w:rPr>
          <w:lang w:eastAsia="zh-CN"/>
        </w:rPr>
        <w:br/>
      </w:r>
      <w:r>
        <w:rPr>
          <w:lang w:eastAsia="zh-CN"/>
        </w:rPr>
        <w:t xml:space="preserve">    （1）搭建融资平台，解决资金难题：准备成立转贷基金或搭建融资担保平台，在注重风险防范的基础上，加大对会员企业的`融资支持力度。通过商会搭建的平台，会员之间相互帮助，促进了一批企业由小变大，由弱变强，解决实际困难，实现快速发展。 </w:t>
      </w:r>
      <w:r>
        <w:rPr>
          <w:lang w:eastAsia="zh-CN"/>
        </w:rPr>
        <w:br/>
      </w:r>
      <w:r>
        <w:rPr>
          <w:lang w:eastAsia="zh-CN"/>
        </w:rPr>
        <w:t xml:space="preserve">    （2）加强社会责任感，商会企业代理品牌的食品安全要放在首要位置。 </w:t>
      </w:r>
      <w:r>
        <w:rPr>
          <w:lang w:eastAsia="zh-CN"/>
        </w:rPr>
        <w:br/>
      </w:r>
      <w:r>
        <w:rPr>
          <w:lang w:eastAsia="zh-CN"/>
        </w:rPr>
        <w:t xml:space="preserve">    （3）热衷公益事业，坚持“发展企业，回馈社会”的宗旨，提高商会形象和知名度，引导会员企业参与光彩、慈善等公益事业，扶贫济困。 </w:t>
      </w:r>
      <w:r>
        <w:rPr>
          <w:lang w:eastAsia="zh-CN"/>
        </w:rPr>
        <w:br/>
      </w:r>
      <w:r>
        <w:rPr>
          <w:lang w:eastAsia="zh-CN"/>
        </w:rPr>
        <w:t xml:space="preserve">    （4）充分利用现代网络等服务载体，建立健全会员企业数据库，政策法规宣传平台，QQ群发平台。加大宣传力度，加强互联交流，拓宽服务领域，提高宣传服务成效。整合资源，尝试网络销售，扩大销售。 </w:t>
      </w:r>
      <w:r>
        <w:rPr>
          <w:lang w:eastAsia="zh-CN"/>
        </w:rPr>
        <w:br/>
      </w:r>
      <w:r>
        <w:rPr>
          <w:lang w:eastAsia="zh-CN"/>
        </w:rPr>
        <w:t xml:space="preserve">    （5）提高学习能力，组织商会成员参与培训、外出考察等，强化经贸服务，与工商联密切配合，有重点地组织会员企业工商联主办的重大商贸活动。 </w:t>
      </w:r>
      <w:r>
        <w:rPr>
          <w:lang w:eastAsia="zh-CN"/>
        </w:rPr>
        <w:br/>
      </w:r>
      <w:r>
        <w:rPr>
          <w:lang w:eastAsia="zh-CN"/>
        </w:rPr>
        <w:t xml:space="preserve">    （6）加强凝聚力，组织各类旅游、座谈、聚会等活动 </w:t>
      </w:r>
      <w:r>
        <w:rPr>
          <w:lang w:eastAsia="zh-CN"/>
        </w:rPr>
        <w:br/>
      </w:r>
      <w:r>
        <w:rPr>
          <w:lang w:eastAsia="zh-CN"/>
        </w:rPr>
        <w:t xml:space="preserve">    （7）团队成员加强联系，红白喜事均要参与，组织好会员企业实施生日慰问等人文关怀制度。 </w:t>
      </w:r>
      <w:r>
        <w:rPr>
          <w:lang w:eastAsia="zh-CN"/>
        </w:rPr>
        <w:br/>
      </w:r>
      <w:r>
        <w:rPr>
          <w:lang w:eastAsia="zh-CN"/>
        </w:rPr>
        <w:t xml:space="preserve">    三、日常工作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（1）健全例会制度。每月例会制度：每月的第三周的周日召开例会。做到事先有议题，事后有决议，并对会议研究决定的重要事项形成会议纪要。 </w:t>
      </w:r>
      <w:r>
        <w:rPr>
          <w:lang w:eastAsia="zh-CN"/>
        </w:rPr>
        <w:br/>
      </w:r>
      <w:r>
        <w:rPr>
          <w:lang w:eastAsia="zh-CN"/>
        </w:rPr>
        <w:t xml:space="preserve">    （2）健全财务管理制度。按照国家有关规定和理事会议通过的决议收取会费，并制订完善会费使用、监管、审批有关细则。做到基本情况台帐清楚，会费收支财务报告和账册立卷归档。 </w:t>
      </w:r>
      <w:r>
        <w:rPr>
          <w:lang w:eastAsia="zh-CN"/>
        </w:rPr>
        <w:br/>
      </w:r>
      <w:r>
        <w:rPr>
          <w:lang w:eastAsia="zh-CN"/>
        </w:rPr>
        <w:t xml:space="preserve">    xx市经销商商会，为广大经销商提供了加强联系、交流感情的平台。今后我们将进一步完善商会建设，进一步发挥商会的作用， 增进团结，加强合作、壮大势力，引导思路，树立形象，为构建和谐社会，为东台的经济建设做出应有的贡献，为不断开创东台市经销商商会工作的新局面而不懈努力！ </w:t>
      </w:r>
      <w:r>
        <w:rPr>
          <w:lang w:eastAsia="zh-CN"/>
        </w:rPr>
        <w:br/>
      </w:r>
      <w:r>
        <w:rPr>
          <w:lang w:eastAsia="zh-CN"/>
        </w:rPr>
        <w:t xml:space="preserve">    新年工作计划 7 </w:t>
      </w:r>
      <w:r>
        <w:rPr>
          <w:lang w:eastAsia="zh-CN"/>
        </w:rPr>
        <w:br/>
      </w:r>
      <w:r>
        <w:rPr>
          <w:lang w:eastAsia="zh-CN"/>
        </w:rPr>
        <w:t xml:space="preserve">    20xx年，在公司各部门的大力支持帮助下，通过分公司上下不懈的努力，在质量、安全、生产管理等方面都有了很大的改观。预计年焊接行业形势将逐渐转暖，我们将抓住这个有利时机，加强技术创新，加强质量、生产和设备管理，杜绝浪费、杜绝安全事故，开源节流、降本增效，力争在生产管理上取得新的突破，争取全年产量超过8000吨，达到10000吨。为实现这些目标，我们将认真做好以下几项工作。 </w:t>
      </w:r>
      <w:r>
        <w:rPr>
          <w:lang w:eastAsia="zh-CN"/>
        </w:rPr>
        <w:br/>
      </w:r>
      <w:r>
        <w:rPr>
          <w:lang w:eastAsia="zh-CN"/>
        </w:rPr>
        <w:t xml:space="preserve">    一、不断加强安全管理工作 </w:t>
      </w:r>
      <w:r>
        <w:rPr>
          <w:lang w:eastAsia="zh-CN"/>
        </w:rPr>
        <w:br/>
      </w:r>
      <w:r>
        <w:rPr>
          <w:lang w:eastAsia="zh-CN"/>
        </w:rPr>
        <w:t xml:space="preserve">    我们将在认真吸取事故教训的基础上，把安全生产作为公司管理工作的重中之重来抓，采取多种措施保障安全生产无事故。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一是坚持 开展安全培训 工作。将安全用电、各工种及设备的操作规程和应急抢救知识作为培训重点，不断强化意识安全。 </w:t>
      </w:r>
      <w:r>
        <w:rPr>
          <w:lang w:eastAsia="zh-CN"/>
        </w:rPr>
        <w:br/>
      </w:r>
      <w:r>
        <w:rPr>
          <w:lang w:eastAsia="zh-CN"/>
        </w:rPr>
        <w:t xml:space="preserve">    二是突出安全重点，抓好安全薄弱环节的有效监控。加强中夜班现场管理，坚持车间管理人员跟班作业;重点抓好预处理酸洗，镀铜酸洗碱洗，行车吊运等要害部位的管理工作。 </w:t>
      </w:r>
      <w:r>
        <w:rPr>
          <w:lang w:eastAsia="zh-CN"/>
        </w:rPr>
        <w:br/>
      </w:r>
      <w:r>
        <w:rPr>
          <w:lang w:eastAsia="zh-CN"/>
        </w:rPr>
        <w:t xml:space="preserve">    三是坚持安全常规管理，对安全工作常抓不懈。健全车间安全生产会议 、巡回检查、设备检修等记录，将整个生产过程记录在案，便于分析 查找问题。 </w:t>
      </w:r>
      <w:r>
        <w:rPr>
          <w:lang w:eastAsia="zh-CN"/>
        </w:rPr>
        <w:br/>
      </w:r>
      <w:r>
        <w:rPr>
          <w:lang w:eastAsia="zh-CN"/>
        </w:rPr>
        <w:t xml:space="preserve">    二、提高员工的质量意识，加大质量管理力度，提高成品一次合格率 </w:t>
      </w:r>
      <w:r>
        <w:rPr>
          <w:lang w:eastAsia="zh-CN"/>
        </w:rPr>
        <w:br/>
      </w:r>
      <w:r>
        <w:rPr>
          <w:lang w:eastAsia="zh-CN"/>
        </w:rPr>
        <w:t xml:space="preserve">    应对实芯焊丝在质量管理上存在的一系列问题，我们将在年采取以下措施来保证产品质量，提高成品一次合格率。 </w:t>
      </w:r>
      <w:r>
        <w:rPr>
          <w:lang w:eastAsia="zh-CN"/>
        </w:rPr>
        <w:br/>
      </w:r>
      <w:r>
        <w:rPr>
          <w:lang w:eastAsia="zh-CN"/>
        </w:rPr>
        <w:t xml:space="preserve">    一是加强生产操作人员质量培训，强化员工质量意识。我们将与质检部门合作 ，对操作员进行定期的'培训，使员工了解质量工作的重要性，并对ISO9000质量管理体系有初步的认识 ，且在平时生产现场中对员工的质量意识不断强化，使其熟知本工位可能产生的质量问题和避免方法 。 </w:t>
      </w:r>
      <w:r>
        <w:rPr>
          <w:lang w:eastAsia="zh-CN"/>
        </w:rPr>
        <w:br/>
      </w:r>
      <w:r>
        <w:rPr>
          <w:lang w:eastAsia="zh-CN"/>
        </w:rPr>
        <w:t xml:space="preserve">    二是加强检验员的质量巡检工作，避免重大质量事故的发生，并要求其对当班质量情况 记录在案，使我们有迹可循，便于质量管理与研究。 </w:t>
      </w:r>
      <w:r>
        <w:rPr>
          <w:lang w:eastAsia="zh-CN"/>
        </w:rPr>
        <w:br/>
      </w:r>
      <w:r>
        <w:rPr>
          <w:lang w:eastAsia="zh-CN"/>
        </w:rPr>
        <w:t xml:space="preserve">  </w:t>
      </w:r>
      <w:r>
        <w:rPr>
          <w:lang w:eastAsia="zh-CN"/>
        </w:rPr>
        <w:t xml:space="preserve"> </w:t>
      </w:r>
      <w:r>
        <w:rPr>
          <w:lang w:eastAsia="zh-CN"/>
        </w:rPr>
        <w:t xml:space="preserve"> 三是建立合理的奖惩制度，在考核</w:t>
      </w:r>
      <w:r>
        <w:rPr>
          <w:lang w:eastAsia="zh-CN"/>
        </w:rPr>
        <w:t xml:space="preserve"> 机制中加入质量考核，与员工的收入</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挂钩，奖优罚劣。通过以上措施保证全年产品一次合格率达到98%。</w:t>
      </w:r>
      <w:r>
        <w:rPr>
          <w:lang w:eastAsia="zh-CN"/>
        </w:rPr>
        <w:t xml:space="preserve"> </w:t>
      </w:r>
      <w:r>
        <w:rPr>
          <w:lang w:eastAsia="zh-CN"/>
        </w:rPr>
        <w:br/>
      </w:r>
      <w:r>
        <w:rPr>
          <w:lang w:eastAsia="zh-CN"/>
        </w:rPr>
        <w:t xml:space="preserve">    三、开源节流，降本增效 </w:t>
      </w:r>
      <w:r>
        <w:rPr>
          <w:lang w:eastAsia="zh-CN"/>
        </w:rPr>
        <w:br/>
      </w:r>
      <w:r>
        <w:rPr>
          <w:lang w:eastAsia="zh-CN"/>
        </w:rPr>
        <w:t xml:space="preserve">    节能降耗是公司长期发展的重要工作，节能降耗就意味着增效，只有增效我们的企业才会有更美好 的明天。年我们将在以下几方面开展工作，以期进一步降低原辅材料 和能源消耗，为企业节省没一分钱。 </w:t>
      </w:r>
      <w:r>
        <w:rPr>
          <w:lang w:eastAsia="zh-CN"/>
        </w:rPr>
        <w:br/>
      </w:r>
      <w:r>
        <w:rPr>
          <w:lang w:eastAsia="zh-CN"/>
        </w:rPr>
        <w:t xml:space="preserve">    一是合理安排人员，对现有的岗位 人员进行梳理，以产定员，尽量减少公司的劳动力成本; </w:t>
      </w:r>
      <w:r>
        <w:rPr>
          <w:lang w:eastAsia="zh-CN"/>
        </w:rPr>
        <w:br/>
      </w:r>
      <w:r>
        <w:rPr>
          <w:lang w:eastAsia="zh-CN"/>
        </w:rPr>
        <w:t xml:space="preserve">    二是合理安排工作时间 ，尽量连续生产，避免能源浪费，合理安排用电时间，大用电量的设备尽量在晚上开启，并在生产间隙关闭水 电气，节约 每一度能源; </w:t>
      </w:r>
      <w:r>
        <w:rPr>
          <w:lang w:eastAsia="zh-CN"/>
        </w:rPr>
        <w:br/>
      </w:r>
      <w:r>
        <w:rPr>
          <w:lang w:eastAsia="zh-CN"/>
        </w:rPr>
        <w:t xml:space="preserve">    三是对原辅材料进行精细管理，杜绝浪费现象的发生，将原辅材料的消耗控制在3%之内;四是将消耗与员工的收益挂钩，有奖有罚。 </w:t>
      </w:r>
      <w:r>
        <w:rPr>
          <w:lang w:eastAsia="zh-CN"/>
        </w:rPr>
        <w:br/>
      </w:r>
      <w:r>
        <w:rPr>
          <w:lang w:eastAsia="zh-CN"/>
        </w:rPr>
        <w:t xml:space="preserve">    四、保证工艺贯彻率 </w:t>
      </w:r>
      <w:r>
        <w:rPr>
          <w:lang w:eastAsia="zh-CN"/>
        </w:rPr>
        <w:br/>
      </w:r>
      <w:r>
        <w:rPr>
          <w:lang w:eastAsia="zh-CN"/>
        </w:rPr>
        <w:t xml:space="preserve">    在年，我们将加强员工的生产工艺培训，增加员工对本工位的工艺熟知度，加强员工的技能水平，保证工艺的贯彻率达到98%。 </w:t>
      </w:r>
      <w:r>
        <w:rPr>
          <w:lang w:eastAsia="zh-CN"/>
        </w:rPr>
        <w:br/>
      </w:r>
      <w:r>
        <w:rPr>
          <w:lang w:eastAsia="zh-CN"/>
        </w:rPr>
        <w:t xml:space="preserve">    五、加强设备管理 </w:t>
      </w:r>
      <w:r>
        <w:rPr>
          <w:lang w:eastAsia="zh-CN"/>
        </w:rPr>
        <w:br/>
      </w:r>
      <w:r>
        <w:rPr>
          <w:lang w:eastAsia="zh-CN"/>
        </w:rPr>
        <w:t xml:space="preserve">    在经济运行部的领导下，针对车间设备管理现状，制定办法加强设备保养及管理，不断提高设备保养技能，有力的保证了生产效率的提高和产品质量的稳定： </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一是制订设备保养及管理办法：对设备的日保、周保、月保制度化，定期检查，实施各种激励手段，引导员工运用正确的方法进行设备保养。</w:t>
      </w:r>
      <w:r>
        <w:rPr>
          <w:lang w:eastAsia="zh-CN"/>
        </w:rPr>
        <w:t xml:space="preserve"> </w:t>
      </w:r>
      <w:r>
        <w:rPr>
          <w:lang w:eastAsia="zh-CN"/>
        </w:rPr>
        <w:br/>
      </w:r>
      <w:r>
        <w:rPr>
          <w:lang w:eastAsia="zh-CN"/>
        </w:rPr>
        <w:t xml:space="preserve">    二要加强设备保养技能交流、培训，定期召开设备管理会议：主要是纠正不良设备使用和保养行为，交流工作技能。上述措施有效的保证了设备的高效、稳定运转，为按时保质交货提供了强有力的支持。 </w:t>
      </w:r>
      <w:r>
        <w:rPr>
          <w:lang w:eastAsia="zh-CN"/>
        </w:rPr>
        <w:br/>
      </w:r>
      <w:r>
        <w:rPr>
          <w:lang w:eastAsia="zh-CN"/>
        </w:rPr>
        <w:t xml:space="preserve">    六、加强现场管理，推进5S管理制度 </w:t>
      </w:r>
      <w:r>
        <w:rPr>
          <w:lang w:eastAsia="zh-CN"/>
        </w:rPr>
        <w:br/>
      </w:r>
      <w:r>
        <w:rPr>
          <w:lang w:eastAsia="zh-CN"/>
        </w:rPr>
        <w:t xml:space="preserve">    在年，我们将进一步加强生产现场管理，对生产计划，生产组织，人员、设备、物料调配等不断优化，保持生产现场的整洁有序，推进标准化生产，推进5S管理制度，力争在年生产管理工作不断提高，走上新台阶。 </w:t>
      </w:r>
      <w:r>
        <w:rPr>
          <w:lang w:eastAsia="zh-CN"/>
        </w:rPr>
        <w:br/>
      </w:r>
      <w:r>
        <w:rPr>
          <w:lang w:eastAsia="zh-CN"/>
        </w:rPr>
        <w:t xml:space="preserve">    总之，为实现预计目标，我们将知难奋进、开拓进取，发扬特别能吃苦，特别能战斗的精神，从点滴小事做起，严格落实岗位责任制，内强管理，外树形象，力争通过扎实有效的工作，实现分公司保证8000吨，力争10000吨的经营指标。 </w:t>
      </w:r>
      <w:r>
        <w:rPr>
          <w:lang w:eastAsia="zh-CN"/>
        </w:rPr>
        <w:br/>
      </w:r>
      <w:r>
        <w:rPr>
          <w:lang w:eastAsia="zh-CN"/>
        </w:rPr>
        <w:t xml:space="preserve">    新年工作计划 8 </w:t>
      </w:r>
      <w:r>
        <w:rPr>
          <w:lang w:eastAsia="zh-CN"/>
        </w:rPr>
        <w:br/>
      </w:r>
      <w:r>
        <w:rPr>
          <w:lang w:eastAsia="zh-CN"/>
        </w:rPr>
        <w:t xml:space="preserve">    一、财务核算工作 </w:t>
      </w:r>
      <w:r>
        <w:rPr>
          <w:lang w:eastAsia="zh-CN"/>
        </w:rPr>
        <w:br/>
      </w:r>
      <w:r>
        <w:rPr>
          <w:lang w:eastAsia="zh-CN"/>
        </w:rPr>
        <w:t xml:space="preserve">    1、会计电算化。 </w:t>
      </w:r>
      <w:r>
        <w:rPr>
          <w:lang w:eastAsia="zh-CN"/>
        </w:rPr>
        <w:br/>
      </w:r>
      <w:r>
        <w:rPr>
          <w:lang w:eastAsia="zh-CN"/>
        </w:rPr>
        <w:t xml:space="preserve">  </w:t>
      </w:r>
      <w:r>
        <w:rPr>
          <w:lang w:eastAsia="zh-CN"/>
        </w:rPr>
        <w:t xml:space="preserve"> </w:t>
      </w:r>
    </w:p>
    <w:p w:rsidR="001B1F19" w14:textId="27C3F48A">
      <w:pPr>
        <w:rPr>
          <w:rFonts w:hint="eastAsia"/>
          <w:lang w:eastAsia="zh-CN"/>
        </w:rPr>
      </w:pPr>
      <w:r>
        <w:rPr>
          <w:lang w:eastAsia="zh-CN"/>
        </w:rPr>
        <w:t xml:space="preserve"> 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r>
        <w:rPr>
          <w:lang w:eastAsia="zh-CN"/>
        </w:rPr>
        <w:t xml:space="preserve"> </w:t>
      </w:r>
      <w:r>
        <w:rPr>
          <w:lang w:eastAsia="zh-CN"/>
        </w:rPr>
        <w:br/>
      </w:r>
      <w:r>
        <w:rPr>
          <w:lang w:eastAsia="zh-CN"/>
        </w:rPr>
        <w:t xml:space="preserve">    2、会计报表体系 </w:t>
      </w:r>
      <w:r>
        <w:rPr>
          <w:lang w:eastAsia="zh-CN"/>
        </w:rPr>
        <w:br/>
      </w:r>
      <w:r>
        <w:rPr>
          <w:lang w:eastAsia="zh-CN"/>
        </w:rPr>
        <w:t xml:space="preserve">    我部目前的会计报表体系主要包括： </w:t>
      </w:r>
      <w:r>
        <w:rPr>
          <w:lang w:eastAsia="zh-CN"/>
        </w:rPr>
        <w:br/>
      </w:r>
      <w:r>
        <w:rPr>
          <w:lang w:eastAsia="zh-CN"/>
        </w:rPr>
        <w:t xml:space="preserve">    日报：资金日报表、应收帐款日报表、在途资金日报表 </w:t>
      </w:r>
      <w:r>
        <w:rPr>
          <w:lang w:eastAsia="zh-CN"/>
        </w:rPr>
        <w:br/>
      </w:r>
      <w:r>
        <w:rPr>
          <w:lang w:eastAsia="zh-CN"/>
        </w:rPr>
        <w:t xml:space="preserve">    月报：资产负债表、损益表、费用预算表、实际费用汇总表、往来明细表 </w:t>
      </w:r>
      <w:r>
        <w:rPr>
          <w:lang w:eastAsia="zh-CN"/>
        </w:rPr>
        <w:br/>
      </w:r>
      <w:r>
        <w:rPr>
          <w:lang w:eastAsia="zh-CN"/>
        </w:rPr>
        <w:t xml:space="preserve">    年报：资产负债表、损益表、现金流量表、费用预算表、实际费用汇总表、 往来明细表 </w:t>
      </w:r>
      <w:r>
        <w:rPr>
          <w:lang w:eastAsia="zh-CN"/>
        </w:rPr>
        <w:br/>
      </w:r>
      <w:r>
        <w:rPr>
          <w:lang w:eastAsia="zh-CN"/>
        </w:rPr>
        <w:t xml:space="preserve">    日报和月报通过金蝶系统生成，并进行必要的检验。年报用传统的手工方式进行，并与金蝶系统生成的报表进行对照检查。 </w:t>
      </w:r>
      <w:r>
        <w:rPr>
          <w:lang w:eastAsia="zh-CN"/>
        </w:rPr>
        <w:br/>
      </w:r>
      <w:r>
        <w:rPr>
          <w:lang w:eastAsia="zh-CN"/>
        </w:rPr>
        <w:t xml:space="preserve">    财务人员考核中增加一个项目，即会计报表数据准确性的考核。并以此作为衡量其工作质量的一个重要指标。对工作质量较差者实行淘汰，比如末位淘汰制，以促进财务工作质量的提高。 </w:t>
      </w:r>
      <w:r>
        <w:rPr>
          <w:lang w:eastAsia="zh-CN"/>
        </w:rPr>
        <w:br/>
      </w:r>
      <w:r>
        <w:rPr>
          <w:lang w:eastAsia="zh-CN"/>
        </w:rPr>
        <w:t xml:space="preserve">    二、财务管理与监督 </w:t>
      </w:r>
      <w:r>
        <w:rPr>
          <w:lang w:eastAsia="zh-CN"/>
        </w:rPr>
        <w:br/>
      </w:r>
      <w:r>
        <w:rPr>
          <w:lang w:eastAsia="zh-CN"/>
        </w:rPr>
        <w:t xml:space="preserve">    1、资金管理 </w:t>
      </w:r>
      <w:r>
        <w:rPr>
          <w:lang w:eastAsia="zh-CN"/>
        </w:rPr>
        <w:br/>
      </w:r>
      <w:r>
        <w:rPr>
          <w:lang w:eastAsia="zh-CN"/>
        </w:rPr>
        <w:t xml:space="preserve">    从工作内容分包括：资金的筹集（回款回笼及融资）和资金的运用； </w:t>
      </w:r>
      <w:r>
        <w:rPr>
          <w:lang w:eastAsia="zh-CN"/>
        </w:rPr>
        <w:br/>
      </w:r>
      <w:r>
        <w:rPr>
          <w:lang w:eastAsia="zh-CN"/>
        </w:rPr>
        <w:t xml:space="preserve">    从资金所处形态分包括：批发系统资金和零售系统资金。 </w:t>
      </w:r>
      <w:r>
        <w:rPr>
          <w:lang w:eastAsia="zh-CN"/>
        </w:rPr>
        <w:br/>
      </w:r>
      <w:r>
        <w:rPr>
          <w:lang w:eastAsia="zh-CN"/>
        </w:rPr>
        <w:t xml:space="preserve">    目标：通过与银行的合作，搭建安全、快捷的资金结算网络。 </w:t>
      </w:r>
      <w:r>
        <w:rPr>
          <w:lang w:eastAsia="zh-CN"/>
        </w:rPr>
        <w:br/>
      </w:r>
      <w:r>
        <w:rPr>
          <w:lang w:eastAsia="zh-CN"/>
        </w:rPr>
        <w:t xml:space="preserve">    通过内部管理控制，合理筹措、统筹安排运用资金。 </w:t>
      </w:r>
      <w:r>
        <w:rPr>
          <w:lang w:eastAsia="zh-CN"/>
        </w:rPr>
        <w:br/>
      </w:r>
      <w:r>
        <w:rPr>
          <w:lang w:eastAsia="zh-CN"/>
        </w:rPr>
        <w:t xml:space="preserve">    先谈批发；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https://d.book118.com/896034051055010051</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96034051055010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