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销售内勤年底个人工作总结（31篇）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销售内勤年底个人工作总结（通用31篇）</w:t>
      </w:r>
      <w:r>
        <w:rPr>
          <w:lang w:eastAsia="zh-CN"/>
        </w:rPr>
        <w:br/>
      </w:r>
      <w:r>
        <w:rPr>
          <w:lang w:eastAsia="zh-CN"/>
        </w:rPr>
        <w:t xml:space="preserve">    销售内勤年底个人工作总结 篇1 </w:t>
      </w:r>
      <w:r>
        <w:rPr>
          <w:lang w:eastAsia="zh-CN"/>
        </w:rPr>
        <w:br/>
      </w:r>
      <w:r>
        <w:rPr>
          <w:lang w:eastAsia="zh-CN"/>
        </w:rPr>
        <w:t>　　进入从事内勤一职，已有两个月，十分感谢公司给我这个实习的机会。现在仅对这段时间的工作做一个总结。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的职位公司将其描述为销售部内勤，因为公司从始至终没有安排较为明确的工作给我，我依据复试时与刘总的谈话，将我从事的工作做了一个比率上的划分，内勤文员方面的工作大概占到70%，销售占30%，而实际上这个比率是有很大误差的。因为在第二个星期我唯一被通知参加的全厂的会上，刘总说的一句，新来的小何，以后负责公司网络销售这一块于是我重新将自己定位为网络销售。公司所采用的百度搜索，实质上是一种由潜在客户寻找我们的过程，相对比较被动。而我这个网络销售的除了平时看看帐户消费情况，其他的动作也是白用工。为了对得住网络销售这个词，于是我在网上注册了几个免费网站并找个几个专门针对化工设备采购和供给的网站，更重要的是信息免费。这相当于是化被动为主动，这两个月时间我从这些网站也陆陆续续摘录下来一些有价值的信息江苏或周边省市的客户并且是我们公司能够生产的产品的求购信息。当然，完成以上的工作花不了多少时间，除了曹经理偶尔安排的比如下发货单、做报价单、送个文件，以及顾仓管调到车间后，巫科长交待的工程图复印及文件发送工作之外，剩余工作时间还有很多，而这部分时间也是我比较迷茫的，因为我不太确定自己应该怎么来利用这些时间。</w:t>
      </w:r>
      <w:r>
        <w:rPr>
          <w:lang w:eastAsia="zh-CN"/>
        </w:rPr>
        <w:br/>
      </w:r>
      <w:r>
        <w:rPr>
          <w:lang w:eastAsia="zh-CN"/>
        </w:rPr>
        <w:t>　　工作积极主动是一个有责任的员工对自己的最低要求。我相信自己是有责任心的，要不然不会在接到任务以后第一时间去完成它，不会在无所事事的时候诚惶诚恐，不会认不自己的付出和回报不成正比并且因此而坐立难安，不会在最初的时候主动询问我可以做些什么，有什么可以帮上忙的。显然以上的并不能符合公司有关积极主动的标准，十分抱歉，就目前来说我实在不知道哪些可以积极主动的去做，因为我对公司整个操作流程缺乏了解，我所见到的只是细枝末叶，我被安排去做的也是临时所需。仅管通过观察我已经大概的了解内勤需要做的一些工作，但我不敢贸然动手，因为这项工作没有安排给我，我很担心因此而产出越俎代疱之嫌。</w:t>
      </w:r>
      <w:r>
        <w:rPr>
          <w:lang w:eastAsia="zh-CN"/>
        </w:rPr>
        <w:br/>
      </w:r>
      <w:r>
        <w:rPr>
          <w:lang w:eastAsia="zh-CN"/>
        </w:rPr>
        <w:t>　　综上所述，对我本职工作这一块，虽然工作已经有两个月，但我还是理不出一个头绪，我对此也深感抱歉，还请见谅！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虽然职位的称谓为销售部内勤，我从内心还是更倾向于内勤的，业务方面我不太熟悉，跑市场也不是我的初衷。收集信息我很乐意，实事证明，现在盲目的上门拜年，是有可能连大门都进不了的，大港的门卫多么的尽忠职守呀！网站的求购信息更有针对性，客户的需求一目了然，然而，我认为十分有价值的并认真记录下来的，始终没有发挥实际的效益，我不能不面对一个现实，我所做的是无用工。没有后期持续的跟进，一个个的意向客户就这么流失了，我很遗憾也很无奈，因为我不是理科出身，跟进过程中可能涉及到的专业的知识我无法给客户一个明确的答复，于是按照公司的指示记录本被复印了好几次，也分别转交了好几个人，结果始终没有突码。</w:t>
      </w:r>
      <w:r>
        <w:rPr>
          <w:lang w:eastAsia="zh-CN"/>
        </w:rPr>
        <w:br/>
      </w:r>
      <w:r>
        <w:rPr>
          <w:lang w:eastAsia="zh-CN"/>
        </w:rPr>
        <w:t>　　我现在仅针对有效信息，无效业绩的情况，提一点自己的想法，技术部、销售部内勤不能及时跟进的信息，能否转给专职业务人员，毕竟他们的主要工作就是发展业务，与其让他们自身毫无目标的找客户，不如让他们把精力集中发掘这些潜在客户，也许可以事半功倍。</w:t>
      </w:r>
      <w:r>
        <w:rPr>
          <w:lang w:eastAsia="zh-CN"/>
        </w:rPr>
        <w:br/>
      </w:r>
      <w:r>
        <w:rPr>
          <w:lang w:eastAsia="zh-CN"/>
        </w:rPr>
        <w:t xml:space="preserve">    销售内勤年底个人工作总结 篇2 </w:t>
      </w:r>
      <w:r>
        <w:rPr>
          <w:lang w:eastAsia="zh-CN"/>
        </w:rPr>
        <w:br/>
      </w:r>
      <w:r>
        <w:rPr>
          <w:lang w:eastAsia="zh-CN"/>
        </w:rPr>
        <w:t>　　转眼之间到了年底，我来产区工作已是大半年了，想想也快半年的变化使我成熟了不少，经历了不少，每一天都在忙忙碌碌中度过，过去的一年里在领导和同事们的悉心关怀和指导下，透过自身的不懈努力，在工作上取得了必须的成果，但也存在了诸多不足。现将工作总结如下：</w:t>
      </w:r>
      <w:r>
        <w:rPr>
          <w:lang w:eastAsia="zh-CN"/>
        </w:rPr>
        <w:br/>
      </w:r>
      <w:r>
        <w:rPr>
          <w:lang w:eastAsia="zh-CN"/>
        </w:rPr>
        <w:t>　　一、以踏实的工作态度，对待销售内勤工作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作为公司的销售内勤，我深知岗位的重要性，一来能增强我个人的交际潜力，比如和财务、仓库每一天都在有工作上的往来，销售部内勤是一个承上启下、沟通内外、协调左右、联系八方的重要枢纽，最重要的就是销售信息，以便及时反馈为销售部业务人员。在一些文件的整理、买卖合同的整理，每笔业务都务必清楚，给财务的单子和仓库的单子，应对这些繁琐的日常事务，要有头有尾，增强自我协调工作意识，这一年来基本上做到了事事有着落。二来也能增进我的学习，期望透过磨练不断学习和实践，做好个人工作计划，不断增加自己的经验和见识，争取使自己的办事潜力提到一个更高的高度。</w:t>
      </w:r>
      <w:r>
        <w:rPr>
          <w:lang w:eastAsia="zh-CN"/>
        </w:rPr>
        <w:br/>
      </w:r>
      <w:r>
        <w:rPr>
          <w:lang w:eastAsia="zh-CN"/>
        </w:rPr>
        <w:t>　　二、严格要求自己，时刻警醒</w:t>
      </w:r>
      <w:r>
        <w:rPr>
          <w:lang w:eastAsia="zh-CN"/>
        </w:rPr>
        <w:br/>
      </w:r>
      <w:r>
        <w:rPr>
          <w:lang w:eastAsia="zh-CN"/>
        </w:rPr>
        <w:t>　　在工作中，我从每一件事情上进行总结，不断摸索，掌握方法，提高工作效率和工作质量。自己在为人处事、工作经验等方面经验还不足，在平时工作和生活中，做到虚心向同事学习、请教，学习他们的长处，反思自己不足，不断提高自己。我时刻提醒自己，要诚恳待人，态度端正，用心想办法，无论大事小事，我都要尽最大潜力去做。在平时时刻要求自己，务必遵守公司规章制度，严格要求自己。</w:t>
      </w:r>
      <w:r>
        <w:rPr>
          <w:lang w:eastAsia="zh-CN"/>
        </w:rPr>
        <w:br/>
      </w:r>
      <w:r>
        <w:rPr>
          <w:lang w:eastAsia="zh-CN"/>
        </w:rPr>
        <w:t>　　三、存在的不足</w:t>
      </w:r>
      <w:r>
        <w:rPr>
          <w:lang w:eastAsia="zh-CN"/>
        </w:rPr>
        <w:br/>
      </w:r>
      <w:r>
        <w:rPr>
          <w:lang w:eastAsia="zh-CN"/>
        </w:rPr>
        <w:t>　　1、在本职工作中还不够认真负责，岗位意识还有待进一步提高。不能严格要求自己，工作上存在自我放松的状况。由于销售内勤的工作繁杂，处理事情务必快、精、准。在这方面，我还有很多不足，有时候工作不在状态，遗漏一些重要事情，对自我管理方面做的不到位。</w:t>
      </w:r>
      <w:r>
        <w:rPr>
          <w:lang w:eastAsia="zh-CN"/>
        </w:rPr>
        <w:br/>
      </w:r>
      <w:r>
        <w:rPr>
          <w:lang w:eastAsia="zh-CN"/>
        </w:rPr>
        <w:t>　　2、对工作程序掌握不充分，对自身工作熟悉不全面，对整体工作缺少前瞻性和职责心，致使自己在工作中偶尔会遇到手忙脚乱的状况，甚至会出现一些不该出现的错误。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缺少细心，办事不够谨慎。销售内勤的工作是相对简单但又繁多的工作，这就要求我务必细心有良好的专业素质，思路缜密。在这方面，我还不够细心，时有粗心大意、做事草率、做事不够谨慎思考不周全的状况。</w:t>
      </w:r>
      <w:r>
        <w:rPr>
          <w:lang w:eastAsia="zh-CN"/>
        </w:rPr>
        <w:br/>
      </w:r>
      <w:r>
        <w:rPr>
          <w:lang w:eastAsia="zh-CN"/>
        </w:rPr>
        <w:t>　　四、严格遵守公司管理制度</w:t>
      </w:r>
      <w:r>
        <w:rPr>
          <w:lang w:eastAsia="zh-CN"/>
        </w:rPr>
        <w:br/>
      </w:r>
      <w:r>
        <w:rPr>
          <w:lang w:eastAsia="zh-CN"/>
        </w:rPr>
        <w:t>　　1、严格遵守公司各项规章制度。我认真学习了公司《员工手册》及各项管理制度，并严格遵守，做到了无迟到、早退、违规现象。</w:t>
      </w:r>
      <w:r>
        <w:rPr>
          <w:lang w:eastAsia="zh-CN"/>
        </w:rPr>
        <w:br/>
      </w:r>
      <w:r>
        <w:rPr>
          <w:lang w:eastAsia="zh-CN"/>
        </w:rPr>
        <w:t>　　2、主动学习、尽快适应，迅速熟悉环境和工作资料。</w:t>
      </w:r>
      <w:r>
        <w:rPr>
          <w:lang w:eastAsia="zh-CN"/>
        </w:rPr>
        <w:br/>
      </w:r>
      <w:r>
        <w:rPr>
          <w:lang w:eastAsia="zh-CN"/>
        </w:rPr>
        <w:t>　　3、工作用心、认真、负责，透过不断学习、虚心请教，总结积累，较好的完成了领导安排的各项工作任务。</w:t>
      </w:r>
      <w:r>
        <w:rPr>
          <w:lang w:eastAsia="zh-CN"/>
        </w:rPr>
        <w:br/>
      </w:r>
      <w:r>
        <w:rPr>
          <w:lang w:eastAsia="zh-CN"/>
        </w:rPr>
        <w:t>　　4、与同事之间和谐相处、加强沟通、团结协作，以尽快更好的融入团队。</w:t>
      </w:r>
      <w:r>
        <w:rPr>
          <w:lang w:eastAsia="zh-CN"/>
        </w:rPr>
        <w:br/>
      </w:r>
      <w:r>
        <w:rPr>
          <w:lang w:eastAsia="zh-CN"/>
        </w:rPr>
        <w:t>　　五、今后努力的方向</w:t>
      </w:r>
      <w:r>
        <w:rPr>
          <w:lang w:eastAsia="zh-CN"/>
        </w:rPr>
        <w:br/>
      </w:r>
      <w:r>
        <w:rPr>
          <w:lang w:eastAsia="zh-CN"/>
        </w:rPr>
        <w:t>　　1、今后在工作中还需多向领导、同事虚心请教学习，要多与大家进行协调、沟通，从大趋势、大格局中去思考、去谋划、取长补短，提高自身的工作水平。</w:t>
      </w:r>
      <w:r>
        <w:rPr>
          <w:lang w:eastAsia="zh-CN"/>
        </w:rPr>
        <w:br/>
      </w:r>
      <w:r>
        <w:rPr>
          <w:lang w:eastAsia="zh-CN"/>
        </w:rPr>
        <w:t>　　2、务必提高工作质量，要具备强烈的事业心、高度的职责感。在每一件事情做完以后，要进行思考、总结，真正使本职工作有计划、有落实。尤其是要找出工作中的不足，善于自我反省。在每周工作报告中及时的把每周销售状况以及下周计划和推荐及需要解决的问题均已一一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近半年的工作中，我透过实践学了销售以及财务的相关知识，在工作之余报考会计班，不断的学习逐步提高了自己的潜力，有时在去财务办单子时也会学到很多的财务知识，但是作为主管，我深深明白，自己经验还是十分欠缺的，仍然需要不断的学习和磨练。</w:t>
      </w:r>
      <w:r>
        <w:rPr>
          <w:lang w:eastAsia="zh-CN"/>
        </w:rPr>
        <w:br/>
      </w:r>
      <w:r>
        <w:rPr>
          <w:lang w:eastAsia="zh-CN"/>
        </w:rPr>
        <w:t xml:space="preserve">    销售内勤年底个人工作总结 篇3 </w:t>
      </w:r>
      <w:r>
        <w:rPr>
          <w:lang w:eastAsia="zh-CN"/>
        </w:rPr>
        <w:br/>
      </w:r>
      <w:r>
        <w:rPr>
          <w:lang w:eastAsia="zh-CN"/>
        </w:rPr>
        <w:t>　　在这个看似平静、清闲却繁琐不絮的工作岗位上又渡过了一年，面对工作事物好似没有多大困难，而面对自我却是不小的磨砺。</w:t>
      </w:r>
      <w:r>
        <w:rPr>
          <w:lang w:eastAsia="zh-CN"/>
        </w:rPr>
        <w:br/>
      </w:r>
      <w:r>
        <w:rPr>
          <w:lang w:eastAsia="zh-CN"/>
        </w:rPr>
        <w:t>　　性情偏激，冒失开口，急躁易怒的我要做好这份承上启下、外祥内和的工作实属不易。我希望在这个岗位上，不断提高自身能力，做一个“安静”的人。</w:t>
      </w:r>
      <w:r>
        <w:rPr>
          <w:lang w:eastAsia="zh-CN"/>
        </w:rPr>
        <w:br/>
      </w:r>
      <w:r>
        <w:rPr>
          <w:lang w:eastAsia="zh-CN"/>
        </w:rPr>
        <w:t>　　一、报表与文档</w:t>
      </w:r>
      <w:r>
        <w:rPr>
          <w:lang w:eastAsia="zh-CN"/>
        </w:rPr>
        <w:br/>
      </w:r>
      <w:r>
        <w:rPr>
          <w:lang w:eastAsia="zh-CN"/>
        </w:rPr>
        <w:t>　　作为生产统计，报表与考勤的准确性和及时性是干性指标，这项工作除了细心别无其它。</w:t>
      </w:r>
      <w:r>
        <w:rPr>
          <w:lang w:eastAsia="zh-CN"/>
        </w:rPr>
        <w:br/>
      </w:r>
      <w:r>
        <w:rPr>
          <w:lang w:eastAsia="zh-CN"/>
        </w:rPr>
        <w:t>　　在此项工作中出现的失误实属不该，反省之中沉思，深知自己仍是个极浮躁的人，虽然年龄增长，性格有所改变，但通过细微的失误就能测出那只是表面的改变，仍是易被外界和老我性格影响，与真正改变相差甚远。通过这次教训，知晓只有把心真正的沉下来，从内心做一个“安静”的人，方可使工作准确无误。</w:t>
      </w:r>
      <w:r>
        <w:rPr>
          <w:lang w:eastAsia="zh-CN"/>
        </w:rPr>
        <w:br/>
      </w:r>
      <w:r>
        <w:rPr>
          <w:lang w:eastAsia="zh-CN"/>
        </w:rPr>
        <w:t>　　二、对外沟通</w:t>
      </w:r>
      <w:r>
        <w:rPr>
          <w:lang w:eastAsia="zh-CN"/>
        </w:rPr>
        <w:br/>
      </w:r>
      <w:r>
        <w:rPr>
          <w:lang w:eastAsia="zh-CN"/>
        </w:rPr>
        <w:t>　　对外的人和事总要心平气和的态度，自己不知晓或不明白或不能回复的事总要委婉的缓一缓，这样可免“冒失开口”的祸患。</w:t>
      </w:r>
      <w:r>
        <w:rPr>
          <w:lang w:eastAsia="zh-CN"/>
        </w:rPr>
        <w:br/>
      </w:r>
      <w:r>
        <w:rPr>
          <w:lang w:eastAsia="zh-CN"/>
        </w:rPr>
        <w:t>　　1、对职能部门不论是质量监督、园区管委、银行、税务、环保、环卫、电信、电力、水力等部门，凡来客都当热情接待，微笑服务。不应将烦恼不平的意念挂在脸上，要多多改进。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2、对公司各部门</w:t>
      </w:r>
      <w:r>
        <w:rPr>
          <w:lang w:eastAsia="zh-CN"/>
        </w:rPr>
        <w:br/>
      </w:r>
      <w:r>
        <w:rPr>
          <w:lang w:eastAsia="zh-CN"/>
        </w:rPr>
        <w:t>　　与营销中心的沟通要及时，文字沟通时要显得谦和，任务紧张与困难时要请示领导再与以最佳回复，口头沟通时要语气柔和，计划安排要常常显出请教的态度。</w:t>
      </w:r>
      <w:r>
        <w:rPr>
          <w:lang w:eastAsia="zh-CN"/>
        </w:rPr>
        <w:br/>
      </w:r>
      <w:r>
        <w:rPr>
          <w:lang w:eastAsia="zh-CN"/>
        </w:rPr>
        <w:t>　　与财务、人事、品控、研发、设备、供应等部门沟通当更加注意语气态度，遇事要笑脸答应，不应性急发怒。</w:t>
      </w:r>
      <w:r>
        <w:rPr>
          <w:lang w:eastAsia="zh-CN"/>
        </w:rPr>
        <w:br/>
      </w:r>
      <w:r>
        <w:rPr>
          <w:lang w:eastAsia="zh-CN"/>
        </w:rPr>
        <w:t>　　三、内部沟通与协调</w:t>
      </w:r>
      <w:r>
        <w:rPr>
          <w:lang w:eastAsia="zh-CN"/>
        </w:rPr>
        <w:br/>
      </w:r>
      <w:r>
        <w:rPr>
          <w:lang w:eastAsia="zh-CN"/>
        </w:rPr>
        <w:t>　　1、厂办内务内务工作细微却关系重大，当常静下心来多思多想多看，要安排与计划的事务尽早安排，尽早处理。与同事要和睦，尽力改变自己冒失开口的性格，当做一个“口舌”安静的人。</w:t>
      </w:r>
      <w:r>
        <w:rPr>
          <w:lang w:eastAsia="zh-CN"/>
        </w:rPr>
        <w:br/>
      </w:r>
      <w:r>
        <w:rPr>
          <w:lang w:eastAsia="zh-CN"/>
        </w:rPr>
        <w:t>　　2、车间班长与员工与班长沟通时要笑脸、温和、尊重，语调尽力压低，不要显出“强制”的口气，要似商量的口吻;对员工的各种语言都不要声高八度，始终保持平静的微笑才好，能沟通的事件尽力平和沟通，不能回复或刁难的事也当尽力控制表情与心境，不与员工们发生正面冲突。在这些沟通事项中，对率直易怒的我缺陷是突出的，我甚愿能“安静”处事，“平和”沟通。</w:t>
      </w:r>
      <w:r>
        <w:rPr>
          <w:lang w:eastAsia="zh-CN"/>
        </w:rPr>
        <w:br/>
      </w:r>
      <w:r>
        <w:rPr>
          <w:lang w:eastAsia="zh-CN"/>
        </w:rPr>
        <w:t>　　希望能继续在这个岗位不断磨砺，真正成为一个安静、细致、周密、沉稳的人。</w:t>
      </w:r>
      <w:r>
        <w:rPr>
          <w:lang w:eastAsia="zh-CN"/>
        </w:rPr>
        <w:br/>
      </w:r>
      <w:r>
        <w:rPr>
          <w:lang w:eastAsia="zh-CN"/>
        </w:rPr>
        <w:t>　　公司销售内勤年终总结2时间一晃而过，弹指之间，20__年已接近尾声，过去的半年在领导和同事们的悉心关怀和指导下，通过自身的不懈努力，在工作上取得了一定的成果，但也存在了诸多不足。回顾过去的一年，现将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近半年的工作中，我通过实践学到了许多房地产的相关知识，不断的学习逐步提高了自己的能力。但是作为新人，我深深知道，自己经验还是非常欠缺的，需要不断的学习和磨练。因此，在新的一年里，我希望通过磨练不断学习和实践，做好个人工作计划，不断增加自己的经验和见识，争取使自己的办事能力提到一个更高的高度，为公司多做贡献。</w:t>
      </w:r>
      <w:r>
        <w:rPr>
          <w:lang w:eastAsia="zh-CN"/>
        </w:rPr>
        <w:br/>
      </w:r>
      <w:r>
        <w:rPr>
          <w:lang w:eastAsia="zh-CN"/>
        </w:rPr>
        <w:t>　　首先，在20__年的半年工作中，自己在网络管理、维护工作中的各项技能都有了很大的提高。工作中遇到实际问题的处理能力有了很大的提高，同时在网络维护工作中也对整个通信维护方面的知识有了更深刻全面的理解，而这些通过实际工作所获得的能力，给自己以后的工作积累了宝贵的经验，有利于以后的工作开展。</w:t>
      </w:r>
      <w:r>
        <w:rPr>
          <w:lang w:eastAsia="zh-CN"/>
        </w:rPr>
        <w:br/>
      </w:r>
      <w:r>
        <w:rPr>
          <w:lang w:eastAsia="zh-CN"/>
        </w:rPr>
        <w:t>　　其次，在工作中难免会遇到各式各样的问题和困难!在遇到问题时，首先找出问题的本质，然后找出最佳的方法去解决问题;在遇到困难的时候，不是一味的去强调困难的难度系数，而是用积极的态度去面对困难，想办法去克服。在遇到每一个有问题、有困难的事情，努力去处理它、克服它。在这整个过程中，对我自身而言，都是一个学习的过程!解决问题和克服困难的同时，自己的综合工作能力，得到很大的提高。</w:t>
      </w:r>
      <w:r>
        <w:rPr>
          <w:lang w:eastAsia="zh-CN"/>
        </w:rPr>
        <w:br/>
      </w:r>
      <w:r>
        <w:rPr>
          <w:lang w:eastAsia="zh-CN"/>
        </w:rPr>
        <w:t>　　由于一位担任内勤工作的同事的离职，因此自11月份开始内勤这一职务由我担任。因为内勤是我第一次干，所以很多不懂的地方我经过上网和请教一些有经验的同事搜集总结了一下内容。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内勤工作是一项综合协调、综合服务的工作，具有协调左右、联系内外的纽带作用，内勤位轻责重，既要完成事务管理、文书处理、综合情况、填写报表、起草文件等日常程序化的工作，又要完成领导临时交办的工作，还要为领导出谋划策，积极发挥参谋助手作用，协助领导做好各方面的工作。一个合格的内勤必须具有强烈的事业心、高度的责任感和求真务实的工作态度，具有较高的政治素质和业务能力，熟悉业务和内勤工作，具有较宽的知识面和合理的知识结构以及严谨干练的工作作风、任劳任怨的献身精神和淡泊名利的思想境界。结合这段时间的内勤工作经历，我想谈几点认识。</w:t>
      </w:r>
      <w:r>
        <w:rPr>
          <w:lang w:eastAsia="zh-CN"/>
        </w:rPr>
        <w:br/>
      </w:r>
      <w:r>
        <w:rPr>
          <w:lang w:eastAsia="zh-CN"/>
        </w:rPr>
        <w:t>　　要坚持做到五勤，切实履行岗位职责</w:t>
      </w:r>
      <w:r>
        <w:rPr>
          <w:lang w:eastAsia="zh-CN"/>
        </w:rPr>
        <w:br/>
      </w:r>
      <w:r>
        <w:rPr>
          <w:lang w:eastAsia="zh-CN"/>
        </w:rPr>
        <w:t>　　一是眼勤。内勤每天阅读文件，翻看档案，查阅材料。看文件、材料不能像过眼云烟，毫无印象。要认真看，对上级的文件要反复看，领会精神，吃透方针、政策，记住术语，明确任务;对下面的工作报告要细阅全文，掌握工作进展，熟悉情况，看出问题，以利指导;对有关部门的文件、材料着重学习经验和做法，取彼之长，补已之短。对各类业务报表要认真阅读填表说明，掌握填报方法和填报时间、要求。</w:t>
      </w:r>
      <w:r>
        <w:rPr>
          <w:lang w:eastAsia="zh-CN"/>
        </w:rPr>
        <w:br/>
      </w:r>
      <w:r>
        <w:rPr>
          <w:lang w:eastAsia="zh-CN"/>
        </w:rPr>
        <w:t>　　二是手勤。在工作上积极主动，做好各项工作记录和资料的积累，对看到的情况、问题、数据、工作进展，都要根据需要分别摘录。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是嘴勤。在处理日常事务工作中，要多动口向业务部门和其他同事请教，对不清楚的情况、细节、一件事的着落，要勤问、勤打听、勤催办，超越职权范围的要及时向领导请示，不能随自己的意志去办，随时向同事和群众多动口了解各方面的工作情况，实事求是，及时全面地向领导和上级汇报。</w:t>
      </w:r>
      <w:r>
        <w:rPr>
          <w:lang w:eastAsia="zh-CN"/>
        </w:rPr>
        <w:br/>
      </w:r>
      <w:r>
        <w:rPr>
          <w:lang w:eastAsia="zh-CN"/>
        </w:rPr>
        <w:t>　　四是腿勤。要结合实际，经常开展调查工作，熟悉掌握各项工作动态，要与外勤和有关业务部门多联系，相互交流情况，互相支持配合做好各项工作。</w:t>
      </w:r>
      <w:r>
        <w:rPr>
          <w:lang w:eastAsia="zh-CN"/>
        </w:rPr>
        <w:br/>
      </w:r>
      <w:r>
        <w:rPr>
          <w:lang w:eastAsia="zh-CN"/>
        </w:rPr>
        <w:t>　　五是脑勤。对各类业务报表，要认真分析，所填报表与上年、上月和其它表册之间有没有关联性，同一表中栏与栏、项与项之间有没有联系。对收集的信息，要动脑分析研究，采取归纳、比较、判断、推理和分析，注意摸索、积累和总结工作经验，善于学会观察分析各种社会现象，透过现象看本质，掌握分析、研究专项整治动态，注意发现问题，养成勤于思考、善于思考的习惯，做到“沉静以深思”才能逐渐提高自己的工作水平。</w:t>
      </w:r>
      <w:r>
        <w:rPr>
          <w:lang w:eastAsia="zh-CN"/>
        </w:rPr>
        <w:br/>
      </w:r>
      <w:r>
        <w:rPr>
          <w:lang w:eastAsia="zh-CN"/>
        </w:rPr>
        <w:t>　　总而言之，内勤这个岗位，是一个熔炉，也是一个舞台，既能锻炼自己也能展示自己，只要不断加强自身的政治思想素质、作风素质、业务素质和心理素质的修养，切实履行好内勤工作岗位职责，持之以恒地做到“五勤”，不断开拓创新，就能做好内勤工作。</w:t>
      </w:r>
      <w:r>
        <w:rPr>
          <w:lang w:eastAsia="zh-CN"/>
        </w:rPr>
        <w:br/>
      </w:r>
      <w:r>
        <w:rPr>
          <w:lang w:eastAsia="zh-CN"/>
        </w:rPr>
        <w:t>　　存在问题：</w:t>
      </w:r>
      <w:r>
        <w:rPr>
          <w:lang w:eastAsia="zh-CN"/>
        </w:rPr>
        <w:br/>
      </w:r>
      <w:r>
        <w:rPr>
          <w:lang w:eastAsia="zh-CN"/>
        </w:rPr>
        <w:t>　　目前最大的问题是要不断开拓创新，提高内勤工作水平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创新，反映到内勤的思想和实际工作中，就是要紧紧围绕抓基层、打基础、苦练基本功这一中心，不断探索和总结加强基层基础工作建设的新方法、新措施，实事求是，积极进取，勇于开拓，把握规律性，富于创造性，不断开拓创新工作新举措，使基层的各项工作措施及策略随着工作的变化而变化，内勤工作就能发展和突破。</w:t>
      </w:r>
      <w:r>
        <w:rPr>
          <w:lang w:eastAsia="zh-CN"/>
        </w:rPr>
        <w:br/>
      </w:r>
      <w:r>
        <w:rPr>
          <w:lang w:eastAsia="zh-CN"/>
        </w:rPr>
        <w:t>　　明年工作打算：</w:t>
      </w:r>
      <w:r>
        <w:rPr>
          <w:lang w:eastAsia="zh-CN"/>
        </w:rPr>
        <w:br/>
      </w:r>
      <w:r>
        <w:rPr>
          <w:lang w:eastAsia="zh-CN"/>
        </w:rPr>
        <w:t>　　1、继续加强政治、业务知识的学习，努力提高办公室整体人员的素质;</w:t>
      </w:r>
      <w:r>
        <w:rPr>
          <w:lang w:eastAsia="zh-CN"/>
        </w:rPr>
        <w:br/>
      </w:r>
      <w:r>
        <w:rPr>
          <w:lang w:eastAsia="zh-CN"/>
        </w:rPr>
        <w:t>　　2、本着厉行节约、增收节支的原则，加强物业管理工作，努力做个好“管家”;</w:t>
      </w:r>
      <w:r>
        <w:rPr>
          <w:lang w:eastAsia="zh-CN"/>
        </w:rPr>
        <w:br/>
      </w:r>
      <w:r>
        <w:rPr>
          <w:lang w:eastAsia="zh-CN"/>
        </w:rPr>
        <w:t>　　3、进一步提高办事效率和服务质量。</w:t>
      </w:r>
      <w:r>
        <w:rPr>
          <w:lang w:eastAsia="zh-CN"/>
        </w:rPr>
        <w:br/>
      </w:r>
      <w:r>
        <w:rPr>
          <w:lang w:eastAsia="zh-CN"/>
        </w:rPr>
        <w:t>　　为了技术管理工作的顺利开展，也为了公司的可持续性发展，我在技术管理方面以及其它方面做以下建议。</w:t>
      </w:r>
      <w:r>
        <w:rPr>
          <w:lang w:eastAsia="zh-CN"/>
        </w:rPr>
        <w:br/>
      </w:r>
      <w:r>
        <w:rPr>
          <w:lang w:eastAsia="zh-CN"/>
        </w:rPr>
        <w:t>　　1、技术资料管理</w:t>
      </w:r>
      <w:r>
        <w:rPr>
          <w:lang w:eastAsia="zh-CN"/>
        </w:rPr>
        <w:br/>
      </w:r>
      <w:r>
        <w:rPr>
          <w:lang w:eastAsia="zh-CN"/>
        </w:rPr>
        <w:t>　　技术资料管理在研发工作中的地位非同小可，离开他，产品研发就无从谈起，资料是产品研发的依据，更是产品改进的依据。这对目前资料管理所以，在20__年里，一定要加大技术资料的管理。</w:t>
      </w:r>
      <w:r>
        <w:rPr>
          <w:lang w:eastAsia="zh-CN"/>
        </w:rPr>
        <w:br/>
      </w:r>
      <w:r>
        <w:rPr>
          <w:lang w:eastAsia="zh-CN"/>
        </w:rPr>
        <w:t>　　公司销售内勤年终总结3进入__从事内勤一职，已有两个月，十分感谢公司给我这个实习的机会。现在仅对这段时间的工作做一个总结。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的职位公司将其描述为销售部内勤，因为公司从始至终没有安排较为明确的工作给我，我依据复试时与刘总的谈话，将我从事的工作做了一个比率上的划分，内勤文员方面的工作大概占到70%，销售占30%，而实际上这个比率是有很大误差的。因为在第二个星期我唯一被通知参加的全厂的会上，刘总说的一句，“新来的小何，以后负责公司网络销售这一块”于是我重新将自己定位为网络销售。公司所采用的百度搜索，实质上是一种由潜在客户寻找我们的过程，相对比较被动。而我这个网络销售的除了平时看看帐户消费情况，其他的动作也是白用工。为了对得住网络销售这个词，于是我在网上注册了几个免费网站并找个几个专门针对化工设备采购和供给的网站，更重要的是信息免费。这相当于是化被动为主动，这两个月时间我从这些网站也陆陆续续摘录下来一些有价值的信息——江苏或周边省市的客户并且是我们公司能够生产的产品的求购信息。当然，完成以上的工作花不了多少时间，除了曹经理偶尔安排的比如下发货单、做报价单、送个文件，以及顾仓管调到车间后，巫科长交待的工程图复印及文件发送工作之外，剩余工作时间还有很多，而这部分时间也是我比较迷茫的，因为我不太确定自己应该怎么来利用这些时间。</w:t>
      </w:r>
      <w:r>
        <w:rPr>
          <w:lang w:eastAsia="zh-CN"/>
        </w:rPr>
        <w:br/>
      </w:r>
      <w:r>
        <w:rPr>
          <w:lang w:eastAsia="zh-CN"/>
        </w:rPr>
        <w:t>　　工作积极主动是一个有责任的员工对自己的最低要求。我相信自己是有责任心的，要不然不会在接到任务以后第一时间去完成它，不会在无所事事的时候诚惶诚恐，不会认不自己的付出和回报不成正比并且因此而坐立难安，不会在最初的时候主动询问——我可以做些什么，有什么可以帮上忙的。显然以上的并不能符合公司有关积极主动的标准，十分抱歉，就目前来说我实在不知道哪些可以积极主动的去做，因为我对公司整个操作流程缺乏了解，我所见到的只是细枝末叶，我被安排去做的也是临时所需。仅管通过观察我已经大概的了解内勤需要做的一些工作，但我不敢贸然动手，因为这项工作没有安排给我，我很担心因此而产出越俎代疱之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综上所述，对我本职工作这一块，虽然工作已经有两个月，但我还是理不出一个头绪，我对此也深感抱歉，还请见谅!</w:t>
      </w:r>
      <w:r>
        <w:rPr>
          <w:lang w:eastAsia="zh-CN"/>
        </w:rPr>
        <w:br/>
      </w:r>
      <w:r>
        <w:rPr>
          <w:lang w:eastAsia="zh-CN"/>
        </w:rPr>
        <w:t>　　虽然职位的称谓为销售部内勤，我从内心还是更倾向于内勤的，业务方面我不太熟悉，跑市场也不是我的初衷。收集信息我很乐意，实事证明，现在盲目的上门拜访，是有可能连大门都进不了的，大港的门卫多么的尽忠职守呀!网站的求购信息更有针对性，客户的需求一目了然，然而，我认为十分有价值的并认真记录下来的，始终没有发挥实际的效益，我不能不面对一个现实，我所做的是无用工。没有后期持续的跟进，一个个的意向客户就这么流失了，我很遗憾也很无奈，因为我不是理科出身，跟进过程中可能涉及到的专业的知识我无法给客户一个明确的答复，于是按照公司的指示记录本被复印了好几次，也分别转交了好几个人，结果始终没有突码。</w:t>
      </w:r>
      <w:r>
        <w:rPr>
          <w:lang w:eastAsia="zh-CN"/>
        </w:rPr>
        <w:br/>
      </w:r>
      <w:r>
        <w:rPr>
          <w:lang w:eastAsia="zh-CN"/>
        </w:rPr>
        <w:t>　　我现在仅针对有效信息，无效业绩的情况，提一点自己的想法，技术部、销售部内勤不能及时跟进的信息，能否转给专职业务人员，毕竟他们的主要工作就是发展业务，与其让他们自身毫无目标的找客户，不如让他们把精力集中发掘这些潜在客户，也许可以事半功倍。</w:t>
      </w:r>
      <w:r>
        <w:rPr>
          <w:lang w:eastAsia="zh-CN"/>
        </w:rPr>
        <w:br/>
      </w:r>
      <w:r>
        <w:rPr>
          <w:lang w:eastAsia="zh-CN"/>
        </w:rPr>
        <w:t xml:space="preserve">    销售内勤年底个人工作总结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度年终工作总结不知不觉中，我已加入团队已经近一年了。我十分荣幸和庆幸自我能够成为一员。在那里，我首先要感激公司领导对我的信任和工作上给予的肯定，同时也十分感激各位同事对我工作的支持和帮忙。了我一个发现自我、认识自我的平台，并在工作实践中不断完善自我的机会。在这一年的工作过程中，对我自身的改变和影响很大，从中也让我学到了许多，懂得了许多。下头我对这一年的工作情景作一总结。一、内勤岗位工作作为公司销售内勤，我深知本岗位的重要性，内勤是一个服务于公司全体员工的人员。对公司各个部门同事必须做到有求必应，有需必帮，我始终本着“公司利益第一，把工作做到更好“的一个目标，认真进取的完成了以下本职工作：1、负责公司内部销售人员的服务工作。包括新到车辆的验收、车辆资料的整理、保管与领取。2、负责公司整车订单管理、精品订购。包括每月公司旬订单制定、跟踪审核结算、发车事宜。3、负责公司内部文件的传达、执行。4、负责与吉利厂家内勤、财务以及集团各公司之间各业务的沟通协调。5、在销售淡季配合销售部外出做车展，为销售旺季打好基础。</w:t>
      </w:r>
      <w:r>
        <w:rPr>
          <w:lang w:eastAsia="zh-CN"/>
        </w:rPr>
        <w:br/>
      </w:r>
      <w:r>
        <w:rPr>
          <w:lang w:eastAsia="zh-CN"/>
        </w:rPr>
        <w:t>　　简述工作情景1、在内勤工作岗位工作过程中，能够进取主动全心全意的对待每一项工作，对于刚刚开始工作的我，始终坚持谦虚、谨慎的工作态度，虚心向同事学习，积累经验，努力把工作做到最好。2、在工作期间，丰富业务知识、提高工作本事，不断的给自我充电，积累产品业务文化知识。在做好本职工作的基础上，附带销售车辆_台，并于_年__月参加全国人力资源管理师三级考试。为了做好本职工作，我不怕麻烦，精简部分工作的程序，提高工作效率，争取为各部门同事做好服务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结合上述一年的内勤工作经历，我也深刻认识到：作为公司的一员，无论在哪个岗位，都应当有强烈的敬业心、高度的职责感、求真务实的工作态度和任劳任怨的忘我精神。任何时候都应当以公司利益为重，切实履行自我的岗位职责，与此同时，更应当发扬主人翁精神，将公司的每一件事情当做自我的事情来做，坚决杜绝“事不关己，高高挂起”的工作心态。总结一年来的工作，尽管对自身和公司发展都有了必须的提高和取得了必须的成绩，但自身在许多方面还存在着不足。对于刚刚步入社会参加工作的我，由于工作经验的缺乏，导致许多问题研究不够周全，在处理问题上方法不够得当，缺乏创造性的工作思路。在以后的工作中要求自我做到五勤：眼勤、手勤、嘴勤、腿勤、脑勤。在工作实践中不断完善自我，鞭策自我。努力为公司的发展贡献自我的微薄之力。</w:t>
      </w:r>
      <w:r>
        <w:rPr>
          <w:lang w:eastAsia="zh-CN"/>
        </w:rPr>
        <w:br/>
      </w:r>
      <w:r>
        <w:rPr>
          <w:lang w:eastAsia="zh-CN"/>
        </w:rPr>
        <w:t xml:space="preserve">    销售内勤年底个人工作总结 篇5 </w:t>
      </w:r>
      <w:r>
        <w:rPr>
          <w:lang w:eastAsia="zh-CN"/>
        </w:rPr>
        <w:br/>
      </w:r>
      <w:r>
        <w:rPr>
          <w:lang w:eastAsia="zh-CN"/>
        </w:rPr>
        <w:t>　　我于20_年_月有幸来到_服务有限公司担任销售内勤一职。年终岁末，紧张繁忙的一年即将过去，新的挑战又在眼前。沉思回顾，在_这个大家庭里使我得到了的锻炼，学习了的知识，交了的朋友，积累了的经验，当然也通过不少深刻的教训，发现了自身的种.种不足。现将任职来的工作情况汇报如下：</w:t>
      </w:r>
      <w:r>
        <w:rPr>
          <w:lang w:eastAsia="zh-CN"/>
        </w:rPr>
        <w:br/>
      </w:r>
      <w:r>
        <w:rPr>
          <w:lang w:eastAsia="zh-CN"/>
        </w:rPr>
        <w:t>　　一、工作展开情况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加强自身修养，保持良好作风良好的工作作风是出色完成工作的基础。内勤是上下级信息交流的中转站，上级下发指示精神，下级上报工作情况，都要经过内勤之手传承。因此，内勤要自觉增强大局意识、全局意识，善于围绕当前时期各项中心工作，结合实际，尽可能地把具体问题研究得透彻，把建议提得准确，把工作做得细致，使自己真正成为领导决策的得力助手。</w:t>
      </w:r>
      <w:r>
        <w:rPr>
          <w:lang w:eastAsia="zh-CN"/>
        </w:rPr>
        <w:br/>
      </w:r>
      <w:r>
        <w:rPr>
          <w:lang w:eastAsia="zh-CN"/>
        </w:rPr>
        <w:t>　　2.加强专业学习，努力适应工作工作初期，我认真了解了公司的发展概况，学习了公司的企业文化和员工管理制度，熟悉了办公室日常管理事务的一些基础知识，同时，坚持理论实践相结合，从多方面努力摸索工作的方式、方法，积极锻炼自己的工作能力，力求尽快完成自身角色的转变，以崭新的姿态迎接新工作的挑战。</w:t>
      </w:r>
      <w:r>
        <w:rPr>
          <w:lang w:eastAsia="zh-CN"/>
        </w:rPr>
        <w:br/>
      </w:r>
      <w:r>
        <w:rPr>
          <w:lang w:eastAsia="zh-CN"/>
        </w:rPr>
        <w:t>　　3、心系本职工作，认真履行职责在工作上，我严格遵守各项规章制度，认真履行我的职责，不迟到，不早退，不矿工，踏实工作，工作期间始终以“真诚、细致、耐心、专业”为准则，联系工作实际勤观察，勤思考，勤学习。工作实践让我的工作能力和思想认识都有了很大提高。销售内勤对我来说是一个全新的工作领域，平时整理客户信息和报表，接听客户咨询电话，接待来访客户，我清醒地认识到只有强化工作意识，注意加快工作节奏，才能避免疏漏和差错，提高工作效率。同时，公司人本着“积极、主动、负责、创新”的经营理念以及他们兢兢业业的工作精神让我久久感动，这对迈出校园走上工作岗位的我来说，是受益匪浅的。</w:t>
      </w:r>
      <w:r>
        <w:rPr>
          <w:lang w:eastAsia="zh-CN"/>
        </w:rPr>
        <w:br/>
      </w:r>
      <w:r>
        <w:rPr>
          <w:lang w:eastAsia="zh-CN"/>
        </w:rPr>
        <w:t>　　二、存在问题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个月的时间转瞬已逝，我虽然做了一些工作，但仍然存在不少问题，主要表现在初到公司，无论从业务能力，还是从思想上都存在许多的不足，每天疲于应付工作。尽管如此，但是在很多方面得到了部门领导和同事的正确引导和帮助，所以在较短的时间内适应了新的工作。因此，加强思想转化，更好的适应工作环境是我今后应该努力的方向。</w:t>
      </w:r>
      <w:r>
        <w:rPr>
          <w:lang w:eastAsia="zh-CN"/>
        </w:rPr>
        <w:br/>
      </w:r>
      <w:r>
        <w:rPr>
          <w:lang w:eastAsia="zh-CN"/>
        </w:rPr>
        <w:t>　　工作专业知识匮乏。工作之初，自己对工程机械专业方面的知识了解甚少，不能够很好的应对工作的需要，因而给自己的工作带来了不必要的麻烦。今后应该加强学习，拓展知识面，努力学习工程机械专业知识，对于同行业的发展和统筹规划要做到心中有数。只有踏实敬业、实事求是，才能做好销售经理的好助手，大家的好同事。</w:t>
      </w:r>
      <w:r>
        <w:rPr>
          <w:lang w:eastAsia="zh-CN"/>
        </w:rPr>
        <w:br/>
      </w:r>
      <w:r>
        <w:rPr>
          <w:lang w:eastAsia="zh-CN"/>
        </w:rPr>
        <w:t>　　三、今后展望</w:t>
      </w:r>
      <w:r>
        <w:rPr>
          <w:lang w:eastAsia="zh-CN"/>
        </w:rPr>
        <w:br/>
      </w:r>
      <w:r>
        <w:rPr>
          <w:lang w:eastAsia="zh-CN"/>
        </w:rPr>
        <w:t>　　在今后的工作中，我将努力改正自身缺点，以更大的热情投入到工作中去，把加强学习、提高思想素质和工作水平，树立良好的职业道德，作为一项日常重要工作来抓，以严谨的态度，饱满的热情，严格的纪律，全身心地投入工作中，为今后工作积累必要的基础知识和基本技能打下坚定的基础。</w:t>
      </w:r>
      <w:r>
        <w:rPr>
          <w:lang w:eastAsia="zh-CN"/>
        </w:rPr>
        <w:br/>
      </w:r>
      <w:r>
        <w:rPr>
          <w:lang w:eastAsia="zh-CN"/>
        </w:rPr>
        <w:t>　　其次，再接再厉锻炼自己的应变能力、协调能力、组织能力以及创造能力，提高工作效率，勇于创新。不断在工作中学习，在学习中工作，进一步完善完善自我，以便更好地完成自己的本职工作。</w:t>
      </w:r>
      <w:r>
        <w:rPr>
          <w:lang w:eastAsia="zh-CN"/>
        </w:rPr>
        <w:br/>
      </w:r>
      <w:r>
        <w:rPr>
          <w:lang w:eastAsia="zh-CN"/>
        </w:rPr>
        <w:t>　　总之，作为公司的一员，我将本着为公司及其他同事服务的原则，热情、主动地做好自己的本职工作，为客户提供满意的服务。为公司的发展壮大、为构建和谐公司、和谐企业贡献自己的全部力量。</w:t>
      </w:r>
      <w:r>
        <w:rPr>
          <w:lang w:eastAsia="zh-CN"/>
        </w:rPr>
        <w:br/>
      </w:r>
      <w:r>
        <w:rPr>
          <w:lang w:eastAsia="zh-CN"/>
        </w:rPr>
        <w:t xml:space="preserve">    销售内勤年底个人工作总结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20__年10月，进入__从事内勤一职，已有两个月，十分感激公司给我这个实习的机会。此刻仅对这段时间的工作做一个总结。</w:t>
      </w:r>
      <w:r>
        <w:rPr>
          <w:lang w:eastAsia="zh-CN"/>
        </w:rPr>
        <w:br/>
      </w:r>
      <w:r>
        <w:rPr>
          <w:lang w:eastAsia="zh-CN"/>
        </w:rPr>
        <w:t>　　我的职位公司将其描述为销售部内勤，因为公司从始至终没有安排较为明确的工作给我，我依据复试时与刘总的谈话，将我从事的工作做了一个比率上的划分，内勤文员方面的工作大概占到90%，销售占30%，而实际上这个比率是有很大误差的。因为在第二个星期我唯一被通知参加的全厂的会上，刘总说的一句，“新来的小何，以后负责公司网络销售这一块”于是我重新将自我定位为网络销售。公司所采用的百度搜索，实质上是一种由潜在客户寻找我们的过程，相比较较被动。而我这个网络销售的除了平时看看帐户消费情景，其他的动作也是白用工。</w:t>
      </w:r>
      <w:r>
        <w:rPr>
          <w:lang w:eastAsia="zh-CN"/>
        </w:rPr>
        <w:br/>
      </w:r>
      <w:r>
        <w:rPr>
          <w:lang w:eastAsia="zh-CN"/>
        </w:rPr>
        <w:t>　　为了对得住网络销售这个词，于是我在网上注册了几个免费网站并找个几个专门针对化工设备采购和供给的网站，更重要的是信息免费。这相当于是化被动为主动，这两个月时间我从这些网站也陆陆续续摘录下来一些有价值的信息——江苏或周边省市的客户并且是我们公司能够生产的产品的求购信息。当然，完成以上的工作花不了多少时间，除了曹经理偶尔安排的比如下发货单、做报价单、送个文件，以及顾仓管调到车间后，巫科长交待的工程图复印及文件发送工作之外，剩余工作时间还有很多，而这部分时间也是我比较迷茫的，因为我不太确定自我应当怎样来利用这些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工作进取主动是一个有职责的员工对自我的最低要求。我相信自我是有职责心的，要不然不会在接到任务以后第一时间去完成它，不会在无所事事的时候诚惶诚恐，不会认不自我的付出和回报不成正比并且所以而坐立难安，不会在最初的时候主动询问——我能够做些什么，有什么能够帮上忙的。显然以上的并不能贴合公司有关进取主动的标准，十分抱歉，就目前来说我实在不明白哪些能够进取主动的去做，因为我对公司整个操作流程缺乏了解，我所见到的只是细枝末叶，我被安排去做的也是临时所需。仅管经过观察我已经大概的了解内勤需要做的一些工作，但我不敢贸然动手，因为这项工作没有安排给我，我很担心所以而产出越俎代疱之嫌。</w:t>
      </w:r>
      <w:r>
        <w:rPr>
          <w:lang w:eastAsia="zh-CN"/>
        </w:rPr>
        <w:br/>
      </w:r>
      <w:r>
        <w:rPr>
          <w:lang w:eastAsia="zh-CN"/>
        </w:rPr>
        <w:t>　　综上所述，对我本职工作这一块，虽然工作已经有两个月，但我还是理不出一个头绪，我对此也深感抱歉，还请见谅!</w:t>
      </w:r>
      <w:r>
        <w:rPr>
          <w:lang w:eastAsia="zh-CN"/>
        </w:rPr>
        <w:br/>
      </w:r>
      <w:r>
        <w:rPr>
          <w:lang w:eastAsia="zh-CN"/>
        </w:rPr>
        <w:t>　　虽然职位的称谓为销售部内勤，我从内心还是更倾向于内勤的，业务方面我不太熟悉，跑市场也不是我的初衷。收集信息我很乐意，实事证明，此刻盲目的上门拜访，是有可能连大门都进不了的，大港的门卫多么的尽忠职守呀!网站的求购信息更有针对性，客户的需求一目了然，然而，我认为十分有价值的并认真记录下来的，始终没有发挥实际的效益，我不能不应对一个现实，我所做的是无用工。没有后期持续的跟进，一个个的意向客户就这么流失了，我很遗憾也很无奈，因为我不是理科出身，跟进过程中可能涉及到的专业的知识我无法给客户一个明确的答复，于是按照公司的指示记录本被复印了好几次，也分别转交了好几个人，结果始终没有突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此刻仅针对有效信息，无效业绩的情景，提一点自我的想法，技术部、销售部内勤不能及时跟进的信息，能否转给专职业务人员，毕竟他们的主要工作就是发展业务，与其让他们自身毫无目标的找客户，不如让他们把精力集中发掘这些潜在客户，也许能够事半功倍。</w:t>
      </w:r>
      <w:r>
        <w:rPr>
          <w:lang w:eastAsia="zh-CN"/>
        </w:rPr>
        <w:br/>
      </w:r>
      <w:r>
        <w:rPr>
          <w:lang w:eastAsia="zh-CN"/>
        </w:rPr>
        <w:t>　　以上为我的工作总结，总而言之，我对自我这段时间的表现不太满意，也许我能够做得更好的。</w:t>
      </w:r>
      <w:r>
        <w:rPr>
          <w:lang w:eastAsia="zh-CN"/>
        </w:rPr>
        <w:br/>
      </w:r>
      <w:r>
        <w:rPr>
          <w:lang w:eastAsia="zh-CN"/>
        </w:rPr>
        <w:t>　　为保证20__年销售计划的完成，我们将做好以下几个策略：</w:t>
      </w:r>
      <w:r>
        <w:rPr>
          <w:lang w:eastAsia="zh-CN"/>
        </w:rPr>
        <w:br/>
      </w:r>
      <w:r>
        <w:rPr>
          <w:lang w:eastAsia="zh-CN"/>
        </w:rPr>
        <w:t>　　1、加强销售队伍建设，打造一批具有东方特色的业务精英。</w:t>
      </w:r>
      <w:r>
        <w:rPr>
          <w:lang w:eastAsia="zh-CN"/>
        </w:rPr>
        <w:br/>
      </w:r>
      <w:r>
        <w:rPr>
          <w:lang w:eastAsia="zh-CN"/>
        </w:rPr>
        <w:t>　　A、完善销售总部的管理职能，加大销售总部的奖惩考核力度。</w:t>
      </w:r>
      <w:r>
        <w:rPr>
          <w:lang w:eastAsia="zh-CN"/>
        </w:rPr>
        <w:br/>
      </w:r>
      <w:r>
        <w:rPr>
          <w:lang w:eastAsia="zh-CN"/>
        </w:rPr>
        <w:t>　　①、加大销售总部与驻外办的整体考核力度。提高销售总部员工办事的进取性与职责心，体现销售队伍的团结合作精神。</w:t>
      </w:r>
      <w:r>
        <w:rPr>
          <w:lang w:eastAsia="zh-CN"/>
        </w:rPr>
        <w:br/>
      </w:r>
      <w:r>
        <w:rPr>
          <w:lang w:eastAsia="zh-CN"/>
        </w:rPr>
        <w:t>　　②、调整销售总部的组织机构。</w:t>
      </w:r>
      <w:r>
        <w:rPr>
          <w:lang w:eastAsia="zh-CN"/>
        </w:rPr>
        <w:br/>
      </w:r>
      <w:r>
        <w:rPr>
          <w:lang w:eastAsia="zh-CN"/>
        </w:rPr>
        <w:t>　　设立技术咨询部门、售后服务部及发货管理中心调整人员配制，充分体现总部的办事效率及职责心。</w:t>
      </w:r>
      <w:r>
        <w:rPr>
          <w:lang w:eastAsia="zh-CN"/>
        </w:rPr>
        <w:br/>
      </w:r>
      <w:r>
        <w:rPr>
          <w:lang w:eastAsia="zh-CN"/>
        </w:rPr>
        <w:t>　　技术咨询部门，将直接参与一些大型项目的技术支持工作，为公司承接大型项目供给快速并足够的技术服务。</w:t>
      </w:r>
      <w:r>
        <w:rPr>
          <w:lang w:eastAsia="zh-CN"/>
        </w:rPr>
        <w:br/>
      </w:r>
      <w:r>
        <w:rPr>
          <w:lang w:eastAsia="zh-CN"/>
        </w:rPr>
        <w:t>　　原研究发货管理中心，归为销售总部，将直接解决对系统内部不能解决的老大难问题。直接起到督促产品交货时间和交货质量作用，将进一步印证生产部门、质量部门的职责关系;杜绝运输单位不合作的倾向性。后研究生产系统的一些实际困难，但对发货、生产周期、销售总部仍要起到监督、协调作用。</w:t>
      </w:r>
      <w:r>
        <w:rPr>
          <w:lang w:eastAsia="zh-CN"/>
        </w:rPr>
        <w:br/>
      </w:r>
      <w:r>
        <w:rPr>
          <w:lang w:eastAsia="zh-CN"/>
        </w:rPr>
        <w:t>　　迎合销售发展需求，在业务部设立“网络销售”。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③增加商务部门成本核算及统计职能，加强对驻外机构业务费用的考核、监督。定期按季度对各驻外机构经营状况供给分析评判报告。</w:t>
      </w:r>
      <w:r>
        <w:rPr>
          <w:lang w:eastAsia="zh-CN"/>
        </w:rPr>
        <w:br/>
      </w:r>
      <w:r>
        <w:rPr>
          <w:lang w:eastAsia="zh-CN"/>
        </w:rPr>
        <w:t>　　B、加强办事处规范性管理，全面提高办事处主任的综合管理素质，对于一些管理混乱的驻外机构，将限时令其整顿。如到时无明显改变的，办事处主任无条件撤换;此外，不能完善驻外机构日常管理工作的主任，公司在必要时进行整顿。</w:t>
      </w:r>
      <w:r>
        <w:rPr>
          <w:lang w:eastAsia="zh-CN"/>
        </w:rPr>
        <w:br/>
      </w:r>
      <w:r>
        <w:rPr>
          <w:lang w:eastAsia="zh-CN"/>
        </w:rPr>
        <w:t>　　C、调整驻外办的薪资结构，以提高士气，并吸引优秀人才到公司。新的薪资结构将充分体现业务本事强的业务人员的收入水平。具体考核方法见《驻外办管理细则》。各驻外办主任在会后根据公司文件精神，在1月份根据业务员20__年的业绩情景，完成业务员职级升降考核。</w:t>
      </w:r>
      <w:r>
        <w:rPr>
          <w:lang w:eastAsia="zh-CN"/>
        </w:rPr>
        <w:br/>
      </w:r>
      <w:r>
        <w:rPr>
          <w:lang w:eastAsia="zh-CN"/>
        </w:rPr>
        <w:t>　　D、加强新老业务人员的培训工作，尤其是售后服务人员的培训工作。以提高售后服务人员综合解决问题的本事，建立一套适合公司发展的售后服务体系。</w:t>
      </w:r>
      <w:r>
        <w:rPr>
          <w:lang w:eastAsia="zh-CN"/>
        </w:rPr>
        <w:br/>
      </w:r>
      <w:r>
        <w:rPr>
          <w:lang w:eastAsia="zh-CN"/>
        </w:rPr>
        <w:t>　　2、加强销售工作会议的作用。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销售工作会议是各驻外办主任鼓励业务人员的好机会，也是各驻外办主任表现其领导本事，运用营销战术的最佳场所。由于这是诱导业务人员走向你所期望方向的最好机会，所以，望各驻外办主任切实把握好这次机会。我们提倡营销会议，主要是认识到它能有效地提升业务员的归属感，能够增强参与者的士气，有助于建立团队精神，一个部门的业务员相聚在一齐，能够培养团队意识，并提高团队的凝聚力。在明年各驻外办主任在组织销售会议时，就销售计划布置、业务活动安排、销售技巧培训、业务员动向把握、销售义务讨论、销售业绩总结等资料细致筹划每一次会议，争取在部门内构成良好的团队协作气氛。要充分认识一个有协作精神的、有战斗力的销售队伍是我们完成销售计划的前提基矗</w:t>
      </w:r>
      <w:r>
        <w:rPr>
          <w:lang w:eastAsia="zh-CN"/>
        </w:rPr>
        <w:br/>
      </w:r>
      <w:r>
        <w:rPr>
          <w:lang w:eastAsia="zh-CN"/>
        </w:rPr>
        <w:t>　　此外，每周六上午的例会制度，必须坚持，我们以便能及时解决业务过程中发生的问题，保证业务工作的顺利进行。</w:t>
      </w:r>
      <w:r>
        <w:rPr>
          <w:lang w:eastAsia="zh-CN"/>
        </w:rPr>
        <w:br/>
      </w:r>
      <w:r>
        <w:rPr>
          <w:lang w:eastAsia="zh-CN"/>
        </w:rPr>
        <w:t>　　3、完善区域内市场分布，点面结合以规模化的营销方式，构成区域内的销售强势。</w:t>
      </w:r>
      <w:r>
        <w:rPr>
          <w:lang w:eastAsia="zh-CN"/>
        </w:rPr>
        <w:br/>
      </w:r>
      <w:r>
        <w:rPr>
          <w:lang w:eastAsia="zh-CN"/>
        </w:rPr>
        <w:t>　　为何我们明年的销售策略定为“规范化销售”呢经过对20__年订单报表的分析，我们基本泵型的销售量占据销售总量的90%。这意味着公司特色型的产品还达不到足以吸引顾客的效果，那里我们暂且不去分析，是价位原因呢质量原因呢还是销售方式产生的原因可是至少我们能够看出东方品牌效应，以及强大的销售力量、这两者发挥出的作用应是最主要的。如何更有效的发挥销售网络的力量和提高东方品牌效应，是我们明年业绩总量更上一个台阶，顺利完成销售计划的关键。规模化销售并不是单方面的，经过简单的人数增加或区域增加到达的，而是经过有机的把握市尝品牌、人员和数量、质量捏合在一齐，构成销售强势到达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要到达这一效果，首先我们必须解决前面提到的业务员单兵作战的问题。业务员单兵作战，对我们二级市场的开发影响很大。业务员单兵作战就等于组织涣散，其结果是不一样本事之间的业务员缺乏配合，不能充分利用各有所长的业务员的本事。不一样市场间的业务员缺乏协调配合，使市场被人为的分割，难以构成统一的大市常同时，也极有可能因为利益方面的原因，导致相临市场间的磨擦，当市场一旦被牢牢打上业务员个人印讫时，它的潜力将会以业务员本事为限。单兵作战的另一危害是突出业务员个人作用，淡化业务员群体作用。</w:t>
      </w:r>
      <w:r>
        <w:rPr>
          <w:lang w:eastAsia="zh-CN"/>
        </w:rPr>
        <w:br/>
      </w:r>
      <w:r>
        <w:rPr>
          <w:lang w:eastAsia="zh-CN"/>
        </w:rPr>
        <w:t>　　个人的力量总是有限的，如果我们不能够将业务员组织起来作为一个群体发生作用，那就意味着在业务工作中缺乏爆发力，构成不了销售强势，对我们能否长期占领市场影响很大。所以在明年的市场分解，我们期望是有机的分解，充分研究到不一样市场的互相配合以及业务员之间的互相配合，尤其对于二级市场的开发，办事处主任必须起到有效的组织、协调作用，让办事处高速有效的运营起来，充分发挥“1+1》2”的作用。</w:t>
      </w:r>
      <w:r>
        <w:rPr>
          <w:lang w:eastAsia="zh-CN"/>
        </w:rPr>
        <w:br/>
      </w:r>
      <w:r>
        <w:rPr>
          <w:lang w:eastAsia="zh-CN"/>
        </w:rPr>
        <w:t xml:space="preserve">    销售内勤年底个人工作总结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作为一名大三学生，在这之前我一点销售的实际经验也没有。虽说只是实习，但生活的方式却已完全不同于学校里，转变成了正式的上班族：早上7：30上班一直到下午9：30下班，第一一天很多东西都不懂，带我的师傅交我很多东西，如何跟顾客介绍产品，当收到拒绝时要保持好心态，继续见下一个顾客，要有一颗包容的心，学会和不同的顾客交流。还记得第一天跑了很多路，脚都磨起两个泡泡，但依然很兴奋因为销售了4个产品。白天工作晚上回来后感觉很充实，然后学习公司企业文化，向比自己做得好的人请教方法每一个老队员或者主管都会毫无保留地交我，学习氛围很浓厚团队气氛非常好，最重要的就是使我在待人接物、如何处理好人际关系这方面有了很大的进步。这次实践还使我深深体会到在销售工作中我们必须吃苦耐劳，胆大心细，不怕被拒绝，不断学习不断积累，对待客户要讲诚信，服务到位，有始有终。公司经常会安排一批队伍出差，出差就是去别的地方做市场推广，算起来也跑过很多城市，十堰、房县、陕西安康、郧县、四川达州、南充、遂宁……见识了很多，了解各方风水人情。其实有时候人与人之间交流是很有意思的，有的顾客特别会调侃，说年轻人怎么不回学校好好上课啊，我说我是学生出来实习的，你们的'孩子如果上大学的话也是要经历这个过程的，只有让顾客相信你，他才会相信你的产品，才会购买你的产品。对待公司要有高度的责任心和集体荣誉感终。虽然开始的时候由于对产品知识的不熟悉导致了顾客的拒绝，这是我的失误和不足，所以之后我空闲的时候就喜欢到厂里去好好的学习产品的知识，和厂里的工人关系也相处的很融洽，虽然我们的长不是很大的一个工厂，但是内部的人都是非常好的。真的很像是一家人。</w:t>
      </w:r>
      <w:r>
        <w:rPr>
          <w:lang w:eastAsia="zh-CN"/>
        </w:rPr>
        <w:br/>
      </w:r>
      <w:r>
        <w:rPr>
          <w:lang w:eastAsia="zh-CN"/>
        </w:rPr>
        <w:t>　　销售其实不光是锻炼自己的口才，其实玩的也是心态，拼的是一种顽强、坚持不懈的精神，随着时间的推移，我对公司企业文化有了更深层次的理解：</w:t>
      </w:r>
      <w:r>
        <w:rPr>
          <w:lang w:eastAsia="zh-CN"/>
        </w:rPr>
        <w:br/>
      </w:r>
      <w:r>
        <w:rPr>
          <w:lang w:eastAsia="zh-CN"/>
        </w:rPr>
        <w:t>　　销售五步</w:t>
      </w:r>
      <w:r>
        <w:rPr>
          <w:lang w:eastAsia="zh-CN"/>
        </w:rPr>
        <w:br/>
      </w:r>
      <w:r>
        <w:rPr>
          <w:lang w:eastAsia="zh-CN"/>
        </w:rPr>
        <w:t>　　1、打招呼（目光，笑容，热情）良好的打招呼是成功的一半，眼睛看着对方是对对方的尊重，笑容是最好的无声语言热情必不可少，首先要让顾客接受你，你才有机会去介绍产品。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2、介绍自己（简单、清楚、自信）介绍自己的时候一定要简单明了，让顾客一下子知道你是干嘛的，自信很重要的，首先让对方感觉你是比教值得可信的。</w:t>
      </w:r>
      <w:r>
        <w:rPr>
          <w:lang w:eastAsia="zh-CN"/>
        </w:rPr>
        <w:br/>
      </w:r>
      <w:r>
        <w:rPr>
          <w:lang w:eastAsia="zh-CN"/>
        </w:rPr>
        <w:t>　　3、介绍产品（将产品放在顾客手上，炒起价格）首先要了解产品的各大特点才能非常迅速有效的介绍产品的功能。将产品放在顾客手上方便顾客来仔细月度产品说明，了解产品功能。</w:t>
      </w:r>
      <w:r>
        <w:rPr>
          <w:lang w:eastAsia="zh-CN"/>
        </w:rPr>
        <w:br/>
      </w:r>
      <w:r>
        <w:rPr>
          <w:lang w:eastAsia="zh-CN"/>
        </w:rPr>
        <w:t>　　4、成交（问题、动作、假设、售后保证）当顾客愿意掏钱购买你的产品时，也许会问许多相关问题，如产品是否有副作用，如何使用更方便等。都要逐一解决，打消顾客一切怀疑念头。</w:t>
      </w:r>
      <w:r>
        <w:rPr>
          <w:lang w:eastAsia="zh-CN"/>
        </w:rPr>
        <w:br/>
      </w:r>
      <w:r>
        <w:rPr>
          <w:lang w:eastAsia="zh-CN"/>
        </w:rPr>
        <w:t>　　5、再成交（乘胜追击，增加收入，多还要）当顾客已经购买你的产品时，可以再询问下是否需要再多买几个，比如说给亲戚朋友带点作为礼物，可以让顾客产生再购买的欲望，增加收入。</w:t>
      </w:r>
      <w:r>
        <w:rPr>
          <w:lang w:eastAsia="zh-CN"/>
        </w:rPr>
        <w:br/>
      </w:r>
      <w:r>
        <w:rPr>
          <w:lang w:eastAsia="zh-CN"/>
        </w:rPr>
        <w:t>　　其实企业文化是最好的作业工具，都是前辈多少年积累下的宝贵经验。我们公司墙上贴着四个大字“天道酬勤”，撒谎那个天总是眷顾那些勤劳的人。也许我没有别人那么有天赋、能说会道，但有一点我们都可以做到：勤奋，勤能补拙。记得有天晚上都十点多了，我还差3个完成目标，去跟一个商店的老板去介绍产品，老板第一句就是问我怎么还不回去睡觉，我就把情况说了一遍，他感觉我身上这种精神尤其可嘉，就买了我的产品，我感觉很开心。精神力量真的很强大，其实有时候顾客就是买的一种开心、一种快乐。你把顾客当朋友给他带来开心，他就会为你买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你的态度也会改变顾客的态度，无论什么时候，良好的态度不可或缺，人与人之间的交流是相互的，记得很多时候跟顾客介绍产品的时候，顾客说不要，态度也很不耐烦，但在我一再坚持良好的态度下，最后买了我的产品，这也是一种成就，你让顾客感觉你不错，和你交流很开心，向自己的朋友一样，与你相处很舒服，他也会为你买单。</w:t>
      </w:r>
      <w:r>
        <w:rPr>
          <w:lang w:eastAsia="zh-CN"/>
        </w:rPr>
        <w:br/>
      </w:r>
      <w:r>
        <w:rPr>
          <w:lang w:eastAsia="zh-CN"/>
        </w:rPr>
        <w:t>　　实习的收获与体会</w:t>
      </w:r>
      <w:r>
        <w:rPr>
          <w:lang w:eastAsia="zh-CN"/>
        </w:rPr>
        <w:br/>
      </w:r>
      <w:r>
        <w:rPr>
          <w:lang w:eastAsia="zh-CN"/>
        </w:rPr>
        <w:t>　　将近五个月的实习，喜忧参半，有欢喜也有忧愁，却让我的实习生活充实而精彩！</w:t>
      </w:r>
      <w:r>
        <w:rPr>
          <w:lang w:eastAsia="zh-CN"/>
        </w:rPr>
        <w:br/>
      </w:r>
      <w:r>
        <w:rPr>
          <w:lang w:eastAsia="zh-CN"/>
        </w:rPr>
        <w:t>　　刚接触工作时，真的是万事开头难，毫无头绪。由于自身专业知识和阅历的不足，刚开始的工作确实有点难，实习的这段时间是我摸爬滚打的阶段。在这个实习的过程中，专业知识的应用都是比较次要的，更重要的是让我知道了生存之道。我们学习专业知识目的就是为了能更容易地在社会上生存，有个一技之长。但这个只是一种本领，还不是一种能力，生存的能力需要具备一定的素质。经过这些日子的实习，我感悟良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作为一个刚踏入社会的新人，我们要有吃苦的决心，平和的心态和不耻下问的精神。作为一个新人，平和的心态很重要，做事不要太过急功近利，表现得好别人都看得到，当然表现得不好别人眼里也不会融进沙子。在工作中要多看，多观察，多听，少讲，不要说与工作无关的内容，多学习别人的艺术语言，和办事方法。除努力工作具有责任心外，要善于经常做工作总结。每天坚持写工作日记，每周做一次工作总结，这些都是自己新的学习课程，这主要是记录，计划，和总结错误。通过我们自己的不断学习，我们的知识都在更新，我们的错误都在改正，工作中坚决不犯同样的错误，对于工作要未雨绸缪，努力做到更好。实习也是对自己的能力考验或是一次展示自己工作能力的机会，在工作中让自己学习的知识，不断充实自己。我觉得这次实习收获是丰富的。本次实习收获主要有一下几点：</w:t>
      </w:r>
      <w:r>
        <w:rPr>
          <w:lang w:eastAsia="zh-CN"/>
        </w:rPr>
        <w:br/>
      </w:r>
      <w:r>
        <w:rPr>
          <w:lang w:eastAsia="zh-CN"/>
        </w:rPr>
        <w:t>　　1、锻炼了自己独立生存的能力</w:t>
      </w:r>
      <w:r>
        <w:rPr>
          <w:lang w:eastAsia="zh-CN"/>
        </w:rPr>
        <w:br/>
      </w:r>
      <w:r>
        <w:rPr>
          <w:lang w:eastAsia="zh-CN"/>
        </w:rPr>
        <w:t>　　2、敢于和别人交流</w:t>
      </w:r>
      <w:r>
        <w:rPr>
          <w:lang w:eastAsia="zh-CN"/>
        </w:rPr>
        <w:br/>
      </w:r>
      <w:r>
        <w:rPr>
          <w:lang w:eastAsia="zh-CN"/>
        </w:rPr>
        <w:t>　　3、心态变得更稳定，遇事不急不躁</w:t>
      </w:r>
      <w:r>
        <w:rPr>
          <w:lang w:eastAsia="zh-CN"/>
        </w:rPr>
        <w:br/>
      </w:r>
      <w:r>
        <w:rPr>
          <w:lang w:eastAsia="zh-CN"/>
        </w:rPr>
        <w:t>　　4、比以前更具责任心</w:t>
      </w:r>
      <w:r>
        <w:rPr>
          <w:lang w:eastAsia="zh-CN"/>
        </w:rPr>
        <w:br/>
      </w:r>
      <w:r>
        <w:rPr>
          <w:lang w:eastAsia="zh-CN"/>
        </w:rPr>
        <w:t>　　5、做什么事都比较有自信</w:t>
      </w:r>
      <w:r>
        <w:rPr>
          <w:lang w:eastAsia="zh-CN"/>
        </w:rPr>
        <w:br/>
      </w:r>
      <w:r>
        <w:rPr>
          <w:lang w:eastAsia="zh-CN"/>
        </w:rPr>
        <w:t>　　6、比以前更有时间概念</w:t>
      </w:r>
      <w:r>
        <w:rPr>
          <w:lang w:eastAsia="zh-CN"/>
        </w:rPr>
        <w:br/>
      </w:r>
      <w:r>
        <w:rPr>
          <w:lang w:eastAsia="zh-CN"/>
        </w:rPr>
        <w:t>　　因此，认真地履行实习要求，努力完成实习，利于我们预先观察日后工作中的主要内容、方法以及各种困难，利于我们察觉到自身存在的不足和缺陷，以便我们更好地进行学习和工作，利于我们更快地把所思所学转化为实践动手的能力，把专业知识和技能转变成工作能力和实际经验。</w:t>
      </w:r>
      <w:r>
        <w:rPr>
          <w:lang w:eastAsia="zh-CN"/>
        </w:rPr>
        <w:br/>
      </w:r>
      <w:r>
        <w:rPr>
          <w:lang w:eastAsia="zh-CN"/>
        </w:rPr>
        <w:t>　　通过这次实习，我掌握了很多日后工作所需的基本技能，检验了平时所学习的基础知识，衡量了个人的能力和水平，发觉了自身存在的不足和缺点。这于我来说无疑是受益匪浅的。我相信，这次实习让我获得的经验、心得会促进我在以后的学习、工作中寻找到合理的方法和正确的方向。我不仅从个人能力，业务知识上有所提高，也了解到了团队精神、协作精神的重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也许我们会感叹那些过去了的青春时光。离开了校园就是永远的离开了，我们长大了，要学会生活。有很多的回忆都留在了那里。一转眼，我们各奔东西。过去，我们形影不离，我们嬉笑怒骂，我们说三道四，我们畅想未来，我们回忆过去，你讲的过去，我说我的回忆。偶尔我们也会吵架，走在路上就是路人甲路人乙…那些点点滴滴，是再熟悉不过的记忆。</w:t>
      </w:r>
      <w:r>
        <w:rPr>
          <w:lang w:eastAsia="zh-CN"/>
        </w:rPr>
        <w:br/>
      </w:r>
      <w:r>
        <w:rPr>
          <w:lang w:eastAsia="zh-CN"/>
        </w:rPr>
        <w:t>　　实习，是大学生活的结束，也是自己步入社会努力工作的开始。在这短暂的实习期间，我深深感到了自己的不足，专业理论知识和实践应用上的差距。在以后的工作学习中，我会更加努力，取长补短，虚心求教，不断提升自我，在社会上贡献出自己的一份力量。将来无论在什么岗位上，都会努力上进，都会做一个对自己，对工作负责任的人。</w:t>
      </w:r>
      <w:r>
        <w:rPr>
          <w:lang w:eastAsia="zh-CN"/>
        </w:rPr>
        <w:br/>
      </w:r>
      <w:r>
        <w:rPr>
          <w:lang w:eastAsia="zh-CN"/>
        </w:rPr>
        <w:t>　　我给自己的座右铭是：生命不息，奋斗不止！</w:t>
      </w:r>
      <w:r>
        <w:rPr>
          <w:lang w:eastAsia="zh-CN"/>
        </w:rPr>
        <w:br/>
      </w:r>
      <w:r>
        <w:rPr>
          <w:lang w:eastAsia="zh-CN"/>
        </w:rPr>
        <w:t xml:space="preserve">    销售内勤年底个人工作总结 篇8 </w:t>
      </w:r>
      <w:r>
        <w:rPr>
          <w:lang w:eastAsia="zh-CN"/>
        </w:rPr>
        <w:br/>
      </w:r>
      <w:r>
        <w:rPr>
          <w:lang w:eastAsia="zh-CN"/>
        </w:rPr>
        <w:t>　　我于01月份任职于__公司，在任职期间，我非常感谢公司领导及各位同事的支持与帮助。在公司领导和各位同事的支持与帮助下，我很快融入了我们这个集体当中，成为这大家庭的一员，在工作模式和工作方式上有了重大的突破和改变，在任职期间，我严格要求自己，做好自己的本职工作。现将上半年的工作总结如下：</w:t>
      </w:r>
      <w:r>
        <w:rPr>
          <w:lang w:eastAsia="zh-CN"/>
        </w:rPr>
        <w:br/>
      </w:r>
      <w:r>
        <w:rPr>
          <w:lang w:eastAsia="zh-CN"/>
        </w:rPr>
        <w:t>　　1、销售部办公室的平常工作：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作为__公司的销售内勤，我深知岗亭的重工性，也能加强我个人的交际本领。销售部内勤是一个承上启下、雷同表里、和谐摆布、关联八方的紧张关键，把握市场最新购机用户资料的汇集，为销售部交易人员做好保险。在一些文件的料理、分期交易公约的签订、银行按揭公约的签订及所需的资料（方才开通）、用户的回款进度、用户过期欠款额、售车数量等等都是一些有益的决议计划文件，面对这些噜苏的平常事件，要有始有终，自我加强和谐工作意识，这半年来根本上做到了事事有下落。</w:t>
      </w:r>
      <w:r>
        <w:rPr>
          <w:lang w:eastAsia="zh-CN"/>
        </w:rPr>
        <w:br/>
      </w:r>
      <w:r>
        <w:rPr>
          <w:lang w:eastAsia="zh-CN"/>
        </w:rPr>
        <w:t>　　2、分期交易公约、银行按揭公约的签订环境：</w:t>
      </w:r>
      <w:r>
        <w:rPr>
          <w:lang w:eastAsia="zh-CN"/>
        </w:rPr>
        <w:br/>
      </w:r>
      <w:r>
        <w:rPr>
          <w:lang w:eastAsia="zh-CN"/>
        </w:rPr>
        <w:t>　　在签订分期分期交易公约时，对付我来讲可以说是游刃有余。可是在填写的数据和内容同时，要慎之又慎，我们都知道公约具有法律出力，一旦数据和内容呈现不对，将会给公司带来巨大的吃亏，在汇集用户资料时也比较大略（包括：户口本、结婚证、身份证等证件）在签订银行按揭公约时，如今还比较陌生，因为银行按揭方才开通，银行按揭和分期交易公约一样，在填写的数据和内容同时，要慎之又慎，按揭公约更具有法律出力。</w:t>
      </w:r>
      <w:r>
        <w:rPr>
          <w:lang w:eastAsia="zh-CN"/>
        </w:rPr>
        <w:br/>
      </w:r>
      <w:r>
        <w:rPr>
          <w:lang w:eastAsia="zh-CN"/>
        </w:rPr>
        <w:t>　　但在办理银行按揭的进程傍边，购机用户的按揭贷款资料是一个重工的构成部分，公证处公证、银行贷款资料、福田公司存档、我公司存档资料。这些程序是很紧张的，如果不公证？银行不给贷款。这些关键是紧紧相扣的，是必不可少的一部分。我公司在存留有户档案时，我们取公证处、银行、福田三方的精粹，我们在办理银行按揭贷款方面还存在必定的弊端，我相信跟着银行按揭贷款的渐渐深切，我将做得更好、更美满！(我发起构造一次关于银行按揭贷款的培训，这是我个人的设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3、及时明白用户回款额和过期欠款额的环境：</w:t>
      </w:r>
      <w:r>
        <w:rPr>
          <w:lang w:eastAsia="zh-CN"/>
        </w:rPr>
        <w:br/>
      </w:r>
      <w:r>
        <w:rPr>
          <w:lang w:eastAsia="zh-CN"/>
        </w:rPr>
        <w:t>　　作为__公司的销售内勤，我当真用户的回款额及过期欠款额的工作，紧张内容是针对过期欠款用户，用户的.还款进度是不是及时，干系到公司的资金周转以及公司的经济效益，我们要及时明白购机用户的工程进度，从而加大催款力度，以避免给公司造成不必要的吃亏，在提报《客户到期应收账款明细表》是，要做到及时、精确，让公司带领根据此表针对差别的客户做出响应的对策，如许才华把握风险。</w:t>
      </w:r>
      <w:r>
        <w:rPr>
          <w:lang w:eastAsia="zh-CN"/>
        </w:rPr>
        <w:br/>
      </w:r>
      <w:r>
        <w:rPr>
          <w:lang w:eastAsia="zh-CN"/>
        </w:rPr>
        <w:t>　　4、今后竭力的方向：</w:t>
      </w:r>
      <w:r>
        <w:rPr>
          <w:lang w:eastAsia="zh-CN"/>
        </w:rPr>
        <w:br/>
      </w:r>
      <w:r>
        <w:rPr>
          <w:lang w:eastAsia="zh-CN"/>
        </w:rPr>
        <w:t>　　半年来，本人爱岗敬业、创设性地展开工作，固然获得了成绩，但也存在一些题目和不敷。紧张是表如今：第一，银行按揭贷款这方面有些不和谐，大略是方才兵戈这方面的交易；第二，加强本身的进修，拓展知识面，竭力进修工程机器专业知识，对付同行业的成长以及兼顾筹划做到心中稀有；第三，要做到脚结壮地，上情下达、下情上达，做好带领的好帮手!</w:t>
      </w:r>
      <w:r>
        <w:rPr>
          <w:lang w:eastAsia="zh-CN"/>
        </w:rPr>
        <w:br/>
      </w:r>
      <w:r>
        <w:rPr>
          <w:lang w:eastAsia="zh-CN"/>
        </w:rPr>
        <w:t>　　在今后的工作傍边，我会取长补短，做一名称职的销售内勤，与企业共成长。</w:t>
      </w:r>
      <w:r>
        <w:rPr>
          <w:lang w:eastAsia="zh-CN"/>
        </w:rPr>
        <w:br/>
      </w:r>
      <w:r>
        <w:rPr>
          <w:lang w:eastAsia="zh-CN"/>
        </w:rPr>
        <w:t xml:space="preserve">    销售内勤年底个人工作总结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不知不觉中，我已参加团队已经近一年了。我特别荣幸和庆幸自己能够成为(公司)的一员。在这里，我首先要感谢公司领导对我的信任和工作上赐予的确定，同时也特别感谢各位同事对我工作的支持和帮忙。我一个发觉自我、熟悉自我的平台，并在工作实践中不断完善自我的时机。在这一年的工作过程中，对我自身的转变和影响很大，从中也让我学到了很多，懂得了很多。下面我对这一年的工作状况作一总结。</w:t>
      </w:r>
      <w:r>
        <w:rPr>
          <w:lang w:eastAsia="zh-CN"/>
        </w:rPr>
        <w:br/>
      </w:r>
      <w:r>
        <w:rPr>
          <w:lang w:eastAsia="zh-CN"/>
        </w:rPr>
        <w:t>　　一、内勤岗位工作</w:t>
      </w:r>
      <w:r>
        <w:rPr>
          <w:lang w:eastAsia="zh-CN"/>
        </w:rPr>
        <w:br/>
      </w:r>
      <w:r>
        <w:rPr>
          <w:lang w:eastAsia="zh-CN"/>
        </w:rPr>
        <w:t>　　作为公司销售内勤，我深知本岗位的重要性，内勤是一个效劳于公司全体员工的人员。对公司各个部门同事必需做到有求必应，有需必帮，我始终本着“公司利益第一，把工作做到更好“的一个目标，仔细积极的完成了以下本职工作：</w:t>
      </w:r>
      <w:r>
        <w:rPr>
          <w:lang w:eastAsia="zh-CN"/>
        </w:rPr>
        <w:br/>
      </w:r>
      <w:r>
        <w:rPr>
          <w:lang w:eastAsia="zh-CN"/>
        </w:rPr>
        <w:t>　　1、负责公司内部销售人员的效劳工作。包括新到车辆的验收、车辆资料的整理、保管与领取。</w:t>
      </w:r>
      <w:r>
        <w:rPr>
          <w:lang w:eastAsia="zh-CN"/>
        </w:rPr>
        <w:br/>
      </w:r>
      <w:r>
        <w:rPr>
          <w:lang w:eastAsia="zh-CN"/>
        </w:rPr>
        <w:t>　　2、负责公司整车订单治理、精品订购。包括每月公司旬订单制定、跟踪审核结算、发车事宜。</w:t>
      </w:r>
      <w:r>
        <w:rPr>
          <w:lang w:eastAsia="zh-CN"/>
        </w:rPr>
        <w:br/>
      </w:r>
      <w:r>
        <w:rPr>
          <w:lang w:eastAsia="zh-CN"/>
        </w:rPr>
        <w:t>　　3、负责公司内部文件的传达、执行。</w:t>
      </w:r>
      <w:r>
        <w:rPr>
          <w:lang w:eastAsia="zh-CN"/>
        </w:rPr>
        <w:br/>
      </w:r>
      <w:r>
        <w:rPr>
          <w:lang w:eastAsia="zh-CN"/>
        </w:rPr>
        <w:t>　　4、负责与吉利厂家内勤、财务以及集团各公司之间各业务的沟通协调。</w:t>
      </w:r>
      <w:r>
        <w:rPr>
          <w:lang w:eastAsia="zh-CN"/>
        </w:rPr>
        <w:br/>
      </w:r>
      <w:r>
        <w:rPr>
          <w:lang w:eastAsia="zh-CN"/>
        </w:rPr>
        <w:t>　　5、在销售淡季协作销售部外出做车展，为销售旺季打好根底。</w:t>
      </w:r>
      <w:r>
        <w:rPr>
          <w:lang w:eastAsia="zh-CN"/>
        </w:rPr>
        <w:br/>
      </w:r>
      <w:r>
        <w:rPr>
          <w:lang w:eastAsia="zh-CN"/>
        </w:rPr>
        <w:t>　　二、简述工作状况</w:t>
      </w:r>
      <w:r>
        <w:rPr>
          <w:lang w:eastAsia="zh-CN"/>
        </w:rPr>
        <w:br/>
      </w:r>
      <w:r>
        <w:rPr>
          <w:lang w:eastAsia="zh-CN"/>
        </w:rPr>
        <w:t>　　1、在内勤工作岗位工作过程中，能够积极主动全心全意的对待每一项工作，对于刚刚开头工作的我，始终保持虚心、慎重的工作态度，虚心向同事学习，积存阅历，努力把工作做到最好。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在工作期间，丰富业务学问、提高工作力量，不断的'给自己充电，积存产品业务文化学问。在做好本职工作的根底上，附带销售车辆_台，并于20__年__月参与全国人力资源治理师三级考试。为了做好本职工作，我不怕麻烦，精简局部工作的程序，提高工作效率，争取为各部门同事做好效劳保障。</w:t>
      </w:r>
      <w:r>
        <w:rPr>
          <w:lang w:eastAsia="zh-CN"/>
        </w:rPr>
        <w:br/>
      </w:r>
      <w:r>
        <w:rPr>
          <w:lang w:eastAsia="zh-CN"/>
        </w:rPr>
        <w:t>　　结合上述一年的内勤工作经受，我也深刻熟悉到：作为公司的一员，无论在哪个岗位，都应当有剧烈的敬业心、高度的责任感、求真务实的工作态度和任劳任怨的忘我精神。任何时候都应当以公司利益为重，切实履行自己的岗位职责，与此同时，更应当发扬仆人翁精神，将公司的每一件事情当做自己的事情来做，坚决杜绝“事不关己，高高挂起”的工作心态。总结一年来的工作，尽管对自身和公司进展都有了肯定的进步和取得了肯定的成绩，但自身在很多方面还存在着缺乏。对于刚刚步入社会参与工作的我，由于工作阅历的缺乏，导致很多问题考虑不够周全，在处理问题上方法不够得当，缺乏制造性的工作思路。在以后的工作中要求自己做到五勤：眼勤、手勤、嘴勤、腿勤、脑勤。在工作实践中不断完善自我，鞭策自己。努力为公司的进展奉献自己的微薄之力。</w:t>
      </w:r>
      <w:r>
        <w:rPr>
          <w:lang w:eastAsia="zh-CN"/>
        </w:rPr>
        <w:br/>
      </w:r>
      <w:r>
        <w:rPr>
          <w:lang w:eastAsia="zh-CN"/>
        </w:rPr>
        <w:t xml:space="preserve">    销售内勤年底个人工作总结 篇10 </w:t>
      </w:r>
      <w:r>
        <w:rPr>
          <w:lang w:eastAsia="zh-CN"/>
        </w:rPr>
        <w:br/>
      </w:r>
      <w:r>
        <w:rPr>
          <w:lang w:eastAsia="zh-CN"/>
        </w:rPr>
        <w:t>　　还记得，__年在不经意间已从身边滑过，回首这一年，步步脚印!我于__年_月份进入__公司，在职期间，我非常感谢公司领导及各位同事的支持与帮助。在公司领导和各位同事的支持与帮助下，我很快融入了我们这个集体当中，成为这大家庭的一员，在工作模式和工作方式上有了重大的突破和改变，在任职期间，我严格要求自己，做好自己的本职工作。现将__年的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内勤日常工作作为__公司的销售内勤，我深知岗位的重要性，也能增强我个人的交际能力。销售部内勤是一个承上启下、沟通内外、协调左右、联系八方的重要枢纽。工作主要从以下几个方面开展;1、日常业务衔接、客户服务、处理客户抱怨、客户咨询电话的接听及电话记录。2、对客户进行销售政策的传达及业务信函的发送。3、销售会议的安排、记录及跟踪结果。4、做好本部门的档案管理工作，建立客户信息档案(涉及用户基本情况，使用品种、数量、价位、结算方式)。5、各种促销活动情况了解，统计费用报销等协助办理。6、建立销售分类台帐(反映出销售收入价格、运杂费、货款回收额度、应收货款额度)。7、建立销售费用台帐(反映出部门内部费用及每个业务人员的费用、差旅费、运杂费、包干或定额包干费用的提取数额)。8、各种报表的统计、汇总、报告的打印转发。9、销售经理差旅费的初审与上报签批。10、对所经手的各类涉及我厂商业秘密的销售资料、数据应妥善保管，不得丢失或向外泄密。11、同类产品竞争品牌资料的分析与建档，销售相关宣传资料的领用、登记、分发。12、各月份客户回款额排查、跟踪、跟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二：存在的缺点及对于太阳能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指导力度不够，影响市场部的销售业绩。20__年的到来，在做好本职工作的基础之上，对上述存在的问题，我个人也要尽自己所能，多掌握一些技术上面的知识，尽量做到应对自如，从容得体。不断增强自己的辨别能力，在更好的与客户沟通的基础之上，能更多的为公司利益着想。</w:t>
      </w:r>
      <w:r>
        <w:rPr>
          <w:lang w:eastAsia="zh-CN"/>
        </w:rPr>
        <w:br/>
      </w:r>
      <w:r>
        <w:rPr>
          <w:lang w:eastAsia="zh-CN"/>
        </w:rPr>
        <w:t>　　三：部门组织上面的一些小建议在明年的工作规划中下面的几项工作作为主要的工作来做：1、建立一支熟悉业务，而相对稳定的销售团队。人才是企业最宝贵的资源，一切销售业绩都起源于有一个好的销售人员，建立一支具有凝聚力，合作精神的销售团队是企业的根本。在明年的工作中建立一个和谐，具有杀伤力的团队作为一项主要的工作来抓。2、完善销售制度，建立一套明确系统的业务管理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销售管理是企业的老大难问题，销售人员出差，见客户处于放任自流的状态。完善销售管理制度的目的是让销售人员在工作中发挥主观能动性，对工作有高度的责任心，提高销售人员的主人翁意识。3、培养销售人员发现问题，总结问题，不断自我提高的习惯。培养销售人员发现问题，总结问题目的在于提高销售人员综合素质，在工作中能发现问题总结问题并能提出自己的看法和建议，业务能力提高到一个新的档次。4、销售目标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我认为公司明年的发展是与整个公司的员工综合素质，公司的指导方针，团队的建设是分不开的。提高执行力的标准，建立一个良好的销售团队和有一个好的工作模式与工作环境是工作的关键。</w:t>
      </w:r>
      <w:r>
        <w:rPr>
          <w:lang w:eastAsia="zh-CN"/>
        </w:rPr>
        <w:br/>
      </w:r>
      <w:r>
        <w:rPr>
          <w:lang w:eastAsia="zh-CN"/>
        </w:rPr>
        <w:t>　　四：总结一年来，通过努力学习和不断摸索，收获很大，不论在工作安排还是在处理问题时，都得慎重考虑，做到能独挡一面。我坚信工作只要尽心努力去做，就一定能够做好。做了一年的销售内勤工作了，有的时候也觉得自己有些经验，或是由着自己的判断来处理事情不够仔细，所以出现了不少的问题，也犯了不少错误，事后才知道自己的社会阅历缺乏，或是处理方法不当，我决心在今后的工作中要多提高自己的素质与休养，多学习为人处世的哲学，才能够超越现在的自己，争取更大的进步!</w:t>
      </w:r>
      <w:r>
        <w:rPr>
          <w:lang w:eastAsia="zh-CN"/>
        </w:rPr>
        <w:br/>
      </w:r>
      <w:r>
        <w:rPr>
          <w:lang w:eastAsia="zh-CN"/>
        </w:rPr>
        <w:t xml:space="preserve">    销售内勤年底个人工作总结 篇11 </w:t>
      </w:r>
      <w:r>
        <w:rPr>
          <w:lang w:eastAsia="zh-CN"/>
        </w:rPr>
        <w:br/>
      </w:r>
      <w:r>
        <w:rPr>
          <w:lang w:eastAsia="zh-CN"/>
        </w:rPr>
        <w:t>　　转眼间，20__年即将过去，回首在工作的日子，有汗水，有喜悦，有惆怅，更有感恩。</w:t>
      </w:r>
      <w:r>
        <w:rPr>
          <w:lang w:eastAsia="zh-CN"/>
        </w:rPr>
        <w:br/>
      </w:r>
      <w:r>
        <w:rPr>
          <w:lang w:eastAsia="zh-CN"/>
        </w:rPr>
        <w:t>　　十年树木，我来到这个大家庭已经有十一个年头了，我见证了发展壮大，公司见证了我的成长、成熟。人生能有多少个十年？能与共同经历十载，是我的骄傲，更是深深的缘分。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的工作平凡但不简单，因为十年如一日，问心无愧的把简单的工作做好就不简单。公司的运作是一个完整的.循环过程，在运作过程中，每一个环节都要有人去做，哪一节链条出问题都会影响整台“机器”的运作。我负责的工作岗位是销售内勤，每个公司都离不开销售内勤，这份工作要求心到、眼到、口到，用细心、敬业来填补空白，避免失误。一年365天，销售额数千万元，几千笔业务，其工作量可想而知，但是，我本着对公司负责就是对自己负责的工作态度，用勤恳和踏实把经手的一项项工作都认真地完成了，同时，我还数年如一日，为公司营业大厅的整洁尽一份力量，并在20__年受到了公司嘉奖，这是我的荣幸与自豪。</w:t>
      </w:r>
      <w:r>
        <w:rPr>
          <w:lang w:eastAsia="zh-CN"/>
        </w:rPr>
        <w:br/>
      </w:r>
      <w:r>
        <w:rPr>
          <w:lang w:eastAsia="zh-CN"/>
        </w:rPr>
        <w:t>　　现在的社会或多或少有些浮躁，近年来我国经济形势下行压力较大，更加剧了人们投机取巧的不良心态，然而如同一艘坚强的船舶，在不平静的海面上，虽然起起伏伏，但始终稳步前行。大家都是这艘船上的船员，我们年龄大的员工以身作则和公司同舟共济，青年人是中坚力量，我希望公司的年轻骨干们在奋勇向前的时候，更能够多一份思考，让内心沉静下来，脚踏实地。不积跬步无以至千里，只有把基础打牢才能使高楼大厦不会变成空中楼阁。</w:t>
      </w:r>
      <w:r>
        <w:rPr>
          <w:lang w:eastAsia="zh-CN"/>
        </w:rPr>
        <w:br/>
      </w:r>
      <w:r>
        <w:rPr>
          <w:lang w:eastAsia="zh-CN"/>
        </w:rPr>
        <w:t>　　在此，我衷心感谢给我提供的平台，感谢大家对我工作的大力支持和帮助。只要公司需要，在身体许可的情况下，我会珍惜这个人生的平台，竭尽全力为蓬勃发展尽我的绵薄之力。</w:t>
      </w:r>
      <w:r>
        <w:rPr>
          <w:lang w:eastAsia="zh-CN"/>
        </w:rPr>
        <w:br/>
      </w:r>
      <w:r>
        <w:rPr>
          <w:lang w:eastAsia="zh-CN"/>
        </w:rPr>
        <w:t xml:space="preserve">    销售内勤年底个人工作总结 篇12 </w:t>
      </w:r>
      <w:r>
        <w:rPr>
          <w:lang w:eastAsia="zh-CN"/>
        </w:rPr>
        <w:br/>
      </w:r>
      <w:r>
        <w:rPr>
          <w:lang w:eastAsia="zh-CN"/>
        </w:rPr>
        <w:t>　　我于20__年6月进入公司熟识公司的工作环境。我特别感谢公司领导及各位同事的支持语帮忙。在工作模式和工作方式上有了很大的转变，在职期间严格要求自己做好本职工作。</w:t>
      </w:r>
      <w:r>
        <w:rPr>
          <w:lang w:eastAsia="zh-CN"/>
        </w:rPr>
        <w:br/>
      </w:r>
      <w:r>
        <w:rPr>
          <w:lang w:eastAsia="zh-CN"/>
        </w:rPr>
        <w:t>　　一、会遇到问题妥当处理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日常工作在工作的过程中常常会遇到诸多的问题，当遇到这些问题没能准时处理好且没上报时，给公司带来了没必要的损失，个人感觉特别内疚。经过大半年的工作，深知岗位的重要性，也能增加我个人的交际力量，为此特别感觉公司能给我这次时机。销售内勤是承上启下、沟通内外、协调左右、联系的重要岗位。在处理一些日常事务，要有头有尾，自我增加协调工作意识，这半年来根本上做到了事事有着落。</w:t>
      </w:r>
      <w:r>
        <w:rPr>
          <w:lang w:eastAsia="zh-CN"/>
        </w:rPr>
        <w:br/>
      </w:r>
      <w:r>
        <w:rPr>
          <w:lang w:eastAsia="zh-CN"/>
        </w:rPr>
        <w:t>　　二、销售内勤跟单在销售内勤跟单这个岗位</w:t>
      </w:r>
      <w:r>
        <w:rPr>
          <w:lang w:eastAsia="zh-CN"/>
        </w:rPr>
        <w:br/>
      </w:r>
      <w:r>
        <w:rPr>
          <w:lang w:eastAsia="zh-CN"/>
        </w:rPr>
        <w:t>　　下单依据销售人员供应的.相关资料及合同。认真核对数量、产品名称及相关说明，依据生产的状况和客户的需要做出相应的生产周期。避开一些少下、漏下、多下，材质、油漆、面料的错误发生，给生产上带来返工，工厂带来的损失状况。严格把关要慎重。熟知下单日期和交货日期，每天到运作了解生产状况，准时跟运作沟通协调，以免耽搁交货日期。在跟客户确定好发货日期时，当天出货前应再跟客户确认现场可发状况。发货前应再跟客户确认现场可发生状况。发货前认真核对，依据生产通知单核对将要发货的产品。避开少发、漏发状况。</w:t>
      </w:r>
      <w:r>
        <w:rPr>
          <w:lang w:eastAsia="zh-CN"/>
        </w:rPr>
        <w:br/>
      </w:r>
      <w:r>
        <w:rPr>
          <w:lang w:eastAsia="zh-CN"/>
        </w:rPr>
        <w:t>　　三、准时了解用户回额和逾期欠额的状况</w:t>
      </w:r>
      <w:r>
        <w:rPr>
          <w:lang w:eastAsia="zh-CN"/>
        </w:rPr>
        <w:br/>
      </w:r>
      <w:r>
        <w:rPr>
          <w:lang w:eastAsia="zh-CN"/>
        </w:rPr>
        <w:t>　　作为公司的内勤，应了解合同中德生产周期，交货日期，付款的方式收取款项。调查用户的到账状况，依据合同向有关人员汇报。用户到款进度是否准时，关系公司的资金周转以及公司的经济效益，我们要准时了解客户的到款状况，在做合同清单表格时，要做到精确、准时，让公司领导依据此表针对不同的客户做出相应的对策。</w:t>
      </w:r>
      <w:r>
        <w:rPr>
          <w:lang w:eastAsia="zh-CN"/>
        </w:rPr>
        <w:br/>
      </w:r>
      <w:r>
        <w:rPr>
          <w:lang w:eastAsia="zh-CN"/>
        </w:rPr>
        <w:t>　　四、以后的目标在实践中检验所学学问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查找缺乏，提高自己，防止和克制浅尝即止、一知半解的倾向。协作好销售人员，跟进生产。做事有条有序，保持头脑糊涂。做到实事求是。</w:t>
      </w:r>
      <w:r>
        <w:rPr>
          <w:lang w:eastAsia="zh-CN"/>
        </w:rPr>
        <w:br/>
      </w:r>
      <w:r>
        <w:rPr>
          <w:lang w:eastAsia="zh-CN"/>
        </w:rPr>
        <w:t>　　我会连续努力，不断补足自我短板，做到与公司一同进展。</w:t>
      </w:r>
      <w:r>
        <w:rPr>
          <w:lang w:eastAsia="zh-CN"/>
        </w:rPr>
        <w:br/>
      </w:r>
      <w:r>
        <w:rPr>
          <w:lang w:eastAsia="zh-CN"/>
        </w:rPr>
        <w:t xml:space="preserve">    销售内勤年底个人工作总结 篇13 </w:t>
      </w:r>
      <w:r>
        <w:rPr>
          <w:lang w:eastAsia="zh-CN"/>
        </w:rPr>
        <w:br/>
      </w:r>
      <w:r>
        <w:rPr>
          <w:lang w:eastAsia="zh-CN"/>
        </w:rPr>
        <w:t>　　我来公司工作已_年多时间，在任职期间，我非常感谢公司领导特别是_总、_总及各位同事的支持与帮助。我也很快融入了我们这个集体当中，成为这大家庭的一员。我很庆幸自己来到了__公司，来到一个很温暖的部门，有领导的关爱，有同事的爱护，感受到这种集体的氛围，来公司我体会很多，也学到很多，让自己成长了很多。更感谢领导的器重和关照，我在工作上也有了突破和改进，在以后工作总我会严格要求自己，做好自己的本职工作。</w:t>
      </w:r>
      <w:r>
        <w:rPr>
          <w:lang w:eastAsia="zh-CN"/>
        </w:rPr>
        <w:br/>
      </w:r>
      <w:r>
        <w:rPr>
          <w:lang w:eastAsia="zh-CN"/>
        </w:rPr>
        <w:t>　　作为原料事业部的销售内勤，我知道岗位的重要性，销售内勤是一个承上启下、需要沟通、协调、多方面联系的重要岗位，为销售业务人员做好保障。_年多期间，我对销售内勤的各种工作都有接触，这些工作对一个人的要求也很高，需要很好很强的耐心、细心。找车发货，物流发货，文件整理，合同整理，数据分析等各项工作都需要认真的去做，面对这些繁多的日常事务，要有头有尾，有安排有跟踪，这些都增强了我协调工作意识，这两年来对工作我也是力求自己做到让公司、领导满意，可是工作中，出现了一些错误，也给公司照成了损失，我表示对公司，对领导歉意，我自己认识自己身上有很多的缺点和不足，我也在一点点的进行自我的改进，自我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一、切实做好自己工作</w:t>
      </w:r>
      <w:r>
        <w:rPr>
          <w:lang w:eastAsia="zh-CN"/>
        </w:rPr>
        <w:br/>
      </w:r>
      <w:r>
        <w:rPr>
          <w:lang w:eastAsia="zh-CN"/>
        </w:rPr>
        <w:t>　　加强工作技能，在工作上力求做的高质高量高效，切切实实做好自己的本职工作，做好领导交代的每项任务；服从领导的指挥和安排；加强自己的工作技能，在工作质量和效率上严格要求自己，减少错误的发生。细节的工作特别能考验一个人。</w:t>
      </w:r>
      <w:r>
        <w:rPr>
          <w:lang w:eastAsia="zh-CN"/>
        </w:rPr>
        <w:br/>
      </w:r>
      <w:r>
        <w:rPr>
          <w:lang w:eastAsia="zh-CN"/>
        </w:rPr>
        <w:t>　　二、加强统筹和管理</w:t>
      </w:r>
      <w:r>
        <w:rPr>
          <w:lang w:eastAsia="zh-CN"/>
        </w:rPr>
        <w:br/>
      </w:r>
      <w:r>
        <w:rPr>
          <w:lang w:eastAsia="zh-CN"/>
        </w:rPr>
        <w:t>　　销售内勤工作本身就会面临着很多繁琐的日常事务，解决问题要一件件解决；如果仅仅面对做单件事情，很容易遗漏一些环节，把点的工作提升到面上来，做到全局的统筹和管理。</w:t>
      </w:r>
      <w:r>
        <w:rPr>
          <w:lang w:eastAsia="zh-CN"/>
        </w:rPr>
        <w:br/>
      </w:r>
      <w:r>
        <w:rPr>
          <w:lang w:eastAsia="zh-CN"/>
        </w:rPr>
        <w:t>　　三、加强部门磨合</w:t>
      </w:r>
      <w:r>
        <w:rPr>
          <w:lang w:eastAsia="zh-CN"/>
        </w:rPr>
        <w:br/>
      </w:r>
      <w:r>
        <w:rPr>
          <w:lang w:eastAsia="zh-CN"/>
        </w:rPr>
        <w:t>　　内勤工作岗位上，新加入了员工，需要学习，也需要大家之间的磨合和配合，不过这些都不是问题，工作中通过配合都能达到协调工作的目的，而且这也是我需要关注的地方，在工作中经常沟通和交流，发现问题、解决问题。</w:t>
      </w:r>
      <w:r>
        <w:rPr>
          <w:lang w:eastAsia="zh-CN"/>
        </w:rPr>
        <w:br/>
      </w:r>
      <w:r>
        <w:rPr>
          <w:lang w:eastAsia="zh-CN"/>
        </w:rPr>
        <w:t>　　四、加强与公司内部其他人员的协调</w:t>
      </w:r>
      <w:r>
        <w:rPr>
          <w:lang w:eastAsia="zh-CN"/>
        </w:rPr>
        <w:br/>
      </w:r>
      <w:r>
        <w:rPr>
          <w:lang w:eastAsia="zh-CN"/>
        </w:rPr>
        <w:t>　　工作中，在与业务人员、其他部门人员都要好好的配合，包括其他部门、财务部、人力资源补等，需要相互的帮助和支持。</w:t>
      </w:r>
      <w:r>
        <w:rPr>
          <w:lang w:eastAsia="zh-CN"/>
        </w:rPr>
        <w:br/>
      </w:r>
      <w:r>
        <w:rPr>
          <w:lang w:eastAsia="zh-CN"/>
        </w:rPr>
        <w:t>　　五、自我工作总结、审查</w:t>
      </w:r>
      <w:r>
        <w:rPr>
          <w:lang w:eastAsia="zh-CN"/>
        </w:rPr>
        <w:br/>
      </w:r>
      <w:r>
        <w:rPr>
          <w:lang w:eastAsia="zh-CN"/>
        </w:rPr>
        <w:t>　　经常检查、审视自己的工作是一个好习惯，这样有益于查漏补缺，了解自己工作的进展，有没有偏离自己的方向，以便于更好的开展下一步工作。</w:t>
      </w:r>
      <w:r>
        <w:rPr>
          <w:lang w:eastAsia="zh-CN"/>
        </w:rPr>
        <w:br/>
      </w:r>
      <w:r>
        <w:rPr>
          <w:lang w:eastAsia="zh-CN"/>
        </w:rPr>
        <w:t>　　六、加强自我学习，提高自己</w:t>
      </w:r>
      <w:r>
        <w:rPr>
          <w:lang w:eastAsia="zh-CN"/>
        </w:rPr>
        <w:br/>
      </w:r>
    </w:p>
    <w:p w:rsidR="001B1F19" w14:textId="27C3F48A">
      <w:pPr>
        <w:rPr>
          <w:rFonts w:hint="eastAsia"/>
          <w:lang w:eastAsia="zh-CN"/>
        </w:rPr>
      </w:pPr>
      <w:r>
        <w:rPr>
          <w:lang w:eastAsia="zh-CN"/>
        </w:rPr>
        <w:t>　　学习是一个人成长的动力，没哟学习一个人不会有进步，所以我要加强自身的学习，拓展知识面，努力提高自己。我会通过自己的努力，提升自己的工作能力，做一名优秀、卓越的员工。</w:t>
      </w:r>
      <w:r>
        <w:rPr>
          <w:lang w:eastAsia="zh-CN"/>
        </w:rPr>
        <w:br/>
      </w:r>
      <w:r>
        <w:rPr>
          <w:lang w:eastAsia="zh-CN"/>
        </w:rPr>
        <w:t>　　1、工作的积极性不高，也就是他们常说的要性不强</w:t>
      </w:r>
      <w:r>
        <w:rPr>
          <w:lang w:eastAsia="zh-CN"/>
        </w:rPr>
        <w:br/>
      </w:r>
      <w:r>
        <w:rPr>
          <w:lang w:eastAsia="zh-CN"/>
        </w:rPr>
        <w:t>　　2、不是很有激情，缺乏主动性</w:t>
      </w:r>
      <w:r>
        <w:rPr>
          <w:lang w:eastAsia="zh-CN"/>
        </w:rPr>
        <w:br/>
      </w:r>
      <w:r>
        <w:rPr>
          <w:lang w:eastAsia="zh-CN"/>
        </w:rPr>
        <w:t>　　总结一年的工作，尽管有了一定的进步和成绩，但在一些方面还存在着不足。比如有创造性的工作思路还不是很多，个别工作做的还不够完善，这有待于在今后的工作中加以改进。在新的一年里，我将认真学习相关专业知道，努力使思想觉悟和工作效率全面进入一个新水平，为公司的'发展做出更大更多的贡献对客户在销售或使用的过程中出现的质量等问题，给予相关部门及时的反馈做到妥善处理。</w:t>
      </w:r>
      <w:r>
        <w:rPr>
          <w:lang w:eastAsia="zh-CN"/>
        </w:rPr>
        <w:br/>
      </w:r>
      <w:r>
        <w:rPr>
          <w:lang w:eastAsia="zh-CN"/>
        </w:rPr>
        <w:t>　　完成公司交给的各项任务，并积极主动有预见性的解决工作中遇到或可能遇到的问题。对资料的完整收集，规范整理，及时归档，随时为领导提供所需的准确销售数据，要随时保持良好的仪态仪表，良好的服务意识和服务质量，充分展现公司的良好形象。保持工作环境的卫生有序，随时对摆放的办公用品及时归位，摆放整齐有序。</w:t>
      </w:r>
      <w:r>
        <w:rPr>
          <w:lang w:eastAsia="zh-CN"/>
        </w:rPr>
        <w:br/>
      </w:r>
      <w:r>
        <w:rPr>
          <w:lang w:eastAsia="zh-CN"/>
        </w:rPr>
        <w:t xml:space="preserve">    销售内勤年底个人工作总结 篇14 </w:t>
      </w:r>
      <w:r>
        <w:rPr>
          <w:lang w:eastAsia="zh-CN"/>
        </w:rPr>
        <w:br/>
      </w:r>
      <w:r>
        <w:rPr>
          <w:lang w:eastAsia="zh-CN"/>
        </w:rPr>
        <w:t>　　一、内勤岗位工作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https://d.book118.com/898101113011006044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98101113011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