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br/>
        <w:t>前情提要</w:t>
        <w:br/>
        <w:t>艾克森把我们扔在这里等死</w:t>
        <w:br/>
        <w:t>Ackerson</w:t>
      </w:r>
      <w:r>
        <w:t xml:space="preserve"> left</w:t>
      </w:r>
      <w:r>
        <w:t xml:space="preserve"> us</w:t>
      </w:r>
      <w:r>
        <w:t xml:space="preserve"> down</w:t>
      </w:r>
      <w:r>
        <w:t xml:space="preserve"> there</w:t>
      </w:r>
      <w:r>
        <w:t xml:space="preserve"> to</w:t>
      </w:r>
      <w:r>
        <w:t xml:space="preserve"> die.</w:t>
        <w:br/>
        <w:t>没有撤离计划</w:t>
      </w:r>
      <w:r>
        <w:t xml:space="preserve"> 没有战甲</w:t>
        <w:br/>
        <w:t>No</w:t>
      </w:r>
      <w:r>
        <w:t xml:space="preserve"> evac,</w:t>
      </w:r>
      <w:r>
        <w:t xml:space="preserve"> no</w:t>
      </w:r>
      <w:r>
        <w:t xml:space="preserve"> armor.</w:t>
        <w:br/>
        <w:t>海军情报局早就知道我们撑不下去</w:t>
      </w:r>
      <w:r>
        <w:t xml:space="preserve"> </w:t>
      </w:r>
      <w:r>
        <w:t xml:space="preserve"> -城市沦陷了</w:t>
        <w:br/>
        <w:t>ONI</w:t>
      </w:r>
      <w:r>
        <w:t xml:space="preserve"> knew</w:t>
      </w:r>
      <w:r>
        <w:t xml:space="preserve"> we</w:t>
      </w:r>
      <w:r>
        <w:t xml:space="preserve"> wouldn't</w:t>
      </w:r>
      <w:r>
        <w:t xml:space="preserve"> make</w:t>
      </w:r>
      <w:r>
        <w:t xml:space="preserve"> it.</w:t>
      </w:r>
      <w:r>
        <w:t xml:space="preserve"> The</w:t>
      </w:r>
      <w:r>
        <w:t xml:space="preserve"> city</w:t>
      </w:r>
      <w:r>
        <w:t xml:space="preserve"> fell</w:t>
        <w:br/>
        <w:t>致远星上的事并非针对你个人</w:t>
      </w:r>
      <w:r>
        <w:t xml:space="preserve"> 是政&amp;hearts;治&amp;hearts;需要</w:t>
        <w:br/>
        <w:t>What</w:t>
      </w:r>
      <w:r>
        <w:t xml:space="preserve"> happened</w:t>
      </w:r>
      <w:r>
        <w:t xml:space="preserve"> on</w:t>
      </w:r>
      <w:r>
        <w:t xml:space="preserve"> Reach</w:t>
      </w:r>
      <w:r>
        <w:t xml:space="preserve"> wasn't</w:t>
      </w:r>
      <w:r>
        <w:t xml:space="preserve"> personal,</w:t>
      </w:r>
      <w:r>
        <w:t xml:space="preserve"> it</w:t>
      </w:r>
      <w:r>
        <w:t xml:space="preserve"> was</w:t>
      </w:r>
      <w:r>
        <w:t xml:space="preserve"> political.</w:t>
        <w:br/>
        <w:t>是巴拉戈斯基</w:t>
      </w:r>
      <w:r>
        <w:t xml:space="preserve"> </w:t>
      </w:r>
      <w:r>
        <w:t xml:space="preserve"> -海军情报局一向护犊子</w:t>
        <w:br/>
        <w:t>It</w:t>
      </w:r>
      <w:r>
        <w:t xml:space="preserve"> was</w:t>
      </w:r>
      <w:r>
        <w:t xml:space="preserve"> Parangosky.</w:t>
      </w:r>
      <w:r>
        <w:t xml:space="preserve"> -</w:t>
      </w:r>
      <w:r>
        <w:t xml:space="preserve"> The</w:t>
      </w:r>
      <w:r>
        <w:t xml:space="preserve"> ONI</w:t>
      </w:r>
      <w:r>
        <w:t xml:space="preserve"> protects</w:t>
      </w:r>
      <w:r>
        <w:t xml:space="preserve"> itself.</w:t>
        <w:br/>
        <w:t>与他们为敌</w:t>
      </w:r>
      <w:r>
        <w:t xml:space="preserve"> 即便你是</w:t>
        <w:br/>
        <w:t>Make</w:t>
      </w:r>
      <w:r>
        <w:t xml:space="preserve"> them</w:t>
      </w:r>
      <w:r>
        <w:t xml:space="preserve"> your</w:t>
      </w:r>
      <w:r>
        <w:t xml:space="preserve"> enemy,</w:t>
      </w:r>
      <w:r>
        <w:t xml:space="preserve"> and</w:t>
      </w:r>
      <w:r>
        <w:t xml:space="preserve"> it</w:t>
      </w:r>
      <w:r>
        <w:t xml:space="preserve"> won't</w:t>
      </w:r>
      <w:r>
        <w:t xml:space="preserve"> matter</w:t>
        <w:br/>
        <w:t>士官长都没用</w:t>
        <w:br/>
        <w:t>that</w:t>
      </w:r>
      <w:r>
        <w:t xml:space="preserve"> you're</w:t>
      </w:r>
      <w:r>
        <w:t xml:space="preserve"> Master</w:t>
      </w:r>
      <w:r>
        <w:t xml:space="preserve"> Chief.</w:t>
        <w:br/>
        <w:t>你什么时候脱离的海军情报局</w:t>
      </w:r>
      <w:r>
        <w:t xml:space="preserve"> 上将</w:t>
        <w:br/>
        <w:t>When</w:t>
      </w:r>
      <w:r>
        <w:t xml:space="preserve"> did</w:t>
      </w:r>
      <w:r>
        <w:t xml:space="preserve"> you</w:t>
      </w:r>
      <w:r>
        <w:t xml:space="preserve"> leave</w:t>
      </w:r>
      <w:r>
        <w:t xml:space="preserve"> ONI,</w:t>
      </w:r>
      <w:r>
        <w:t xml:space="preserve"> Admiral?</w:t>
        <w:br/>
        <w:t>拜托</w:t>
      </w:r>
      <w:r>
        <w:t xml:space="preserve"> 能帮帮他吗</w:t>
        <w:br/>
        <w:t>Please,</w:t>
      </w:r>
      <w:r>
        <w:t xml:space="preserve"> will</w:t>
      </w:r>
      <w:r>
        <w:t xml:space="preserve"> you</w:t>
      </w:r>
      <w:r>
        <w:t xml:space="preserve"> help</w:t>
      </w:r>
      <w:r>
        <w:t xml:space="preserve"> him?</w:t>
        <w:br/>
        <w:t>那你可以为我做些什么呢</w:t>
        <w:br/>
        <w:t>What</w:t>
      </w:r>
      <w:r>
        <w:t xml:space="preserve"> are</w:t>
      </w:r>
      <w:r>
        <w:t xml:space="preserve"> you</w:t>
      </w:r>
      <w:r>
        <w:t xml:space="preserve"> prepared</w:t>
      </w:r>
      <w:r>
        <w:t xml:space="preserve"> to</w:t>
      </w:r>
      <w:r>
        <w:t xml:space="preserve"> do</w:t>
      </w:r>
      <w:r>
        <w:t xml:space="preserve"> for</w:t>
      </w:r>
      <w:r>
        <w:t xml:space="preserve"> me?</w:t>
        <w:br/>
        <w:t>这个人类的东西有什么价值</w:t>
        <w:br/>
        <w:t>知识</w:t>
      </w:r>
      <w:r>
        <w:t xml:space="preserve"> 人类的知识</w:t>
        <w:br/>
        <w:t>你对恶魔了解多少</w:t>
      </w:r>
      <w:r>
        <w:t xml:space="preserve"> </w:t>
      </w:r>
      <w:r>
        <w:t xml:space="preserve"> -他记得你</w:t>
        <w:br/>
        <w:t>What</w:t>
      </w:r>
      <w:r>
        <w:t xml:space="preserve"> do</w:t>
      </w:r>
      <w:r>
        <w:t xml:space="preserve"> you</w:t>
      </w:r>
      <w:r>
        <w:t xml:space="preserve"> know</w:t>
      </w:r>
      <w:r>
        <w:t xml:space="preserve"> of</w:t>
      </w:r>
      <w:r>
        <w:t xml:space="preserve"> the</w:t>
      </w:r>
      <w:r>
        <w:t xml:space="preserve"> Demon?</w:t>
      </w:r>
      <w:r>
        <w:t xml:space="preserve"> -</w:t>
      </w:r>
      <w:r>
        <w:t xml:space="preserve"> He</w:t>
      </w:r>
      <w:r>
        <w:t xml:space="preserve"> remembers</w:t>
      </w:r>
      <w:r>
        <w:t xml:space="preserve"> you.</w:t>
        <w:br/>
        <w:t>你保留了他的记忆</w:t>
      </w:r>
      <w:r>
        <w:t xml:space="preserve"> 给我看看</w:t>
        <w:br/>
        <w:t>You</w:t>
      </w:r>
      <w:r>
        <w:t xml:space="preserve"> keep</w:t>
      </w:r>
      <w:r>
        <w:t xml:space="preserve"> his</w:t>
      </w:r>
      <w:r>
        <w:t xml:space="preserve"> memories.</w:t>
      </w:r>
      <w:r>
        <w:t xml:space="preserve"> Show</w:t>
      </w:r>
      <w:r>
        <w:t xml:space="preserve"> me.</w:t>
        <w:br/>
        <w:t>你将是带领我们走向圣迹环带的人</w:t>
        <w:br/>
        <w:t>我该怎么办？</w:t>
        <w:br/>
        <w:t>相信我</w:t>
      </w:r>
      <w:r>
        <w:t xml:space="preserve"> 我是世尊者</w:t>
        <w:br/>
        <w:t>建造出光环的东西在你身上留下了印迹</w:t>
        <w:br/>
        <w:t>Whatever</w:t>
      </w:r>
      <w:r>
        <w:t xml:space="preserve"> built</w:t>
      </w:r>
      <w:r>
        <w:t xml:space="preserve"> the</w:t>
      </w:r>
      <w:r>
        <w:t xml:space="preserve"> Halo</w:t>
      </w:r>
      <w:r>
        <w:t xml:space="preserve"> left</w:t>
      </w:r>
      <w:r>
        <w:t xml:space="preserve"> something</w:t>
      </w:r>
      <w:r>
        <w:t xml:space="preserve"> in</w:t>
      </w:r>
      <w:r>
        <w:t xml:space="preserve"> you.</w:t>
        <w:br/>
        <w:t>它很接近了</w:t>
      </w:r>
      <w:r>
        <w:t xml:space="preserve"> 那个恶魔</w:t>
        <w:br/>
        <w:t>It's</w:t>
      </w:r>
      <w:r>
        <w:t xml:space="preserve"> close</w:t>
      </w:r>
      <w:r>
        <w:t xml:space="preserve"> now,</w:t>
      </w:r>
      <w:r>
        <w:t xml:space="preserve"> the</w:t>
      </w:r>
      <w:r>
        <w:t xml:space="preserve"> monster.</w:t>
        <w:br/>
        <w:t>来找我</w:t>
      </w:r>
      <w:r>
        <w:t xml:space="preserve"> 救赎我</w:t>
      </w:r>
      <w:r>
        <w:t xml:space="preserve"> 拯救我</w:t>
        <w:br/>
        <w:t>Find</w:t>
      </w:r>
      <w:r>
        <w:t xml:space="preserve"> me,</w:t>
      </w:r>
      <w:r>
        <w:t xml:space="preserve"> deliver</w:t>
      </w:r>
      <w:r>
        <w:t xml:space="preserve"> me,</w:t>
      </w:r>
      <w:r>
        <w:t xml:space="preserve"> save</w:t>
      </w:r>
      <w:r>
        <w:t xml:space="preserve"> me.</w:t>
        <w:br/>
        <w:t>不要放弃你的名字</w:t>
      </w:r>
      <w:r>
        <w:t xml:space="preserve"> 守护者</w:t>
        <w:br/>
        <w:t>Do</w:t>
      </w:r>
      <w:r>
        <w:t xml:space="preserve"> not</w:t>
      </w:r>
      <w:r>
        <w:t xml:space="preserve"> forsake</w:t>
      </w:r>
      <w:r>
        <w:t xml:space="preserve"> your</w:t>
      </w:r>
      <w:r>
        <w:t xml:space="preserve"> name,</w:t>
      </w:r>
      <w:r>
        <w:t xml:space="preserve"> Protector.</w:t>
        <w:br/>
        <w:t>你这个是哪儿来的</w:t>
        <w:br/>
        <w:t>Where</w:t>
      </w:r>
      <w:r>
        <w:t xml:space="preserve"> did</w:t>
      </w:r>
      <w:r>
        <w:t xml:space="preserve"> you</w:t>
      </w:r>
      <w:r>
        <w:t xml:space="preserve"> get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this?</w:t>
        <w:br/>
        <w:t>一个男孩给我的</w:t>
        <w:br/>
        <w:t>A</w:t>
      </w:r>
      <w:r>
        <w:t xml:space="preserve"> boy</w:t>
      </w:r>
      <w:r>
        <w:t xml:space="preserve"> gave</w:t>
      </w:r>
      <w:r>
        <w:t xml:space="preserve"> it</w:t>
      </w:r>
      <w:r>
        <w:t xml:space="preserve"> to</w:t>
      </w:r>
      <w:r>
        <w:t xml:space="preserve"> me.</w:t>
        <w:br/>
        <w:t>他人呢</w:t>
      </w:r>
      <w:r>
        <w:t xml:space="preserve"> </w:t>
      </w:r>
      <w:r>
        <w:t xml:space="preserve"> -他们把他带走了</w:t>
        <w:br/>
        <w:t>－</w:t>
      </w:r>
      <w:r>
        <w:t xml:space="preserve"> Where</w:t>
      </w:r>
      <w:r>
        <w:t xml:space="preserve"> is</w:t>
      </w:r>
      <w:r>
        <w:t xml:space="preserve"> he?</w:t>
      </w:r>
      <w:r>
        <w:t xml:space="preserve"> -</w:t>
      </w:r>
      <w:r>
        <w:t xml:space="preserve"> They</w:t>
      </w:r>
      <w:r>
        <w:t xml:space="preserve"> took</w:t>
      </w:r>
      <w:r>
        <w:t xml:space="preserve"> him</w:t>
      </w:r>
      <w:r>
        <w:t xml:space="preserve"> away.</w:t>
        <w:br/>
        <w:t>谁把凯斯勒带走了</w:t>
      </w:r>
      <w:r>
        <w:t xml:space="preserve"> </w:t>
      </w:r>
      <w:r>
        <w:t xml:space="preserve"> -联&amp;hearts;合&amp;hearts;国&amp;hearts;太空指挥部</w:t>
        <w:br/>
        <w:t>Who</w:t>
      </w:r>
      <w:r>
        <w:t xml:space="preserve"> took</w:t>
      </w:r>
      <w:r>
        <w:t xml:space="preserve"> Kessler?</w:t>
      </w:r>
      <w:r>
        <w:t xml:space="preserve"> -</w:t>
      </w:r>
      <w:r>
        <w:t xml:space="preserve"> The</w:t>
      </w:r>
      <w:r>
        <w:t xml:space="preserve"> UNSC.</w:t>
        <w:br/>
        <w:t>他叫瓦纳克134</w:t>
        <w:br/>
        <w:t>His</w:t>
      </w:r>
      <w:r>
        <w:t xml:space="preserve"> name</w:t>
      </w:r>
      <w:r>
        <w:t xml:space="preserve"> was</w:t>
      </w:r>
      <w:r>
        <w:t xml:space="preserve"> Vannak-</w:t>
      </w:r>
      <w:r>
        <w:t xml:space="preserve"> 134.</w:t>
        <w:br/>
        <w:t>我会找到致你死亡的那些人</w:t>
        <w:br/>
        <w:t>I</w:t>
      </w:r>
      <w:r>
        <w:t xml:space="preserve"> will</w:t>
      </w:r>
      <w:r>
        <w:t xml:space="preserve"> find</w:t>
      </w:r>
      <w:r>
        <w:t xml:space="preserve"> the</w:t>
      </w:r>
      <w:r>
        <w:t xml:space="preserve"> ones</w:t>
      </w:r>
      <w:r>
        <w:t xml:space="preserve"> who</w:t>
      </w:r>
      <w:r>
        <w:t xml:space="preserve"> caused</w:t>
      </w:r>
      <w:r>
        <w:t xml:space="preserve"> your</w:t>
      </w:r>
      <w:r>
        <w:t xml:space="preserve"> death.</w:t>
        <w:br/>
        <w:t>然后将他们了结</w:t>
        <w:br/>
        <w:t>And</w:t>
      </w:r>
      <w:r>
        <w:t xml:space="preserve"> I</w:t>
      </w:r>
      <w:r>
        <w:t xml:space="preserve"> will</w:t>
      </w:r>
      <w:r>
        <w:t xml:space="preserve"> end</w:t>
      </w:r>
      <w:r>
        <w:t xml:space="preserve"> them.</w:t>
        <w:br/>
        <w:t>这里曾是我的家</w:t>
      </w:r>
      <w:r>
        <w:t xml:space="preserve"> 是我的朋友们</w:t>
        <w:br/>
        <w:t>This</w:t>
      </w:r>
      <w:r>
        <w:t xml:space="preserve"> was</w:t>
      </w:r>
      <w:r>
        <w:t xml:space="preserve"> my</w:t>
      </w:r>
      <w:r>
        <w:t xml:space="preserve"> family,</w:t>
      </w:r>
      <w:r>
        <w:t xml:space="preserve"> my</w:t>
      </w:r>
      <w:r>
        <w:t xml:space="preserve"> friends!</w:t>
        <w:br/>
        <w:t>没有人训练过我怎么面对这个</w:t>
        <w:br/>
        <w:t>There's</w:t>
      </w:r>
      <w:r>
        <w:t xml:space="preserve"> no</w:t>
      </w:r>
      <w:r>
        <w:t xml:space="preserve"> training</w:t>
      </w:r>
      <w:r>
        <w:t xml:space="preserve"> for</w:t>
      </w:r>
      <w:r>
        <w:t xml:space="preserve"> this!</w:t>
        <w:br/>
        <w:t>我没法留下来看着</w:t>
        <w:br/>
        <w:t>I</w:t>
      </w:r>
      <w:r>
        <w:t xml:space="preserve"> can't</w:t>
      </w:r>
      <w:r>
        <w:t xml:space="preserve"> stay</w:t>
      </w:r>
      <w:r>
        <w:t xml:space="preserve"> and</w:t>
      </w:r>
      <w:r>
        <w:t xml:space="preserve"> watch.</w:t>
        <w:br/>
        <w:t>你是建议我在没有队长的情况下给银队布置任务吗</w:t>
        <w:br/>
        <w:t>Are</w:t>
      </w:r>
      <w:r>
        <w:t xml:space="preserve"> you</w:t>
      </w:r>
      <w:r>
        <w:t xml:space="preserve"> suggesting</w:t>
      </w:r>
      <w:r>
        <w:t xml:space="preserve"> I</w:t>
      </w:r>
      <w:r>
        <w:t xml:space="preserve"> deploy</w:t>
      </w:r>
      <w:r>
        <w:t xml:space="preserve"> Silver</w:t>
      </w:r>
      <w:r>
        <w:t xml:space="preserve"> Team</w:t>
      </w:r>
      <w:r>
        <w:t xml:space="preserve"> without</w:t>
      </w:r>
      <w:r>
        <w:t xml:space="preserve"> its</w:t>
      </w:r>
      <w:r>
        <w:t xml:space="preserve"> leader?</w:t>
        <w:br/>
        <w:t>就给我</w:t>
      </w:r>
      <w:r>
        <w:t xml:space="preserve"> 直到约翰洗清罪名</w:t>
        <w:br/>
        <w:t>Just</w:t>
      </w:r>
      <w:r>
        <w:t xml:space="preserve"> me,</w:t>
      </w:r>
      <w:r>
        <w:t xml:space="preserve"> till</w:t>
      </w:r>
      <w:r>
        <w:t xml:space="preserve"> John's</w:t>
      </w:r>
      <w:r>
        <w:t xml:space="preserve"> cleared.</w:t>
        <w:br/>
        <w:t>你我都清楚他已经不是他自己了</w:t>
        <w:br/>
        <w:t>You</w:t>
      </w:r>
      <w:r>
        <w:t xml:space="preserve"> and</w:t>
      </w:r>
      <w:r>
        <w:t xml:space="preserve"> I</w:t>
      </w:r>
      <w:r>
        <w:t xml:space="preserve"> both</w:t>
      </w:r>
      <w:r>
        <w:t xml:space="preserve"> know</w:t>
      </w:r>
      <w:r>
        <w:t xml:space="preserve"> he</w:t>
      </w:r>
      <w:r>
        <w:t xml:space="preserve"> s</w:t>
      </w:r>
      <w:r>
        <w:t xml:space="preserve"> not</w:t>
      </w:r>
      <w:r>
        <w:t xml:space="preserve"> himself.</w:t>
        <w:br/>
        <w:t>WU11</w:t>
      </w:r>
      <w:r>
        <w:t xml:space="preserve"> 这里是凤&amp;hearts;凰&amp;hearts;号&amp;hearts;</w:t>
        <w:br/>
        <w:t>Whiskey-</w:t>
      </w:r>
      <w:r>
        <w:t xml:space="preserve"> uniform</w:t>
      </w:r>
      <w:r>
        <w:t xml:space="preserve"> one-</w:t>
      </w:r>
      <w:r>
        <w:t xml:space="preserve"> one.</w:t>
      </w:r>
      <w:r>
        <w:t xml:space="preserve"> This</w:t>
      </w:r>
      <w:r>
        <w:t xml:space="preserve"> is</w:t>
      </w:r>
      <w:r>
        <w:t xml:space="preserve"> Phoenix.</w:t>
        <w:br/>
        <w:t>保持速度</w:t>
        <w:br/>
        <w:t>Maintain</w:t>
      </w:r>
      <w:r>
        <w:t xml:space="preserve"> speed.</w:t>
        <w:br/>
        <w:t>我们训练的目的就是这个</w:t>
        <w:br/>
        <w:t>This</w:t>
      </w:r>
      <w:r>
        <w:t xml:space="preserve"> is</w:t>
      </w:r>
      <w:r>
        <w:t xml:space="preserve"> what</w:t>
      </w:r>
      <w:r>
        <w:t xml:space="preserve"> we've</w:t>
      </w:r>
      <w:r>
        <w:t xml:space="preserve"> trained</w:t>
      </w:r>
      <w:r>
        <w:t xml:space="preserve"> for.</w:t>
        <w:br/>
        <w:t>是时候回报他们了</w:t>
        <w:br/>
        <w:t>It's</w:t>
      </w:r>
      <w:r>
        <w:t xml:space="preserve"> time</w:t>
      </w:r>
      <w:r>
        <w:t xml:space="preserve"> to</w:t>
      </w:r>
      <w:r>
        <w:t xml:space="preserve"> pay</w:t>
      </w:r>
      <w:r>
        <w:t xml:space="preserve"> them</w:t>
      </w:r>
      <w:r>
        <w:t xml:space="preserve"> back.</w:t>
        <w:br/>
        <w:t>如果你弹开那个船体</w:t>
      </w:r>
      <w:r>
        <w:t xml:space="preserve"> 之后两小时就会</w:t>
        <w:br/>
        <w:t>You</w:t>
      </w:r>
      <w:r>
        <w:t xml:space="preserve"> bounce</w:t>
      </w:r>
      <w:r>
        <w:t xml:space="preserve"> off</w:t>
      </w:r>
      <w:r>
        <w:t xml:space="preserve"> that</w:t>
      </w:r>
      <w:r>
        <w:t xml:space="preserve"> hull,</w:t>
      </w:r>
      <w:r>
        <w:t xml:space="preserve"> you're</w:t>
      </w:r>
      <w:r>
        <w:t xml:space="preserve"> gonna</w:t>
      </w:r>
      <w:r>
        <w:t xml:space="preserve"> spend</w:t>
        <w:br/>
        <w:t>一直在太空里转圈圈</w:t>
      </w:r>
      <w:r>
        <w:t xml:space="preserve"> 那我就得</w:t>
        <w:br/>
        <w:t>your</w:t>
      </w:r>
      <w:r>
        <w:t xml:space="preserve"> last</w:t>
      </w:r>
      <w:r>
        <w:t xml:space="preserve"> two</w:t>
      </w:r>
      <w:r>
        <w:t xml:space="preserve"> hours</w:t>
      </w:r>
      <w:r>
        <w:t xml:space="preserve"> spinning</w:t>
      </w:r>
      <w:r>
        <w:t xml:space="preserve"> into</w:t>
      </w:r>
      <w:r>
        <w:t xml:space="preserve"> space,</w:t>
      </w:r>
      <w:r>
        <w:t xml:space="preserve"> and</w:t>
      </w:r>
      <w:r>
        <w:t xml:space="preserve"> I'm</w:t>
      </w:r>
      <w:r>
        <w:t xml:space="preserve"> gonna</w:t>
        <w:br/>
        <w:t>写份报告阐述你是有多愚蠢</w:t>
        <w:br/>
        <w:t>have</w:t>
      </w:r>
      <w:r>
        <w:t xml:space="preserve"> to</w:t>
      </w:r>
      <w:r>
        <w:t xml:space="preserve"> write</w:t>
      </w:r>
      <w:r>
        <w:t xml:space="preserve"> a</w:t>
      </w:r>
      <w:r>
        <w:t xml:space="preserve"> report</w:t>
      </w:r>
      <w:r>
        <w:t xml:space="preserve"> about</w:t>
      </w:r>
      <w:r>
        <w:t xml:space="preserve"> what</w:t>
      </w:r>
      <w:r>
        <w:t xml:space="preserve"> a</w:t>
      </w:r>
      <w:r>
        <w:t xml:space="preserve"> dumbass</w:t>
      </w:r>
      <w:r>
        <w:t xml:space="preserve"> you</w:t>
      </w:r>
      <w:r>
        <w:t xml:space="preserve"> are.</w:t>
        <w:br/>
        <w:t>而我又很讨厌写报告</w:t>
        <w:br/>
        <w:t>And</w:t>
      </w:r>
      <w:r>
        <w:t xml:space="preserve"> I</w:t>
      </w:r>
      <w:r>
        <w:t xml:space="preserve"> hate</w:t>
      </w:r>
      <w:r>
        <w:t xml:space="preserve"> writing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reports.</w:t>
        <w:br/>
        <w:t>就算写也不会是写我</w:t>
        <w:br/>
        <w:t>You</w:t>
      </w:r>
      <w:r>
        <w:t xml:space="preserve"> ain't</w:t>
      </w:r>
      <w:r>
        <w:t xml:space="preserve"> gonna</w:t>
      </w:r>
      <w:r>
        <w:t xml:space="preserve"> write</w:t>
      </w:r>
      <w:r>
        <w:t xml:space="preserve"> about</w:t>
      </w:r>
      <w:r>
        <w:t xml:space="preserve"> me.</w:t>
        <w:br/>
        <w:t>标枪突击队</w:t>
        <w:br/>
        <w:t>Assault</w:t>
      </w:r>
      <w:r>
        <w:t xml:space="preserve"> Unit</w:t>
      </w:r>
      <w:r>
        <w:t xml:space="preserve"> Javelin,</w:t>
        <w:br/>
        <w:t>可以跳了</w:t>
        <w:br/>
        <w:t>you</w:t>
      </w:r>
      <w:r>
        <w:t xml:space="preserve"> are</w:t>
      </w:r>
      <w:r>
        <w:t xml:space="preserve"> clear</w:t>
      </w:r>
      <w:r>
        <w:t xml:space="preserve"> for</w:t>
      </w:r>
      <w:r>
        <w:t xml:space="preserve"> jump.</w:t>
        <w:br/>
        <w:t>一队</w:t>
        <w:br/>
        <w:t>First</w:t>
      </w:r>
      <w:r>
        <w:t xml:space="preserve"> squad,</w:t>
        <w:br/>
        <w:t>向前转</w:t>
        <w:br/>
        <w:t>on</w:t>
      </w:r>
      <w:r>
        <w:t xml:space="preserve"> the</w:t>
      </w:r>
      <w:r>
        <w:t xml:space="preserve"> beam!</w:t>
        <w:br/>
        <w:t>斯巴达战士</w:t>
      </w:r>
      <w:r>
        <w:t xml:space="preserve"> </w:t>
      </w:r>
      <w:r>
        <w:t xml:space="preserve"> -永不死</w:t>
        <w:br/>
        <w:t>Spartans!</w:t>
      </w:r>
      <w:r>
        <w:t xml:space="preserve"> Never</w:t>
      </w:r>
      <w:r>
        <w:t xml:space="preserve"> die!</w:t>
        <w:br/>
        <w:t>祝好运</w:t>
      </w:r>
      <w:r>
        <w:t xml:space="preserve"> 斯巴达战士们</w:t>
        <w:br/>
        <w:t>Godspeed,</w:t>
      </w:r>
      <w:r>
        <w:t xml:space="preserve"> Spartans.</w:t>
        <w:br/>
        <w:t>标枪二号&amp;hearts;</w:t>
      </w:r>
      <w:r>
        <w:t xml:space="preserve"> 检查下你角度</w:t>
        <w:br/>
        <w:t>Javelin-</w:t>
      </w:r>
      <w:r>
        <w:t xml:space="preserve"> Two,</w:t>
      </w:r>
      <w:r>
        <w:t xml:space="preserve"> check</w:t>
      </w:r>
      <w:r>
        <w:t xml:space="preserve"> your</w:t>
      </w:r>
      <w:r>
        <w:t xml:space="preserve"> angle.</w:t>
        <w:br/>
        <w:t>保持队形</w:t>
        <w:br/>
        <w:t>Maintain</w:t>
      </w:r>
      <w:r>
        <w:t xml:space="preserve"> formation.</w:t>
        <w:br/>
        <w:t>注意保持方向</w:t>
        <w:br/>
        <w:t>Watch</w:t>
      </w:r>
      <w:r>
        <w:t xml:space="preserve"> your</w:t>
      </w:r>
      <w:r>
        <w:t xml:space="preserve"> linel</w:t>
        <w:br/>
        <w:t>佩雷斯</w:t>
        <w:br/>
        <w:t>Perez!</w:t>
        <w:br/>
        <w:t>你&amp;hearts;他&amp;hearts;妈&amp;hearts;干嘛呢</w:t>
        <w:br/>
        <w:t>What</w:t>
      </w:r>
      <w:r>
        <w:t xml:space="preserve"> the</w:t>
      </w:r>
      <w:r>
        <w:t xml:space="preserve"> hell</w:t>
      </w:r>
      <w:r>
        <w:t xml:space="preserve"> are</w:t>
      </w:r>
      <w:r>
        <w:t xml:space="preserve"> you</w:t>
      </w:r>
      <w:r>
        <w:t xml:space="preserve"> doing?</w:t>
        <w:br/>
        <w:t>回到原位</w:t>
      </w:r>
      <w:r>
        <w:t xml:space="preserve"> </w:t>
      </w:r>
      <w:r>
        <w:t xml:space="preserve"> -写你报告里吧</w:t>
        <w:br/>
        <w:t>Get</w:t>
      </w:r>
      <w:r>
        <w:t xml:space="preserve"> back</w:t>
      </w:r>
      <w:r>
        <w:t xml:space="preserve"> into</w:t>
      </w:r>
      <w:r>
        <w:t xml:space="preserve"> position.</w:t>
      </w:r>
      <w:r>
        <w:t xml:space="preserve"> Put</w:t>
      </w:r>
      <w:r>
        <w:t xml:space="preserve"> it</w:t>
      </w:r>
      <w:r>
        <w:t xml:space="preserve"> in</w:t>
      </w:r>
      <w:r>
        <w:t xml:space="preserve"> your</w:t>
      </w:r>
      <w:r>
        <w:t xml:space="preserve"> report.</w:t>
        <w:br/>
        <w:t>这里不止你一个人</w:t>
        <w:br/>
        <w:t>You're</w:t>
      </w:r>
      <w:r>
        <w:t xml:space="preserve"> not</w:t>
      </w:r>
      <w:r>
        <w:t xml:space="preserve"> the</w:t>
      </w:r>
      <w:r>
        <w:t xml:space="preserve"> only</w:t>
      </w:r>
      <w:r>
        <w:t xml:space="preserve"> one</w:t>
      </w:r>
      <w:r>
        <w:t xml:space="preserve"> out</w:t>
      </w:r>
      <w:r>
        <w:t xml:space="preserve"> here!</w:t>
        <w:br/>
        <w:t>这里是标枪队</w:t>
        <w:br/>
        <w:t>This</w:t>
      </w:r>
      <w:r>
        <w:t xml:space="preserve"> is</w:t>
      </w:r>
      <w:r>
        <w:t xml:space="preserve"> Javelin.</w:t>
        <w:br/>
        <w:t>遭受到星盟护卫舰的持续攻击</w:t>
        <w:br/>
        <w:t>Taking</w:t>
      </w:r>
      <w:r>
        <w:t xml:space="preserve"> sustained</w:t>
      </w:r>
      <w:r>
        <w:t xml:space="preserve"> fire</w:t>
      </w:r>
      <w:r>
        <w:t xml:space="preserve"> from</w:t>
      </w:r>
      <w:r>
        <w:t xml:space="preserve"> the</w:t>
      </w:r>
      <w:r>
        <w:t xml:space="preserve"> Covenant</w:t>
      </w:r>
      <w:r>
        <w:t xml:space="preserve"> Corvette.</w:t>
        <w:br/>
        <w:t>他们锁定我们了</w:t>
        <w:br/>
        <w:t>They</w:t>
      </w:r>
      <w:r>
        <w:t xml:space="preserve"> have</w:t>
      </w:r>
      <w:r>
        <w:t xml:space="preserve"> a</w:t>
      </w:r>
      <w:r>
        <w:t xml:space="preserve"> lock.</w:t>
        <w:br/>
        <w:t>他们看到我们了</w:t>
      </w:r>
      <w:r>
        <w:t xml:space="preserve"> </w:t>
      </w:r>
      <w:r>
        <w:t xml:space="preserve"> -保持路线</w:t>
        <w:br/>
        <w:t>They</w:t>
      </w:r>
      <w:r>
        <w:t xml:space="preserve"> see</w:t>
      </w:r>
      <w:r>
        <w:t xml:space="preserve"> usl-</w:t>
      </w:r>
      <w:r>
        <w:t xml:space="preserve"> Maintain</w:t>
      </w:r>
      <w:r>
        <w:t xml:space="preserve"> your</w:t>
      </w:r>
      <w:r>
        <w:t xml:space="preserve"> lines!</w:t>
        <w:br/>
        <w:t>跟踪炮塔数量击知</w:t>
        <w:br/>
        <w:t>Unknown</w:t>
      </w:r>
      <w:r>
        <w:t xml:space="preserve"> number</w:t>
      </w:r>
      <w:r>
        <w:t xml:space="preserve"> of</w:t>
      </w:r>
      <w:r>
        <w:t xml:space="preserve"> turrets</w:t>
      </w:r>
      <w:r>
        <w:t xml:space="preserve"> tracking.</w:t>
        <w:br/>
        <w:t>标枪队</w:t>
      </w:r>
      <w:r>
        <w:t xml:space="preserve"> 保持分散</w:t>
        <w:br/>
        <w:t>Javelin</w:t>
      </w:r>
      <w:r>
        <w:t xml:space="preserve"> Team,</w:t>
      </w:r>
      <w:r>
        <w:t xml:space="preserve"> maintain</w:t>
      </w:r>
      <w:r>
        <w:t xml:space="preserve"> dispersion.</w:t>
        <w:br/>
        <w:t>不要重叠</w:t>
        <w:br/>
        <w:t>Don't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overlapl</w:t>
        <w:br/>
        <w:t>即将落上目标</w:t>
      </w:r>
      <w:r>
        <w:t xml:space="preserve"> 三</w:t>
      </w:r>
      <w:r>
        <w:t xml:space="preserve"> 二</w:t>
      </w:r>
      <w:r>
        <w:t xml:space="preserve"> 一</w:t>
        <w:br/>
        <w:t>On</w:t>
      </w:r>
      <w:r>
        <w:t xml:space="preserve"> target</w:t>
      </w:r>
      <w:r>
        <w:t xml:space="preserve"> in</w:t>
      </w:r>
      <w:r>
        <w:t xml:space="preserve"> three,</w:t>
      </w:r>
      <w:r>
        <w:t xml:space="preserve"> two,</w:t>
      </w:r>
      <w:r>
        <w:t xml:space="preserve"> one.</w:t>
        <w:br/>
        <w:t>凤&amp;hearts;凰&amp;hearts;号&amp;hearts;</w:t>
      </w:r>
      <w:r>
        <w:t xml:space="preserve"> 这里是标枪一号&amp;hearts;</w:t>
        <w:br/>
        <w:t>Phoenix,</w:t>
      </w:r>
      <w:r>
        <w:t xml:space="preserve"> this</w:t>
      </w:r>
      <w:r>
        <w:t xml:space="preserve"> is</w:t>
      </w:r>
      <w:r>
        <w:t xml:space="preserve"> Javelin-</w:t>
      </w:r>
      <w:r>
        <w:t xml:space="preserve"> One.</w:t>
        <w:br/>
        <w:t>第一阶段完成</w:t>
        <w:br/>
        <w:t>Phase</w:t>
      </w:r>
      <w:r>
        <w:t xml:space="preserve"> One</w:t>
      </w:r>
      <w:r>
        <w:t xml:space="preserve"> complete.</w:t>
        <w:br/>
        <w:t>启动第二阶段</w:t>
        <w:br/>
        <w:t>Initiating</w:t>
      </w:r>
      <w:r>
        <w:t xml:space="preserve"> Phase</w:t>
      </w:r>
      <w:r>
        <w:t xml:space="preserve"> Two.</w:t>
        <w:br/>
        <w:t>小心炸&amp;hearts;弹&amp;hearts;</w:t>
        <w:br/>
        <w:t>Fire</w:t>
      </w:r>
      <w:r>
        <w:t xml:space="preserve"> in</w:t>
      </w:r>
      <w:r>
        <w:t xml:space="preserve"> the</w:t>
      </w:r>
      <w:r>
        <w:t xml:space="preserve"> hole!</w:t>
        <w:br/>
        <w:t>让开</w:t>
        <w:br/>
        <w:t>Movel</w:t>
      </w:r>
      <w:r>
        <w:t xml:space="preserve"> Move!</w:t>
        <w:br/>
        <w:t>舰桥就在这个甲板上面</w:t>
        <w:br/>
        <w:t>The</w:t>
      </w:r>
      <w:r>
        <w:t xml:space="preserve"> bridge</w:t>
      </w:r>
      <w:r>
        <w:t xml:space="preserve"> is</w:t>
      </w:r>
      <w:r>
        <w:t xml:space="preserve"> on</w:t>
      </w:r>
      <w:r>
        <w:t xml:space="preserve"> this</w:t>
      </w:r>
      <w:r>
        <w:t xml:space="preserve"> deck!</w:t>
        <w:br/>
        <w:t>回击</w:t>
        <w:br/>
        <w:t>Hit</w:t>
      </w:r>
      <w:r>
        <w:t xml:space="preserve"> him</w:t>
      </w:r>
      <w:r>
        <w:t xml:space="preserve"> back!</w:t>
        <w:br/>
        <w:t>甲板上有烟</w:t>
      </w:r>
      <w:r>
        <w:t xml:space="preserve"> 退后</w:t>
        <w:br/>
        <w:t>Mark</w:t>
      </w:r>
      <w:r>
        <w:t xml:space="preserve"> smoke</w:t>
      </w:r>
      <w:r>
        <w:t xml:space="preserve"> on</w:t>
      </w:r>
      <w:r>
        <w:t xml:space="preserve"> the</w:t>
      </w:r>
      <w:r>
        <w:t xml:space="preserve"> deck!</w:t>
      </w:r>
      <w:r>
        <w:t xml:space="preserve"> Stay</w:t>
      </w:r>
      <w:r>
        <w:t xml:space="preserve"> back!</w:t>
        <w:br/>
        <w:t>甲板上有烟</w:t>
      </w:r>
      <w:r>
        <w:t xml:space="preserve"> 退后</w:t>
        <w:br/>
        <w:t>Mark</w:t>
      </w:r>
      <w:r>
        <w:t xml:space="preserve"> smoke</w:t>
      </w:r>
      <w:r>
        <w:t xml:space="preserve"> on</w:t>
      </w:r>
      <w:r>
        <w:t xml:space="preserve"> the</w:t>
      </w:r>
      <w:r>
        <w:t xml:space="preserve"> deck!</w:t>
      </w:r>
      <w:r>
        <w:t xml:space="preserve"> Stay</w:t>
      </w:r>
      <w:r>
        <w:t xml:space="preserve"> back!</w:t>
        <w:br/>
        <w:t>甲板上有烟</w:t>
      </w:r>
      <w:r>
        <w:t xml:space="preserve"> 退后</w:t>
        <w:br/>
        <w:t>Mark</w:t>
      </w:r>
      <w:r>
        <w:t xml:space="preserve"> smoke</w:t>
      </w:r>
      <w:r>
        <w:t xml:space="preserve"> on</w:t>
      </w:r>
      <w:r>
        <w:t xml:space="preserve"> the</w:t>
      </w:r>
      <w:r>
        <w:t xml:space="preserve"> deckl</w:t>
      </w:r>
      <w:r>
        <w:t xml:space="preserve"> Stay</w:t>
      </w:r>
      <w:r>
        <w:t xml:space="preserve"> backl</w:t>
        <w:br/>
        <w:t>海耶斯倒下了</w:t>
        <w:br/>
        <w:t>Hayes</w:t>
      </w:r>
      <w:r>
        <w:t xml:space="preserve"> is</w:t>
      </w:r>
      <w:r>
        <w:t xml:space="preserve"> downl</w:t>
        <w:br/>
        <w:t>海耶斯倒下了</w:t>
        <w:br/>
        <w:t>Hayes</w:t>
      </w:r>
      <w:r>
        <w:t xml:space="preserve"> is</w:t>
      </w:r>
      <w:r>
        <w:t xml:space="preserve"> downl</w:t>
        <w:br/>
        <w:t>六点钟方向有动静</w:t>
        <w:br/>
        <w:t>Movement</w:t>
      </w:r>
      <w:r>
        <w:t xml:space="preserve"> on</w:t>
      </w:r>
      <w:r>
        <w:t xml:space="preserve"> our</w:t>
      </w:r>
      <w:r>
        <w:t xml:space="preserve"> six!</w:t>
        <w:br/>
        <w:t>移&amp;hearts;动&amp;hearts;位置</w:t>
        <w:br/>
        <w:t>Moving!</w:t>
        <w:br/>
        <w:t>现在</w:t>
      </w:r>
      <w:r>
        <w:t xml:space="preserve"> 佩雷斯</w:t>
      </w:r>
      <w:r>
        <w:t xml:space="preserve"> 走了</w:t>
        <w:br/>
        <w:t>Now,</w:t>
      </w:r>
      <w:r>
        <w:t xml:space="preserve"> Perezl</w:t>
      </w:r>
      <w:r>
        <w:t xml:space="preserve"> Let's</w:t>
      </w:r>
      <w:r>
        <w:t xml:space="preserve"> go!</w:t>
        <w:br/>
        <w:t>跟我</w:t>
      </w:r>
      <w:r>
        <w:t xml:space="preserve"> 快走</w:t>
      </w:r>
      <w:r>
        <w:t xml:space="preserve"> 快走</w:t>
        <w:br/>
        <w:t>Movel</w:t>
      </w:r>
      <w:r>
        <w:t xml:space="preserve"> Movel</w:t>
        <w:br/>
        <w:t>舰桥</w:t>
      </w:r>
      <w:r>
        <w:t xml:space="preserve"> 向右突破</w:t>
        <w:br/>
        <w:t>BridgelBreak</w:t>
      </w:r>
      <w:r>
        <w:t xml:space="preserve"> rightl</w:t>
        <w:br/>
        <w:t>舰桥</w:t>
      </w:r>
      <w:r>
        <w:t xml:space="preserve"> 向右突破</w:t>
        <w:br/>
        <w:t>BridgelBreak</w:t>
      </w:r>
      <w:r>
        <w:t xml:space="preserve"> rightl</w:t>
        <w:br/>
        <w:t>舰桥</w:t>
      </w:r>
      <w:r>
        <w:t xml:space="preserve"> 向右突破</w:t>
        <w:br/>
        <w:t>Briclcyel</w:t>
      </w:r>
      <w:r>
        <w:t xml:space="preserve"> Break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rightl</w:t>
        <w:br/>
        <w:t>快走</w:t>
        <w:br/>
        <w:t>Movel</w:t>
      </w:r>
      <w:r>
        <w:t xml:space="preserve"> Go!</w:t>
        <w:br/>
        <w:t>快走</w:t>
        <w:br/>
        <w:t>Movel</w:t>
      </w:r>
      <w:r>
        <w:t xml:space="preserve"> Go!</w:t>
        <w:br/>
        <w:t>吉尔罗伊</w:t>
      </w:r>
      <w:r>
        <w:t xml:space="preserve"> 掩护我</w:t>
        <w:br/>
        <w:t>Gilroyl</w:t>
      </w:r>
      <w:r>
        <w:t xml:space="preserve"> Cover</w:t>
      </w:r>
      <w:r>
        <w:t xml:space="preserve"> mel</w:t>
        <w:br/>
        <w:t>我没事</w:t>
        <w:br/>
        <w:t>I'm</w:t>
      </w:r>
      <w:r>
        <w:t xml:space="preserve"> good.</w:t>
        <w:br/>
        <w:t>换位置</w:t>
        <w:br/>
        <w:t>Move</w:t>
      </w:r>
      <w:r>
        <w:t xml:space="preserve"> it!</w:t>
        <w:br/>
        <w:t>我找到了</w:t>
        <w:br/>
        <w:t>I</w:t>
      </w:r>
      <w:r>
        <w:t xml:space="preserve"> have</w:t>
      </w:r>
      <w:r>
        <w:t xml:space="preserve"> itl</w:t>
        <w:br/>
        <w:t>冈田倒下了</w:t>
        <w:br/>
        <w:t>Okada's</w:t>
      </w:r>
      <w:r>
        <w:t xml:space="preserve"> down!</w:t>
        <w:br/>
        <w:t>快走</w:t>
        <w:br/>
        <w:t>Go!</w:t>
      </w:r>
      <w:r>
        <w:t xml:space="preserve"> Go!</w:t>
        <w:br/>
        <w:t>快走</w:t>
        <w:br/>
        <w:t>Go!</w:t>
      </w:r>
      <w:r>
        <w:t xml:space="preserve"> Go!</w:t>
        <w:br/>
        <w:t>行动</w:t>
      </w:r>
      <w:r>
        <w:t xml:space="preserve"> </w:t>
      </w:r>
      <w:r>
        <w:t xml:space="preserve"> -走了走了</w:t>
        <w:br/>
        <w:t>Movel</w:t>
      </w:r>
      <w:r>
        <w:t xml:space="preserve"> Go!</w:t>
      </w:r>
      <w:r>
        <w:t xml:space="preserve"> Go!</w:t>
        <w:br/>
        <w:t>检查角落</w:t>
        <w:br/>
        <w:t>Check</w:t>
      </w:r>
      <w:r>
        <w:t xml:space="preserve"> your</w:t>
      </w:r>
      <w:r>
        <w:t xml:space="preserve"> corners.</w:t>
        <w:br/>
        <w:t>安全</w:t>
        <w:br/>
        <w:t>Clear.</w:t>
        <w:br/>
        <w:t>我跟你说过</w:t>
      </w:r>
      <w:r>
        <w:t xml:space="preserve"> 只有菜鸟才说”安全”</w:t>
        <w:br/>
        <w:t>I</w:t>
      </w:r>
      <w:r>
        <w:t xml:space="preserve"> told</w:t>
      </w:r>
      <w:r>
        <w:t xml:space="preserve"> you,</w:t>
      </w:r>
      <w:r>
        <w:t xml:space="preserve"> only</w:t>
      </w:r>
      <w:r>
        <w:t xml:space="preserve"> rookies</w:t>
      </w:r>
      <w:r>
        <w:t xml:space="preserve"> say"clear.</w:t>
      </w:r>
      <w:r>
        <w:t xml:space="preserve"> "</w:t>
        <w:br/>
        <w:t>我还跟你说滚</w:t>
        <w:br/>
        <w:t>And</w:t>
      </w:r>
      <w:r>
        <w:t xml:space="preserve"> I</w:t>
      </w:r>
      <w:r>
        <w:t xml:space="preserve"> told</w:t>
      </w:r>
      <w:r>
        <w:t xml:space="preserve"> you</w:t>
      </w:r>
      <w:r>
        <w:t xml:space="preserve"> to</w:t>
      </w:r>
      <w:r>
        <w:t xml:space="preserve"> kiss</w:t>
      </w:r>
      <w:r>
        <w:t xml:space="preserve"> my-</w:t>
      </w:r>
      <w:r>
        <w:t xml:space="preserve"> -</w:t>
        <w:br/>
        <w:t>穆林斯</w:t>
        <w:br/>
        <w:t>Mullins!</w:t>
        <w:br/>
        <w:t>完成任务</w:t>
        <w:br/>
        <w:t>Finish</w:t>
      </w:r>
      <w:r>
        <w:t xml:space="preserve"> itl</w:t>
        <w:br/>
        <w:t>舰队司令部</w:t>
      </w:r>
      <w:r>
        <w:t xml:space="preserve"> 这里是标枪四号&amp;hearts;</w:t>
        <w:br/>
        <w:t>Fleet</w:t>
      </w:r>
      <w:r>
        <w:t xml:space="preserve"> Command,</w:t>
      </w:r>
      <w:r>
        <w:t xml:space="preserve"> this</w:t>
      </w:r>
      <w:r>
        <w:t xml:space="preserve"> is</w:t>
      </w:r>
      <w:r>
        <w:t xml:space="preserve"> Javelin-</w:t>
      </w:r>
      <w:r>
        <w:t xml:space="preserve"> Four.</w:t>
        <w:br/>
        <w:t>是唯一一个还活着的人了</w:t>
        <w:br/>
        <w:t>I'm</w:t>
      </w:r>
      <w:r>
        <w:t xml:space="preserve"> the</w:t>
      </w:r>
      <w:r>
        <w:t xml:space="preserve"> last</w:t>
      </w:r>
      <w:r>
        <w:t xml:space="preserve"> one</w:t>
      </w:r>
      <w:r>
        <w:t xml:space="preserve"> left.</w:t>
        <w:br/>
        <w:t>准备刺入</w:t>
        <w:br/>
        <w:t>Preparing</w:t>
      </w:r>
      <w:r>
        <w:t xml:space="preserve"> to</w:t>
      </w:r>
      <w:r>
        <w:t xml:space="preserve"> spike.</w:t>
        <w:br/>
        <w:t>准备连接</w:t>
        <w:br/>
        <w:t>Stand</w:t>
      </w:r>
      <w:r>
        <w:t xml:space="preserve"> by</w:t>
      </w:r>
      <w:r>
        <w:t xml:space="preserve"> to</w:t>
      </w:r>
      <w:r>
        <w:t xml:space="preserve"> connect.</w:t>
        <w:br/>
        <w:t>没完成</w:t>
        <w:br/>
        <w:t>We</w:t>
      </w:r>
      <w:r>
        <w:t xml:space="preserve"> don't</w:t>
      </w:r>
      <w:r>
        <w:t xml:space="preserve"> have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it!</w:t>
        <w:br/>
        <w:t>该死</w:t>
        <w:br/>
        <w:t>Goddamn</w:t>
      </w:r>
      <w:r>
        <w:t xml:space="preserve"> it.</w:t>
        <w:br/>
        <w:t>放轻松</w:t>
      </w:r>
      <w:r>
        <w:t xml:space="preserve"> 斯巴达战士</w:t>
        <w:br/>
        <w:t>Take</w:t>
      </w:r>
      <w:r>
        <w:t xml:space="preserve"> it</w:t>
      </w:r>
      <w:r>
        <w:t xml:space="preserve"> easy,</w:t>
      </w:r>
      <w:r>
        <w:t xml:space="preserve"> Spartan.</w:t>
        <w:br/>
        <w:t>你们都死了</w:t>
        <w:br/>
        <w:t>You're</w:t>
      </w:r>
      <w:r>
        <w:t xml:space="preserve"> all</w:t>
      </w:r>
      <w:r>
        <w:t xml:space="preserve"> dead.</w:t>
        <w:br/>
        <w:t>又一次死掉了</w:t>
        <w:br/>
        <w:t>Again.</w:t>
        <w:br/>
        <w:t>星盟的高级防护罩</w:t>
        <w:br/>
        <w:t>The</w:t>
      </w:r>
      <w:r>
        <w:t xml:space="preserve"> Covenant's</w:t>
      </w:r>
      <w:r>
        <w:t xml:space="preserve"> advanced</w:t>
      </w:r>
      <w:r>
        <w:t xml:space="preserve"> shielding</w:t>
        <w:br/>
        <w:t>意味着每攻下一艘这种飞船我们就要损失掉三艘船</w:t>
        <w:br/>
        <w:t>means</w:t>
      </w:r>
      <w:r>
        <w:t xml:space="preserve"> that</w:t>
      </w:r>
      <w:r>
        <w:t xml:space="preserve"> we</w:t>
      </w:r>
      <w:r>
        <w:t xml:space="preserve"> lose</w:t>
      </w:r>
      <w:r>
        <w:t xml:space="preserve"> three</w:t>
      </w:r>
      <w:r>
        <w:t xml:space="preserve"> ships</w:t>
      </w:r>
      <w:r>
        <w:t xml:space="preserve"> for</w:t>
      </w:r>
      <w:r>
        <w:t xml:space="preserve"> every</w:t>
      </w:r>
      <w:r>
        <w:t xml:space="preserve"> one</w:t>
      </w:r>
      <w:r>
        <w:t xml:space="preserve"> of</w:t>
      </w:r>
      <w:r>
        <w:t xml:space="preserve"> these.</w:t>
        <w:br/>
        <w:t>他们的瞄准系统也很优越</w:t>
        <w:br/>
        <w:t>Their</w:t>
      </w:r>
      <w:r>
        <w:t xml:space="preserve"> targeting</w:t>
      </w:r>
      <w:r>
        <w:t xml:space="preserve"> system</w:t>
      </w:r>
      <w:r>
        <w:t xml:space="preserve"> is</w:t>
      </w:r>
      <w:r>
        <w:t xml:space="preserve"> superior</w:t>
      </w:r>
      <w:r>
        <w:t xml:space="preserve"> as</w:t>
      </w:r>
      <w:r>
        <w:t xml:space="preserve"> well.</w:t>
        <w:br/>
        <w:t>但这也是他们的弱点</w:t>
        <w:br/>
        <w:t>But</w:t>
      </w:r>
      <w:r>
        <w:t xml:space="preserve"> that</w:t>
      </w:r>
      <w:r>
        <w:t xml:space="preserve"> is</w:t>
      </w:r>
      <w:r>
        <w:t xml:space="preserve"> also</w:t>
      </w:r>
      <w:r>
        <w:t xml:space="preserve"> their</w:t>
      </w:r>
      <w:r>
        <w:t xml:space="preserve"> weakness.</w:t>
        <w:br/>
        <w:t>请回放</w:t>
        <w:br/>
        <w:t>Playback,</w:t>
      </w:r>
      <w:r>
        <w:t xml:space="preserve"> please.</w:t>
        <w:br/>
        <w:t>他们可以很轻易就锁定我们攻击舰</w:t>
        <w:br/>
        <w:t>They</w:t>
      </w:r>
      <w:r>
        <w:t xml:space="preserve"> have</w:t>
      </w:r>
      <w:r>
        <w:t xml:space="preserve"> no</w:t>
      </w:r>
      <w:r>
        <w:t xml:space="preserve"> problem</w:t>
      </w:r>
      <w:r>
        <w:t xml:space="preserve"> locking</w:t>
      </w:r>
      <w:r>
        <w:t xml:space="preserve"> onto</w:t>
      </w:r>
      <w:r>
        <w:t xml:space="preserve"> our</w:t>
      </w:r>
      <w:r>
        <w:t xml:space="preserve"> attack</w:t>
      </w:r>
      <w:r>
        <w:t xml:space="preserve"> ships.</w:t>
        <w:br/>
        <w:t>但对较小的目标锁定效果就比较差</w:t>
        <w:br/>
        <w:t>But</w:t>
      </w:r>
      <w:r>
        <w:t xml:space="preserve"> they're</w:t>
      </w:r>
      <w:r>
        <w:t xml:space="preserve"> less</w:t>
      </w:r>
      <w:r>
        <w:t xml:space="preserve"> effective</w:t>
      </w:r>
      <w:r>
        <w:t xml:space="preserve"> against</w:t>
      </w:r>
      <w:r>
        <w:t xml:space="preserve"> smaller</w:t>
      </w:r>
      <w:r>
        <w:t xml:space="preserve"> targets.</w:t>
        <w:br/>
        <w:t>也就是你们</w:t>
        <w:br/>
        <w:t>That's</w:t>
      </w:r>
      <w:r>
        <w:t xml:space="preserve"> you.</w:t>
        <w:br/>
        <w:t>我能在2500米外干掉一个精英战士</w:t>
        <w:br/>
        <w:t>I</w:t>
      </w:r>
      <w:r>
        <w:t xml:space="preserve"> can</w:t>
      </w:r>
      <w:r>
        <w:t xml:space="preserve"> take</w:t>
      </w:r>
      <w:r>
        <w:t xml:space="preserve"> down</w:t>
      </w:r>
      <w:r>
        <w:t xml:space="preserve"> an</w:t>
      </w:r>
      <w:r>
        <w:t xml:space="preserve"> Elite</w:t>
      </w:r>
      <w:r>
        <w:t xml:space="preserve"> at</w:t>
      </w:r>
      <w:r>
        <w:t xml:space="preserve"> 2,</w:t>
      </w:r>
      <w:r>
        <w:t xml:space="preserve"> 500</w:t>
      </w:r>
      <w:r>
        <w:t xml:space="preserve"> meters.</w:t>
        <w:br/>
        <w:t>但我的步&amp;hearts;枪&amp;hearts;对付一群蜜蜂就毫无用处了</w:t>
        <w:br/>
        <w:t>But</w:t>
      </w:r>
      <w:r>
        <w:t xml:space="preserve"> my</w:t>
      </w:r>
      <w:r>
        <w:t xml:space="preserve"> rifle</w:t>
      </w:r>
      <w:r>
        <w:t xml:space="preserve"> is</w:t>
      </w:r>
      <w:r>
        <w:t xml:space="preserve"> useless</w:t>
      </w:r>
      <w:r>
        <w:t xml:space="preserve"> against</w:t>
      </w:r>
      <w:r>
        <w:t xml:space="preserve"> a</w:t>
      </w:r>
      <w:r>
        <w:t xml:space="preserve"> swarm</w:t>
      </w:r>
      <w:r>
        <w:t xml:space="preserve"> of</w:t>
      </w:r>
      <w:r>
        <w:t xml:space="preserve"> bees.</w:t>
        <w:br/>
        <w:t>就是说我们现在就是蜜蜂</w:t>
        <w:br/>
        <w:t>So</w:t>
      </w:r>
      <w:r>
        <w:t xml:space="preserve"> we're</w:t>
      </w:r>
      <w:r>
        <w:t xml:space="preserve"> bees</w:t>
      </w:r>
      <w:r>
        <w:t xml:space="preserve"> now?</w:t>
        <w:br/>
        <w:t>你倒是想呢</w:t>
        <w:br/>
        <w:t>You</w:t>
      </w:r>
      <w:r>
        <w:t xml:space="preserve"> wish.</w:t>
        <w:br/>
        <w:t>蜜蜂会群体合作</w:t>
        <w:br/>
        <w:t>Bees</w:t>
      </w:r>
      <w:r>
        <w:t xml:space="preserve"> work</w:t>
      </w:r>
      <w:r>
        <w:t xml:space="preserve"> together.</w:t>
        <w:br/>
        <w:t>众多的身体</w:t>
      </w:r>
      <w:r>
        <w:t xml:space="preserve"> 思想统一</w:t>
        <w:br/>
        <w:t>Many</w:t>
      </w:r>
      <w:r>
        <w:t xml:space="preserve"> bodies.</w:t>
      </w:r>
      <w:r>
        <w:t xml:space="preserve"> One</w:t>
      </w:r>
      <w:r>
        <w:t xml:space="preserve"> mind.</w:t>
        <w:br/>
        <w:t>一个任务</w:t>
        <w:br/>
        <w:t>One</w:t>
      </w:r>
      <w:r>
        <w:t xml:space="preserve"> mission.</w:t>
        <w:br/>
        <w:t>渗入飞船</w:t>
      </w:r>
      <w:r>
        <w:t xml:space="preserve"> 把尖刺捅进去</w:t>
        <w:br/>
        <w:t>Infiltrate</w:t>
      </w:r>
      <w:r>
        <w:t xml:space="preserve"> the</w:t>
      </w:r>
      <w:r>
        <w:t xml:space="preserve"> ship.</w:t>
      </w:r>
      <w:r>
        <w:t xml:space="preserve"> Deliver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spike.</w:t>
        <w:br/>
        <w:t>舰桥就是神经中枢</w:t>
        <w:br/>
        <w:t>The</w:t>
      </w:r>
      <w:r>
        <w:t xml:space="preserve"> bridge</w:t>
      </w:r>
      <w:r>
        <w:t xml:space="preserve"> is</w:t>
      </w:r>
      <w:r>
        <w:t xml:space="preserve"> the</w:t>
      </w:r>
      <w:r>
        <w:t xml:space="preserve"> nerve</w:t>
      </w:r>
      <w:r>
        <w:t xml:space="preserve"> center.</w:t>
        <w:br/>
        <w:t>外面有保护</w:t>
      </w:r>
      <w:r>
        <w:t xml:space="preserve"> 但内部没有</w:t>
        <w:br/>
        <w:t>It's</w:t>
      </w:r>
      <w:r>
        <w:t xml:space="preserve"> protected</w:t>
      </w:r>
      <w:r>
        <w:t xml:space="preserve"> on</w:t>
      </w:r>
      <w:r>
        <w:t xml:space="preserve"> the</w:t>
      </w:r>
      <w:r>
        <w:t xml:space="preserve"> outside,</w:t>
      </w:r>
      <w:r>
        <w:t xml:space="preserve"> not</w:t>
      </w:r>
      <w:r>
        <w:t xml:space="preserve"> on</w:t>
      </w:r>
      <w:r>
        <w:t xml:space="preserve"> the</w:t>
      </w:r>
      <w:r>
        <w:t xml:space="preserve"> inside.</w:t>
        <w:br/>
        <w:t>抵抗不了这个</w:t>
        <w:br/>
        <w:t>Not</w:t>
      </w:r>
      <w:r>
        <w:t xml:space="preserve"> from</w:t>
      </w:r>
      <w:r>
        <w:t xml:space="preserve"> this.</w:t>
        <w:br/>
        <w:t>我们的情报显示他们的系统</w:t>
        <w:br/>
        <w:t>Our</w:t>
      </w:r>
      <w:r>
        <w:t xml:space="preserve"> intel</w:t>
      </w:r>
      <w:r>
        <w:t xml:space="preserve"> indicates</w:t>
      </w:r>
      <w:r>
        <w:t xml:space="preserve"> that</w:t>
      </w:r>
      <w:r>
        <w:t xml:space="preserve"> their</w:t>
      </w:r>
      <w:r>
        <w:t xml:space="preserve"> system</w:t>
        <w:br/>
        <w:t>很容易就被腐&amp;hearts;败&amp;hearts;</w:t>
        <w:br/>
        <w:t>is</w:t>
      </w:r>
      <w:r>
        <w:t xml:space="preserve"> vulnerable</w:t>
      </w:r>
      <w:r>
        <w:t xml:space="preserve"> to</w:t>
      </w:r>
      <w:r>
        <w:t xml:space="preserve"> override.</w:t>
        <w:br/>
        <w:t>这个刺会传播病毒</w:t>
        <w:br/>
        <w:t>This</w:t>
      </w:r>
      <w:r>
        <w:t xml:space="preserve"> spike</w:t>
      </w:r>
      <w:r>
        <w:t xml:space="preserve"> delivers</w:t>
      </w:r>
      <w:r>
        <w:t xml:space="preserve"> a</w:t>
      </w:r>
      <w:r>
        <w:t xml:space="preserve"> virus.</w:t>
        <w:br/>
        <w:t>系统全面关闭</w:t>
        <w:br/>
        <w:t>Full</w:t>
      </w:r>
      <w:r>
        <w:t xml:space="preserve"> system</w:t>
      </w:r>
      <w:r>
        <w:t xml:space="preserve"> shutdown.</w:t>
        <w:br/>
        <w:t>生机全无</w:t>
        <w:br/>
        <w:br/>
        <w:t>Lights</w:t>
      </w:r>
      <w:r>
        <w:t xml:space="preserve"> out.</w:t>
        <w:br/>
        <w:t>就像脑袋中了一枪一样</w:t>
        <w:br/>
        <w:t>Like</w:t>
      </w:r>
      <w:r>
        <w:t xml:space="preserve"> a</w:t>
      </w:r>
      <w:r>
        <w:t xml:space="preserve"> bullet</w:t>
      </w:r>
      <w:r>
        <w:t xml:space="preserve"> to</w:t>
      </w:r>
      <w:r>
        <w:t xml:space="preserve"> the</w:t>
      </w:r>
      <w:r>
        <w:t xml:space="preserve"> brain.</w:t>
        <w:br/>
        <w:t>有什么想补充的吗</w:t>
      </w:r>
      <w:r>
        <w:t xml:space="preserve"> 斯巴达战士</w:t>
        <w:br/>
        <w:t>Do</w:t>
      </w:r>
      <w:r>
        <w:t xml:space="preserve"> you</w:t>
      </w:r>
      <w:r>
        <w:t xml:space="preserve"> have</w:t>
      </w:r>
      <w:r>
        <w:t xml:space="preserve"> something</w:t>
      </w:r>
      <w:r>
        <w:t xml:space="preserve"> you</w:t>
      </w:r>
      <w:r>
        <w:t xml:space="preserve"> would</w:t>
      </w:r>
      <w:r>
        <w:t xml:space="preserve"> like</w:t>
      </w:r>
      <w:r>
        <w:t xml:space="preserve"> to</w:t>
      </w:r>
      <w:r>
        <w:t xml:space="preserve"> add,</w:t>
      </w:r>
      <w:r>
        <w:t xml:space="preserve"> Spartan?</w:t>
        <w:br/>
        <w:t>有的</w:t>
        <w:br/>
        <w:t>Yeah.</w:t>
        <w:br/>
        <w:t>我想说这都是扯淡</w:t>
      </w:r>
      <w:r>
        <w:t xml:space="preserve"> 长官</w:t>
        <w:br/>
        <w:t>I'd</w:t>
      </w:r>
      <w:r>
        <w:t xml:space="preserve"> like</w:t>
      </w:r>
      <w:r>
        <w:t xml:space="preserve"> to</w:t>
      </w:r>
      <w:r>
        <w:t xml:space="preserve"> add</w:t>
      </w:r>
      <w:r>
        <w:t xml:space="preserve"> it's</w:t>
      </w:r>
      <w:r>
        <w:t xml:space="preserve"> bullshit,</w:t>
      </w:r>
      <w:r>
        <w:t xml:space="preserve"> ma'am.</w:t>
        <w:br/>
        <w:t>我们把敌人都清除了</w:t>
        <w:br/>
        <w:t>We</w:t>
      </w:r>
      <w:r>
        <w:t xml:space="preserve"> cleared</w:t>
      </w:r>
      <w:r>
        <w:t xml:space="preserve"> the</w:t>
      </w:r>
      <w:r>
        <w:t xml:space="preserve"> enemy.</w:t>
        <w:br/>
        <w:t>那些子弹都不知道是从哪儿冒出来的</w:t>
        <w:br/>
        <w:t>Those</w:t>
      </w:r>
      <w:r>
        <w:t xml:space="preserve"> rounds</w:t>
      </w:r>
      <w:r>
        <w:t xml:space="preserve"> came</w:t>
      </w:r>
      <w:r>
        <w:t xml:space="preserve"> out</w:t>
      </w:r>
      <w:r>
        <w:t xml:space="preserve"> of</w:t>
      </w:r>
      <w:r>
        <w:t xml:space="preserve"> nowhere.</w:t>
        <w:br/>
        <w:t>模拟是随机的</w:t>
        <w:br/>
        <w:t>The</w:t>
      </w:r>
      <w:r>
        <w:t xml:space="preserve"> simulation</w:t>
      </w:r>
      <w:r>
        <w:t xml:space="preserve"> is</w:t>
      </w:r>
      <w:r>
        <w:t xml:space="preserve"> random.</w:t>
        <w:br/>
        <w:t>战争也是</w:t>
        <w:br/>
        <w:t>So</w:t>
      </w:r>
      <w:r>
        <w:t xml:space="preserve"> is</w:t>
      </w:r>
      <w:r>
        <w:t xml:space="preserve"> war.</w:t>
        <w:br/>
        <w:t>解散</w:t>
        <w:br/>
        <w:t>Dismissed.</w:t>
        <w:br/>
        <w:t>嘿</w:t>
      </w:r>
      <w:r>
        <w:t xml:space="preserve"> 嘿</w:t>
        <w:br/>
        <w:t>Heyl</w:t>
      </w:r>
      <w:r>
        <w:t xml:space="preserve"> Heyl</w:t>
        <w:br/>
        <w:t>我就明说了吧</w:t>
        <w:br/>
        <w:t>Let</w:t>
      </w:r>
      <w:r>
        <w:t xml:space="preserve"> me</w:t>
      </w:r>
      <w:r>
        <w:t xml:space="preserve"> be</w:t>
      </w:r>
      <w:r>
        <w:t xml:space="preserve"> clear.</w:t>
        <w:br/>
        <w:t>我们不是平等的</w:t>
        <w:br/>
        <w:t>We</w:t>
      </w:r>
      <w:r>
        <w:t xml:space="preserve"> are</w:t>
      </w:r>
      <w:r>
        <w:t xml:space="preserve"> not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equals.</w:t>
        <w:br/>
        <w:t>我是你导师</w:t>
        <w:br/>
        <w:t>I</w:t>
      </w:r>
      <w:r>
        <w:t xml:space="preserve"> am</w:t>
      </w:r>
      <w:r>
        <w:t xml:space="preserve"> your</w:t>
      </w:r>
      <w:r>
        <w:t xml:space="preserve"> instructor.</w:t>
        <w:br/>
        <w:t>你是对我有意见吗</w:t>
        <w:br/>
        <w:t>Do</w:t>
      </w:r>
      <w:r>
        <w:t xml:space="preserve"> you</w:t>
      </w:r>
      <w:r>
        <w:t xml:space="preserve"> have</w:t>
      </w:r>
      <w:r>
        <w:t xml:space="preserve"> a</w:t>
      </w:r>
      <w:r>
        <w:t xml:space="preserve"> problem</w:t>
      </w:r>
      <w:r>
        <w:t xml:space="preserve"> with</w:t>
      </w:r>
      <w:r>
        <w:t xml:space="preserve"> me?</w:t>
        <w:br/>
        <w:t>我对失败有意见</w:t>
        <w:br/>
        <w:t>I</w:t>
      </w:r>
      <w:r>
        <w:t xml:space="preserve"> have</w:t>
      </w:r>
      <w:r>
        <w:t xml:space="preserve"> a</w:t>
      </w:r>
      <w:r>
        <w:t xml:space="preserve"> problem</w:t>
      </w:r>
      <w:r>
        <w:t xml:space="preserve"> with</w:t>
      </w:r>
      <w:r>
        <w:t xml:space="preserve"> failure.</w:t>
        <w:br/>
        <w:t>对士兵不断</w:t>
        <w:br/>
        <w:t>I</w:t>
      </w:r>
      <w:r>
        <w:t xml:space="preserve"> have</w:t>
      </w:r>
      <w:r>
        <w:t xml:space="preserve"> a</w:t>
      </w:r>
      <w:r>
        <w:t xml:space="preserve"> problem</w:t>
      </w:r>
      <w:r>
        <w:t xml:space="preserve"> with</w:t>
      </w:r>
      <w:r>
        <w:t xml:space="preserve"> soldiers</w:t>
        <w:br/>
        <w:t>重复犯错有意见</w:t>
        <w:br/>
        <w:t>that</w:t>
      </w:r>
      <w:r>
        <w:t xml:space="preserve"> continue</w:t>
      </w:r>
      <w:r>
        <w:t xml:space="preserve"> to</w:t>
      </w:r>
      <w:r>
        <w:t xml:space="preserve"> repeat</w:t>
      </w:r>
      <w:r>
        <w:t xml:space="preserve"> mistakes,</w:t>
        <w:br/>
        <w:t>不仅危及到他们的任务</w:t>
        <w:br/>
        <w:t>jeopardizing</w:t>
      </w:r>
      <w:r>
        <w:t xml:space="preserve"> not</w:t>
      </w:r>
      <w:r>
        <w:t xml:space="preserve"> only</w:t>
      </w:r>
      <w:r>
        <w:t xml:space="preserve"> their</w:t>
      </w:r>
      <w:r>
        <w:t xml:space="preserve"> mission</w:t>
        <w:br/>
        <w:t>还有他们战友的性命</w:t>
        <w:br/>
        <w:t>but</w:t>
      </w:r>
      <w:r>
        <w:t xml:space="preserve"> the</w:t>
      </w:r>
      <w:r>
        <w:t xml:space="preserve"> lives</w:t>
      </w:r>
      <w:r>
        <w:t xml:space="preserve"> of</w:t>
      </w:r>
      <w:r>
        <w:t xml:space="preserve"> their</w:t>
      </w:r>
      <w:r>
        <w:t xml:space="preserve"> comrades.</w:t>
        <w:br/>
        <w:t>我战友们都死了</w:t>
        <w:br/>
        <w:t>My</w:t>
      </w:r>
      <w:r>
        <w:t xml:space="preserve"> comrades</w:t>
      </w:r>
      <w:r>
        <w:t xml:space="preserve"> were</w:t>
      </w:r>
      <w:r>
        <w:t xml:space="preserve"> all</w:t>
      </w:r>
      <w:r>
        <w:t xml:space="preserve"> dead.</w:t>
        <w:br/>
        <w:t>是在针对我吗</w:t>
        <w:br/>
        <w:t>Is</w:t>
      </w:r>
      <w:r>
        <w:t xml:space="preserve"> it</w:t>
      </w:r>
      <w:r>
        <w:t xml:space="preserve"> personal?</w:t>
        <w:br/>
        <w:t>是因为当时我在致远星而你不在吗</w:t>
        <w:br/>
        <w:t>Is</w:t>
      </w:r>
      <w:r>
        <w:t xml:space="preserve"> it</w:t>
      </w:r>
      <w:r>
        <w:t xml:space="preserve"> 'cause</w:t>
      </w:r>
      <w:r>
        <w:t xml:space="preserve"> I</w:t>
      </w:r>
      <w:r>
        <w:t xml:space="preserve"> was</w:t>
      </w:r>
      <w:r>
        <w:t xml:space="preserve"> on</w:t>
      </w:r>
      <w:r>
        <w:t xml:space="preserve"> Reach</w:t>
      </w:r>
      <w:r>
        <w:t xml:space="preserve"> and</w:t>
      </w:r>
      <w:r>
        <w:t xml:space="preserve"> you</w:t>
      </w:r>
      <w:r>
        <w:t xml:space="preserve"> weren't?</w:t>
        <w:br/>
        <w:t>一场战斗不代表你就经验丰富了</w:t>
        <w:br/>
        <w:t>One</w:t>
      </w:r>
      <w:r>
        <w:t xml:space="preserve"> battle</w:t>
      </w:r>
      <w:r>
        <w:t xml:space="preserve"> doesn't</w:t>
      </w:r>
      <w:r>
        <w:t xml:space="preserve"> make</w:t>
      </w:r>
      <w:r>
        <w:t xml:space="preserve"> you</w:t>
      </w:r>
      <w:r>
        <w:t xml:space="preserve"> a</w:t>
      </w:r>
      <w:r>
        <w:t xml:space="preserve"> veteran.</w:t>
        <w:br/>
        <w:t>只代表你运气好</w:t>
        <w:br/>
        <w:t>Just</w:t>
      </w:r>
      <w:r>
        <w:t xml:space="preserve"> makes</w:t>
      </w:r>
      <w:r>
        <w:t xml:space="preserve"> you</w:t>
      </w:r>
      <w:r>
        <w:t xml:space="preserve"> lucky.</w:t>
        <w:br/>
        <w:t>我知道入伍可能会有什么结局</w:t>
        <w:br/>
        <w:t>I</w:t>
      </w:r>
      <w:r>
        <w:t xml:space="preserve"> know</w:t>
      </w:r>
      <w:r>
        <w:t xml:space="preserve"> what</w:t>
      </w:r>
      <w:r>
        <w:t xml:space="preserve"> I</w:t>
      </w:r>
      <w:r>
        <w:t xml:space="preserve"> signed</w:t>
      </w:r>
      <w:r>
        <w:t xml:space="preserve"> up</w:t>
      </w:r>
      <w:r>
        <w:t xml:space="preserve"> for.</w:t>
        <w:br/>
        <w:t>你是在跟我说你想死吗</w:t>
      </w:r>
      <w:r>
        <w:t xml:space="preserve"> 斯巴达战士</w:t>
        <w:br/>
        <w:t>Are</w:t>
      </w:r>
      <w:r>
        <w:t xml:space="preserve"> you</w:t>
      </w:r>
      <w:r>
        <w:t xml:space="preserve"> telling</w:t>
      </w:r>
      <w:r>
        <w:t xml:space="preserve"> me</w:t>
      </w:r>
      <w:r>
        <w:t xml:space="preserve"> you</w:t>
      </w:r>
      <w:r>
        <w:t xml:space="preserve"> want</w:t>
      </w:r>
      <w:r>
        <w:t xml:space="preserve"> to</w:t>
      </w:r>
      <w:r>
        <w:t xml:space="preserve"> die,</w:t>
      </w:r>
      <w:r>
        <w:t xml:space="preserve"> Spartan?</w:t>
        <w:br/>
        <w:t>不是</w:t>
      </w:r>
      <w:r>
        <w:t xml:space="preserve"> 长官</w:t>
        <w:br/>
        <w:t>No,</w:t>
      </w:r>
      <w:r>
        <w:t xml:space="preserve"> ma'am.</w:t>
        <w:br/>
        <w:t>他们在地球上</w:t>
        <w:br/>
        <w:t>They</w:t>
      </w:r>
      <w:r>
        <w:t xml:space="preserve"> grew</w:t>
      </w:r>
      <w:r>
        <w:t xml:space="preserve"> leaves</w:t>
      </w:r>
      <w:r>
        <w:t xml:space="preserve"> like</w:t>
      </w:r>
      <w:r>
        <w:t xml:space="preserve"> these</w:t>
        <w:br/>
        <w:t>一个叫斯里兰卡的一个小家庭果园里</w:t>
        <w:br/>
        <w:t>on</w:t>
      </w:r>
      <w:r>
        <w:t xml:space="preserve"> a</w:t>
      </w:r>
      <w:r>
        <w:t xml:space="preserve"> small</w:t>
      </w:r>
      <w:r>
        <w:t xml:space="preserve"> family</w:t>
      </w:r>
      <w:r>
        <w:t xml:space="preserve"> orchard</w:t>
      </w:r>
      <w:r>
        <w:t xml:space="preserve"> in</w:t>
      </w:r>
      <w:r>
        <w:t xml:space="preserve"> a</w:t>
      </w:r>
      <w:r>
        <w:t xml:space="preserve"> place</w:t>
      </w:r>
      <w:r>
        <w:t xml:space="preserve"> called</w:t>
      </w:r>
      <w:r>
        <w:t xml:space="preserve"> Sri</w:t>
      </w:r>
      <w:r>
        <w:t xml:space="preserve"> Lanka,</w:t>
        <w:br/>
        <w:t>种这种茶叶</w:t>
        <w:br/>
        <w:t>on</w:t>
      </w:r>
      <w:r>
        <w:t xml:space="preserve"> Earth</w:t>
        <w:br/>
        <w:t>在阳光下晒干</w:t>
        <w:br/>
        <w:t>Dried</w:t>
      </w:r>
      <w:r>
        <w:t xml:space="preserve"> in</w:t>
      </w:r>
      <w:r>
        <w:t xml:space="preserve"> the</w:t>
      </w:r>
      <w:r>
        <w:t xml:space="preserve"> sun,</w:t>
        <w:br/>
        <w:t>然后又父亲背着走出16英里</w:t>
        <w:br/>
        <w:t>then</w:t>
      </w:r>
      <w:r>
        <w:t xml:space="preserve"> borne</w:t>
      </w:r>
      <w:r>
        <w:t xml:space="preserve"> on</w:t>
      </w:r>
      <w:r>
        <w:t xml:space="preserve"> the</w:t>
      </w:r>
      <w:r>
        <w:t xml:space="preserve"> back</w:t>
      </w:r>
      <w:r>
        <w:t xml:space="preserve"> of</w:t>
      </w:r>
      <w:r>
        <w:t xml:space="preserve"> the</w:t>
      </w:r>
      <w:r>
        <w:t xml:space="preserve"> father</w:t>
      </w:r>
      <w:r>
        <w:t xml:space="preserve"> 16</w:t>
      </w:r>
      <w:r>
        <w:t xml:space="preserve"> miles.</w:t>
        <w:br/>
        <w:t>别浪费他们的牺牲</w:t>
        <w:br/>
        <w:t>他那棕色的双脚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那片红色的土地</w:t>
        <w:br/>
        <w:t>His</w:t>
      </w:r>
      <w:r>
        <w:t xml:space="preserve"> brown</w:t>
      </w:r>
      <w:r>
        <w:t xml:space="preserve"> feet,</w:t>
      </w:r>
      <w:r>
        <w:t xml:space="preserve"> that</w:t>
      </w:r>
      <w:r>
        <w:t xml:space="preserve"> red</w:t>
      </w:r>
      <w:r>
        <w:t xml:space="preserve"> earth.</w:t>
        <w:br/>
        <w:t>在拍卖&amp;hearts;&amp;hearts;会上售出</w:t>
        <w:br/>
        <w:t>Sold</w:t>
      </w:r>
      <w:r>
        <w:t xml:space="preserve"> at</w:t>
      </w:r>
      <w:r>
        <w:t xml:space="preserve"> auctjon...</w:t>
        <w:br/>
        <w:t>然后被人扛上肩膀</w:t>
        <w:br/>
        <w:t>then</w:t>
      </w:r>
      <w:r>
        <w:t xml:space="preserve"> placed</w:t>
      </w:r>
      <w:r>
        <w:t xml:space="preserve"> upon</w:t>
      </w:r>
      <w:r>
        <w:t xml:space="preserve"> shoulders,</w:t>
        <w:br/>
        <w:t>上了船</w:t>
      </w:r>
      <w:r>
        <w:t xml:space="preserve"> 出了海</w:t>
        <w:br/>
        <w:t>then</w:t>
      </w:r>
      <w:r>
        <w:t xml:space="preserve"> upon</w:t>
      </w:r>
      <w:r>
        <w:t xml:space="preserve"> ships,</w:t>
      </w:r>
      <w:r>
        <w:t xml:space="preserve"> then</w:t>
      </w:r>
      <w:r>
        <w:t xml:space="preserve"> upon</w:t>
      </w:r>
      <w:r>
        <w:t xml:space="preserve"> seas.</w:t>
        <w:br/>
        <w:t>包装</w:t>
      </w:r>
      <w:r>
        <w:t xml:space="preserve"> 购买&amp;hearts;&amp;hearts;</w:t>
        <w:br/>
        <w:t>Packaged,</w:t>
      </w:r>
      <w:r>
        <w:t xml:space="preserve"> purchased,</w:t>
        <w:br/>
        <w:t>倒入这个易碎的杯子里</w:t>
        <w:br/>
        <w:t>and</w:t>
      </w:r>
      <w:r>
        <w:t xml:space="preserve"> poured</w:t>
      </w:r>
      <w:r>
        <w:t xml:space="preserve"> into</w:t>
      </w:r>
      <w:r>
        <w:t xml:space="preserve"> this</w:t>
      </w:r>
      <w:r>
        <w:t xml:space="preserve"> fragile</w:t>
      </w:r>
      <w:r>
        <w:t xml:space="preserve"> cup,</w:t>
        <w:br/>
        <w:t>只为了入你的唇</w:t>
        <w:br/>
        <w:t>just</w:t>
      </w:r>
      <w:r>
        <w:t xml:space="preserve"> for</w:t>
      </w:r>
      <w:r>
        <w:t xml:space="preserve"> your</w:t>
      </w:r>
      <w:r>
        <w:t xml:space="preserve"> lips.</w:t>
        <w:br/>
        <w:t>不该如此费心的</w:t>
        <w:br/>
        <w:t>They</w:t>
      </w:r>
      <w:r>
        <w:t xml:space="preserve"> shouldn't</w:t>
      </w:r>
      <w:r>
        <w:t xml:space="preserve"> have.</w:t>
        <w:br/>
        <w:t>是不该</w:t>
        <w:br/>
        <w:t>They</w:t>
      </w:r>
      <w:r>
        <w:t xml:space="preserve"> didn't.</w:t>
        <w:br/>
        <w:t>这些茶叶实际上在第四层的</w:t>
        <w:br/>
        <w:t>These</w:t>
      </w:r>
      <w:r>
        <w:t xml:space="preserve"> leaves</w:t>
      </w:r>
      <w:r>
        <w:t xml:space="preserve"> were</w:t>
      </w:r>
      <w:r>
        <w:t xml:space="preserve"> actually</w:t>
      </w:r>
      <w:r>
        <w:t xml:space="preserve"> engineered</w:t>
      </w:r>
      <w:r>
        <w:t xml:space="preserve"> in</w:t>
      </w:r>
      <w:r>
        <w:t xml:space="preserve"> a</w:t>
      </w:r>
      <w:r>
        <w:t xml:space="preserve"> lab</w:t>
        <w:br/>
        <w:t>实验室里改造出来的</w:t>
        <w:br/>
        <w:t>on</w:t>
      </w:r>
      <w:r>
        <w:t xml:space="preserve"> Level</w:t>
      </w:r>
      <w:r>
        <w:t xml:space="preserve"> Four.</w:t>
        <w:br/>
        <w:t>为什么海军情报局会关心起泡茶的问题</w:t>
        <w:br/>
        <w:t>And</w:t>
      </w:r>
      <w:r>
        <w:t xml:space="preserve"> why</w:t>
      </w:r>
      <w:r>
        <w:t xml:space="preserve"> would</w:t>
      </w:r>
      <w:r>
        <w:t xml:space="preserve"> the</w:t>
      </w:r>
      <w:r>
        <w:t xml:space="preserve"> ONI</w:t>
      </w:r>
      <w:r>
        <w:t xml:space="preserve"> concern</w:t>
      </w:r>
      <w:r>
        <w:t xml:space="preserve"> itself</w:t>
      </w:r>
      <w:r>
        <w:t xml:space="preserve"> with</w:t>
      </w:r>
      <w:r>
        <w:t xml:space="preserve"> making</w:t>
      </w:r>
      <w:r>
        <w:t xml:space="preserve"> tea?</w:t>
        <w:br/>
        <w:t>因为我让的</w:t>
        <w:br/>
        <w:t>Because</w:t>
      </w:r>
      <w:r>
        <w:t xml:space="preserve"> I</w:t>
      </w:r>
      <w:r>
        <w:t xml:space="preserve"> told</w:t>
      </w:r>
      <w:r>
        <w:t xml:space="preserve"> them</w:t>
      </w:r>
      <w:r>
        <w:t xml:space="preserve"> to.</w:t>
        <w:br/>
        <w:t>重点的</w:t>
      </w:r>
      <w:r>
        <w:t xml:space="preserve"> 你喝的是茶</w:t>
      </w:r>
      <w:r>
        <w:t xml:space="preserve"> 品的却是故事</w:t>
        <w:br/>
        <w:t>The</w:t>
      </w:r>
      <w:r>
        <w:t xml:space="preserve"> point</w:t>
      </w:r>
      <w:r>
        <w:t xml:space="preserve"> is,</w:t>
      </w:r>
      <w:r>
        <w:t xml:space="preserve"> you</w:t>
      </w:r>
      <w:r>
        <w:t xml:space="preserve"> drink</w:t>
      </w:r>
      <w:r>
        <w:t xml:space="preserve"> the</w:t>
      </w:r>
      <w:r>
        <w:t xml:space="preserve"> tea,</w:t>
      </w:r>
      <w:r>
        <w:t xml:space="preserve"> but</w:t>
      </w:r>
      <w:r>
        <w:t xml:space="preserve"> what</w:t>
      </w:r>
      <w:r>
        <w:t xml:space="preserve"> you</w:t>
      </w:r>
      <w:r>
        <w:t xml:space="preserve"> taste</w:t>
      </w:r>
      <w:r>
        <w:t xml:space="preserve"> is</w:t>
      </w:r>
      <w:r>
        <w:t xml:space="preserve"> the</w:t>
      </w:r>
      <w:r>
        <w:t xml:space="preserve"> story.</w:t>
        <w:br/>
        <w:t>故事很重要</w:t>
      </w:r>
      <w:r>
        <w:t xml:space="preserve"> 但它们也很微妙</w:t>
        <w:br/>
        <w:t>Stories</w:t>
      </w:r>
      <w:r>
        <w:t xml:space="preserve"> are</w:t>
      </w:r>
      <w:r>
        <w:t xml:space="preserve"> important,</w:t>
      </w:r>
      <w:r>
        <w:t xml:space="preserve"> but</w:t>
      </w:r>
      <w:r>
        <w:t xml:space="preserve"> they're</w:t>
      </w:r>
      <w:r>
        <w:t xml:space="preserve"> delicate</w:t>
      </w:r>
      <w:r>
        <w:t xml:space="preserve"> things.</w:t>
        <w:br/>
        <w:t>茶</w:t>
      </w:r>
      <w:r>
        <w:t xml:space="preserve"> 就像帝国一样</w:t>
        <w:br/>
        <w:t>Tea,</w:t>
      </w:r>
      <w:r>
        <w:t xml:space="preserve"> like</w:t>
      </w:r>
      <w:r>
        <w:t xml:space="preserve"> empires,</w:t>
        <w:br/>
        <w:t>几个世纪的努力都可能因为一点点疏忽而付之东流</w:t>
        <w:br/>
        <w:t>centuries</w:t>
      </w:r>
      <w:r>
        <w:t xml:space="preserve"> of</w:t>
      </w:r>
      <w:r>
        <w:t xml:space="preserve"> work</w:t>
      </w:r>
      <w:r>
        <w:t xml:space="preserve"> can</w:t>
      </w:r>
      <w:r>
        <w:t xml:space="preserve"> be</w:t>
      </w:r>
      <w:r>
        <w:t xml:space="preserve"> undone</w:t>
      </w:r>
      <w:r>
        <w:t xml:space="preserve"> by</w:t>
      </w:r>
      <w:r>
        <w:t xml:space="preserve"> the</w:t>
      </w:r>
      <w:r>
        <w:t xml:space="preserve"> smallest</w:t>
      </w:r>
      <w:r>
        <w:t xml:space="preserve"> of</w:t>
      </w:r>
      <w:r>
        <w:t xml:space="preserve"> oversights.</w:t>
        <w:br/>
        <w:t>如果你关心致远星</w:t>
        <w:br/>
        <w:t>If</w:t>
      </w:r>
      <w:r>
        <w:t xml:space="preserve"> you're</w:t>
      </w:r>
      <w:r>
        <w:t xml:space="preserve"> concerned</w:t>
      </w:r>
      <w:r>
        <w:t xml:space="preserve"> about</w:t>
      </w:r>
      <w:r>
        <w:t xml:space="preserve"> Reach,</w:t>
        <w:br/>
        <w:t>那故事情节就不会改变</w:t>
        <w:br/>
        <w:t>then</w:t>
      </w:r>
      <w:r>
        <w:t xml:space="preserve"> the</w:t>
      </w:r>
      <w:r>
        <w:t xml:space="preserve"> narrative</w:t>
      </w:r>
      <w:r>
        <w:t xml:space="preserve"> remains</w:t>
      </w:r>
      <w:r>
        <w:t xml:space="preserve"> intact.</w:t>
        <w:br/>
        <w:t>不到一小时前</w:t>
      </w:r>
      <w:r>
        <w:t xml:space="preserve"> 一艘飞船侵入了我们的领空</w:t>
        <w:br/>
        <w:t>A</w:t>
      </w:r>
      <w:r>
        <w:t xml:space="preserve"> ship</w:t>
      </w:r>
      <w:r>
        <w:t xml:space="preserve"> penetrated</w:t>
      </w:r>
      <w:r>
        <w:t xml:space="preserve"> our</w:t>
      </w:r>
      <w:r>
        <w:t xml:space="preserve"> airspace</w:t>
      </w:r>
      <w:r>
        <w:t xml:space="preserve"> less</w:t>
      </w:r>
      <w:r>
        <w:t xml:space="preserve"> than</w:t>
      </w:r>
      <w:r>
        <w:t xml:space="preserve"> an</w:t>
      </w:r>
      <w:r>
        <w:t xml:space="preserve"> hour</w:t>
      </w:r>
      <w:r>
        <w:t xml:space="preserve"> ago.</w:t>
        <w:br/>
        <w:t>我听说驾驶这艘飞船的人</w:t>
        <w:br/>
        <w:t>I'm</w:t>
      </w:r>
      <w:r>
        <w:t xml:space="preserve"> told</w:t>
      </w:r>
      <w:r>
        <w:t xml:space="preserve"> whoever</w:t>
      </w:r>
      <w:r>
        <w:t xml:space="preserve"> piloted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vessel</w:t>
        <w:br/>
        <w:t>对我们的防御系统有所了解</w:t>
        <w:br/>
        <w:t>showed</w:t>
      </w:r>
      <w:r>
        <w:t xml:space="preserve"> some</w:t>
      </w:r>
      <w:r>
        <w:t xml:space="preserve"> familiarity</w:t>
      </w:r>
      <w:r>
        <w:t xml:space="preserve"> with</w:t>
      </w:r>
      <w:r>
        <w:t xml:space="preserve"> our</w:t>
      </w:r>
      <w:r>
        <w:t xml:space="preserve"> defense</w:t>
      </w:r>
      <w:r>
        <w:t xml:space="preserve"> network.</w:t>
        <w:br/>
        <w:t>希望你这不是在怪我</w:t>
        <w:br/>
        <w:t>I</w:t>
      </w:r>
      <w:r>
        <w:t xml:space="preserve"> hope</w:t>
      </w:r>
      <w:r>
        <w:t xml:space="preserve"> that</w:t>
      </w:r>
      <w:r>
        <w:t xml:space="preserve"> you're</w:t>
      </w:r>
      <w:r>
        <w:t xml:space="preserve"> not</w:t>
      </w:r>
      <w:r>
        <w:t xml:space="preserve"> blaming</w:t>
      </w:r>
      <w:r>
        <w:t xml:space="preserve"> me.</w:t>
        <w:br/>
        <w:t>他们降落的地方离我们</w:t>
        <w:br/>
        <w:t>They</w:t>
      </w:r>
      <w:r>
        <w:t xml:space="preserve"> landed</w:t>
      </w:r>
      <w:r>
        <w:t xml:space="preserve"> less</w:t>
      </w:r>
      <w:r>
        <w:t xml:space="preserve"> than</w:t>
      </w:r>
      <w:r>
        <w:t xml:space="preserve"> 15</w:t>
      </w:r>
      <w:r>
        <w:t xml:space="preserve"> kilometers</w:t>
        <w:br/>
        <w:t>这里不到15公里</w:t>
        <w:br/>
        <w:t>from</w:t>
      </w:r>
      <w:r>
        <w:t xml:space="preserve"> where</w:t>
      </w:r>
      <w:r>
        <w:t xml:space="preserve"> we</w:t>
      </w:r>
      <w:r>
        <w:t xml:space="preserve"> are</w:t>
      </w:r>
      <w:r>
        <w:t xml:space="preserve"> now.</w:t>
        <w:br/>
        <w:t>派支队伍去</w:t>
        <w:br/>
        <w:t>Send</w:t>
      </w:r>
      <w:r>
        <w:t xml:space="preserve"> a</w:t>
      </w:r>
      <w:r>
        <w:t xml:space="preserve"> team.</w:t>
        <w:br/>
        <w:t>我有没有提过</w:t>
      </w:r>
      <w:r>
        <w:t xml:space="preserve"> 我们一位来自阿莱利亚星的特工</w:t>
        <w:br/>
        <w:t>Did</w:t>
      </w:r>
      <w:r>
        <w:t xml:space="preserve"> I</w:t>
      </w:r>
      <w:r>
        <w:t xml:space="preserve"> mention</w:t>
      </w:r>
      <w:r>
        <w:t xml:space="preserve"> that,</w:t>
      </w:r>
      <w:r>
        <w:t xml:space="preserve"> uh,</w:t>
      </w:r>
      <w:r>
        <w:t xml:space="preserve"> one</w:t>
      </w:r>
      <w:r>
        <w:t xml:space="preserve"> of</w:t>
      </w:r>
      <w:r>
        <w:t xml:space="preserve"> our</w:t>
      </w:r>
      <w:r>
        <w:t xml:space="preserve"> agents</w:t>
      </w:r>
      <w:r>
        <w:t xml:space="preserve"> from</w:t>
      </w:r>
      <w:r>
        <w:t xml:space="preserve"> Aleria</w:t>
        <w:br/>
        <w:t>确信他看到了凯瑟琳·哈尔西</w:t>
        <w:br/>
        <w:t>is</w:t>
      </w:r>
      <w:r>
        <w:t xml:space="preserve"> convinced</w:t>
      </w:r>
      <w:r>
        <w:t xml:space="preserve"> he</w:t>
      </w:r>
      <w:r>
        <w:t xml:space="preserve"> saw</w:t>
      </w:r>
      <w:r>
        <w:t xml:space="preserve"> Catherine</w:t>
      </w:r>
      <w:r>
        <w:t xml:space="preserve"> Halsey</w:t>
        <w:br/>
        <w:t>登上了一艘同样的船</w:t>
        <w:br/>
        <w:t>boarding</w:t>
      </w:r>
      <w:r>
        <w:t xml:space="preserve"> a</w:t>
      </w:r>
      <w:r>
        <w:t xml:space="preserve"> ship</w:t>
      </w:r>
      <w:r>
        <w:t xml:space="preserve"> of</w:t>
      </w:r>
      <w:r>
        <w:t xml:space="preserve"> the</w:t>
      </w:r>
      <w:r>
        <w:t xml:space="preserve"> same</w:t>
      </w:r>
      <w:r>
        <w:t xml:space="preserve"> description?</w:t>
        <w:br/>
        <w:t>如果我跟你说有多少人说看到过凯瑟琳·哈尔西</w:t>
        <w:br/>
        <w:t>If</w:t>
      </w:r>
      <w:r>
        <w:t xml:space="preserve"> I</w:t>
      </w:r>
      <w:r>
        <w:t xml:space="preserve"> told</w:t>
      </w:r>
      <w:r>
        <w:t xml:space="preserve"> you</w:t>
      </w:r>
      <w:r>
        <w:t xml:space="preserve"> how</w:t>
      </w:r>
      <w:r>
        <w:t xml:space="preserve"> many</w:t>
      </w:r>
      <w:r>
        <w:t xml:space="preserve"> Catherine</w:t>
      </w:r>
      <w:r>
        <w:t xml:space="preserve"> Halsey</w:t>
      </w:r>
      <w:r>
        <w:t xml:space="preserve"> sightings</w:t>
      </w:r>
      <w:r>
        <w:t xml:space="preserve"> we</w:t>
      </w:r>
      <w:r>
        <w:t xml:space="preserve"> have-</w:t>
      </w:r>
      <w:r>
        <w:t xml:space="preserve"> -</w:t>
        <w:br/>
        <w:t>19小时前</w:t>
        <w:br/>
        <w:t>Nineteen</w:t>
      </w:r>
      <w:r>
        <w:t xml:space="preserve"> hours</w:t>
      </w:r>
      <w:r>
        <w:t xml:space="preserve"> ago.</w:t>
        <w:br/>
        <w:t>不可能</w:t>
        <w:br/>
        <w:t>Impossible.</w:t>
        <w:br/>
        <w:t>她死了</w:t>
        <w:br/>
        <w:t>She's</w:t>
      </w:r>
      <w:r>
        <w:t xml:space="preserve"> dead.</w:t>
        <w:br/>
        <w:t>当然</w:t>
      </w:r>
      <w:r>
        <w:t xml:space="preserve"> 他可能看错了</w:t>
        <w:br/>
        <w:t>Of</w:t>
      </w:r>
      <w:r>
        <w:t xml:space="preserve"> course,</w:t>
      </w:r>
      <w:r>
        <w:t xml:space="preserve"> he</w:t>
      </w:r>
      <w:r>
        <w:t xml:space="preserve"> could</w:t>
      </w:r>
      <w:r>
        <w:t xml:space="preserve"> have</w:t>
      </w:r>
      <w:r>
        <w:t xml:space="preserve"> been</w:t>
      </w:r>
      <w:r>
        <w:t xml:space="preserve"> mistaken.</w:t>
        <w:br/>
        <w:t>可以是任何人</w:t>
      </w:r>
      <w:r>
        <w:t xml:space="preserve"> 与之同行的是个</w:t>
      </w:r>
      <w:r>
        <w:t xml:space="preserve"> 原话是</w:t>
        <w:br/>
        <w:t>It</w:t>
      </w:r>
      <w:r>
        <w:t xml:space="preserve"> could</w:t>
      </w:r>
      <w:r>
        <w:t xml:space="preserve"> be</w:t>
      </w:r>
      <w:r>
        <w:t xml:space="preserve"> anyone</w:t>
      </w:r>
      <w:r>
        <w:t xml:space="preserve"> traveling</w:t>
      </w:r>
      <w:r>
        <w:t xml:space="preserve"> with,</w:t>
      </w:r>
      <w:r>
        <w:t xml:space="preserve"> and</w:t>
      </w:r>
      <w:r>
        <w:t xml:space="preserve"> I</w:t>
      </w:r>
      <w:r>
        <w:t xml:space="preserve"> quote,</w:t>
        <w:br/>
        <w:t>一个伤痕累累的男人“</w:t>
        <w:br/>
        <w:t>A</w:t>
      </w:r>
      <w:r>
        <w:t xml:space="preserve"> scarred</w:t>
      </w:r>
      <w:r>
        <w:t xml:space="preserve"> man.</w:t>
        <w:br/>
        <w:t>可能是他见过的最大只的人类</w:t>
        <w:br/>
        <w:t>Perhaps</w:t>
      </w:r>
      <w:r>
        <w:t xml:space="preserve"> the</w:t>
      </w:r>
      <w:r>
        <w:t xml:space="preserve"> largest</w:t>
      </w:r>
      <w:r>
        <w:t xml:space="preserve"> human</w:t>
      </w:r>
      <w:r>
        <w:t xml:space="preserve"> he'd</w:t>
      </w:r>
      <w:r>
        <w:t xml:space="preserve"> ever</w:t>
      </w:r>
      <w:r>
        <w:t xml:space="preserve"> seen.</w:t>
        <w:br/>
        <w:t>不可能</w:t>
        <w:br/>
        <w:t>That's</w:t>
      </w:r>
      <w:r>
        <w:t xml:space="preserve"> not</w:t>
      </w:r>
      <w:r>
        <w:t xml:space="preserve"> possible.</w:t>
        <w:br/>
        <w:t>你一直说这话</w:t>
        <w:br/>
        <w:t>You</w:t>
      </w:r>
      <w:r>
        <w:t xml:space="preserve"> keep</w:t>
      </w:r>
      <w:r>
        <w:t xml:space="preserve"> saying</w:t>
      </w:r>
      <w:r>
        <w:t xml:space="preserve"> that.</w:t>
        <w:br/>
        <w:t>你认为他还活着</w:t>
      </w:r>
      <w:r>
        <w:t xml:space="preserve"> 还就在这个星球上</w:t>
        <w:br/>
        <w:t>You</w:t>
      </w:r>
      <w:r>
        <w:t xml:space="preserve"> think</w:t>
      </w:r>
      <w:r>
        <w:t xml:space="preserve"> that</w:t>
      </w:r>
      <w:r>
        <w:t xml:space="preserve"> he's</w:t>
      </w:r>
      <w:r>
        <w:t xml:space="preserve"> alive,</w:t>
      </w:r>
      <w:r>
        <w:t xml:space="preserve"> that</w:t>
      </w:r>
      <w:r>
        <w:t xml:space="preserve"> he's</w:t>
      </w:r>
      <w:r>
        <w:t xml:space="preserve"> here</w:t>
      </w:r>
      <w:r>
        <w:t xml:space="preserve"> on</w:t>
      </w:r>
      <w:r>
        <w:t xml:space="preserve"> this</w:t>
      </w:r>
      <w:r>
        <w:t xml:space="preserve"> planet?</w:t>
        <w:br/>
        <w:t>《光环》</w:t>
        <w:br/>
        <w:t>第二季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第6集</w:t>
        <w:br/>
        <w:t>我想我们很快就会知道的</w:t>
        <w:br/>
        <w:t>I</w:t>
      </w:r>
      <w:r>
        <w:t xml:space="preserve"> suppose</w:t>
      </w:r>
      <w:r>
        <w:t xml:space="preserve"> we're</w:t>
      </w:r>
      <w:r>
        <w:t xml:space="preserve"> going</w:t>
      </w:r>
      <w:r>
        <w:t xml:space="preserve"> to</w:t>
      </w:r>
      <w:r>
        <w:t xml:space="preserve"> find</w:t>
      </w:r>
      <w:r>
        <w:t xml:space="preserve"> out.</w:t>
        <w:br/>
        <w:t>暂停模拟</w:t>
        <w:br/>
        <w:t>Pause</w:t>
      </w:r>
      <w:r>
        <w:t xml:space="preserve"> simulation.</w:t>
        <w:br/>
        <w:t>你在干什么</w:t>
      </w:r>
      <w:r>
        <w:t xml:space="preserve"> </w:t>
      </w:r>
      <w:r>
        <w:t xml:space="preserve"> -我睡不着</w:t>
        <w:br/>
        <w:t>What</w:t>
      </w:r>
      <w:r>
        <w:t xml:space="preserve"> are</w:t>
      </w:r>
      <w:r>
        <w:t xml:space="preserve"> you</w:t>
      </w:r>
      <w:r>
        <w:t xml:space="preserve"> doing?</w:t>
      </w:r>
      <w:r>
        <w:t xml:space="preserve"> -</w:t>
      </w:r>
      <w:r>
        <w:t xml:space="preserve"> I</w:t>
      </w:r>
      <w:r>
        <w:t xml:space="preserve"> couldn't</w:t>
      </w:r>
      <w:r>
        <w:t xml:space="preserve"> sleep.</w:t>
        <w:br/>
        <w:t>你不能一直来这里</w:t>
        <w:br/>
        <w:t>you</w:t>
      </w:r>
      <w:r>
        <w:t xml:space="preserve"> can't</w:t>
      </w:r>
      <w:r>
        <w:t xml:space="preserve"> keep</w:t>
      </w:r>
      <w:r>
        <w:t xml:space="preserve"> coming</w:t>
      </w:r>
      <w:r>
        <w:t xml:space="preserve"> here.</w:t>
        <w:br/>
        <w:t>你不觉得有点病态了吗</w:t>
        <w:br/>
        <w:t>I</w:t>
      </w:r>
      <w:r>
        <w:t xml:space="preserve"> mean,</w:t>
      </w:r>
      <w:r>
        <w:t xml:space="preserve"> don't</w:t>
      </w:r>
      <w:r>
        <w:t xml:space="preserve"> you</w:t>
      </w:r>
      <w:r>
        <w:t xml:space="preserve"> think</w:t>
      </w:r>
      <w:r>
        <w:t xml:space="preserve"> it's</w:t>
      </w:r>
      <w:r>
        <w:t xml:space="preserve"> a</w:t>
      </w:r>
      <w:r>
        <w:t xml:space="preserve"> bit</w:t>
      </w:r>
      <w:r>
        <w:t xml:space="preserve"> morbid?</w:t>
        <w:br/>
        <w:t>我在训练</w:t>
      </w:r>
      <w:r>
        <w:t xml:space="preserve"> </w:t>
      </w:r>
      <w:r>
        <w:t xml:space="preserve"> -你在惩罚自己</w:t>
        <w:br/>
        <w:t>I'm</w:t>
      </w:r>
      <w:r>
        <w:t xml:space="preserve"> training.</w:t>
      </w:r>
      <w:r>
        <w:t xml:space="preserve"> You're</w:t>
      </w:r>
      <w:r>
        <w:t xml:space="preserve"> punishing</w:t>
      </w:r>
      <w:r>
        <w:t xml:space="preserve"> yourself.</w:t>
        <w:br/>
        <w:t>之前我们为什么不在这里</w:t>
        <w:br/>
        <w:t>Why</w:t>
      </w:r>
      <w:r>
        <w:t xml:space="preserve"> weren't</w:t>
      </w:r>
      <w:r>
        <w:t xml:space="preserve"> we</w:t>
      </w:r>
      <w:r>
        <w:t xml:space="preserve"> here?</w:t>
        <w:br/>
        <w:t>那些我们失去的人</w:t>
        <w:br/>
        <w:t>AlI</w:t>
      </w:r>
      <w:r>
        <w:t xml:space="preserve"> those</w:t>
      </w:r>
      <w:r>
        <w:t xml:space="preserve"> people</w:t>
      </w:r>
      <w:r>
        <w:t xml:space="preserve"> we</w:t>
      </w:r>
      <w:r>
        <w:t xml:space="preserve"> lost.</w:t>
        <w:br/>
        <w:t>我的团队</w:t>
        <w:br/>
        <w:t>My</w:t>
      </w:r>
      <w:r>
        <w:t xml:space="preserve"> team.</w:t>
        <w:br/>
        <w:t>都走了</w:t>
        <w:br/>
        <w:t>They're</w:t>
      </w:r>
      <w:r>
        <w:t xml:space="preserve"> all</w:t>
      </w:r>
      <w:r>
        <w:t xml:space="preserve"> gone.</w:t>
        <w:br/>
        <w:t>不止发生在你一个人身上</w:t>
        <w:br/>
        <w:t>It</w:t>
      </w:r>
      <w:r>
        <w:t xml:space="preserve"> didn't</w:t>
      </w:r>
      <w:r>
        <w:t xml:space="preserve"> just</w:t>
      </w:r>
      <w:r>
        <w:t xml:space="preserve"> happen</w:t>
      </w:r>
      <w:r>
        <w:t xml:space="preserve"> to</w:t>
      </w:r>
      <w:r>
        <w:t xml:space="preserve"> you.</w:t>
        <w:br/>
        <w:t>没人能逃脱这种悲剧</w:t>
        <w:br/>
        <w:t>No</w:t>
      </w:r>
      <w:r>
        <w:t xml:space="preserve"> one</w:t>
      </w:r>
      <w:r>
        <w:t xml:space="preserve"> escapes</w:t>
      </w:r>
      <w:r>
        <w:t xml:space="preserve"> this</w:t>
      </w:r>
      <w:r>
        <w:t xml:space="preserve"> kind</w:t>
      </w:r>
      <w:r>
        <w:t xml:space="preserve"> of</w:t>
      </w:r>
      <w:r>
        <w:t xml:space="preserve"> tragedy.</w:t>
        <w:br/>
        <w:t>没有一个新兵能在护卫舰模拟中幸存</w:t>
        <w:br/>
        <w:t>None</w:t>
      </w:r>
      <w:r>
        <w:t xml:space="preserve"> of</w:t>
      </w:r>
      <w:r>
        <w:t xml:space="preserve"> the</w:t>
      </w:r>
      <w:r>
        <w:t xml:space="preserve"> recruits</w:t>
      </w:r>
      <w:r>
        <w:t xml:space="preserve"> survived</w:t>
      </w:r>
      <w:r>
        <w:t xml:space="preserve"> the</w:t>
      </w:r>
      <w:r>
        <w:t xml:space="preserve"> Corvette</w:t>
      </w:r>
      <w:r>
        <w:t xml:space="preserve"> simulation.</w:t>
        <w:br/>
        <w:t>他们会活下来的</w:t>
        <w:br/>
        <w:t>They</w:t>
      </w:r>
      <w:r>
        <w:t xml:space="preserve"> will.</w:t>
        <w:br/>
        <w:t>他们只是需要时间</w:t>
      </w:r>
      <w:r>
        <w:t xml:space="preserve"> 需要准备</w:t>
        <w:br/>
        <w:t>They</w:t>
      </w:r>
      <w:r>
        <w:t xml:space="preserve"> just</w:t>
      </w:r>
      <w:r>
        <w:t xml:space="preserve"> need</w:t>
      </w:r>
      <w:r>
        <w:t xml:space="preserve"> time,</w:t>
      </w:r>
      <w:r>
        <w:t xml:space="preserve"> preparation.</w:t>
        <w:br/>
        <w:t>我得知道我们不是派他们去执行自杀任务</w:t>
        <w:br/>
        <w:t>I</w:t>
      </w:r>
      <w:r>
        <w:t xml:space="preserve"> need</w:t>
      </w:r>
      <w:r>
        <w:t xml:space="preserve"> to</w:t>
      </w:r>
      <w:r>
        <w:t xml:space="preserve"> know</w:t>
      </w:r>
      <w:r>
        <w:t xml:space="preserve"> we're</w:t>
      </w:r>
      <w:r>
        <w:t xml:space="preserve"> not</w:t>
      </w:r>
      <w:r>
        <w:t xml:space="preserve"> sending</w:t>
      </w:r>
      <w:r>
        <w:t xml:space="preserve"> them</w:t>
      </w:r>
      <w:r>
        <w:t xml:space="preserve"> on</w:t>
      </w:r>
      <w:r>
        <w:t xml:space="preserve"> a</w:t>
      </w:r>
      <w:r>
        <w:t xml:space="preserve"> suicide</w:t>
      </w:r>
      <w:r>
        <w:t xml:space="preserve"> mission.</w:t>
        <w:br/>
        <w:t>你曾经要求过保证吗</w:t>
        <w:br/>
        <w:t>Did</w:t>
      </w:r>
      <w:r>
        <w:t xml:space="preserve"> you</w:t>
      </w:r>
      <w:r>
        <w:t xml:space="preserve"> ever</w:t>
      </w:r>
      <w:r>
        <w:t xml:space="preserve"> ask</w:t>
      </w:r>
      <w:r>
        <w:t xml:space="preserve"> for</w:t>
      </w:r>
      <w:r>
        <w:t xml:space="preserve"> a</w:t>
      </w:r>
      <w:r>
        <w:t xml:space="preserve"> guarantee?</w:t>
        <w:br/>
        <w:t>他有过吗</w:t>
        <w:br/>
        <w:t>Did</w:t>
      </w:r>
      <w:r>
        <w:t xml:space="preserve"> he?</w:t>
        <w:br/>
        <w:t>士官长走了</w:t>
        <w:br/>
        <w:t>Master</w:t>
      </w:r>
      <w:r>
        <w:t xml:space="preserve"> Chief</w:t>
      </w:r>
      <w:r>
        <w:t xml:space="preserve"> is</w:t>
      </w:r>
      <w:r>
        <w:t xml:space="preserve"> gone.</w:t>
        <w:br/>
        <w:t>但你正在以他的形象塑造下一代</w:t>
        <w:br/>
        <w:t>But</w:t>
      </w:r>
      <w:r>
        <w:t xml:space="preserve"> you</w:t>
      </w:r>
      <w:r>
        <w:t xml:space="preserve"> are</w:t>
      </w:r>
      <w:r>
        <w:t xml:space="preserve"> making</w:t>
      </w:r>
      <w:r>
        <w:t xml:space="preserve"> the</w:t>
      </w:r>
      <w:r>
        <w:t xml:space="preserve"> next</w:t>
      </w:r>
      <w:r>
        <w:t xml:space="preserve"> generation</w:t>
      </w:r>
      <w:r>
        <w:t xml:space="preserve"> in</w:t>
      </w:r>
      <w:r>
        <w:t xml:space="preserve"> his</w:t>
      </w:r>
      <w:r>
        <w:t xml:space="preserve"> image.</w:t>
        <w:br/>
        <w:t>他们不是士官长</w:t>
        <w:br/>
        <w:t>They're</w:t>
      </w:r>
      <w:r>
        <w:t xml:space="preserve"> not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Chief.</w:t>
        <w:br/>
        <w:t>我不能把他们变成斯巴达战士</w:t>
        <w:br/>
        <w:t>I</w:t>
      </w:r>
      <w:r>
        <w:t xml:space="preserve"> can't</w:t>
      </w:r>
      <w:r>
        <w:t xml:space="preserve"> make</w:t>
      </w:r>
      <w:r>
        <w:t xml:space="preserve"> them</w:t>
      </w:r>
      <w:r>
        <w:t xml:space="preserve"> Spartans.</w:t>
        <w:br/>
        <w:t>结束模拟</w:t>
        <w:br/>
        <w:t>End</w:t>
      </w:r>
      <w:r>
        <w:t xml:space="preserve"> simulation.</w:t>
        <w:br/>
        <w:t>他们就是斯巴达战士</w:t>
        <w:br/>
        <w:t>They</w:t>
      </w:r>
      <w:r>
        <w:t xml:space="preserve"> are</w:t>
      </w:r>
      <w:r>
        <w:t xml:space="preserve"> Spartans.</w:t>
        <w:br/>
        <w:t>你的任务就是让他们相信这点</w:t>
        <w:br/>
        <w:t>And</w:t>
      </w:r>
      <w:r>
        <w:t xml:space="preserve"> it's</w:t>
      </w:r>
      <w:r>
        <w:t xml:space="preserve"> your</w:t>
      </w:r>
      <w:r>
        <w:t xml:space="preserve"> job</w:t>
      </w:r>
      <w:r>
        <w:t xml:space="preserve"> to</w:t>
      </w:r>
      <w:r>
        <w:t xml:space="preserve"> make</w:t>
      </w:r>
      <w:r>
        <w:t xml:space="preserve"> them</w:t>
      </w:r>
      <w:r>
        <w:t xml:space="preserve"> believe</w:t>
      </w:r>
      <w:r>
        <w:t xml:space="preserve"> it.</w:t>
        <w:br/>
        <w:t>那个能还给我了吗</w:t>
        <w:br/>
        <w:t>May</w:t>
      </w:r>
      <w:r>
        <w:t xml:space="preserve"> I</w:t>
      </w:r>
      <w:r>
        <w:t xml:space="preserve"> have</w:t>
      </w:r>
      <w:r>
        <w:t xml:space="preserve"> that</w:t>
      </w:r>
      <w:r>
        <w:t xml:space="preserve"> back?</w:t>
        <w:br/>
        <w:t>你想要什么</w:t>
        <w:br/>
        <w:t>What</w:t>
      </w:r>
      <w:r>
        <w:t xml:space="preserve"> is</w:t>
      </w:r>
      <w:r>
        <w:t xml:space="preserve"> it</w:t>
      </w:r>
      <w:r>
        <w:t xml:space="preserve"> that</w:t>
      </w:r>
      <w:r>
        <w:t xml:space="preserve"> you</w:t>
      </w:r>
      <w:r>
        <w:t xml:space="preserve"> want?</w:t>
        <w:br/>
        <w:t>她一直想要的</w:t>
      </w:r>
      <w:r>
        <w:t xml:space="preserve"> 筹码</w:t>
        <w:br/>
        <w:t>What</w:t>
      </w:r>
      <w:r>
        <w:t xml:space="preserve"> she</w:t>
      </w:r>
      <w:r>
        <w:t xml:space="preserve"> always</w:t>
      </w:r>
      <w:r>
        <w:t xml:space="preserve"> wants.</w:t>
      </w:r>
      <w:r>
        <w:t xml:space="preserve"> Leverage.</w:t>
        <w:br/>
        <w:t>我知道他们把你儿子带哪里去了</w:t>
        <w:br/>
        <w:t>I</w:t>
      </w:r>
      <w:r>
        <w:t xml:space="preserve"> know</w:t>
      </w:r>
      <w:r>
        <w:t xml:space="preserve"> where</w:t>
      </w:r>
      <w:r>
        <w:t xml:space="preserve"> they</w:t>
      </w:r>
      <w:r>
        <w:t xml:space="preserve"> took</w:t>
      </w:r>
      <w:r>
        <w:t xml:space="preserve"> your</w:t>
      </w:r>
      <w:r>
        <w:t xml:space="preserve"> son.</w:t>
        <w:br/>
        <w:t>这里就是哈尔西所说的一切开始的地方</w:t>
        <w:br/>
        <w:t>This</w:t>
      </w:r>
      <w:r>
        <w:t xml:space="preserve"> is</w:t>
      </w:r>
      <w:r>
        <w:t xml:space="preserve"> where</w:t>
      </w:r>
      <w:r>
        <w:t xml:space="preserve"> Halsey</w:t>
      </w:r>
      <w:r>
        <w:t xml:space="preserve"> says</w:t>
      </w:r>
      <w:r>
        <w:t xml:space="preserve"> it</w:t>
      </w:r>
      <w:r>
        <w:t xml:space="preserve"> all</w:t>
      </w:r>
      <w:r>
        <w:t xml:space="preserve"> started.</w:t>
        <w:br/>
        <w:t>海军情报局</w:t>
        <w:br/>
        <w:t>ONI.</w:t>
        <w:br/>
        <w:t>你对这地方了解多少</w:t>
        <w:br/>
        <w:t>What</w:t>
      </w:r>
      <w:r>
        <w:t xml:space="preserve"> do</w:t>
      </w:r>
      <w:r>
        <w:t xml:space="preserve"> you</w:t>
      </w:r>
      <w:r>
        <w:t xml:space="preserve"> know</w:t>
      </w:r>
      <w:r>
        <w:t xml:space="preserve"> about</w:t>
      </w:r>
      <w:r>
        <w:t xml:space="preserve"> this</w:t>
      </w:r>
      <w:r>
        <w:t xml:space="preserve"> place?</w:t>
        <w:br/>
        <w:t>瑙星</w:t>
        <w:br/>
        <w:t>Onyx.</w:t>
        <w:br/>
        <w:t>没有地图</w:t>
      </w:r>
      <w:r>
        <w:t xml:space="preserve"> 没有记录</w:t>
        <w:br/>
        <w:t>No</w:t>
      </w:r>
      <w:r>
        <w:t xml:space="preserve"> maps.</w:t>
      </w:r>
      <w:r>
        <w:t xml:space="preserve"> No</w:t>
      </w:r>
      <w:r>
        <w:t xml:space="preserve"> records.</w:t>
        <w:br/>
        <w:t>没有过去</w:t>
        <w:br/>
        <w:t>No</w:t>
      </w:r>
      <w:r>
        <w:t xml:space="preserve"> history.</w:t>
        <w:br/>
        <w:t>只有传闻</w:t>
        <w:br/>
        <w:t>Just</w:t>
      </w:r>
      <w:r>
        <w:t xml:space="preserve"> rumors.</w:t>
        <w:br/>
        <w:t>只有窃窃私语</w:t>
        <w:br/>
        <w:t>Just</w:t>
      </w:r>
      <w:r>
        <w:t xml:space="preserve"> whispers.</w:t>
        <w:br/>
        <w:t>他们抓了凯斯勒</w:t>
        <w:br/>
        <w:t>They've</w:t>
      </w:r>
      <w:r>
        <w:t xml:space="preserve"> got</w:t>
      </w:r>
      <w:r>
        <w:t xml:space="preserve"> Kessler.</w:t>
        <w:br/>
        <w:t>那里</w:t>
        <w:br/>
        <w:t>There.</w:t>
        <w:br/>
        <w:t>有记起什么吗</w:t>
        <w:br/>
        <w:t>Remind</w:t>
      </w:r>
      <w:r>
        <w:t xml:space="preserve"> you</w:t>
      </w:r>
      <w:r>
        <w:t xml:space="preserve"> of</w:t>
      </w:r>
      <w:r>
        <w:t xml:space="preserve"> anything?</w:t>
        <w:br/>
        <w:t>他们还在造斯巴达战士</w:t>
        <w:br/>
        <w:t>They're</w:t>
      </w:r>
      <w:r>
        <w:t xml:space="preserve"> still</w:t>
      </w:r>
      <w:r>
        <w:t xml:space="preserve"> making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Spartans.</w:t>
        <w:br/>
        <w:t>哈尔西走了</w:t>
        <w:br/>
        <w:t>Halsey's</w:t>
      </w:r>
      <w:r>
        <w:t xml:space="preserve"> gonel</w:t>
        <w:br/>
        <w:t>不重要</w:t>
      </w:r>
      <w:r>
        <w:t xml:space="preserve"> 我们不需要她了</w:t>
        <w:br/>
        <w:t>It</w:t>
      </w:r>
      <w:r>
        <w:t xml:space="preserve"> doesn't</w:t>
      </w:r>
      <w:r>
        <w:t xml:space="preserve"> matter.</w:t>
      </w:r>
      <w:r>
        <w:t xml:space="preserve"> We</w:t>
      </w:r>
      <w:r>
        <w:t xml:space="preserve"> don't</w:t>
      </w:r>
      <w:r>
        <w:t xml:space="preserve"> need</w:t>
      </w:r>
      <w:r>
        <w:t xml:space="preserve"> her.</w:t>
        <w:br/>
        <w:t>我知道凯斯勒在哪儿</w:t>
      </w:r>
      <w:r>
        <w:t xml:space="preserve"> </w:t>
      </w:r>
      <w:r>
        <w:t xml:space="preserve"> -你快去吧</w:t>
        <w:br/>
        <w:t>I</w:t>
      </w:r>
      <w:r>
        <w:t xml:space="preserve"> know</w:t>
      </w:r>
      <w:r>
        <w:t xml:space="preserve"> where</w:t>
      </w:r>
      <w:r>
        <w:t xml:space="preserve"> Kessler</w:t>
      </w:r>
      <w:r>
        <w:t xml:space="preserve"> is.</w:t>
      </w:r>
      <w:r>
        <w:t xml:space="preserve"> You</w:t>
      </w:r>
      <w:r>
        <w:t xml:space="preserve"> better</w:t>
      </w:r>
      <w:r>
        <w:t xml:space="preserve"> get</w:t>
      </w:r>
      <w:r>
        <w:t xml:space="preserve"> going.</w:t>
        <w:br/>
        <w:t>你说什么呢</w:t>
        <w:br/>
        <w:t>What</w:t>
      </w:r>
      <w:r>
        <w:t xml:space="preserve"> are</w:t>
      </w:r>
      <w:r>
        <w:t xml:space="preserve"> you</w:t>
      </w:r>
      <w:r>
        <w:t xml:space="preserve"> talking</w:t>
      </w:r>
      <w:r>
        <w:t xml:space="preserve"> about?</w:t>
        <w:br/>
        <w:t>索伦</w:t>
      </w:r>
      <w:r>
        <w:t xml:space="preserve"> 我们得行动了</w:t>
        <w:br/>
        <w:t>Soren,</w:t>
      </w:r>
      <w:r>
        <w:t xml:space="preserve"> we</w:t>
      </w:r>
      <w:r>
        <w:t xml:space="preserve"> need</w:t>
      </w:r>
      <w:r>
        <w:t xml:space="preserve"> to</w:t>
      </w:r>
      <w:r>
        <w:t xml:space="preserve"> move.</w:t>
        <w:br/>
        <w:t>我知道你在想什么</w:t>
        <w:br/>
        <w:t>I</w:t>
      </w:r>
      <w:r>
        <w:t xml:space="preserve"> can</w:t>
      </w:r>
      <w:r>
        <w:t xml:space="preserve"> see</w:t>
      </w:r>
      <w:r>
        <w:t xml:space="preserve"> what</w:t>
      </w:r>
      <w:r>
        <w:t xml:space="preserve"> you're</w:t>
      </w:r>
      <w:r>
        <w:t xml:space="preserve"> thinking.</w:t>
        <w:br/>
        <w:t>你受伤了</w:t>
        <w:br/>
        <w:t>You're</w:t>
      </w:r>
      <w:r>
        <w:t xml:space="preserve"> all</w:t>
      </w:r>
      <w:r>
        <w:t xml:space="preserve"> banged</w:t>
      </w:r>
      <w:r>
        <w:t xml:space="preserve"> up.</w:t>
        <w:br/>
        <w:t>也没有战甲傍身</w:t>
        <w:br/>
        <w:t>You</w:t>
      </w:r>
      <w:r>
        <w:t xml:space="preserve"> don't</w:t>
      </w:r>
      <w:r>
        <w:t xml:space="preserve"> have</w:t>
      </w:r>
      <w:r>
        <w:t xml:space="preserve"> your</w:t>
      </w:r>
      <w:r>
        <w:t xml:space="preserve"> armor.</w:t>
        <w:br/>
        <w:t>去找你儿子吧</w:t>
        <w:br/>
        <w:t>Go</w:t>
      </w:r>
      <w:r>
        <w:t xml:space="preserve"> get</w:t>
      </w:r>
      <w:r>
        <w:t xml:space="preserve"> your</w:t>
      </w:r>
      <w:r>
        <w:t xml:space="preserve"> son.</w:t>
        <w:br/>
        <w:t>那边</w:t>
        <w:br/>
        <w:t>Right</w:t>
      </w:r>
      <w:r>
        <w:t xml:space="preserve"> therel</w:t>
        <w:br/>
        <w:t>后退</w:t>
        <w:br/>
        <w:t>Stand</w:t>
      </w:r>
      <w:r>
        <w:t xml:space="preserve"> down!</w:t>
        <w:br/>
        <w:t>这是什么</w:t>
        <w:br/>
        <w:t>What</w:t>
      </w:r>
      <w:r>
        <w:t xml:space="preserve"> is</w:t>
      </w:r>
      <w:r>
        <w:t xml:space="preserve"> it?</w:t>
        <w:br/>
        <w:t>我</w:t>
        <w:br/>
        <w:t>I</w:t>
        <w:br/>
        <w:t>我认识这个</w:t>
        <w:br/>
        <w:t>I</w:t>
      </w:r>
      <w:r>
        <w:t xml:space="preserve"> know</w:t>
      </w:r>
      <w:r>
        <w:t xml:space="preserve"> this.</w:t>
        <w:br/>
        <w:t>它怎么会在这里</w:t>
        <w:br/>
        <w:t>What</w:t>
      </w:r>
      <w:r>
        <w:t xml:space="preserve"> is</w:t>
      </w:r>
      <w:r>
        <w:t xml:space="preserve"> it</w:t>
      </w:r>
      <w:r>
        <w:t xml:space="preserve"> doing</w:t>
      </w:r>
      <w:r>
        <w:t xml:space="preserve"> here?</w:t>
        <w:br/>
        <w:br/>
        <w:t>我天</w:t>
        <w:br/>
        <w:t>Oh,</w:t>
      </w:r>
      <w:r>
        <w:t xml:space="preserve"> my</w:t>
      </w:r>
      <w:r>
        <w:t xml:space="preserve"> God.</w:t>
        <w:br/>
        <w:t>我没事</w:t>
        <w:br/>
        <w:t>I'm</w:t>
      </w:r>
      <w:r>
        <w:t xml:space="preserve"> okay.</w:t>
        <w:br/>
        <w:t>你说是就是吧</w:t>
        <w:br/>
        <w:t>If</w:t>
      </w:r>
      <w:r>
        <w:t xml:space="preserve"> you</w:t>
      </w:r>
      <w:r>
        <w:t xml:space="preserve"> say</w:t>
      </w:r>
      <w:r>
        <w:t xml:space="preserve"> so.</w:t>
        <w:br/>
        <w:t>怎么会</w:t>
        <w:br/>
        <w:t>How</w:t>
      </w:r>
      <w:r>
        <w:t xml:space="preserve"> are.</w:t>
        <w:br/>
        <w:t>我们在哪儿</w:t>
        <w:br/>
        <w:t>Where</w:t>
      </w:r>
      <w:r>
        <w:t xml:space="preserve"> are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we?</w:t>
        <w:br/>
        <w:t>你要干什么</w:t>
        <w:br/>
        <w:t>What</w:t>
      </w:r>
      <w:r>
        <w:t xml:space="preserve"> are</w:t>
      </w:r>
      <w:r>
        <w:t xml:space="preserve"> you</w:t>
      </w:r>
      <w:r>
        <w:t xml:space="preserve"> doing?</w:t>
        <w:br/>
        <w:t>你怎么知道那个在那里的</w:t>
        <w:br/>
        <w:t>How'd</w:t>
      </w:r>
      <w:r>
        <w:t xml:space="preserve"> you</w:t>
      </w:r>
      <w:r>
        <w:t xml:space="preserve"> know</w:t>
      </w:r>
      <w:r>
        <w:t xml:space="preserve"> that</w:t>
      </w:r>
      <w:r>
        <w:t xml:space="preserve"> was</w:t>
      </w:r>
      <w:r>
        <w:t xml:space="preserve"> there?</w:t>
      </w:r>
      <w:r>
        <w:t xml:space="preserve"> -</w:t>
        <w:br/>
        <w:t>还能用</w:t>
        <w:br/>
        <w:t>Still</w:t>
      </w:r>
      <w:r>
        <w:t xml:space="preserve"> works.</w:t>
        <w:br/>
        <w:t>都过20年了</w:t>
      </w:r>
      <w:r>
        <w:t xml:space="preserve"> 拿着</w:t>
        <w:br/>
        <w:t>After</w:t>
      </w:r>
      <w:r>
        <w:t xml:space="preserve"> 20</w:t>
      </w:r>
      <w:r>
        <w:t xml:space="preserve"> years.</w:t>
      </w:r>
      <w:r>
        <w:t xml:space="preserve"> Take</w:t>
      </w:r>
      <w:r>
        <w:t xml:space="preserve"> it.</w:t>
        <w:br/>
        <w:t>你以前来过</w:t>
        <w:br/>
        <w:t>You've</w:t>
      </w:r>
      <w:r>
        <w:t xml:space="preserve"> been</w:t>
      </w:r>
      <w:r>
        <w:t xml:space="preserve"> here</w:t>
      </w:r>
      <w:r>
        <w:t xml:space="preserve"> before?</w:t>
        <w:br/>
        <w:t>是</w:t>
      </w:r>
      <w:r>
        <w:t xml:space="preserve"> 我以前几乎就住这里</w:t>
        <w:br/>
        <w:t>Yes.</w:t>
      </w:r>
      <w:r>
        <w:t xml:space="preserve"> I</w:t>
      </w:r>
      <w:r>
        <w:t xml:space="preserve"> used</w:t>
      </w:r>
      <w:r>
        <w:t xml:space="preserve"> to</w:t>
      </w:r>
      <w:r>
        <w:t xml:space="preserve"> practically</w:t>
      </w:r>
      <w:r>
        <w:t xml:space="preserve"> live</w:t>
      </w:r>
      <w:r>
        <w:t xml:space="preserve"> here.</w:t>
        <w:br/>
        <w:t>这里是什么地方</w:t>
        <w:br/>
        <w:t>What</w:t>
      </w:r>
      <w:r>
        <w:t xml:space="preserve"> is</w:t>
      </w:r>
      <w:r>
        <w:t xml:space="preserve"> this</w:t>
      </w:r>
      <w:r>
        <w:t xml:space="preserve"> place?</w:t>
        <w:br/>
        <w:t>一切开始的地方</w:t>
        <w:br/>
        <w:t>It's</w:t>
      </w:r>
      <w:r>
        <w:t xml:space="preserve"> where</w:t>
      </w:r>
      <w:r>
        <w:t xml:space="preserve"> it</w:t>
      </w:r>
      <w:r>
        <w:t xml:space="preserve"> all</w:t>
      </w:r>
      <w:r>
        <w:t xml:space="preserve"> began.</w:t>
        <w:br/>
        <w:t>我记得你</w:t>
        <w:br/>
        <w:t>You</w:t>
      </w:r>
      <w:r>
        <w:t xml:space="preserve"> know,</w:t>
      </w:r>
      <w:r>
        <w:t xml:space="preserve"> I</w:t>
      </w:r>
      <w:r>
        <w:t xml:space="preserve"> remember</w:t>
      </w:r>
      <w:r>
        <w:t xml:space="preserve"> you.</w:t>
        <w:br/>
        <w:t>真是受宠若惊呢</w:t>
        <w:br/>
        <w:t>I'm</w:t>
      </w:r>
      <w:r>
        <w:t xml:space="preserve"> flattered.</w:t>
        <w:br/>
        <w:t>你毁了我最好的作品</w:t>
      </w:r>
      <w:r>
        <w:t xml:space="preserve"> </w:t>
      </w:r>
      <w:r>
        <w:t xml:space="preserve"> -什么</w:t>
        <w:br/>
        <w:t>You</w:t>
      </w:r>
      <w:r>
        <w:t xml:space="preserve"> ruined</w:t>
      </w:r>
      <w:r>
        <w:t xml:space="preserve"> my</w:t>
      </w:r>
      <w:r>
        <w:t xml:space="preserve"> best</w:t>
      </w:r>
      <w:r>
        <w:t xml:space="preserve"> work.</w:t>
      </w:r>
      <w:r>
        <w:t xml:space="preserve"> -</w:t>
      </w:r>
      <w:r>
        <w:t xml:space="preserve"> What?</w:t>
        <w:br/>
        <w:t>在认识你之前</w:t>
      </w:r>
      <w:r>
        <w:t xml:space="preserve"> 约翰始终如一</w:t>
      </w:r>
      <w:r>
        <w:t xml:space="preserve"> 可靠</w:t>
      </w:r>
      <w:r>
        <w:t xml:space="preserve"> 是个斯巴达战士</w:t>
        <w:br/>
        <w:t>Before</w:t>
      </w:r>
      <w:r>
        <w:t xml:space="preserve"> you,</w:t>
      </w:r>
      <w:r>
        <w:t xml:space="preserve"> John</w:t>
      </w:r>
      <w:r>
        <w:t xml:space="preserve"> was</w:t>
      </w:r>
      <w:r>
        <w:t xml:space="preserve"> consistent.</w:t>
      </w:r>
      <w:r>
        <w:t xml:space="preserve"> Dependable.</w:t>
      </w:r>
      <w:r>
        <w:t xml:space="preserve"> A</w:t>
      </w:r>
      <w:r>
        <w:t xml:space="preserve"> Spartan.</w:t>
        <w:br/>
        <w:t>后来他遇到了你</w:t>
      </w:r>
      <w:r>
        <w:t xml:space="preserve"> 变得难以捉摸</w:t>
        <w:br/>
        <w:t>Then</w:t>
      </w:r>
      <w:r>
        <w:t xml:space="preserve"> he</w:t>
      </w:r>
      <w:r>
        <w:t xml:space="preserve"> met</w:t>
      </w:r>
      <w:r>
        <w:t xml:space="preserve"> you</w:t>
      </w:r>
      <w:r>
        <w:t xml:space="preserve"> and</w:t>
      </w:r>
      <w:r>
        <w:t xml:space="preserve"> he</w:t>
      </w:r>
      <w:r>
        <w:t xml:space="preserve"> became</w:t>
      </w:r>
      <w:r>
        <w:t xml:space="preserve"> unpredictable.</w:t>
        <w:br/>
        <w:t>抱歉了</w:t>
      </w:r>
      <w:r>
        <w:t xml:space="preserve"> </w:t>
      </w:r>
      <w:r>
        <w:t xml:space="preserve"> -不必</w:t>
        <w:br/>
        <w:t>Oh,</w:t>
      </w:r>
      <w:r>
        <w:t xml:space="preserve"> sorry</w:t>
      </w:r>
      <w:r>
        <w:t xml:space="preserve"> about</w:t>
      </w:r>
      <w:r>
        <w:t xml:space="preserve"> that.</w:t>
      </w:r>
      <w:r>
        <w:t xml:space="preserve"> Oh,</w:t>
      </w:r>
      <w:r>
        <w:t xml:space="preserve"> don't</w:t>
      </w:r>
      <w:r>
        <w:t xml:space="preserve"> be.</w:t>
        <w:br/>
        <w:t>有时候引入一个新的变量</w:t>
        <w:br/>
        <w:t>Sometimes</w:t>
      </w:r>
      <w:r>
        <w:t xml:space="preserve"> the</w:t>
      </w:r>
      <w:r>
        <w:t xml:space="preserve"> introduction</w:t>
      </w:r>
      <w:r>
        <w:t xml:space="preserve"> of</w:t>
      </w:r>
      <w:r>
        <w:t xml:space="preserve"> a</w:t>
      </w:r>
      <w:r>
        <w:t xml:space="preserve"> new</w:t>
      </w:r>
      <w:r>
        <w:t xml:space="preserve"> variable,</w:t>
        <w:br/>
        <w:t>无论有多微不足道</w:t>
        <w:br/>
        <w:t>however</w:t>
      </w:r>
      <w:r>
        <w:t xml:space="preserve"> insignificant,</w:t>
        <w:br/>
        <w:t>都可能成为巨大变革的催化剂</w:t>
        <w:br/>
        <w:t>can</w:t>
      </w:r>
      <w:r>
        <w:t xml:space="preserve"> be</w:t>
      </w:r>
      <w:r>
        <w:t xml:space="preserve"> the</w:t>
      </w:r>
      <w:r>
        <w:t xml:space="preserve"> catalyst</w:t>
      </w:r>
      <w:r>
        <w:t xml:space="preserve"> for</w:t>
      </w:r>
      <w:r>
        <w:t xml:space="preserve"> huge</w:t>
      </w:r>
      <w:r>
        <w:t xml:space="preserve"> change.</w:t>
        <w:br/>
        <w:t>谢谢</w:t>
        <w:br/>
        <w:t>Thanks?</w:t>
        <w:br/>
        <w:t>通讯好像出了问题</w:t>
        <w:br/>
        <w:t>我一直联&amp;hearts;系&amp;hearts;不上博爱城</w:t>
      </w:r>
      <w:r>
        <w:t xml:space="preserve"> 也联&amp;hearts;系&amp;hearts;不到舰队</w:t>
        <w:br/>
        <w:t>你认为这个故障什么时候能解决</w:t>
        <w:br/>
        <w:t>这不是故障</w:t>
      </w:r>
      <w:r>
        <w:t xml:space="preserve"> 是我的命令</w:t>
        <w:br/>
        <w:t>为什么神风烈士要求我们保持沉默呢</w:t>
        <w:br/>
        <w:t>因为我们的认为需要这样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牧师</w:t>
        <w:br/>
        <w:t>我们要去哪儿</w:t>
        <w:br/>
        <w:t>也许你不知道</w:t>
      </w:r>
      <w:r>
        <w:t xml:space="preserve"> 也许你应该咨&amp;hearts;询&amp;hearts;下你的宠物</w:t>
        <w:br/>
        <w:t>我的命令是高等先知亲自下发的</w:t>
        <w:br/>
        <w:t>你的耻辱也是</w:t>
        <w:br/>
        <w:t>有人说神风烈士对先知们失去了信心</w:t>
        <w:br/>
        <w:t>并向这个人类寻求指引</w:t>
        <w:br/>
        <w:t>那个人类对我来说毫无意义</w:t>
        <w:br/>
        <w:t>我很乐意用我的剑平息</w:t>
        <w:br/>
        <w:t>这些毫无根据的含沙射影</w:t>
        <w:br/>
        <w:t>我的剑一挥</w:t>
        <w:br/>
        <w:t>不该由我来杀她</w:t>
      </w:r>
      <w:r>
        <w:t xml:space="preserve"> 她属于高等先知</w:t>
        <w:br/>
        <w:t>那等我回到博爱城</w:t>
      </w:r>
      <w:r>
        <w:t xml:space="preserve"> 我会去征求他们的同意</w:t>
        <w:br/>
        <w:t>也就是</w:t>
        <w:br/>
        <w:t>很快了</w:t>
        <w:br/>
        <w:t>牧师起疑了</w:t>
        <w:br/>
        <w:t>你跟基石交流过了吗</w:t>
        <w:br/>
        <w:t>You</w:t>
      </w:r>
      <w:r>
        <w:t xml:space="preserve"> have</w:t>
      </w:r>
      <w:r>
        <w:t xml:space="preserve"> communed</w:t>
      </w:r>
      <w:r>
        <w:t xml:space="preserve"> with</w:t>
      </w:r>
      <w:r>
        <w:t xml:space="preserve"> the</w:t>
      </w:r>
      <w:r>
        <w:t xml:space="preserve"> Keystone?</w:t>
        <w:br/>
        <w:t>你跟基石交流过了吗</w:t>
        <w:br/>
        <w:t>当然</w:t>
        <w:br/>
        <w:t>Of</w:t>
      </w:r>
      <w:r>
        <w:t xml:space="preserve"> course.</w:t>
        <w:br/>
        <w:t>当然</w:t>
        <w:br/>
        <w:t>我可是世尊者</w:t>
        <w:br/>
        <w:t>I</w:t>
      </w:r>
      <w:r>
        <w:t xml:space="preserve"> am</w:t>
      </w:r>
      <w:r>
        <w:t xml:space="preserve"> the</w:t>
      </w:r>
      <w:r>
        <w:t xml:space="preserve"> Blessed</w:t>
      </w:r>
      <w:r>
        <w:t xml:space="preserve"> One.</w:t>
        <w:br/>
        <w:t>我可是世尊者</w:t>
        <w:br/>
        <w:t>你觉得他知道吗</w:t>
        <w:br/>
        <w:t>Do</w:t>
      </w:r>
      <w:r>
        <w:t xml:space="preserve"> you</w:t>
      </w:r>
      <w:r>
        <w:t xml:space="preserve"> think</w:t>
      </w:r>
      <w:r>
        <w:t xml:space="preserve"> he</w:t>
      </w:r>
      <w:r>
        <w:t xml:space="preserve"> knows?</w:t>
        <w:br/>
        <w:t>你在撒谎这事</w:t>
        <w:br/>
        <w:t>That</w:t>
      </w:r>
      <w:r>
        <w:t xml:space="preserve"> you're</w:t>
      </w:r>
      <w:r>
        <w:t xml:space="preserve"> lying.</w:t>
        <w:br/>
        <w:t>都跟你说了</w:t>
      </w:r>
      <w:r>
        <w:t xml:space="preserve"> 我看不见</w:t>
        <w:br/>
        <w:t>I</w:t>
      </w:r>
      <w:r>
        <w:t xml:space="preserve"> told</w:t>
      </w:r>
      <w:r>
        <w:t xml:space="preserve"> you,</w:t>
      </w:r>
      <w:r>
        <w:t xml:space="preserve"> I</w:t>
      </w:r>
      <w:r>
        <w:t xml:space="preserve"> can't</w:t>
      </w:r>
      <w:r>
        <w:t xml:space="preserve"> see!</w:t>
        <w:br/>
        <w:t>他们人呢</w:t>
        <w:br/>
        <w:t>Where</w:t>
      </w:r>
      <w:r>
        <w:t xml:space="preserve"> are</w:t>
      </w:r>
      <w:r>
        <w:t xml:space="preserve"> they?</w:t>
        <w:br/>
        <w:t>集中火力</w:t>
        <w:br/>
        <w:t>Concentrate</w:t>
      </w:r>
      <w:r>
        <w:t xml:space="preserve"> your</w:t>
      </w:r>
      <w:r>
        <w:t xml:space="preserve"> fire.</w:t>
        <w:br/>
        <w:t>穆林斯</w:t>
        <w:br/>
        <w:t>Mullins!</w:t>
        <w:br/>
        <w:t>小心</w:t>
        <w:br/>
        <w:t>Look</w:t>
      </w:r>
    </w:p>
    <w:p>
      <w:r>
        <w:t xml:space="preserve"> out!</w:t>
        <w:br/>
        <w:t>前进</w:t>
        <w:br/>
        <w:t>Movel</w:t>
        <w:br/>
        <w:t>我们必须前进</w:t>
        <w:br/>
        <w:t>We</w:t>
      </w:r>
      <w:r>
        <w:t xml:space="preserve"> have</w:t>
      </w:r>
      <w:r>
        <w:t xml:space="preserve"> to</w:t>
      </w:r>
      <w:r>
        <w:t xml:space="preserve"> movel</w:t>
        <w:br/>
        <w:t>我们必须前进</w:t>
        <w:br/>
        <w:t>We</w:t>
      </w:r>
      <w:r>
        <w:t xml:space="preserve"> have</w:t>
      </w:r>
      <w:r>
        <w:t xml:space="preserve"> to</w:t>
      </w:r>
      <w:r>
        <w:t xml:space="preserve"> move!</w:t>
        <w:br/>
        <w:t>不能留在这里</w:t>
        <w:br/>
        <w:t>We</w:t>
      </w:r>
      <w:r>
        <w:t xml:space="preserve"> can't</w:t>
      </w:r>
      <w:r>
        <w:t xml:space="preserve"> stay</w:t>
      </w:r>
      <w:r>
        <w:t xml:space="preserve"> here.</w:t>
        <w:br/>
        <w:t>不能留在这里</w:t>
        <w:br/>
        <w:t>We</w:t>
      </w:r>
      <w:r>
        <w:t xml:space="preserve"> canft</w:t>
      </w:r>
      <w:r>
        <w:t xml:space="preserve"> stay</w:t>
      </w:r>
      <w:r>
        <w:t xml:space="preserve"> here,</w:t>
        <w:br/>
        <w:t>推进前得有人发号&amp;hearts;施令</w:t>
        <w:br/>
        <w:t>We</w:t>
      </w:r>
      <w:r>
        <w:t xml:space="preserve"> need</w:t>
      </w:r>
      <w:r>
        <w:t xml:space="preserve"> numbers</w:t>
      </w:r>
      <w:r>
        <w:t xml:space="preserve"> before</w:t>
      </w:r>
      <w:r>
        <w:t xml:space="preserve"> we</w:t>
      </w:r>
      <w:r>
        <w:t xml:space="preserve"> push.</w:t>
        <w:br/>
        <w:t>我来下令</w:t>
        <w:br/>
        <w:t>I</w:t>
      </w:r>
      <w:r>
        <w:t xml:space="preserve"> give</w:t>
      </w:r>
      <w:r>
        <w:t xml:space="preserve"> the</w:t>
      </w:r>
      <w:r>
        <w:t xml:space="preserve"> ordersl</w:t>
        <w:br/>
        <w:t>火力压制</w:t>
        <w:br/>
        <w:t>Suppressive</w:t>
      </w:r>
      <w:r>
        <w:t xml:space="preserve"> firel</w:t>
        <w:br/>
        <w:t>火力压制</w:t>
        <w:br/>
        <w:t>Suppressive</w:t>
      </w:r>
      <w:r>
        <w:t xml:space="preserve"> firel</w:t>
        <w:br/>
        <w:t>现在</w:t>
      </w:r>
      <w:r>
        <w:t xml:space="preserve"> 前进</w:t>
        <w:br/>
        <w:t>Move</w:t>
      </w:r>
      <w:r>
        <w:t xml:space="preserve"> itl</w:t>
      </w:r>
      <w:r>
        <w:t xml:space="preserve"> Nowl</w:t>
        <w:br/>
        <w:t>前进</w:t>
      </w:r>
      <w:r>
        <w:t xml:space="preserve"> 前进</w:t>
        <w:br/>
        <w:t>Movingl</w:t>
      </w:r>
      <w:r>
        <w:t xml:space="preserve"> Moving!</w:t>
        <w:br/>
        <w:t>佩雷斯</w:t>
      </w:r>
      <w:r>
        <w:t xml:space="preserve"> 封锁走廊</w:t>
        <w:br/>
        <w:t>Perez,</w:t>
      </w:r>
      <w:r>
        <w:t xml:space="preserve"> lock</w:t>
      </w:r>
      <w:r>
        <w:t xml:space="preserve"> that</w:t>
      </w:r>
      <w:r>
        <w:t xml:space="preserve"> corridor</w:t>
      </w:r>
      <w:r>
        <w:t xml:space="preserve"> down.</w:t>
        <w:br/>
        <w:t>冈田</w:t>
      </w:r>
      <w:r>
        <w:t xml:space="preserve"> 海耶斯</w:t>
      </w:r>
      <w:r>
        <w:t xml:space="preserve"> 奥尔森</w:t>
      </w:r>
      <w:r>
        <w:t xml:space="preserve"> 攻击舰桥</w:t>
        <w:br/>
        <w:t>Okada,</w:t>
      </w:r>
      <w:r>
        <w:t xml:space="preserve"> Hayes,</w:t>
      </w:r>
      <w:r>
        <w:t xml:space="preserve"> Olsson,</w:t>
      </w:r>
      <w:r>
        <w:t xml:space="preserve"> assault</w:t>
      </w:r>
      <w:r>
        <w:t xml:space="preserve"> the</w:t>
      </w:r>
      <w:r>
        <w:t xml:space="preserve"> bridge.</w:t>
        <w:br/>
        <w:t>冈田</w:t>
      </w:r>
      <w:r>
        <w:t xml:space="preserve"> 海耶斯</w:t>
      </w:r>
      <w:r>
        <w:t xml:space="preserve"> 奥尔森</w:t>
      </w:r>
      <w:r>
        <w:t xml:space="preserve"> 攻击舰桥</w:t>
        <w:br/>
        <w:t>Okada,</w:t>
      </w:r>
      <w:r>
        <w:t xml:space="preserve"> Hayes,</w:t>
      </w:r>
      <w:r>
        <w:t xml:space="preserve"> Olsson,</w:t>
      </w:r>
      <w:r>
        <w:t xml:space="preserve"> assault</w:t>
      </w:r>
      <w:r>
        <w:t xml:space="preserve"> the</w:t>
      </w:r>
      <w:r>
        <w:t xml:space="preserve"> bridge.</w:t>
        <w:br/>
        <w:t>如果我们按流程攻击那个房&amp;hearts;间</w:t>
        <w:br/>
        <w:t>We</w:t>
      </w:r>
      <w:r>
        <w:t xml:space="preserve"> assault</w:t>
      </w:r>
      <w:r>
        <w:t xml:space="preserve"> that</w:t>
      </w:r>
      <w:r>
        <w:t xml:space="preserve"> room</w:t>
      </w:r>
      <w:r>
        <w:t xml:space="preserve"> by</w:t>
      </w:r>
      <w:r>
        <w:t xml:space="preserve"> the</w:t>
      </w:r>
      <w:r>
        <w:t xml:space="preserve"> book,</w:t>
        <w:br/>
        <w:t>他们会再次把我们分开</w:t>
        <w:br/>
        <w:t>they're</w:t>
      </w:r>
      <w:r>
        <w:t xml:space="preserve"> gonna</w:t>
      </w:r>
      <w:r>
        <w:t xml:space="preserve"> pick</w:t>
      </w:r>
      <w:r>
        <w:t xml:space="preserve"> us</w:t>
      </w:r>
      <w:r>
        <w:t xml:space="preserve"> apart</w:t>
      </w:r>
      <w:r>
        <w:t xml:space="preserve"> again.</w:t>
        <w:br/>
        <w:t>我们要一起行动</w:t>
      </w:r>
      <w:r>
        <w:t xml:space="preserve"> 同时</w:t>
        <w:br/>
        <w:t>We</w:t>
      </w:r>
      <w:r>
        <w:t xml:space="preserve"> all</w:t>
      </w:r>
      <w:r>
        <w:t xml:space="preserve"> have</w:t>
      </w:r>
      <w:r>
        <w:t xml:space="preserve"> to</w:t>
      </w:r>
      <w:r>
        <w:t xml:space="preserve"> go.</w:t>
      </w:r>
      <w:r>
        <w:t xml:space="preserve"> Same</w:t>
      </w:r>
      <w:r>
        <w:t xml:space="preserve"> time.</w:t>
        <w:br/>
        <w:t>我们要按战术行事</w:t>
        <w:br/>
        <w:t>We</w:t>
      </w:r>
      <w:r>
        <w:t xml:space="preserve"> stick</w:t>
      </w:r>
      <w:r>
        <w:t xml:space="preserve"> to</w:t>
      </w:r>
      <w:r>
        <w:t xml:space="preserve"> the</w:t>
      </w:r>
      <w:r>
        <w:t xml:space="preserve"> tactics.</w:t>
        <w:br/>
        <w:t>战术就是放屁</w:t>
        <w:br/>
        <w:t>The</w:t>
      </w:r>
      <w:r>
        <w:t xml:space="preserve"> tactics</w:t>
      </w:r>
      <w:r>
        <w:t xml:space="preserve"> are</w:t>
      </w:r>
      <w:r>
        <w:t xml:space="preserve"> bullshit!</w:t>
        <w:br/>
        <w:t>我们必须同时强攻</w:t>
        <w:br/>
        <w:t>We</w:t>
      </w:r>
      <w:r>
        <w:t xml:space="preserve"> gotta</w:t>
      </w:r>
      <w:r>
        <w:t xml:space="preserve"> assault</w:t>
      </w:r>
      <w:r>
        <w:t xml:space="preserve"> in</w:t>
      </w:r>
      <w:r>
        <w:t xml:space="preserve"> forcel</w:t>
        <w:br/>
        <w:t>就像妈的蜜蜂一样</w:t>
      </w:r>
      <w:r>
        <w:t xml:space="preserve"> 兄弟们</w:t>
        <w:br/>
        <w:t>Like</w:t>
      </w:r>
      <w:r>
        <w:t xml:space="preserve"> the</w:t>
      </w:r>
      <w:r>
        <w:t xml:space="preserve"> fucking</w:t>
      </w:r>
      <w:r>
        <w:t xml:space="preserve"> bees,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https://d.book118.com/898116066140006046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6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898116066140006046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