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2024骨科护士个人工作总结（34篇）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2024骨科护士个人工作总结（精选34篇）</w:t>
      </w:r>
      <w:r>
        <w:rPr>
          <w:lang w:eastAsia="zh-CN"/>
        </w:rPr>
        <w:br/>
      </w:r>
      <w:r>
        <w:rPr>
          <w:lang w:eastAsia="zh-CN"/>
        </w:rPr>
        <w:t xml:space="preserve">    2024骨科护士个人工作总结 篇1 </w:t>
      </w:r>
      <w:r>
        <w:rPr>
          <w:lang w:eastAsia="zh-CN"/>
        </w:rPr>
        <w:br/>
      </w:r>
      <w:r>
        <w:rPr>
          <w:lang w:eastAsia="zh-CN"/>
        </w:rPr>
        <w:t>　　一晃眼，走进---市_医院，来到骨科成为一名救死扶伤的护士已经半年了。自毕业以来，我一直以严谨的态度和积极的热情投身于学习和工作中，有成功的喜悦，也有失败的辛酸。接触到临床后，发现，自己不仅要有扎实的理论，熟练的临床操作，良好的职业道德，还必须培养自己的耐心和爱心等等。_个月的使用期即将结束，但我对自己的要求会更加严格，特自我鉴定</w:t>
      </w:r>
      <w:r>
        <w:rPr>
          <w:lang w:eastAsia="zh-CN"/>
        </w:rPr>
        <w:br/>
      </w:r>
      <w:r>
        <w:rPr>
          <w:lang w:eastAsia="zh-CN"/>
        </w:rPr>
        <w:t>　　在思想上</w:t>
      </w:r>
      <w:r>
        <w:rPr>
          <w:lang w:eastAsia="zh-CN"/>
        </w:rPr>
        <w:br/>
      </w:r>
      <w:r>
        <w:rPr>
          <w:lang w:eastAsia="zh-CN"/>
        </w:rPr>
        <w:t>　　有很强的上进心，勇于批评与自我批评，树立了正确的人生观和价值观。能严格遵守医院的各项规章制度的，积极参加医院和科室组织的各项活动并能尊敬领导，团结同事。</w:t>
      </w:r>
      <w:r>
        <w:rPr>
          <w:lang w:eastAsia="zh-CN"/>
        </w:rPr>
        <w:br/>
      </w:r>
      <w:r>
        <w:rPr>
          <w:lang w:eastAsia="zh-CN"/>
        </w:rPr>
        <w:t>　　在学习上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严格要求自己，凭着自己对成为一名优秀白衣天使的目标和知识的强烈追求，刻苦钻研，勤奋好学，态度端正，目标明确，基本上掌握了一些专业知识和操作技能，熟练的掌握了专科知识和各项专科护理操作，作到了理论联系实际。除了专业知识的学习外，还注意各方面知识的扩展，广泛的涉猎其他学科的知识，从而提高了自身的思想文化素质。</w:t>
      </w:r>
      <w:r>
        <w:rPr>
          <w:lang w:eastAsia="zh-CN"/>
        </w:rPr>
        <w:br/>
      </w:r>
      <w:r>
        <w:rPr>
          <w:lang w:eastAsia="zh-CN"/>
        </w:rPr>
        <w:t>　　在工作上</w:t>
      </w:r>
      <w:r>
        <w:rPr>
          <w:lang w:eastAsia="zh-CN"/>
        </w:rPr>
        <w:br/>
      </w:r>
      <w:r>
        <w:rPr>
          <w:lang w:eastAsia="zh-CN"/>
        </w:rPr>
        <w:t>　　我积极配合上级领导和同事，正确执行医嘱及各项护理技术操作规程，做好基础护理，严格执行无菌操作和三查七对制度。发现问题，及时上报，及时解决。在工作中能理论联系实际，遇到不懂的问题能及时向护士长及年资深的老师请教，努力提高自身的业务水平。对待患者能文明礼貌的服务，做到举止文明、态度和蔼，急病人所急，想病人所想。积极与患者沟通，及时了解他们的心理动态，以便让患者接受更好的治疗，并做好健康宣教。</w:t>
      </w:r>
      <w:r>
        <w:rPr>
          <w:lang w:eastAsia="zh-CN"/>
        </w:rPr>
        <w:br/>
      </w:r>
      <w:r>
        <w:rPr>
          <w:lang w:eastAsia="zh-CN"/>
        </w:rPr>
        <w:t xml:space="preserve">    2024骨科护士个人工作总结 篇2 </w:t>
      </w:r>
      <w:r>
        <w:rPr>
          <w:lang w:eastAsia="zh-CN"/>
        </w:rPr>
        <w:br/>
      </w:r>
      <w:r>
        <w:rPr>
          <w:lang w:eastAsia="zh-CN"/>
        </w:rPr>
        <w:t>　　在过去的一年里，本人能够踏实工作，锐意进取，认真钻研工作方法，总结工作经验，立足本职岗位，带领全科室所有护理人员，积极参加单位建设，在取得成绩的同时，也充分认识到了自身的不足。说句实话，护士长这一职位带给我的压力还是比较大的，首先是因为我感觉作为一项工作的带头人，必须拥有过硬的本领，才能服众；第二是因为我感到自己在如何带领所有护理人员建强建好科室的方法点子还不够多。有句话说的好“路是人走出来的”，我在院领导及护理部领导的帮助下化压力为动力，一心投入到工作当中去，以高度的敬业精神回报组织对我的信任。下面，我就将本人今年以来的履职情况做如下表述，恳请大家对我的工作多多提出宝贵的意见和建议。</w:t>
      </w:r>
      <w:r>
        <w:rPr>
          <w:lang w:eastAsia="zh-CN"/>
        </w:rPr>
        <w:br/>
      </w:r>
      <w:r>
        <w:rPr>
          <w:lang w:eastAsia="zh-CN"/>
        </w:rPr>
        <w:t>　　　　一、主要工作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根据科室现有的护理人员数量进行合理的分工和安排，将各班包括护士长的岗位责任制和每周、每月工作重点，汇总成表，标示明确，要求人人熟悉并按之执行，并进行不定期考核，做到奖罚分明，公平对待；</w:t>
      </w:r>
      <w:r>
        <w:rPr>
          <w:lang w:eastAsia="zh-CN"/>
        </w:rPr>
        <w:br/>
      </w:r>
      <w:r>
        <w:rPr>
          <w:lang w:eastAsia="zh-CN"/>
        </w:rPr>
        <w:t>　　（二）对科室的基础设施在现有条件上作出一些合理的调整和完善。对抢救药品和器材及无菌物品作了补充，进行规范化管理；</w:t>
      </w:r>
      <w:r>
        <w:rPr>
          <w:lang w:eastAsia="zh-CN"/>
        </w:rPr>
        <w:br/>
      </w:r>
      <w:r>
        <w:rPr>
          <w:lang w:eastAsia="zh-CN"/>
        </w:rPr>
        <w:t>　　（三）针对我科的特点和现有条件对病房管理作出了合理的改进和规范；对环境卫生实行包干区责任制，落实到工友个人；</w:t>
      </w:r>
      <w:r>
        <w:rPr>
          <w:lang w:eastAsia="zh-CN"/>
        </w:rPr>
        <w:br/>
      </w:r>
      <w:r>
        <w:rPr>
          <w:lang w:eastAsia="zh-CN"/>
        </w:rPr>
        <w:t>　　（四）不断深化安全管理，强化安全意识，做好安全护理工作，安全工作是一切工作的基础，更是所有成绩取得的前提。因此，做好安全护理不仅能保障护患双方的安全，而且也能提高医疗护理质量。为此要求每位在岗人员必须掌握病情，尊重病人，了解病人的心理变化，重视心理护理和精神关怀，密切巡视病房，严格执行各项护理常规制度，同时对病室的各种设施、物品及家属要加强安全管理。</w:t>
      </w:r>
      <w:r>
        <w:rPr>
          <w:lang w:eastAsia="zh-CN"/>
        </w:rPr>
        <w:br/>
      </w:r>
      <w:r>
        <w:rPr>
          <w:lang w:eastAsia="zh-CN"/>
        </w:rPr>
        <w:t>　　（五）了解护理学科发展的新动向，定期组织护理人员进行业务学习，强化三基本训练，学习新业务、新知识、新技术，努力提高每一位护理人员的业务水平，使其跟上时代发展的需要，我在科内每月至少一次个案护理查房、加强科室业务学习，定期组织护理人员进行科内、院内业务学习及三基理论考试和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训练；第七，加强护患沟通，定期组织召开工休座谈会，听取患者及家属的建议以便护理工作的开展和改进，真正做到想病人所想急病人所急；</w:t>
      </w:r>
      <w:r>
        <w:rPr>
          <w:lang w:eastAsia="zh-CN"/>
        </w:rPr>
        <w:br/>
      </w:r>
      <w:r>
        <w:rPr>
          <w:lang w:eastAsia="zh-CN"/>
        </w:rPr>
        <w:t>　　（六）护士长是科室的理财人，应发扬勤俭节约的传统美德，杜绝浪费；我要求全体医护、工勤人员，从节约每一度电、每一滴水、每一张纸开始，从我做起，严格控制科室支出，对一切浪费的现象，及时提出批评，必要时辅以经济处罚，虽然这样或许会得罪一些人，但是我知道，加强经济核算，降低医疗护理成本，讲究经济效益与医疗护理效果，都是护士长必须做到的。</w:t>
      </w:r>
      <w:r>
        <w:rPr>
          <w:lang w:eastAsia="zh-CN"/>
        </w:rPr>
        <w:br/>
      </w:r>
      <w:r>
        <w:rPr>
          <w:lang w:eastAsia="zh-CN"/>
        </w:rPr>
        <w:t>　　（七）我知道在目前竞争激烈的形势下，只有不断的学习、学习、再学习，才能使自己适应这竞争、改革的大潮，在工作至之余，我注重提高自己的业务水平和政治素质，深入领悟，不断提高自己的思想政治素质。</w:t>
      </w:r>
      <w:r>
        <w:rPr>
          <w:lang w:eastAsia="zh-CN"/>
        </w:rPr>
        <w:br/>
      </w:r>
      <w:r>
        <w:rPr>
          <w:lang w:eastAsia="zh-CN"/>
        </w:rPr>
        <w:t>　　　　二、好的特点</w:t>
      </w:r>
      <w:r>
        <w:rPr>
          <w:lang w:eastAsia="zh-CN"/>
        </w:rPr>
        <w:br/>
      </w:r>
      <w:r>
        <w:rPr>
          <w:lang w:eastAsia="zh-CN"/>
        </w:rPr>
        <w:t>　　（一）责任心强，一心扑在工作上。自担任护士长一职以来，我就没完整休过一个周末，没多请一次假。迟到、早退等现象更是没有发生过。大部分时间都是在科里，时刻保持与同事和病人的紧密联系，及时掌握科室发展的第一手资料。</w:t>
      </w:r>
      <w:r>
        <w:rPr>
          <w:lang w:eastAsia="zh-CN"/>
        </w:rPr>
        <w:br/>
      </w:r>
      <w:r>
        <w:rPr>
          <w:lang w:eastAsia="zh-CN"/>
        </w:rPr>
        <w:t>　　（二）思维灵活，为单位建设出谋划策。护士长这一岗位，既是管理者，又是基层建设者，怎样能发挥好它的作用是我们每个护士长都应该认真思考的问题。今年以来，本人在科室发展中，积极协调、勤于动脑，将好的想法汇报上级，将上级的思想落实到实际当中去，起到了较好的纽带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三）工作标准高，树牢争第一的思想。我们的目标只有一个，那就是最好。即使现在不是最好，我们也要前进在向第一进发的路上。所以在平时的工作中，我坚持要干就要干的最好的工作理念，严格把握工作标准，为科室的长远发展打下坚实的基础。</w:t>
      </w:r>
      <w:r>
        <w:rPr>
          <w:lang w:eastAsia="zh-CN"/>
        </w:rPr>
        <w:br/>
      </w:r>
      <w:r>
        <w:rPr>
          <w:lang w:eastAsia="zh-CN"/>
        </w:rPr>
        <w:t>　　（四）严格管理，关心部署。我坚持严在格内，管在理中的管理理念，把握管理的尺度。同时，在生活方面，对部署的关怀细致到位，使每位员工都能感受到科室的温暖。</w:t>
      </w:r>
      <w:r>
        <w:rPr>
          <w:lang w:eastAsia="zh-CN"/>
        </w:rPr>
        <w:br/>
      </w:r>
      <w:r>
        <w:rPr>
          <w:lang w:eastAsia="zh-CN"/>
        </w:rPr>
        <w:t>　　　　三、存在问题</w:t>
      </w:r>
      <w:r>
        <w:rPr>
          <w:lang w:eastAsia="zh-CN"/>
        </w:rPr>
        <w:br/>
      </w:r>
      <w:r>
        <w:rPr>
          <w:lang w:eastAsia="zh-CN"/>
        </w:rPr>
        <w:t>　　（一）个别护士的专业素质还不高，主要原因还是在于我个人平时对她们</w:t>
      </w:r>
      <w:r>
        <w:rPr>
          <w:lang w:eastAsia="zh-CN"/>
        </w:rPr>
        <w:br/>
      </w:r>
      <w:r>
        <w:rPr>
          <w:lang w:eastAsia="zh-CN"/>
        </w:rPr>
        <w:t>　　的传帮带不够，业务标准要求低。</w:t>
      </w:r>
      <w:r>
        <w:rPr>
          <w:lang w:eastAsia="zh-CN"/>
        </w:rPr>
        <w:br/>
      </w:r>
      <w:r>
        <w:rPr>
          <w:lang w:eastAsia="zh-CN"/>
        </w:rPr>
        <w:t>　　（二）整体护理的水平还不高，护理书写方面有差距。</w:t>
      </w:r>
      <w:r>
        <w:rPr>
          <w:lang w:eastAsia="zh-CN"/>
        </w:rPr>
        <w:br/>
      </w:r>
      <w:r>
        <w:rPr>
          <w:lang w:eastAsia="zh-CN"/>
        </w:rPr>
        <w:t>　　（三）病房管理方面尚不能尽如人意，个别病房有时存在秩序不规范、卫生部到位等现象。</w:t>
      </w:r>
      <w:r>
        <w:rPr>
          <w:lang w:eastAsia="zh-CN"/>
        </w:rPr>
        <w:br/>
      </w:r>
      <w:r>
        <w:rPr>
          <w:lang w:eastAsia="zh-CN"/>
        </w:rPr>
        <w:t>　　（四）在凝心聚气方面做的工作还不够深入，怎样将全科室的护理人员的思想全都统一到单位的建设上来，是我下步主要应该思考的问题。</w:t>
      </w:r>
      <w:r>
        <w:rPr>
          <w:lang w:eastAsia="zh-CN"/>
        </w:rPr>
        <w:br/>
      </w:r>
      <w:r>
        <w:rPr>
          <w:lang w:eastAsia="zh-CN"/>
        </w:rPr>
        <w:t>　　　　四、下步打算</w:t>
      </w:r>
      <w:r>
        <w:rPr>
          <w:lang w:eastAsia="zh-CN"/>
        </w:rPr>
        <w:br/>
      </w:r>
      <w:r>
        <w:rPr>
          <w:lang w:eastAsia="zh-CN"/>
        </w:rPr>
        <w:t>　　（一）继续学习专业素质，明年争取在专业素质方面有个质的飞跃，以自身的素质带动部署，提高全科室的护理水平。</w:t>
      </w:r>
      <w:r>
        <w:rPr>
          <w:lang w:eastAsia="zh-CN"/>
        </w:rPr>
        <w:br/>
      </w:r>
      <w:r>
        <w:rPr>
          <w:lang w:eastAsia="zh-CN"/>
        </w:rPr>
        <w:t>　　（二）在管理的.知识和技能上要有更多的进步。这一点还是要通过不断的学习才能达到。我要抱着为单位负责，为自己负责的态度，积极向书本学，向同事学，向领导学，学习先进的方法和理论。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（三）积极参加科研活动，加深对护理事业的研究。争取在论文发表方面再有建树。</w:t>
      </w:r>
      <w:r>
        <w:rPr>
          <w:lang w:eastAsia="zh-CN"/>
        </w:rPr>
        <w:br/>
      </w:r>
      <w:r>
        <w:rPr>
          <w:lang w:eastAsia="zh-CN"/>
        </w:rPr>
        <w:t>　　（四）积极支持和参与护理部的各项工作。</w:t>
      </w:r>
      <w:r>
        <w:rPr>
          <w:lang w:eastAsia="zh-CN"/>
        </w:rPr>
        <w:br/>
      </w:r>
      <w:r>
        <w:rPr>
          <w:lang w:eastAsia="zh-CN"/>
        </w:rPr>
        <w:t>　　虽然工作是平凡而辛劳的，放弃了不少与家人、孩子团聚的时间，一旦病房里有了危重病人时即使在家心理也总觉的有点不踏实。但可喜的是在医院、护理部领导的帮助与支持下工作逐渐的显露出了成效，得到了患者及其家属的称赞，得到了领导和同事的认可。我知道这只是一个起步，以后的路还很长，“路遥知马力”，我坚信只要通过不断的努力，把满腔的激情奉献给医院，把爱心播撒到每一位患者的心里，我就一定会把工作开展的更好。</w:t>
      </w:r>
      <w:r>
        <w:rPr>
          <w:lang w:eastAsia="zh-CN"/>
        </w:rPr>
        <w:br/>
      </w:r>
      <w:r>
        <w:rPr>
          <w:lang w:eastAsia="zh-CN"/>
        </w:rPr>
        <w:t xml:space="preserve">    2024骨科护士个人工作总结 篇3 </w:t>
      </w:r>
      <w:r>
        <w:rPr>
          <w:lang w:eastAsia="zh-CN"/>
        </w:rPr>
        <w:br/>
      </w:r>
      <w:r>
        <w:rPr>
          <w:lang w:eastAsia="zh-CN"/>
        </w:rPr>
        <w:t>　　一晃眼，走进___市一医院，来到骨科成为一名救死扶伤的护士已经半年了。自毕业以来，我一直以严谨的态度和积极的热情投身于学习和工作中，有成功的喜悦，也有失败的辛酸。接触到临床后，发现，自己不仅要有扎实的理论，熟练的临床操作，良好的职业道德，还必须培养自己的耐心和爱心等等。六个月的使用期即将结束，但我对自己的要求会更加严格。</w:t>
      </w:r>
      <w:r>
        <w:rPr>
          <w:lang w:eastAsia="zh-CN"/>
        </w:rPr>
        <w:br/>
      </w:r>
      <w:r>
        <w:rPr>
          <w:lang w:eastAsia="zh-CN"/>
        </w:rPr>
        <w:t>　　在思想上，有很强的上进心，勇于批评与自我批评，树立了正确的人生观和价值观。能严格遵守医院的各项规章制度的，积极参加医院和科室组织的各项活动并能尊敬领导，团结同事。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学习上，严格要求自己，凭着自己对成为一名优秀白衣天使的目标和知识的强烈追求，刻苦钻研，勤奋好学，态度端正，目标明确，基本上掌握了一些专业知识和操作技能，熟练的掌握了专科知识和各项专科护理操作，作到了理论联系实际。除了专业知识的学习外，还注意各方面知识的扩展，广泛的涉猎其他学科的知识，从而提高了自身的思想文化素质。</w:t>
      </w:r>
      <w:r>
        <w:rPr>
          <w:lang w:eastAsia="zh-CN"/>
        </w:rPr>
        <w:br/>
      </w:r>
      <w:r>
        <w:rPr>
          <w:lang w:eastAsia="zh-CN"/>
        </w:rPr>
        <w:t>　　在工作上，我积极配合上级领导和同事，正确执行医嘱及各项护理技术操作规程，做好基础护理，严格执行无菌操作和三查七对制度。发现问题，及时上报，及时解决。在工作中能理论联系实际，遇到不懂的问题能及时向护士长及年资深的老师请教，努力提高自身的业务水平。对待患者能文明礼貌的服务，做到举止文明、态度和蔼，急病人所急，想病人所想。积极与患者沟通，及时了解他们的心理动态，以便让患者接受更好的治疗，并做好健康宣传教育。</w:t>
      </w:r>
      <w:r>
        <w:rPr>
          <w:lang w:eastAsia="zh-CN"/>
        </w:rPr>
        <w:br/>
      </w:r>
      <w:r>
        <w:rPr>
          <w:lang w:eastAsia="zh-CN"/>
        </w:rPr>
        <w:t xml:space="preserve">    2024骨科护士个人工作总结 篇4 </w:t>
      </w:r>
      <w:r>
        <w:rPr>
          <w:lang w:eastAsia="zh-CN"/>
        </w:rPr>
        <w:br/>
      </w:r>
      <w:r>
        <w:rPr>
          <w:lang w:eastAsia="zh-CN"/>
        </w:rPr>
        <w:t>　　20__年是全国卫生系统继续深化改革的一年，全体护理人员在院长重视及直接领导下，本着“一切以病人为中心，一切为病人”的服务宗旨，较好的完成了院领导布置的各项护理工作，完成了20__年护理计划%以上，现将工作状况总结如下：</w:t>
      </w:r>
      <w:r>
        <w:rPr>
          <w:lang w:eastAsia="zh-CN"/>
        </w:rPr>
        <w:br/>
      </w:r>
      <w:r>
        <w:rPr>
          <w:lang w:eastAsia="zh-CN"/>
        </w:rPr>
        <w:t>　　一、认真落实各项规章制度1严格执行规章制度是提高护理质量，确保安全医疗的根本保证</w:t>
      </w:r>
      <w:r>
        <w:rPr>
          <w:lang w:eastAsia="zh-CN"/>
        </w:rPr>
        <w:br/>
      </w:r>
      <w:r>
        <w:rPr>
          <w:lang w:eastAsia="zh-CN"/>
        </w:rPr>
        <w:t>　　1、护理部重申了各级护理人员职责，明确了各类岗位职责制和护理工作制度，如职责护士、巡回护士各尽其职，杜绝了病人自换吊瓶，自拔针的不良现象</w:t>
      </w:r>
      <w:r>
        <w:rPr>
          <w:lang w:eastAsia="zh-CN"/>
        </w:rPr>
        <w:br/>
      </w:r>
      <w:r>
        <w:rPr>
          <w:lang w:eastAsia="zh-CN"/>
        </w:rPr>
        <w:t>　　2、坚持了查对制度：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（1）要求医嘱班班查对，每周护士长参加总核对1—2次，并有记录；</w:t>
      </w:r>
      <w:r>
        <w:rPr>
          <w:lang w:eastAsia="zh-CN"/>
        </w:rPr>
        <w:br/>
      </w:r>
      <w:r>
        <w:rPr>
          <w:lang w:eastAsia="zh-CN"/>
        </w:rPr>
        <w:t>　　（2）护理操作时要求三查七对；</w:t>
      </w:r>
      <w:r>
        <w:rPr>
          <w:lang w:eastAsia="zh-CN"/>
        </w:rPr>
        <w:br/>
      </w:r>
      <w:r>
        <w:rPr>
          <w:lang w:eastAsia="zh-CN"/>
        </w:rPr>
        <w:t>　　（3）坚持填写输液卡，一年来未发生大的护理差错。</w:t>
      </w:r>
      <w:r>
        <w:rPr>
          <w:lang w:eastAsia="zh-CN"/>
        </w:rPr>
        <w:br/>
      </w:r>
      <w:r>
        <w:rPr>
          <w:lang w:eastAsia="zh-CN"/>
        </w:rPr>
        <w:t>　　3、认真落实骨科护理常规及显微外科护理常规，坚持填写了各种信息数据登记本，配备五种操作处置盘；</w:t>
      </w:r>
      <w:r>
        <w:rPr>
          <w:lang w:eastAsia="zh-CN"/>
        </w:rPr>
        <w:br/>
      </w:r>
      <w:r>
        <w:rPr>
          <w:lang w:eastAsia="zh-CN"/>
        </w:rPr>
        <w:t>　　4、坚持床头交制度及晨间护理，预防了并发症的发生。</w:t>
      </w:r>
      <w:r>
        <w:rPr>
          <w:lang w:eastAsia="zh-CN"/>
        </w:rPr>
        <w:br/>
      </w:r>
      <w:r>
        <w:rPr>
          <w:lang w:eastAsia="zh-CN"/>
        </w:rPr>
        <w:t>　　二、提高护士长管理水平</w:t>
      </w:r>
      <w:r>
        <w:rPr>
          <w:lang w:eastAsia="zh-CN"/>
        </w:rPr>
        <w:br/>
      </w:r>
      <w:r>
        <w:rPr>
          <w:lang w:eastAsia="zh-CN"/>
        </w:rPr>
        <w:t>　　1、坚持了护士长手册的记录与考核：要求护士长手册每月5日前交护理部进行考核，并根据护士长订出的适合科室的.年计划、季安排、月计划重点进行督促实施，并监测实施效果，要求护士长把每月工作做一小结，以利于总结经验，开展工作。</w:t>
      </w:r>
      <w:r>
        <w:rPr>
          <w:lang w:eastAsia="zh-CN"/>
        </w:rPr>
        <w:br/>
      </w:r>
      <w:r>
        <w:rPr>
          <w:lang w:eastAsia="zh-CN"/>
        </w:rPr>
        <w:t>　　2、坚持了护士长例会制度：按等级医院要求每周召开护士长例会一次，资料为：安排本周工作重点，总结上周工作中存在的优缺点，并提出相应的整改措施，向各护士长反馈护理质控检查状况，并学习护士长管理相关资料。</w:t>
      </w:r>
      <w:r>
        <w:rPr>
          <w:lang w:eastAsia="zh-CN"/>
        </w:rPr>
        <w:br/>
      </w:r>
      <w:r>
        <w:rPr>
          <w:lang w:eastAsia="zh-CN"/>
        </w:rPr>
        <w:t>　　3、每月对护理质量进行检查，并及时反馈，不断提高护士长的管理水平。</w:t>
      </w:r>
      <w:r>
        <w:rPr>
          <w:lang w:eastAsia="zh-CN"/>
        </w:rPr>
        <w:br/>
      </w:r>
      <w:r>
        <w:rPr>
          <w:lang w:eastAsia="zh-CN"/>
        </w:rPr>
        <w:t>　　4、组织护士长外出学习、参观，吸取兄弟单位先进经验，扩大知识面：5月底派三病区护士长参加了国际护理新进展，学习结束后，向全体护士进行了汇报。</w:t>
      </w:r>
      <w:r>
        <w:rPr>
          <w:lang w:eastAsia="zh-CN"/>
        </w:rPr>
        <w:br/>
      </w:r>
      <w:r>
        <w:rPr>
          <w:lang w:eastAsia="zh-CN"/>
        </w:rPr>
        <w:t>　　三、加强护理人员医德医风建设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1、继续落实护士行为规范，在日常工作中落实护士礼貌用语50句。</w:t>
      </w:r>
      <w:r>
        <w:rPr>
          <w:lang w:eastAsia="zh-CN"/>
        </w:rPr>
        <w:br/>
      </w:r>
      <w:r>
        <w:rPr>
          <w:lang w:eastAsia="zh-CN"/>
        </w:rPr>
        <w:t>　　2、分别于6月份、11月份组织全体护士参加温岭宾馆、万昌宾馆的礼仪培训。</w:t>
      </w:r>
      <w:r>
        <w:rPr>
          <w:lang w:eastAsia="zh-CN"/>
        </w:rPr>
        <w:br/>
      </w:r>
      <w:r>
        <w:rPr>
          <w:lang w:eastAsia="zh-CN"/>
        </w:rPr>
        <w:t>　　3、继续开展健康教育，对住院病人发放满意度调查表，（定期或不定期测评）满意度调查结果均在95%以上，并对满意度调查中存在的问题提出了整改措施，评选出了护士。</w:t>
      </w:r>
      <w:r>
        <w:rPr>
          <w:lang w:eastAsia="zh-CN"/>
        </w:rPr>
        <w:br/>
      </w:r>
      <w:r>
        <w:rPr>
          <w:lang w:eastAsia="zh-CN"/>
        </w:rPr>
        <w:t>　　4、每月科室定期召开工休座谈会一次，征求病人意见，对病人提出的要求给予程度的满足。</w:t>
      </w:r>
      <w:r>
        <w:rPr>
          <w:lang w:eastAsia="zh-CN"/>
        </w:rPr>
        <w:br/>
      </w:r>
      <w:r>
        <w:rPr>
          <w:lang w:eastAsia="zh-CN"/>
        </w:rPr>
        <w:t>　　5、对新分配的护士进行岗前职业道德教育、规章制度、护士行为规范教育及护理基础知识、专科知识、护理技术操作考核，合格者给予上岗。</w:t>
      </w:r>
      <w:r>
        <w:rPr>
          <w:lang w:eastAsia="zh-CN"/>
        </w:rPr>
        <w:br/>
      </w:r>
      <w:r>
        <w:rPr>
          <w:lang w:eastAsia="zh-CN"/>
        </w:rPr>
        <w:t>　　四、提高护理人员业务素质</w:t>
      </w:r>
      <w:r>
        <w:rPr>
          <w:lang w:eastAsia="zh-CN"/>
        </w:rPr>
        <w:br/>
      </w:r>
      <w:r>
        <w:rPr>
          <w:lang w:eastAsia="zh-CN"/>
        </w:rPr>
        <w:t>　　1、对在职人员进行三基培训，并组织理论考试。</w:t>
      </w:r>
      <w:r>
        <w:rPr>
          <w:lang w:eastAsia="zh-CN"/>
        </w:rPr>
        <w:br/>
      </w:r>
      <w:r>
        <w:rPr>
          <w:lang w:eastAsia="zh-CN"/>
        </w:rPr>
        <w:t>　　2、与医务科合作，聘请专家授课，讲授骨科、内、外科知识，以提高专业知识。</w:t>
      </w:r>
      <w:r>
        <w:rPr>
          <w:lang w:eastAsia="zh-CN"/>
        </w:rPr>
        <w:br/>
      </w:r>
      <w:r>
        <w:rPr>
          <w:lang w:eastAsia="zh-CN"/>
        </w:rPr>
        <w:t>　　3、各科室每周晨间提问__次，资料为基础理论知识和骨科知识。</w:t>
      </w:r>
      <w:r>
        <w:rPr>
          <w:lang w:eastAsia="zh-CN"/>
        </w:rPr>
        <w:br/>
      </w:r>
      <w:r>
        <w:rPr>
          <w:lang w:eastAsia="zh-CN"/>
        </w:rPr>
        <w:t xml:space="preserve">    2024骨科护士个人工作总结 篇5 </w:t>
      </w:r>
      <w:r>
        <w:rPr>
          <w:lang w:eastAsia="zh-CN"/>
        </w:rPr>
        <w:br/>
      </w:r>
      <w:r>
        <w:rPr>
          <w:lang w:eastAsia="zh-CN"/>
        </w:rPr>
        <w:t>　　（一）根据科室现有的护理人员数量进行合理的分工和安排，将各班包括护士长的岗位责任制和每周、每月工作重点，汇总成表，标示明确，要求人人熟悉并按之执行，并进行不定期考核，做到奖罚分明，公平对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（二）对科室的基础设施在现有条件上作出一些合理的调整和完善。对抢救药品和器材及无菌物品作了补充，进行规范化管理；</w:t>
      </w:r>
      <w:r>
        <w:rPr>
          <w:lang w:eastAsia="zh-CN"/>
        </w:rPr>
        <w:br/>
      </w:r>
      <w:r>
        <w:rPr>
          <w:lang w:eastAsia="zh-CN"/>
        </w:rPr>
        <w:t>　　（三）针对我科的特点和现有条件对病房管理作出了合理的改进和规范；对环境卫生实行包干区责任制，落实到工友个人；</w:t>
      </w:r>
      <w:r>
        <w:rPr>
          <w:lang w:eastAsia="zh-CN"/>
        </w:rPr>
        <w:br/>
      </w:r>
      <w:r>
        <w:rPr>
          <w:lang w:eastAsia="zh-CN"/>
        </w:rPr>
        <w:t>　　（四）不断深化安全管理，强化安全意识，做好安全护理工作，安全工作是一切工作的基础，更是所有成绩取得的前提。因此，做好安全护理不仅能保障护患双方的安全，而且也能提高医疗护理质量。为此要求每位在岗人员必须掌握病情，尊重病人，了解病人的心理变化，重视心理护理和精神关怀，密切巡视病房，严格执行各项护理常规制度，同时对病室的各种设施、物品及家属要加强安全管理。</w:t>
      </w:r>
      <w:r>
        <w:rPr>
          <w:lang w:eastAsia="zh-CN"/>
        </w:rPr>
        <w:br/>
      </w:r>
      <w:r>
        <w:rPr>
          <w:lang w:eastAsia="zh-CN"/>
        </w:rPr>
        <w:t>　　（五）了解护理学科发展的新动向，定期组织护理人员进行业务学习，强化三基本训练，学习新业务、新知识、新技术，努力提高每一位护理人员的业务水平，使其跟上时代发展的需要，我在科内每月至少一次个案护理查房、加强科室业务学习，定期组织护理人员进行科内、院内业务学习及三基理论考试和操作</w:t>
      </w:r>
      <w:r>
        <w:rPr>
          <w:lang w:eastAsia="zh-CN"/>
        </w:rPr>
        <w:br/>
      </w:r>
      <w:r>
        <w:rPr>
          <w:lang w:eastAsia="zh-CN"/>
        </w:rPr>
        <w:t>　　训练；第七，加强护患沟通，定期组织召开工休座谈会，听取患者及家属的建议以便护理工作的开展和改进，真正做到想病人所想急病人所急；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六）护士长是科室的理财人，应发扬勤俭节约的传统美德，杜绝浪费；我要求全体医护、工勤人员，从节约每一度电、每一滴水、每一张纸开始，从我做起，严格控制科室支出，对一切浪费的现象，及时提出批评，必要时辅以经济处罚，虽然这样或许会得罪一些人，但是我知道，加强经济核算，降低医疗护理成本，讲究经济效益与医疗护理效果，都是护士长必须做到的。</w:t>
      </w:r>
      <w:r>
        <w:rPr>
          <w:lang w:eastAsia="zh-CN"/>
        </w:rPr>
        <w:br/>
      </w:r>
      <w:r>
        <w:rPr>
          <w:lang w:eastAsia="zh-CN"/>
        </w:rPr>
        <w:t>　　（七）我知道在目前竞争激烈的形势下，只有不断的学习、学习、再学习，才能使自己适应这竞争、改革的大潮，在工作至之余，我注重提高自己的业务水平和政治素质，同时对党的先进理论也是认真学习，深入领悟，不断提高自己的思想政治素质。</w:t>
      </w:r>
      <w:r>
        <w:rPr>
          <w:lang w:eastAsia="zh-CN"/>
        </w:rPr>
        <w:br/>
      </w:r>
      <w:r>
        <w:rPr>
          <w:lang w:eastAsia="zh-CN"/>
        </w:rPr>
        <w:t>　　（一）责任心强，一心扑在工作上。自担任护士长一职以来，我就没完整休过一个周末，没多请一次假。迟到、早退等现象更是没有发生过。大部分时间都是在科里，时刻保持与同事和病人的紧密联系，及时掌握科室发展的第一手资料。</w:t>
      </w:r>
      <w:r>
        <w:rPr>
          <w:lang w:eastAsia="zh-CN"/>
        </w:rPr>
        <w:br/>
      </w:r>
      <w:r>
        <w:rPr>
          <w:lang w:eastAsia="zh-CN"/>
        </w:rPr>
        <w:t>　　（二）思维灵活，为单位建设出谋划策。护士长这一岗位，既是管理者，又是基层建设者，怎样能发挥好它的作用是我们每个护士长都应该认真思考的问题。今年以来，本人在科室发展中，积极协调、勤于动脑，将好的想法汇报上级，将上级的思想落实到实际当中去，起到了较好的纽带作用。</w:t>
      </w:r>
      <w:r>
        <w:rPr>
          <w:lang w:eastAsia="zh-CN"/>
        </w:rPr>
        <w:br/>
      </w:r>
      <w:r>
        <w:rPr>
          <w:lang w:eastAsia="zh-CN"/>
        </w:rPr>
        <w:t>　　（三）工作标准高，树牢争第一的思想。我们的目标只有一个，那就是最好。即使现在不是最好，我们也要前进在向第一进发的路上。所以在平时的工作中，我坚持要干就要干的最好的工作理念，严格把握工作标准，为科室的长远发展打下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（四）严格管理，关心部署。我坚持严在格内，管在理中的管理理念，把握管理的尺度。同时，在生活方面，对部署的关怀细致到位，使每位员工都能感受到科室的温暖。</w:t>
      </w:r>
      <w:r>
        <w:rPr>
          <w:lang w:eastAsia="zh-CN"/>
        </w:rPr>
        <w:br/>
      </w:r>
      <w:r>
        <w:rPr>
          <w:lang w:eastAsia="zh-CN"/>
        </w:rPr>
        <w:t>　　（一）个别护士的专业素质还不高，主要原因还是在于我个人平时对她们</w:t>
      </w:r>
      <w:r>
        <w:rPr>
          <w:lang w:eastAsia="zh-CN"/>
        </w:rPr>
        <w:br/>
      </w:r>
      <w:r>
        <w:rPr>
          <w:lang w:eastAsia="zh-CN"/>
        </w:rPr>
        <w:t>　　的传帮带不够，业务标准要求低。</w:t>
      </w:r>
      <w:r>
        <w:rPr>
          <w:lang w:eastAsia="zh-CN"/>
        </w:rPr>
        <w:br/>
      </w:r>
      <w:r>
        <w:rPr>
          <w:lang w:eastAsia="zh-CN"/>
        </w:rPr>
        <w:t>　　（二）整体护理的水平还不高，护理书写方面有差距。</w:t>
      </w:r>
      <w:r>
        <w:rPr>
          <w:lang w:eastAsia="zh-CN"/>
        </w:rPr>
        <w:br/>
      </w:r>
      <w:r>
        <w:rPr>
          <w:lang w:eastAsia="zh-CN"/>
        </w:rPr>
        <w:t>　　（三）病房管理方面尚不能尽如人意，个别病房有时存在秩序不规范、卫生部到位等现象。</w:t>
      </w:r>
      <w:r>
        <w:rPr>
          <w:lang w:eastAsia="zh-CN"/>
        </w:rPr>
        <w:br/>
      </w:r>
      <w:r>
        <w:rPr>
          <w:lang w:eastAsia="zh-CN"/>
        </w:rPr>
        <w:t>　　（四）在凝心聚气方面做的工作还不够深入，怎样将全科室的护理人员的思想全都统一到单位的建设上来，是我下步主要应该思考的问题。</w:t>
      </w:r>
      <w:r>
        <w:rPr>
          <w:lang w:eastAsia="zh-CN"/>
        </w:rPr>
        <w:br/>
      </w:r>
      <w:r>
        <w:rPr>
          <w:lang w:eastAsia="zh-CN"/>
        </w:rPr>
        <w:t>　　（一）继续学习专业素质，明年争取在专业素质方面有个质的飞跃，以自身的素质带动部署，提高全科室的护理水平。</w:t>
      </w:r>
      <w:r>
        <w:rPr>
          <w:lang w:eastAsia="zh-CN"/>
        </w:rPr>
        <w:br/>
      </w:r>
      <w:r>
        <w:rPr>
          <w:lang w:eastAsia="zh-CN"/>
        </w:rPr>
        <w:t>　　（二）在管理的'知识和技能上要有更多的进步。这一点还是要通过不断的学习才能达到。我要抱着为单位负责，为自己负责的态度，积极向书本学，向同事学，向领导学，学习先进的方法和理论。</w:t>
      </w:r>
      <w:r>
        <w:rPr>
          <w:lang w:eastAsia="zh-CN"/>
        </w:rPr>
        <w:br/>
      </w:r>
      <w:r>
        <w:rPr>
          <w:lang w:eastAsia="zh-CN"/>
        </w:rPr>
        <w:t>　　（三）积极参加科研活动，加深对护理事业的研究。争取在论文发表方面再有建树。</w:t>
      </w:r>
      <w:r>
        <w:rPr>
          <w:lang w:eastAsia="zh-CN"/>
        </w:rPr>
        <w:br/>
      </w:r>
      <w:r>
        <w:rPr>
          <w:lang w:eastAsia="zh-CN"/>
        </w:rPr>
        <w:t>　　（四）积极支持和参与护理部的各项工作。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虽然工作是平凡而辛劳的，放弃了不少与家人、孩子团聚的时间，一旦病房里有了危重病人时即使在家心理也总觉的有点不踏实。但可喜的是在医院、护理部领导的帮助与支持下工作逐渐的显露出了成效，得到了患者及其家属的称赞，得到了领导和同事的认可。我知道这只是一个起步，以后的路还很长，“路遥知马力”，我坚信只要通过不断的努力，把满腔的激情奉献给医院，把爱心播撒到每一位患者的心里，我就一定会把工作开展的更好。</w:t>
      </w:r>
      <w:r>
        <w:rPr>
          <w:lang w:eastAsia="zh-CN"/>
        </w:rPr>
        <w:br/>
      </w:r>
      <w:r>
        <w:rPr>
          <w:lang w:eastAsia="zh-CN"/>
        </w:rPr>
        <w:t xml:space="preserve">    2024骨科护士个人工作总结 篇6 </w:t>
      </w:r>
      <w:r>
        <w:rPr>
          <w:lang w:eastAsia="zh-CN"/>
        </w:rPr>
        <w:br/>
      </w:r>
      <w:r>
        <w:rPr>
          <w:lang w:eastAsia="zh-CN"/>
        </w:rPr>
        <w:t>　　一、全科人员在政治上树立正确的世界观、人生观、价值观，发扬党的优良传统，牢固树立一切为病员服务的理念，加强医患沟通，不断提高思想道德修养，认真开展自我批评，坚决抵制药品购销中的不正之风，将反商业贿赂提高到政治思想的高度来认识和对待，科室内无医药回扣现象发生。</w:t>
      </w:r>
      <w:r>
        <w:rPr>
          <w:lang w:eastAsia="zh-CN"/>
        </w:rPr>
        <w:br/>
      </w:r>
      <w:r>
        <w:rPr>
          <w:lang w:eastAsia="zh-CN"/>
        </w:rPr>
        <w:t>　　二、全科人员能够自觉遵守院内各项规章制度和劳动纪律，做到小事讲风格，大事讲原则，从不闹无原则纠纷，工作中互相支持，互相理解，科工作人员分工明确，各司其职，各负其责，团结务实，克服人手少、任务重、人员结构不合理的状况，保证正常医疗服务工作的顺利开展。按照三级甲等中医院的要求完成各项临床工作，并高质量完成各种软件、台帐的整理工作，认真学习岗位职责、核心制度，并严格按照职责、制度的要求工作，认真学习三基并开展岗位练兵，做到严格要求、严谨作风、严密组织。严格执行三合理规范，做到合理用药、合理收费、服务到人，科室奖金发放不与经济挂钩，较好地完成了领导交办的各项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三、总量控制、结构调整。科室内部积极调整医疗结构，采取有效措施，想方设法降低医疗费用，取得显著效果。一是抓合理用药。二是抓单病种费用。三是抓一次性材料的使用。四是加快病床周转。通过采取一系列强有力措施，保证了科室今年圆满完成医院下达的各项费用指标，在科室业务增长速度较快的情况下，使各项费用维持在相对较低的水平，切实减轻群众的负担。</w:t>
      </w:r>
      <w:r>
        <w:rPr>
          <w:lang w:eastAsia="zh-CN"/>
        </w:rPr>
        <w:br/>
      </w:r>
      <w:r>
        <w:rPr>
          <w:lang w:eastAsia="zh-CN"/>
        </w:rPr>
        <w:t>　　四、积极引进和运用新技术，今年加大了对PPH手术的推广和运用，引进了微波治疗仪，在保证疗效的基础上积极寻求新的手术方法，总结临床经验，切实让病人花最少的钱得到的效果。</w:t>
      </w:r>
      <w:r>
        <w:rPr>
          <w:lang w:eastAsia="zh-CN"/>
        </w:rPr>
        <w:br/>
      </w:r>
      <w:r>
        <w:rPr>
          <w:lang w:eastAsia="zh-CN"/>
        </w:rPr>
        <w:t>　　五、在宣传工作上，充分利用多种形式，结合我院实际，深入广泛宣传我院整体功能、医疗范围、专科专病、名医、名药、大型医疗设备以及开展的新项目、新业务等，增强了医院整体知名度和部分专家名医以及专科专病知名度，为医院业务的发展起到了较大的推动作用。</w:t>
      </w:r>
      <w:r>
        <w:rPr>
          <w:lang w:eastAsia="zh-CN"/>
        </w:rPr>
        <w:br/>
      </w:r>
      <w:r>
        <w:rPr>
          <w:lang w:eastAsia="zh-CN"/>
        </w:rPr>
        <w:t>　　一年来，通过全科同志的共同努力，较好地完成了科室各项工作任务，但工作标准和工作质量与领导的要求还有差距，思路还需要更加宽阔。在新的一年里，要加大政治学习力度，提高工作质量，团结一致，扎实工作，高标准完成本科的工作任务和领导交办的各项临时指令性工作任务。</w:t>
      </w:r>
      <w:r>
        <w:rPr>
          <w:lang w:eastAsia="zh-CN"/>
        </w:rPr>
        <w:br/>
      </w:r>
      <w:r>
        <w:rPr>
          <w:lang w:eastAsia="zh-CN"/>
        </w:rPr>
        <w:t xml:space="preserve">    2024骨科护士个人工作总结 篇7 </w:t>
      </w:r>
      <w:r>
        <w:rPr>
          <w:lang w:eastAsia="zh-CN"/>
        </w:rPr>
        <w:br/>
      </w:r>
      <w:r>
        <w:rPr>
          <w:lang w:eastAsia="zh-CN"/>
        </w:rPr>
        <w:t>　　春秋轮回，光阴如梭，回首自己1年来在护理岗位上度过的日日夜夜，所做的'点点滴滴感慨万千。这些年使我深深地体会到：护理工作在苦和累中描绘高尚、铸造辉煌。现对今年工作进行总结。</w:t>
      </w:r>
      <w:r>
        <w:rPr>
          <w:lang w:eastAsia="zh-CN"/>
        </w:rPr>
        <w:br/>
      </w:r>
      <w:r>
        <w:rPr>
          <w:lang w:eastAsia="zh-CN"/>
        </w:rPr>
        <w:t>　　一、工作心得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当我看见那些患者把生命托付给我的无助的眼神，当我看到自己用百倍的努力把一个生命垂危的患者从死亡线上拉回到生命的春天时，面对那些失而复得的生命，那些来之不易的欢笑，我就会感到欣慰，我就会感到无憾，我更会感到无悔。“天使”是传说中神仙的使者，是幸福和温暖的象征。我们的职业被誉为“白衣天使”，是人们对护士形象美和内在美的深情赞誉。一袭飘然白衣，是一颗纯洁的心灵；一顶别致的燕尾帽，是一项守护生命的重任。无数个阳光灿烂的早晨，我们倾听治疗碗盘的协奏曲；无数个不眠不休的夜晚，我们感受生存和死亡的交响乐章。</w:t>
      </w:r>
      <w:r>
        <w:rPr>
          <w:lang w:eastAsia="zh-CN"/>
        </w:rPr>
        <w:br/>
      </w:r>
      <w:r>
        <w:rPr>
          <w:lang w:eastAsia="zh-CN"/>
        </w:rPr>
        <w:t>　　我们的工作不惊天动地，但是我们是春天的滴滴细雨，让生命的原野再现新绿；似深秋的一片红叶悄然飘落，天使的青春已融为患者康复的笑靥；寒冬一枝枝腊梅，阵阵幽香带给人生的希冀。我们将会继续与病人的生命同行，让病人因我们的护理而减少痛苦，因我们的健康指导而有所收获，因我们的安慰而树立信心。</w:t>
      </w:r>
      <w:r>
        <w:rPr>
          <w:lang w:eastAsia="zh-CN"/>
        </w:rPr>
        <w:br/>
      </w:r>
      <w:r>
        <w:rPr>
          <w:lang w:eastAsia="zh-CN"/>
        </w:rPr>
        <w:t>　　二、学习方面</w:t>
      </w:r>
      <w:r>
        <w:rPr>
          <w:lang w:eastAsia="zh-CN"/>
        </w:rPr>
        <w:br/>
      </w:r>
      <w:r>
        <w:rPr>
          <w:lang w:eastAsia="zh-CN"/>
        </w:rPr>
        <w:t>　　在骨科，非常感谢科护士长对我的循循教导，充分让我感受到临床工作与人交往的重要性，沟通的技巧并非与生俱来的，而是人文知识的丰富及临床经验积累的结果。让我渐渐明白“我们的工作不是职业，而是事业”，使我在今后工作中不管遇到什么问题，都能保持着一份积极向上的心。</w:t>
      </w:r>
      <w:r>
        <w:rPr>
          <w:lang w:eastAsia="zh-CN"/>
        </w:rPr>
        <w:br/>
      </w:r>
      <w:r>
        <w:rPr>
          <w:lang w:eastAsia="zh-CN"/>
        </w:rPr>
        <w:t>　　三、工作方面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骨科是一个非常团结的科室团队，不仅体现在同事间亲如一家，对病人的关怀胜似亲人。护士长非常重视对病人的心理护理、健康教育、规范化服务，密切护患关系，增加病人对护理工作的满意率，这对护士的知识结构和综合能力是一个考验和锻炼的机会，提升护士在病人康复过程中所起的作用，增强护士的自我价值感和学习知识的积极性。“我们科每个人的分工不同，但目的都是为了骨科这个家的发展，让病人更好更快的康复，提高他们的生活质量，维护社会的和谐与发展。</w:t>
      </w:r>
      <w:r>
        <w:rPr>
          <w:lang w:eastAsia="zh-CN"/>
        </w:rPr>
        <w:br/>
      </w:r>
      <w:r>
        <w:rPr>
          <w:lang w:eastAsia="zh-CN"/>
        </w:rPr>
        <w:t>　　今天，面对又一轮全新的医疗护理改革，需要我们每一个医务工作者保持良好的精神状态，展示崭新的精神面貌，需要我们每一位医务工作者发扬以院为家的高尚情怀，需要我们每一位医务工作者紧跟时代勇于创新。</w:t>
      </w:r>
      <w:r>
        <w:rPr>
          <w:lang w:eastAsia="zh-CN"/>
        </w:rPr>
        <w:br/>
      </w:r>
      <w:r>
        <w:rPr>
          <w:lang w:eastAsia="zh-CN"/>
        </w:rPr>
        <w:t>　　我们医务人员肩负救死扶伤的重任，承载着国家、社会、人民的重托，悬壶济世。因此我作为一名医务工作者我感到无比的光荣，这将永远鼓励着我在这条路上无怨无悔地走下去，以院为家是我一生无悔的选择。让我们用勤劳的双手去装扮医院，把追求的信念放在医院，把满腔的激情奉献给医院，把爱心播撒到每一位患者的心里。</w:t>
      </w:r>
      <w:r>
        <w:rPr>
          <w:lang w:eastAsia="zh-CN"/>
        </w:rPr>
        <w:br/>
      </w:r>
      <w:r>
        <w:rPr>
          <w:lang w:eastAsia="zh-CN"/>
        </w:rPr>
        <w:t xml:space="preserve">    2024骨科护士个人工作总结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时光飞速，转眼又是一年，回想去年，我院的多种计划一一落成，发展不断壮大，而今年，更是值得庆贺，不仅顺利通过了卫生部工作，还先后获得、临床护理等两项重点专科。作为一名年轻的护士长，随着时间的推移，在院领导和护理部的指引及帮助下，我慢慢理解了护士长这个角色，懂得如何团结一致、人文化管理，圆满完成了各项护理工作，现总结如下：</w:t>
      </w:r>
      <w:r>
        <w:rPr>
          <w:lang w:eastAsia="zh-CN"/>
        </w:rPr>
        <w:br/>
      </w:r>
      <w:r>
        <w:rPr>
          <w:lang w:eastAsia="zh-CN"/>
        </w:rPr>
        <w:t>　　一、严格落实医院各项规章制度，保障护理安全</w:t>
      </w:r>
      <w:r>
        <w:rPr>
          <w:lang w:eastAsia="zh-CN"/>
        </w:rPr>
        <w:br/>
      </w:r>
      <w:r>
        <w:rPr>
          <w:lang w:eastAsia="zh-CN"/>
        </w:rPr>
        <w:t>　　1、依据科室目前工作状况及人员构成，按照护理部要求，重新制定各班工作职责及流程，分工明细，各尽其职。</w:t>
      </w:r>
      <w:r>
        <w:rPr>
          <w:lang w:eastAsia="zh-CN"/>
        </w:rPr>
        <w:br/>
      </w:r>
      <w:r>
        <w:rPr>
          <w:lang w:eastAsia="zh-CN"/>
        </w:rPr>
        <w:t>　　2、核心制度的落实</w:t>
      </w:r>
      <w:r>
        <w:rPr>
          <w:lang w:eastAsia="zh-CN"/>
        </w:rPr>
        <w:br/>
      </w:r>
      <w:r>
        <w:rPr>
          <w:lang w:eastAsia="zh-CN"/>
        </w:rPr>
        <w:t>　　(1)主班与治疗班每天下午对病房医嘱进行大核对，小夜班与两头班或大夜班核对临时处理医嘱，每周护士长周一、周五核对医嘱并检查病历的书写问题，提高护理质量，保障护理安全。</w:t>
      </w:r>
      <w:r>
        <w:rPr>
          <w:lang w:eastAsia="zh-CN"/>
        </w:rPr>
        <w:br/>
      </w:r>
      <w:r>
        <w:rPr>
          <w:lang w:eastAsia="zh-CN"/>
        </w:rPr>
        <w:t>　　(2)治疗室统一规范药品标签及位置，在治疗时严格执行制度，定期提问核心制度，让每位护士铭记于心，将理论运用到临床工作中。</w:t>
      </w:r>
      <w:r>
        <w:rPr>
          <w:lang w:eastAsia="zh-CN"/>
        </w:rPr>
        <w:br/>
      </w:r>
      <w:r>
        <w:rPr>
          <w:lang w:eastAsia="zh-CN"/>
        </w:rPr>
        <w:t>　　(3)规范诊疗医嘱本、长期及临时输液卡格式，字迹清晰，颜色一致。</w:t>
      </w:r>
      <w:r>
        <w:rPr>
          <w:lang w:eastAsia="zh-CN"/>
        </w:rPr>
        <w:br/>
      </w:r>
      <w:r>
        <w:rPr>
          <w:lang w:eastAsia="zh-CN"/>
        </w:rPr>
        <w:t>　　(4)每天严格交接班，老年绝对卧床患者，定时翻身拍背，防止并发症的发生。</w:t>
      </w:r>
      <w:r>
        <w:rPr>
          <w:lang w:eastAsia="zh-CN"/>
        </w:rPr>
        <w:br/>
      </w:r>
      <w:r>
        <w:rPr>
          <w:lang w:eastAsia="zh-CN"/>
        </w:rPr>
        <w:t>　　(5)做好转交接工作，尤其全麻术后的交接工作，在今年的交接工作中，由于发现及时，积极成功抢救了_例全麻术后心跳呼吸骤停的患者。</w:t>
      </w:r>
      <w:r>
        <w:rPr>
          <w:lang w:eastAsia="zh-CN"/>
        </w:rPr>
        <w:br/>
      </w:r>
      <w:r>
        <w:rPr>
          <w:lang w:eastAsia="zh-CN"/>
        </w:rPr>
        <w:t>　　3、责任组长每天检查病历的书写，对出现的问题，以便签形式留言，督促年轻护士不断成长，护士长每周不定时检查病历，保障病历的准确性。</w:t>
      </w:r>
      <w:r>
        <w:rPr>
          <w:lang w:eastAsia="zh-CN"/>
        </w:rPr>
        <w:br/>
      </w:r>
      <w:r>
        <w:rPr>
          <w:lang w:eastAsia="zh-CN"/>
        </w:rPr>
        <w:t>　　二、人文管理，协调科室顺利发展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1、病房管理是护士长的主要职责所在，只有从病房中才能发现问题，每天晨会主动与夜班、白班共同交接班，每周_科室大交班，随时巡视病房，与患者沟通交流，询问患者心理感受。</w:t>
      </w:r>
      <w:r>
        <w:rPr>
          <w:lang w:eastAsia="zh-CN"/>
        </w:rPr>
        <w:br/>
      </w:r>
      <w:r>
        <w:rPr>
          <w:lang w:eastAsia="zh-CN"/>
        </w:rPr>
        <w:t>　　2、身边随时携带小笔记本，将科室出现的问题记录下来晨会反馈，每月科会集中反馈，保证每一位护士均能了解科室发展的动态，使科室顺利发展。</w:t>
      </w:r>
      <w:r>
        <w:rPr>
          <w:lang w:eastAsia="zh-CN"/>
        </w:rPr>
        <w:br/>
      </w:r>
      <w:r>
        <w:rPr>
          <w:lang w:eastAsia="zh-CN"/>
        </w:rPr>
        <w:t>　　3、每月护理查房去除以往按部就班模式，选择科室病重病人为查房题目，科室所有人员均提前复习，由护士长随机指定人员进行讲授并提问，业务学习自定题目，制作幻灯，全科讲授，充实护士长及科室护理人员理论知识，调动大家积极性。</w:t>
      </w:r>
      <w:r>
        <w:rPr>
          <w:lang w:eastAsia="zh-CN"/>
        </w:rPr>
        <w:br/>
      </w:r>
      <w:r>
        <w:rPr>
          <w:lang w:eastAsia="zh-CN"/>
        </w:rPr>
        <w:t>　　4、定期与其他科护士长交流管理经验，取长补短，提高护理管理能力。</w:t>
      </w:r>
      <w:r>
        <w:rPr>
          <w:lang w:eastAsia="zh-CN"/>
        </w:rPr>
        <w:br/>
      </w:r>
      <w:r>
        <w:rPr>
          <w:lang w:eastAsia="zh-CN"/>
        </w:rPr>
        <w:t>　　5、在护理部及科主任的支持下，参加了卫生部举办的和骨科会议，充实管理知识，提升管理能力，提高管理质量。</w:t>
      </w:r>
      <w:r>
        <w:rPr>
          <w:lang w:eastAsia="zh-CN"/>
        </w:rPr>
        <w:br/>
      </w:r>
      <w:r>
        <w:rPr>
          <w:lang w:eastAsia="zh-CN"/>
        </w:rPr>
        <w:t>　　6、做好一次性耗材的管理，杜绝浪费，防止过期。</w:t>
      </w:r>
      <w:r>
        <w:rPr>
          <w:lang w:eastAsia="zh-CN"/>
        </w:rPr>
        <w:br/>
      </w:r>
      <w:r>
        <w:rPr>
          <w:lang w:eastAsia="zh-CN"/>
        </w:rPr>
        <w:t>　　7、组织科室人员积极参加医院各项活动，在今年趣味运动会中获得了优秀奖，比赛中获得_等奖，比赛中获得_等奖，科室均给予了一定的奖励，并鼓励大家今后再接再厉，踊跃参加，发挥才能及光芒。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完成医院工作目标的同时，我们本着“以病人为中心”，给病人送去了光明，带来了生活上的福音，然而略感遗憾的是今年护理科研及新技术、新业务相对薄弱，希望在新的一年里，让我们继续携起手来，团结一致，踏实敬业，在圆满完成工作的同时，重视科研培训，加大科研力量，灌输科研意识，使骨二科护理人员不仅在工作中表现一流，在科研立项及新技术、新业务上仍与时俱进，走在医院的前列，为科室和医院的发展做出更大的贡献!</w:t>
      </w:r>
      <w:r>
        <w:rPr>
          <w:lang w:eastAsia="zh-CN"/>
        </w:rPr>
        <w:br/>
      </w:r>
      <w:r>
        <w:rPr>
          <w:lang w:eastAsia="zh-CN"/>
        </w:rPr>
        <w:t xml:space="preserve">    2024骨科护士个人工作总结 篇9 </w:t>
      </w:r>
      <w:r>
        <w:rPr>
          <w:lang w:eastAsia="zh-CN"/>
        </w:rPr>
        <w:br/>
      </w:r>
      <w:r>
        <w:rPr>
          <w:lang w:eastAsia="zh-CN"/>
        </w:rPr>
        <w:t>　　在骨科的实习即将结束，在这一个多月的实习期间，我遵纪遵守法律，遵守医院及医院各科室的各项规章制度，敬重师长，严格要求自己，努力做到不迟到、不早退、不无故旷工及擅自离开工作岗位。对待病人看法良好，努力将所学理论学问和基本技能应用于实践。转瞬间实习一个多月了，时间飞逝，回首这一个多月的实习生活，我学到许多感受许多。回想起实习的第一天刚进入病房，总有一种茫然的感觉，对于护理的工作处于比较生疏的状态，也对于自己在这样的新环境中能够做的事还是没有一种成型的概念，庆幸的是我们有老师为我们介绍病房结构，介绍各班工作，带教老师们的丰富阅历，让我们可以较快地适应医院各科护理工作和环境。</w:t>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38W是我实习的第一个科室，它是由骨科、脊柱科与烧伤整形科组成的。刚得知将会来到这个科室的时候，我的心情是惊慌而又期盼的，入科第一天，护士长带我们了解了医院的环境与布局，我们的科室是在住院部的八楼，进入科室，培训了一个星期，使我深深得感受到自己的`茫然与无知，虽然培训的只是基本操作，可是我们却做得一塌糊涂，虽然学校里面有学，可是不大一样，时代始终在进步，学问始终在更新，我们向我们的总带教老师黄老师学习得更加完善。更加规范，更加严格遵守三查八对。遵守无菌观念及无菌操作，老师还特殊强调了要人文关怀，多于患者多多沟通，多了解她的病情及其它信息，使患者信任并且主动协作你的工作，也可以使护患关系得到些改善。骨科，占了总人数的一大半，大多是骨折，老年人最常见的事股骨颈骨折，皮肤牵引是老年人中做的比较多的，目的只要是关节制动，缓解难受，订正嵌插骨骨折或者其它比较稳定性的骨折，也可防止它不会损伤到神经与血管等，也可作手术，手术的患者手术前要进食禁饮12h，术后去枕平卧，遵医嘱赐予心电监护吸氧及药物治疗，术后护理和病人的随时视察尿管，引流管是偶通畅，心理与饮食护理也很重要。对于卧床病人，我们也必需随时为患者翻身，防止压疮的发生，视察四感觉运动及肢末梢血运，脊柱科，最多见的，也许指的就是腰椎键盘突出，肩周炎，这些疾病特别常见，大多都是慢性的，长期性的。</w:t>
      </w:r>
      <w:r>
        <w:rPr>
          <w:lang w:eastAsia="zh-CN"/>
        </w:rPr>
        <w:br/>
      </w:r>
      <w:r>
        <w:rPr>
          <w:lang w:eastAsia="zh-CN"/>
        </w:rPr>
        <w:t>　　整形科，里面的病人最多见得是烫伤，烧伤，硫酸泼伤等，医生依据患者的烧伤面积也分为了三个期：轻度（＜9％）中度（10％10~29％）重度（30百分之~49％），烧伤病人饮食，要吃些高蛋白高热量高维生素的饮食，蔬菜水果、鱼汤，瘦肉、米饭等食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现在写护理文书都是在电脑上书写，体温单，画起来看起来都简洁明白，老师们也是在电脑上查对医嘱，然后打印接着遵医嘱执行，一些常用药也能说出其作用与用法。我在科室里面跟了三个老师，黄老师，朱老师以及刘老师，她们都是各个方面都特别优秀的老师，扎实的基础学问以及娴熟的技术操作，更是积累的丰富的临床阅历，原本茫然与无知的我，经过老师们的教育，现在满载而归，感谢全部的带教老师对我们的辛勤教育，让我们在踏上岗位之前拥有了如此良好的实践机会，临床的实习是对理论学习阶段的巩固与加强，也是对护理技能操作的培育和熬炼，同时也是我们就业岗前的最佳训练，尽管这段时间很短，但对我们每个人都很重要。</w:t>
      </w:r>
      <w:r>
        <w:rPr>
          <w:lang w:eastAsia="zh-CN"/>
        </w:rPr>
        <w:br/>
      </w:r>
      <w:r>
        <w:rPr>
          <w:lang w:eastAsia="zh-CN"/>
        </w:rPr>
        <w:t>　　我现在学到的理解到的学问还很少，我会接着努力去学习，去积累，利用这有限的时间，学到更多的东西，我会努力成为一名优秀的医务人员。</w:t>
      </w:r>
      <w:r>
        <w:rPr>
          <w:lang w:eastAsia="zh-CN"/>
        </w:rPr>
        <w:br/>
      </w:r>
      <w:r>
        <w:rPr>
          <w:lang w:eastAsia="zh-CN"/>
        </w:rPr>
        <w:t xml:space="preserve">    2024骨科护士个人工作总结 篇10 </w:t>
      </w:r>
      <w:r>
        <w:rPr>
          <w:lang w:eastAsia="zh-CN"/>
        </w:rPr>
        <w:br/>
      </w:r>
      <w:r>
        <w:rPr>
          <w:lang w:eastAsia="zh-CN"/>
        </w:rPr>
        <w:t>　　一晃眼，走进_市一医院，来到骨科成为一名救死扶伤的护士已经半年了。自毕业以来，我一直以严谨的态度和积极的热情投身于学习和工作中，有成功的喜悦，也有失败的辛酸。接触到临床后，发现，自己不仅要有扎实的理论，熟练的临床操作，良好的职业道德，还必须培养自己的耐心和爱心等等。六个月的使用期即将结束，但我对自己的要求会更加严格。</w:t>
      </w:r>
      <w:r>
        <w:rPr>
          <w:lang w:eastAsia="zh-CN"/>
        </w:rPr>
        <w:br/>
      </w:r>
      <w:r>
        <w:rPr>
          <w:lang w:eastAsia="zh-CN"/>
        </w:rPr>
        <w:t>　　在思想上，有很强的上进心，勇于批评与自我批评，树立了正确的人生观和价值观。能严格遵守医院的各项规章制度的，积极参加医院和科室组织的各项活动并能尊敬领导，团结同事。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学习上，严格要求自己，凭着自己对成为一名优秀白衣天使的目标和知识的强烈追求，刻苦钻研，勤奋好学，态度端正，目标明确，基本上掌握了一些专业知识和操作技能，熟练的掌握了专科知识和各项专科护理操作，作到了理论联系实际。除了专业知识的学习外，还注意各方面知识的扩展，广泛的涉猎其他学科的知识，从而提高了自身的思想文化素质。</w:t>
      </w:r>
      <w:r>
        <w:rPr>
          <w:lang w:eastAsia="zh-CN"/>
        </w:rPr>
        <w:br/>
      </w:r>
      <w:r>
        <w:rPr>
          <w:lang w:eastAsia="zh-CN"/>
        </w:rPr>
        <w:t>　　在工作上，我积极配合上级领导和同事，正确执行医嘱及各项护理技术操作规程，做好基础护理，严格执行无菌操作和三查七对制度。发现问题，及时上报，及时解决。在工作中能理论联系实际，遇到不懂的问题能及时向护士长及年资深的老师请教，努力提高自身的业务水平。对待患者能文明礼貌的服务，做到举止文明、态度和蔼，急病人所急，想病人所想。积极与患者沟通，及时了解他们的心理动态，以便让患者接受更好的治疗，并做好健康宣传教育。</w:t>
      </w:r>
      <w:r>
        <w:rPr>
          <w:lang w:eastAsia="zh-CN"/>
        </w:rPr>
        <w:br/>
      </w:r>
      <w:r>
        <w:rPr>
          <w:lang w:eastAsia="zh-CN"/>
        </w:rPr>
        <w:t xml:space="preserve">    2024骨科护士个人工作总结 篇11 </w:t>
      </w:r>
      <w:r>
        <w:rPr>
          <w:lang w:eastAsia="zh-CN"/>
        </w:rPr>
        <w:br/>
      </w:r>
      <w:r>
        <w:rPr>
          <w:lang w:eastAsia="zh-CN"/>
        </w:rPr>
        <w:t>　　一、全科人员在政治上认真学习邓小平理论和毛泽东思想三个代表精神，树立正确的世界观、人生观、价值观，发扬党的优良传统，牢固树立一切为病员服务的理念，加强医患沟通，用八荣八耻的标准规范自己的言行，不断提高思想道德修养，认真开展自我批评，坚决抵制药品购销中的不正之风，将反商业贿赂提高到政治思想的高度来认识和对待，科室内无医药回扣现象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全科人员能够自觉遵守院内各项规章制度和劳动纪律，做到小事讲风格，大事讲原则，从不闹无原则纠纷，工作中互相支持，互相理解，科工作人员分工明确，各司其职，各负其责，团结务实，克服人手少、任务重、人员结构不合理的状况，保证正常医疗服务工作的顺利开展。按照三级甲等中医院的要求完成各项临床工作，并高质量完成各种软件、台帐的整理工作，认真学习岗位职责、核心制度，并严格按照职责、制度的要求工作，认真学习三基并开展岗位练兵，做到严格要求、严谨作风、严密组织。严格执行三合理规范，做到合理用药、合理收费、服务到人，科室奖金发放不与经济挂钩，较好地完成了领导交办的各项工作任务。</w:t>
      </w:r>
      <w:r>
        <w:rPr>
          <w:lang w:eastAsia="zh-CN"/>
        </w:rPr>
        <w:br/>
      </w:r>
      <w:r>
        <w:rPr>
          <w:lang w:eastAsia="zh-CN"/>
        </w:rPr>
        <w:t>　　三、总量控制、结构调整。科室内部积极调整医疗结构，采取有效措施，想方设法降低医疗费用，取得显著效果。一是抓合理用药。二是抓单病种费用。三是抓一次性材料的使用。四是加快病床周转。通过采取一系列强有力措施，保证了科室今年圆满完成医院下达的各项费用指标，在科室业务增长速度较快的情况下，使各项费用维持在相对较低的水平，切实减轻群众的负担。</w:t>
      </w:r>
      <w:r>
        <w:rPr>
          <w:lang w:eastAsia="zh-CN"/>
        </w:rPr>
        <w:br/>
      </w:r>
      <w:r>
        <w:rPr>
          <w:lang w:eastAsia="zh-CN"/>
        </w:rPr>
        <w:t>　　四、积极引进和运用新技术，今年加大了对PPH手术的推广和运用，引进了微波治疗仪，在保证疗效的基础上积极寻求新的手术方法，总结临床经验，切实让病人花最少的钱得到的效果。</w:t>
      </w:r>
      <w:r>
        <w:rPr>
          <w:lang w:eastAsia="zh-CN"/>
        </w:rPr>
        <w:br/>
      </w:r>
      <w:r>
        <w:rPr>
          <w:lang w:eastAsia="zh-CN"/>
        </w:rPr>
        <w:t>　　五、在宣传工作上，充分利用多种形式，结合我院实际，深入广泛宣传我院整体功能、医疗范围、专科专病、名医、名药、大型医疗设备以及开展的新项目、新业务等，增强了医院整体知名度和部分专家名医以及专科专病知名度，为医院业务的发展起到了较大的推动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年来，通过全科同志的共同努力，较好地完成了科室各项工作任务，但工作标准和工作质量与领导的要求还有差距，思路还需要更加宽阔。在新的一年里，要加大政治学习力度，提高工作质量，团结一致，扎实工作，高标准完成本科的工作任务和领导交办的各项临时指令性工作任务。</w:t>
      </w:r>
      <w:r>
        <w:rPr>
          <w:lang w:eastAsia="zh-CN"/>
        </w:rPr>
        <w:br/>
      </w:r>
      <w:r>
        <w:rPr>
          <w:lang w:eastAsia="zh-CN"/>
        </w:rPr>
        <w:t xml:space="preserve">    2024骨科护士个人工作总结 篇12 </w:t>
      </w:r>
      <w:r>
        <w:rPr>
          <w:lang w:eastAsia="zh-CN"/>
        </w:rPr>
        <w:br/>
      </w:r>
      <w:r>
        <w:rPr>
          <w:lang w:eastAsia="zh-CN"/>
        </w:rPr>
        <w:t>　　工作的这一年时间，我也是有从中收获到较多的东西，不管是工作方面的，还是生活方面的都让我的未来甚是精彩。如今一年的工作已经结束，为了让自己更好的成长，也是对已经完成的工作做一个简单的小结。</w:t>
      </w:r>
      <w:r>
        <w:rPr>
          <w:lang w:eastAsia="zh-CN"/>
        </w:rPr>
        <w:br/>
      </w:r>
      <w:r>
        <w:rPr>
          <w:lang w:eastAsia="zh-CN"/>
        </w:rPr>
        <w:t>　　一、工作态度的转变</w:t>
      </w:r>
      <w:r>
        <w:rPr>
          <w:lang w:eastAsia="zh-CN"/>
        </w:rPr>
        <w:br/>
      </w:r>
      <w:r>
        <w:rPr>
          <w:lang w:eastAsia="zh-CN"/>
        </w:rPr>
        <w:t>　　想想刚刚踏上护士的这份工作之时，我心中更满是抗拒，虽然知道护士的工作是比较的辛苦、难做，但是我却没有想到会如此的不适应。但是经历了这一年时光的不断打磨与磨砺，我渐渐在这份工作上熟练起来，也是能够较好的应对每一件工作，同时也在自己的工作过程中渐渐的收获到较好的成长。现在的我已经在这份工作上找寻到自己的奋斗目标，当然也是更加清楚的明白自己对于未来的更加美好的期待。当然我也是非常地想要继续在这份工作岗位上完成好自己的工作，同时真正的成为每一位人口中善良、美丽的白衣天使。</w:t>
      </w:r>
      <w:r>
        <w:rPr>
          <w:lang w:eastAsia="zh-CN"/>
        </w:rPr>
        <w:br/>
      </w:r>
      <w:r>
        <w:rPr>
          <w:lang w:eastAsia="zh-CN"/>
        </w:rPr>
        <w:t>　　二、工作能力的提升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这一年的时间我也是不断地保持在学习的状态，就是想要我自己能够在这份工作中找寻到自己内心真正喜欢的东西，同时也能够在其中收获到更棒的成长。当然相比于之前自己刚到这份工作中，我的个人能力确实是得到了提升，也是能够较好的应对每一件事情，当然在自己的工作方面也是有尽可能的做好自己的工作。通过这一年的锻炼，我基本上是能够将每一位病人都照顾好，也是能够以非常和、温柔的态度来面对他们，真正的做到一位护士的全部工作。当然医院为了更好的提升每一位员工的能力也是有时常的进行培训，而我更是积极地参与，并且在培训中更多的确定了自己努力的方向。</w:t>
      </w:r>
      <w:r>
        <w:rPr>
          <w:lang w:eastAsia="zh-CN"/>
        </w:rPr>
        <w:br/>
      </w:r>
      <w:r>
        <w:rPr>
          <w:lang w:eastAsia="zh-CN"/>
        </w:rPr>
        <w:t>　　三、工作中的不足</w:t>
      </w:r>
      <w:r>
        <w:rPr>
          <w:lang w:eastAsia="zh-CN"/>
        </w:rPr>
        <w:br/>
      </w:r>
      <w:r>
        <w:rPr>
          <w:lang w:eastAsia="zh-CN"/>
        </w:rPr>
        <w:t>　　在工作进行的过程中，生离死别的场景更是屡见不鲜，而我的情绪也总是会被他人所带动，更是会难受好久。我明白这是我个人的情绪，但是却也是因为我各样的容易被感染，所以让我在工作中会分心，甚至整体的状态不佳，所以这是需要改正的地方。再者就是自己身为护士在一些工作中确实有太多的不细致，有较多的方面都没有真正的做到让病人满意，让其家人满意，所以我更需要在工作中去更好的反思自己，去促成自己更好的转变与成长。</w:t>
      </w:r>
      <w:r>
        <w:rPr>
          <w:lang w:eastAsia="zh-CN"/>
        </w:rPr>
        <w:br/>
      </w:r>
      <w:r>
        <w:rPr>
          <w:lang w:eastAsia="zh-CN"/>
        </w:rPr>
        <w:t>　　这一年的工作已经是结束了，对于即将来临的新年，我心中满是期待，我也很是希望自己能够在新的一年有更好的成长，真正的将这份工作做到完好，同时让自己收获到更棒的成绩，也争取能够让自己的努力得到领导与病人及其家人的肯定。能看到更多的热康复出院，这便是我最大的幸福。</w:t>
      </w:r>
      <w:r>
        <w:rPr>
          <w:lang w:eastAsia="zh-CN"/>
        </w:rPr>
        <w:br/>
      </w:r>
      <w:r>
        <w:rPr>
          <w:lang w:eastAsia="zh-CN"/>
        </w:rPr>
        <w:t xml:space="preserve">    2024骨科护士个人工作总结 篇13 </w:t>
      </w:r>
      <w:r>
        <w:rPr>
          <w:lang w:eastAsia="zh-CN"/>
        </w:rPr>
        <w:br/>
      </w:r>
      <w:r>
        <w:rPr>
          <w:lang w:eastAsia="zh-CN"/>
        </w:rPr>
        <w:t>　　通过这一年的不懈工作与努力，也是让我在这份工作上收获到了非常多的成绩，当然对于我个人来说，也是得到了非常大的收获。对于这已经结束的一年的工作，我也是尽可能的在其中去成长，去改变，所以我为自己的工作做了简单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一、遵守职业道德，认真进行工作</w:t>
      </w:r>
      <w:r>
        <w:rPr>
          <w:lang w:eastAsia="zh-CN"/>
        </w:rPr>
        <w:br/>
      </w:r>
      <w:r>
        <w:rPr>
          <w:lang w:eastAsia="zh-CN"/>
        </w:rPr>
        <w:t>　　身为护士，就是为社会，为病人做最好的服务，所以在工作上更是需要端正自己的思想，以更加认真的态度来完成好自己的工作。对于我在工作上的情况，我都是遵守着各项的职业道德，以医院的各项规章在行事，努力地做好自己的分内之事，在工作上去做更多的努力与奋斗。在平时的工作中我从来不做任何的文法乱纪的事情，都是认真的做好自己的工作，努力为病人去服务，给他们更好的护理体验。当然在我的工作上，我也都是有遵照着各位病人及其家人的需求来照料好他们，努力为他们在住院期间的成长与改变做更多的奋斗与努力。</w:t>
      </w:r>
      <w:r>
        <w:rPr>
          <w:lang w:eastAsia="zh-CN"/>
        </w:rPr>
        <w:br/>
      </w:r>
      <w:r>
        <w:rPr>
          <w:lang w:eastAsia="zh-CN"/>
        </w:rPr>
        <w:t>　　二、个人能力的提升上</w:t>
      </w:r>
      <w:r>
        <w:rPr>
          <w:lang w:eastAsia="zh-CN"/>
        </w:rPr>
        <w:br/>
      </w:r>
      <w:r>
        <w:rPr>
          <w:lang w:eastAsia="zh-CN"/>
        </w:rPr>
        <w:t>　　在平时的工作上，我都是有端正自己的态度，时刻保持着学习的状态，向身边更有能力的人去学习与体会更多的东西。既然在护士的岗位上任职，就是必须要认清自己的能力，以个人的努力来促成我更好的发展，所以任何的有机会去学习，去参与培训的时候，我都是会非常地积极，也是在自己的工作上去做更多的努力。当然闲暇的时间也是会多多的研读骨科相关的书籍，与更多的相关的医生之间去学习，就是期待着自己能够在个人的知识储备上有所提升，也是可以让我的未来变得更加的美好与幸福。</w:t>
      </w:r>
      <w:r>
        <w:rPr>
          <w:lang w:eastAsia="zh-CN"/>
        </w:rPr>
        <w:br/>
      </w:r>
      <w:r>
        <w:rPr>
          <w:lang w:eastAsia="zh-CN"/>
        </w:rPr>
        <w:t>　　三、服务工作上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分析我如今的工作，最为重要的就是服务工作的进行，也就是需要通过自己的不懈努力与奋斗，来让自己明白这份工作对于我个人来说的重要性。当然服务能力也是非常重要的，所以更是需要多去研究，多去学习，这样才能够对自己的工作情况有更好的认知。病人对医院的感受一方面在于治疗的好坏，另一方面就是在与护理照顾的好坏，所以必须要全面的认清现实，以个人的努力来促成我更好的发展，也是让自己能够有更好的收获。</w:t>
      </w:r>
      <w:r>
        <w:rPr>
          <w:lang w:eastAsia="zh-CN"/>
        </w:rPr>
        <w:br/>
      </w:r>
      <w:r>
        <w:rPr>
          <w:lang w:eastAsia="zh-CN"/>
        </w:rPr>
        <w:t>　　对于我个人的工作情况，我还有很多的地方是需要去学习与掌握的，所以我更是需要在工作中去认清自己，这样便是能够让自己有更好的成绩与收获。面对将要到来的精彩生活，我更是希望我可以有更加美好而幸福的生活。</w:t>
      </w:r>
      <w:r>
        <w:rPr>
          <w:lang w:eastAsia="zh-CN"/>
        </w:rPr>
        <w:br/>
      </w:r>
      <w:r>
        <w:rPr>
          <w:lang w:eastAsia="zh-CN"/>
        </w:rPr>
        <w:t>　　时间这么快，转眼间已经实习了五个月。在这五个月里，痛苦与快乐并存，而最大的痛苦，莫过于身体上的劳累——在创伤骨科的手术中，有很多是四肢的骨折，而在四肢骨折中，下肢的骨折尤其多见。骨折按照不同的角度有不同的分类，按照骨折部位是否有骨折断端暴露于外界，而将骨折分为闭合骨折和开放骨折，其中开放骨折必须进行手术复位，而闭合骨折可根据手法复位的情况，及病情严重程度决定是否需要切开复位。</w:t>
      </w:r>
      <w:r>
        <w:rPr>
          <w:lang w:eastAsia="zh-CN"/>
        </w:rPr>
        <w:br/>
      </w:r>
      <w:r>
        <w:rPr>
          <w:lang w:eastAsia="zh-CN"/>
        </w:rPr>
        <w:t>　　我所面对的或多或少都是肢体或心理上有残疾的患者，所以作为一名治疗师应有做够的爱心去关爱他们，了解他们的内心世界，只有这样我和患者之间才能很快的架起沟通的桥梁，才能使我的治疗在轻松愉快的环境下进行。而像脑外伤、脑血管意外、脑瘫患者的康复效果往往比较很慢的，所以治疗师要做到自己心中有数，不能心急，且在在这个过程中，还要耐心的和患者沟通，说明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在老师指导下进行各项操作。掌握骨科的术前术后的护理知识，以及石膏托外固定、牵引患者护理措施，髋、膝关节置换的康复知识，骨科手术知识。颅骨牵引患者、脊柱骨折患者翻身方法，现场示范，并要求我一同参与瘫痪患者的功能锻炼以及骨科疾病的健康教育等。</w:t>
      </w:r>
      <w:r>
        <w:rPr>
          <w:lang w:eastAsia="zh-CN"/>
        </w:rPr>
        <w:br/>
      </w:r>
      <w:r>
        <w:rPr>
          <w:lang w:eastAsia="zh-CN"/>
        </w:rPr>
        <w:t>　　细节决定成败，记得在一次给患者做治疗的过程中，我因为一个细节没有注意，而使本来很有意义的动作变得毫无意义。老师看到后帮我指出，后来我才意识到，原来每个动作都有要注意的细节，而万一你忽略了这个细节，只会使你所做的动作变得毫无意义，也会使患者的治疗周期变得越来越长，从而使你的整个治疗变得失败。所以经过实践，我才深深体会到其中的含义。我感觉自己的目标更加明确了，动力更足了。我相信，只要通过我的努力，我会做得更好，帮助更多的患者。</w:t>
      </w:r>
      <w:r>
        <w:rPr>
          <w:lang w:eastAsia="zh-CN"/>
        </w:rPr>
        <w:br/>
      </w:r>
      <w:r>
        <w:rPr>
          <w:lang w:eastAsia="zh-CN"/>
        </w:rPr>
        <w:t xml:space="preserve">    2024骨科护士个人工作总结 篇14 </w:t>
      </w:r>
      <w:r>
        <w:rPr>
          <w:lang w:eastAsia="zh-CN"/>
        </w:rPr>
        <w:br/>
      </w:r>
      <w:r>
        <w:rPr>
          <w:lang w:eastAsia="zh-CN"/>
        </w:rPr>
        <w:t>　　春秋轮回，光阴如梭，回首自己_年来在护理岗位上度过的日日夜夜，所做的点点滴滴感慨万千。这些年使我深深地体会到：护理工作在苦和累中描绘高尚、铸造辉煌。现对今年工作进行总结。</w:t>
      </w:r>
      <w:r>
        <w:rPr>
          <w:lang w:eastAsia="zh-CN"/>
        </w:rPr>
        <w:br/>
      </w:r>
      <w:r>
        <w:rPr>
          <w:lang w:eastAsia="zh-CN"/>
        </w:rPr>
        <w:t>　　一、工作心得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当我看见那些患者把生命托付给我的无助的眼神，当我看到自己用百倍的努力把一个生命垂危的患者从死亡线上拉回到生命的春天时，面对那些失而复得的生命，那些来之不易的欢笑，我就会感到欣慰，我就会感到无憾，我更会感到无悔。“天使”是传说中神仙的使者，是幸福和温暖的象征。我们的职业被誉为“白衣天使”，是人们对护士形象美和内在美的深情赞誉。一袭飘然白衣，是一颗纯洁的心灵;一顶别致的燕尾帽，是一项守护生命的重任。无数个阳光灿烂的早晨，我们倾听治疗碗盘的协奏曲;无数个不眠不休的夜晚，我们感受生存和死亡的交响乐章。</w:t>
      </w:r>
      <w:r>
        <w:rPr>
          <w:lang w:eastAsia="zh-CN"/>
        </w:rPr>
        <w:br/>
      </w:r>
      <w:r>
        <w:rPr>
          <w:lang w:eastAsia="zh-CN"/>
        </w:rPr>
        <w:t>　　我们的工作不惊天动地，但是我们是春天的滴滴细雨，让生命的原野再现新绿;似深秋的一片红叶悄然飘落，天使的青春已融为患者康复的笑靥;寒冬一枝枝腊梅，阵阵幽香带给人生的希冀。我们将会继续与病人的生命同行，让病人因我们的护理而减少痛苦，因我们的健康指导而有所收获，因我们的安慰而树立信心。</w:t>
      </w:r>
      <w:r>
        <w:rPr>
          <w:lang w:eastAsia="zh-CN"/>
        </w:rPr>
        <w:br/>
      </w:r>
      <w:r>
        <w:rPr>
          <w:lang w:eastAsia="zh-CN"/>
        </w:rPr>
        <w:t>　　二、学习方面</w:t>
      </w:r>
      <w:r>
        <w:rPr>
          <w:lang w:eastAsia="zh-CN"/>
        </w:rPr>
        <w:br/>
      </w:r>
      <w:r>
        <w:rPr>
          <w:lang w:eastAsia="zh-CN"/>
        </w:rPr>
        <w:t>　　在骨科，非常感谢科护士长对我的循循教导，充分让我感受到临床工作与人交往的重要性，沟通的技巧并非与生俱来的，而是人文知识的丰富及临床经验积累的结果。让我渐渐明白“我们的工作不是职业，而是事业”，使我在今后工作中不管遇到什么问题，都能保持着一份积极向上的心。</w:t>
      </w:r>
      <w:r>
        <w:rPr>
          <w:lang w:eastAsia="zh-CN"/>
        </w:rPr>
        <w:br/>
      </w:r>
      <w:r>
        <w:rPr>
          <w:lang w:eastAsia="zh-CN"/>
        </w:rPr>
        <w:t>　　三、工作方面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骨科是一个非常团结的科室团队，不仅体现在同事间亲如一家，对病人的关怀胜似亲人。护士长非常重视对病人的心理护理、健康教育、规范化服务，密切护患关系，增加病人对护理工作的满意率，这对护士的知识结构和综合能力是一个考验和锻炼的机会，提升护士在病人康复过程中所起的作用，增强护士的自我价值感和学习知识的积极性。“我们科每个人的分工不同，但目的都是为了骨科这个家的发展，让病人更好更快的康复，提高他们的生活质量，维护社会的和谐与发展。</w:t>
      </w:r>
      <w:r>
        <w:rPr>
          <w:lang w:eastAsia="zh-CN"/>
        </w:rPr>
        <w:br/>
      </w:r>
      <w:r>
        <w:rPr>
          <w:lang w:eastAsia="zh-CN"/>
        </w:rPr>
        <w:t xml:space="preserve">    2024骨科护士个人工作总结 篇15 </w:t>
      </w:r>
      <w:r>
        <w:rPr>
          <w:lang w:eastAsia="zh-CN"/>
        </w:rPr>
        <w:br/>
      </w:r>
      <w:r>
        <w:rPr>
          <w:lang w:eastAsia="zh-CN"/>
        </w:rPr>
        <w:t>　　20__年7月—20__年7月，经科室安排及院领导批准，我在十堰市太和医院进修，学习创伤骨科、显微骨科、关节与关节镜技术。十堰市太和是我省有名的医院，技术与理念先进，一直走在地市级医院的前沿。一年的进修生活，让我学到了很多先进的技术与理念，在创伤常见疾病的诊断和治疗方面，有了一个较大的提高；对髋关节、膝关节置换有了充分的认识，会对我以后的工作产生积极而深远影响，使我对未来的工作更加充满信心。进修期间，我严格遵守六院的各项规章制度，遵从科室领导的安排，积极完成了科室分配的各项工作任务，认真业务学习，圆满完成了进修任务。现将半年来的工作终结如下：</w:t>
      </w:r>
      <w:r>
        <w:rPr>
          <w:lang w:eastAsia="zh-CN"/>
        </w:rPr>
        <w:br/>
      </w:r>
      <w:r>
        <w:rPr>
          <w:lang w:eastAsia="zh-CN"/>
        </w:rPr>
        <w:t>　　一、显微骨科的学习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骨二科能够开展各种手、足外伤的：救治、修复和功能重建手术，各种断肢、断指再植、足趾移植拇手指再造等高难度显微外科手术，对各种手足部创伤、肿瘤、先天性畸形、感染、神经和肌腱损伤的救治具有极高的水平。能够开展各种复杂创伤合并血管神经损伤、皮肤软组织缺损骨外露、骨缺损、骨不连的修复重建手术，显微骨移植、皮瓣、肌皮瓣、复合组织瓣移植治疗、骨坏死、骨髓炎、四肢大血管损伤、周围神经损伤也有较高的救治水平。在骨二科学习期间，在带教老师的指导下，使我对显微骨科技术有了充分的认识</w:t>
      </w:r>
      <w:r>
        <w:rPr>
          <w:lang w:eastAsia="zh-CN"/>
        </w:rPr>
        <w:br/>
      </w:r>
      <w:r>
        <w:rPr>
          <w:lang w:eastAsia="zh-CN"/>
        </w:rPr>
        <w:t>　　理解，积极参加显微手术，能够在显微镜下熟练的'操作，对显微技术及手足外伤、组织修复有了一定的理解掌握，同时对常规骨科疾病的诊疗有了进一步的提高。</w:t>
      </w:r>
      <w:r>
        <w:rPr>
          <w:lang w:eastAsia="zh-CN"/>
        </w:rPr>
        <w:br/>
      </w:r>
      <w:r>
        <w:rPr>
          <w:lang w:eastAsia="zh-CN"/>
        </w:rPr>
        <w:t>　　二、关节科的学习</w:t>
      </w:r>
      <w:r>
        <w:rPr>
          <w:lang w:eastAsia="zh-CN"/>
        </w:rPr>
        <w:br/>
      </w:r>
      <w:r>
        <w:rPr>
          <w:lang w:eastAsia="zh-CN"/>
        </w:rPr>
        <w:t>　　经过争取，进修后期转到关节科学习，太和医院关节科在骨创伤、关节外科、关节镜技术、颈腰椎间盘突出和骨肿瘤等各类骨病的治疗上很有特色，广泛开展各型重度复杂骨折和骨盆骨折的各类手术；常规进行髋、膝、等关节置换手术和骨肿瘤的保肢手术；关节镜下交叉韧带重建、部分关节内骨折的治疗、半月板成形术等；在龚泰芳主任及卢云副主任的带教下，通过在关节外科的学习，我已熟练掌握髋、膝关节置换的基本手术技巧及并发症的处理，对关节镜技术的开展应用有了一定的掌握。</w:t>
      </w:r>
      <w:r>
        <w:rPr>
          <w:lang w:eastAsia="zh-CN"/>
        </w:rPr>
        <w:br/>
      </w:r>
      <w:r>
        <w:rPr>
          <w:lang w:eastAsia="zh-CN"/>
        </w:rPr>
        <w:t>　　三、太和医院值得我们借鉴的方面</w:t>
      </w:r>
      <w:r>
        <w:rPr>
          <w:lang w:eastAsia="zh-CN"/>
        </w:rPr>
        <w:br/>
      </w:r>
      <w:r>
        <w:rPr>
          <w:lang w:eastAsia="zh-CN"/>
        </w:rPr>
        <w:t>　　通过学习中的细心和体会，我发现了上海六院有许多值得我们借鉴和学习的地方，现归纳如下：</w:t>
      </w:r>
      <w:r>
        <w:rPr>
          <w:lang w:eastAsia="zh-CN"/>
        </w:rPr>
        <w:br/>
      </w:r>
      <w:r>
        <w:rPr>
          <w:lang w:eastAsia="zh-CN"/>
        </w:rPr>
        <w:t>　　1、管理科学化</w:t>
      </w:r>
      <w:r>
        <w:rPr>
          <w:lang w:eastAsia="zh-CN"/>
        </w:rPr>
        <w:br/>
      </w:r>
      <w:r>
        <w:rPr>
          <w:lang w:eastAsia="zh-CN"/>
        </w:rPr>
        <w:t>　　医院在人员培训、科室管理、绩效考核、医院文化建设等各方面有完备的执行方案，严格执行新进医护人员轮转考核制度，各科室奖惩明显、多劳多得，医院组织开展各种团体活动，促使职工团结一心，起头奋进，进而使医院发展的动力源源不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2、手术室效率高</w:t>
      </w:r>
      <w:r>
        <w:rPr>
          <w:lang w:eastAsia="zh-CN"/>
        </w:rPr>
        <w:br/>
      </w:r>
      <w:r>
        <w:rPr>
          <w:lang w:eastAsia="zh-CN"/>
        </w:rPr>
        <w:t>　　太和医院总共有20台手术间，平均每个手术间每天要做4—5台手术，其利用率及效率极高。其关键点是衔接特别好，麻醉准备室、复苏室充分应用，工务员经过专业培训后可以准确专业的接送病人。</w:t>
      </w:r>
      <w:r>
        <w:rPr>
          <w:lang w:eastAsia="zh-CN"/>
        </w:rPr>
        <w:br/>
      </w:r>
      <w:r>
        <w:rPr>
          <w:lang w:eastAsia="zh-CN"/>
        </w:rPr>
        <w:t>　　3、手术室的每个手术间都配备固定的专业器械护士和巡回护士，手术中器械护士与医生的配合相当默契，大大的缩短了手术时间。我院在这方面存在的明显不足。</w:t>
      </w:r>
      <w:r>
        <w:rPr>
          <w:lang w:eastAsia="zh-CN"/>
        </w:rPr>
        <w:br/>
      </w:r>
      <w:r>
        <w:rPr>
          <w:lang w:eastAsia="zh-CN"/>
        </w:rPr>
        <w:t>　　4、医疗电子化</w:t>
      </w:r>
      <w:r>
        <w:rPr>
          <w:lang w:eastAsia="zh-CN"/>
        </w:rPr>
        <w:br/>
      </w:r>
      <w:r>
        <w:rPr>
          <w:lang w:eastAsia="zh-CN"/>
        </w:rPr>
        <w:t>　　太和医院早已实行了医疗电子化，全院微机联网，可以第一时间查阅医技报告单，减少了很多中间环节，节约了时间，可以及时处理病人的特殊情况，减少医疗纠纷的发生。电子病历的应用使医生对医疗文书的书写更加规范和快捷。</w:t>
      </w:r>
      <w:r>
        <w:rPr>
          <w:lang w:eastAsia="zh-CN"/>
        </w:rPr>
        <w:br/>
      </w:r>
      <w:r>
        <w:rPr>
          <w:lang w:eastAsia="zh-CN"/>
        </w:rPr>
        <w:t>　　总之，通过一年的进修，我还是受益匪浅，再次感谢院领导级科室主任给我这次难得的机会，感谢主任的信任，同时也感谢科里同志们的辛苦工作，使我能得以到上级医院学习。我将在以后的工作中，严守工作纪律，努力学习和工作，运用所学，多为我们医院创造价值，不辜负领导的信任和嘱托。</w:t>
      </w:r>
      <w:r>
        <w:rPr>
          <w:lang w:eastAsia="zh-CN"/>
        </w:rPr>
        <w:br/>
      </w:r>
      <w:r>
        <w:rPr>
          <w:lang w:eastAsia="zh-CN"/>
        </w:rPr>
        <w:t xml:space="preserve">    2024骨科护士个人工作总结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时光荏苒，20__年已经过去了，回首过去的一年，内心不由感叹万千，在这一年里，我在院领导、科主任和护士长的关心与直接领导下及同事们的关心与帮助下，本着“一切以病人为中心，一切为病人”的服务主旨，刻苦研究业务知识，努力提高理论知识和熟练地掌控了各项临床操作技能充分发挥岗位职能，,并以“服从领导、团结同志、认真学习、扎实工作”为准则，始终坚持高标准、严要求，始终把“安全第一”放在首位。较好的完成了各级院领导布置的各项护理工作，在同志们的关心、支持和帮助下，思想、学习和工作等方面获得了新的进步，现工作总结以下：</w:t>
      </w:r>
      <w:r>
        <w:rPr>
          <w:lang w:eastAsia="zh-CN"/>
        </w:rPr>
        <w:br/>
      </w:r>
      <w:r>
        <w:rPr>
          <w:lang w:eastAsia="zh-CN"/>
        </w:rPr>
        <w:t>　　一、在思想政治方面</w:t>
      </w:r>
      <w:r>
        <w:rPr>
          <w:lang w:eastAsia="zh-CN"/>
        </w:rPr>
        <w:br/>
      </w:r>
      <w:r>
        <w:rPr>
          <w:lang w:eastAsia="zh-CN"/>
        </w:rPr>
        <w:t>　　积极拥护医院的各项方针和规章制度，以病人为中心，严格按一位优秀合格护士的标准要求自己，视病人如亲人，坚持以质量为核心，病人的.中意度为标准，坚固建立团队精神。</w:t>
      </w:r>
      <w:r>
        <w:rPr>
          <w:lang w:eastAsia="zh-CN"/>
        </w:rPr>
        <w:br/>
      </w:r>
      <w:r>
        <w:rPr>
          <w:lang w:eastAsia="zh-CN"/>
        </w:rPr>
        <w:t>　　二、积极学习各项新技术、新业务。</w:t>
      </w:r>
      <w:r>
        <w:rPr>
          <w:lang w:eastAsia="zh-CN"/>
        </w:rPr>
        <w:br/>
      </w:r>
      <w:r>
        <w:rPr>
          <w:lang w:eastAsia="zh-CN"/>
        </w:rPr>
        <w:t>　　作为一位外科护士，在工作中严格实行各项操作规程，遵照医院科室的规章制度，时刻注意保持无菌观念，对待工作认真负责，一丝不苟，加班加点，建立高度的集体责任感和荣誉感，团结同志，凡事以工作为重。为患者提供全方位优质服务。</w:t>
      </w:r>
      <w:r>
        <w:rPr>
          <w:lang w:eastAsia="zh-CN"/>
        </w:rPr>
        <w:br/>
      </w:r>
      <w:r>
        <w:rPr>
          <w:lang w:eastAsia="zh-CN"/>
        </w:rPr>
        <w:t>　　三、工作</w:t>
      </w:r>
      <w:r>
        <w:rPr>
          <w:lang w:eastAsia="zh-CN"/>
        </w:rPr>
        <w:br/>
      </w:r>
      <w:r>
        <w:rPr>
          <w:lang w:eastAsia="zh-CN"/>
        </w:rPr>
        <w:t>　　积极进取，严格查对，严谨细致，杜绝过失事故的产生，在这一年的工作中我将克服自身的一切不足，取长补短，戒骄戒躁，不断完善自己，提高自己业务水平，争取在新的一年在各方面都更上一层楼，获得光辉事迹。</w:t>
      </w:r>
      <w:r>
        <w:rPr>
          <w:lang w:eastAsia="zh-CN"/>
        </w:rPr>
        <w:br/>
      </w:r>
      <w:r>
        <w:rPr>
          <w:lang w:eastAsia="zh-CN"/>
        </w:rPr>
        <w:t>　　四、为做好基础工作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坚持严格要求自己，重视以身作则，以诚待人，一是爱岗敬业讲奉献。我正确认识自身的工作和价值，正确处理苦与乐，得与失、个人利益和集体利益的关系，坚持甘于奉献、诚实敬业，二是锤炼技能讲提高。经过一年的学习和锤炼，仔细学习他人长处，改掉自己不足，并虚心向领导、工程师和同事请教，在不断学习和探索中使自己在技术上有所提高。</w:t>
      </w:r>
      <w:r>
        <w:rPr>
          <w:lang w:eastAsia="zh-CN"/>
        </w:rPr>
        <w:br/>
      </w:r>
      <w:r>
        <w:rPr>
          <w:lang w:eastAsia="zh-CN"/>
        </w:rPr>
        <w:t>　　五、严于律已，不断加强作风建设。</w:t>
      </w:r>
      <w:r>
        <w:rPr>
          <w:lang w:eastAsia="zh-CN"/>
        </w:rPr>
        <w:br/>
      </w:r>
      <w:r>
        <w:rPr>
          <w:lang w:eastAsia="zh-CN"/>
        </w:rPr>
        <w:t>　　一年来我对自身严格要求，始终把耐得平淡、舍得付出、默默无闻作为自己的准则，始终把作风建设的重点放在严谨、细致、扎实、求实脚踏实地埋头苦干上。在工作中，以制度、纪律规范自己的一切言行，严格遵照各项规章制度，尊重领导，团结同志，谦虚谨慎，不断改进工作作风;坚持做到不利于班组事不做。与班组成员心往一处想，劲往一处使，不会计较干很多，干得少，只期望把所有工作美满完成。</w:t>
      </w:r>
      <w:r>
        <w:rPr>
          <w:lang w:eastAsia="zh-CN"/>
        </w:rPr>
        <w:br/>
      </w:r>
      <w:r>
        <w:rPr>
          <w:lang w:eastAsia="zh-CN"/>
        </w:rPr>
        <w:t>　　护理事业是一项崇高而神圣的事业，我为自己是护士队伍中的一员而自豪. 在行将过去的一年里，要再次感谢院领导、科主任和护士长给予的教育、指导、批评和帮助，感谢同事们给予的关心和支持。回想过去，有许多进步和提高，同时也存在一些不足;主要是学习、技术上还不够努力，和有体会的同事比较还有一定差距，在今后工作中，我一定认真总结体会，克服不足，努力把工作做得更好。</w:t>
      </w:r>
      <w:r>
        <w:rPr>
          <w:lang w:eastAsia="zh-CN"/>
        </w:rPr>
        <w:br/>
      </w:r>
      <w:r>
        <w:rPr>
          <w:lang w:eastAsia="zh-CN"/>
        </w:rPr>
        <w:t xml:space="preserve">    2024骨科护士个人工作总结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转眼间，一个多月的外科实习抱薪救火已告一段落，在实习过程中，自己严格恪守医院规章准则，仔细实行实习护理责任，严格要求自己，尊敬师长，联合同学，关怀患者，不迟到，不早退，结壮作业，极力做到护理作业标准化，技术服务优质化，根底护理灵活化，爱心活动经常化，将理论与实践相结合，并做到理论学习有方案，有要点，护理作业有办法、有记载，实习期间，一直以“爱心、仔细、耐性”为根本，极力做到“眼勤、手勤、脚勤、嘴勤”，想患者之所想医，急患者之所急，一心一意为患者提供优质服务，树立了杰出的医德医风。</w:t>
      </w:r>
      <w:r>
        <w:rPr>
          <w:lang w:eastAsia="zh-CN"/>
        </w:rPr>
        <w:br/>
      </w:r>
      <w:r>
        <w:rPr>
          <w:lang w:eastAsia="zh-CN"/>
        </w:rPr>
        <w:t>　　在外科的实习作业中，自己严格恪守科室准则，准时参与护理查房，了解患者病况。能正确答复带教教师发问，标准娴熟进行各项根底护理操作及专科护理操作，正确履行医嘱，严格履行三查七对，及时完结交接班记载。能做好术前预备辅导并完结术后护理及友谊。在作业中，发现问题能仔细剖析，及时处理，能娴熟进行各项护理操作，对科室的急、危、老、重患者，能敏捷了解病况并作出应对。经过学习，自己理论水平和实践水平有所进步，在往后的作业中，自己将持续极力，摇摇晃晃护理责任，不断加强思维与业务学习，全面进步本身归纳水平，做一名合格的护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骨科护士实习工作总结带着一份希翼和一份茫然来到了三峡大学仁和医院，开始了我的实习生涯。从此，我的身份将从一个学生变为了一个实习护士，生活环境将从学校转为医院，接触的对象将从老师，同学转变为医生，护士，病人。对于这三大转变，对于如何做一个合格的实习护士，虽说老师对我们已是千叮咛万嘱咐，可我心里还是忐忑不安的，怪不适应，怕被带教老师骂，害怕自己做得比别人差怕，自己不知从何入手……</w:t>
      </w:r>
      <w:r>
        <w:rPr>
          <w:lang w:eastAsia="zh-CN"/>
        </w:rPr>
        <w:br/>
      </w:r>
      <w:r>
        <w:rPr>
          <w:lang w:eastAsia="zh-CN"/>
        </w:rPr>
        <w:t>　　经过这近三个月的实习，我也有了不少的体会。在此，我总结了下面几点：</w:t>
      </w:r>
      <w:r>
        <w:rPr>
          <w:lang w:eastAsia="zh-CN"/>
        </w:rPr>
        <w:br/>
      </w:r>
      <w:r>
        <w:rPr>
          <w:lang w:eastAsia="zh-CN"/>
        </w:rPr>
        <w:t>　　一、理论知识的问题：以前当的一直是学生，学校是以学生为中心的。而中国式的教育一向是填鸭式的，被动地接受那么多的知识，虽然考试考了那么多次，但现在我的知识在脑海中似乎没了踪迹，只好不断翻书。当在老师的提问下一次次哑口无言时，才认识到自己记的粗浅，没有时间经过的记忆犹如沙滩上的足迹，当时似乎深刻明显，却耐不住时光的清洗。</w:t>
      </w:r>
      <w:r>
        <w:rPr>
          <w:lang w:eastAsia="zh-CN"/>
        </w:rPr>
        <w:br/>
      </w:r>
      <w:r>
        <w:rPr>
          <w:lang w:eastAsia="zh-CN"/>
        </w:rPr>
        <w:t>　　二、角色转化问题。实习刚开始，很多东西都不了解，虽然以前也曾见习过，但真正的要实际操作了，我仍觉得底气不足。我会不会弄错了，万一弄错了怎么办。干事情总是缩手缩脚，加上跟我一块实习的同学表现都很好，我觉得老师都喜欢她们，事情似乎也轮不到我头上，每天盲目跟着做基础护理，跟着操作。本想说让我也试一下，但又不敢。因此，我觉得角色转化是个坎，我一定要努力克服这一点。方法主要是靠主动吧，我发现，只要主动提问，主动提出操作的要求，老师都是很乐意教的。不能再像在学校里那样等着老师要求干什么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三、胆魄的锻炼。面对病人，特别是外科的病人，见到血是经常的，看到病人痛苦地呻吟，特别在操作的时候，心总会提到嗓子眼，因此而小心翼翼，束手束脚，反而会给病人造成更大的痛苦。因此，胆魄得锻炼得大一点，再大一点。胆大心细是我追求的目标，只有准确迅速才能早点解决病人的`痛苦。</w:t>
      </w:r>
      <w:r>
        <w:rPr>
          <w:lang w:eastAsia="zh-CN"/>
        </w:rPr>
        <w:br/>
      </w:r>
      <w:r>
        <w:rPr>
          <w:lang w:eastAsia="zh-CN"/>
        </w:rPr>
        <w:t>　　四、无菌观念和规范化操作。在外科实习这段时间，每个老师都强调无菌观念，因次，我深刻认识了无菌观念，操作作中便不自觉地去遵守。而规范化操作也实在是个很保守和安全的做法!至于新办法，创新思维，那也得熟悉情况了再说吧。</w:t>
      </w:r>
      <w:r>
        <w:rPr>
          <w:lang w:eastAsia="zh-CN"/>
        </w:rPr>
        <w:br/>
      </w:r>
      <w:r>
        <w:rPr>
          <w:lang w:eastAsia="zh-CN"/>
        </w:rPr>
        <w:t>　　五、微笑服务：在这里，我看到的是笑容可掬的脸孔，也都觉得特别地漂亮与可爱，让我有种感觉，如果我是一位病人，我会毫不犹豫选择住在这里。因此我也要求自己不把情绪带到工作中，每天保持阳光灿烂的笑容，让病人感到温暖! 在骨科的实习即将结束，在这三个多月的实习期间，我遵纪守法，遵守医院及医院各科室的各项规章制度，尊敬师长，团结同学，严格要求自己，努力做到不迟到、不早退、不无故旷工及擅自离开工作岗位。对待病人和蔼可亲，态度良好，努力将所学理论知识和基本技能应用于实践。在此过程中我不断总结学习方法和临床经验，尽力提高独立思考、独立解决问题、独立工作的能力，不断培养自己全心全意为人民服务的崇高思想和良好的职业道德。</w:t>
      </w:r>
      <w:r>
        <w:rPr>
          <w:lang w:eastAsia="zh-CN"/>
        </w:rPr>
        <w:br/>
      </w:r>
    </w:p>
    <w:p w:rsidR="001B1F19" w14:textId="27C3F48A">
      <w:pPr>
        <w:rPr>
          <w:rFonts w:hint="eastAsia"/>
          <w:lang w:eastAsia="zh-CN"/>
        </w:rPr>
      </w:pPr>
      <w:r>
        <w:rPr>
          <w:lang w:eastAsia="zh-CN"/>
        </w:rPr>
        <w:t>　　我在本科室实习期间，遵守劳动纪律，工作认真，勤学好问，能将自己在书本中所学知识用于实际。在老师的指导下，我基本掌握了骨科一些常见病的护理以及一些基本操作，是我从一个实习生逐步向护士过度，从而让我认识到临床工作的特殊性与必要性。以前在学校所学都是理论上的，现在接触临床才发现实际工作所见并非想象那么简单，并非如书上说写那么典型，好多时候都是要靠自己平时在工作中的经验积累，所以只有扎实投入实习，好好体会才能慢慢积累经验。</w:t>
      </w:r>
      <w:r>
        <w:rPr>
          <w:lang w:eastAsia="zh-CN"/>
        </w:rPr>
        <w:br/>
      </w:r>
      <w:r>
        <w:rPr>
          <w:lang w:eastAsia="zh-CN"/>
        </w:rPr>
        <w:t>　　这次实习我要感谢所有帮助和教诲过我的老师，谢谢她们的细心指导。感谢三峡大学仁和医院培养我点点滴滴获得丰硕收获的同时，我将会以更积极主动的工作态度，更扎实牢固的操作技能，更丰富深厚的理论知识，走上以后的工作岗位，提高临床护理工作能力，我以后还要学习更多的知识，让我不断进取，给自己的要求也应该提高，才会更加有所收获。我会谨记这次的医院实习，为以后可以成为一名优秀的白衣天使奠定基础、对护理事业尽心尽责!</w:t>
      </w:r>
      <w:r>
        <w:rPr>
          <w:lang w:eastAsia="zh-CN"/>
        </w:rPr>
        <w:br/>
      </w:r>
      <w:r>
        <w:rPr>
          <w:lang w:eastAsia="zh-CN"/>
        </w:rPr>
        <w:t xml:space="preserve">    2024骨科护士个人工作总结 篇18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https://d.book118.com/905112224014011104</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511222401401110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