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初三思想品德教学总结（34篇）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初三思想品德教学总结（通用34篇）</w:t>
      </w:r>
      <w:r>
        <w:rPr>
          <w:lang w:eastAsia="zh-CN"/>
        </w:rPr>
        <w:br/>
      </w:r>
      <w:r>
        <w:rPr>
          <w:lang w:eastAsia="zh-CN"/>
        </w:rPr>
        <w:t xml:space="preserve">    初三思想品德教学总结 篇1 </w:t>
      </w:r>
      <w:r>
        <w:rPr>
          <w:lang w:eastAsia="zh-CN"/>
        </w:rPr>
        <w:br/>
      </w:r>
      <w:r>
        <w:rPr>
          <w:lang w:eastAsia="zh-CN"/>
        </w:rPr>
        <w:t>　　__年9月，按照学校整体工作安排和学校教务处教学工作安排，我从原来政教工作岗位退下，接管教学工作。又由于学校人手不够的原因，领导继续让我兼管德育工作，这样一来，工作担子相对较重。虽然如此，我还是愉快的接受了任务，并兼任初三（1）、（2）两个班的思想品德学科教学，初三（1）班是我从初一就带上来的班级，知识基础，学习习惯和风气相对较好，而初三（2）班是重新接任的一个新班级，学生基础差，学习风气也不好，因此，上起课来期初是很不适应的，往往会对学生发一些无名气，但经过一段时间的磨合、了解以及寻找适应的教学方法，最终我也能够胜任该班的课程，只是在教学效果上，是差于初三（2）、（3）两个班的，不要说是初三（1）班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教学上，我是一个不服输的人，虽说人到中年，学校里年青教师多，想在教学上不断的有突破一直是我的愿望，因此，我每一个学期总会结合课本的章节，实际运用现代多媒体进行备课教学，并不是说要上多大的台阶，而是想到，这样的教育资源如果不好好利用，岂不是白费，加上自己也能在利用这些资源备课中不断的强化丰富自己的电脑知识、文本编辑以及打字速度和水平。</w:t>
      </w:r>
      <w:r>
        <w:rPr>
          <w:lang w:eastAsia="zh-CN"/>
        </w:rPr>
        <w:br/>
      </w:r>
      <w:r>
        <w:rPr>
          <w:lang w:eastAsia="zh-CN"/>
        </w:rPr>
        <w:t>　　在这一年的教学工作中，我在县教育局教研室的安排下，于4月份参加了市级初中思想品德优质课评比，获得个三等奖，不管怎样也是一个证明，想当初，到场参加比赛的都是些年青教师，我能有如此勇气，跟年轻人一比高下，也证明我是不服输的。</w:t>
      </w:r>
      <w:r>
        <w:rPr>
          <w:lang w:eastAsia="zh-CN"/>
        </w:rPr>
        <w:br/>
      </w:r>
      <w:r>
        <w:rPr>
          <w:lang w:eastAsia="zh-CN"/>
        </w:rPr>
        <w:t>　　进入9月份这个学期，虽然再没有去参加什么教学比赛，但是我自己仍然不忘在教学上进步，因此，10月份的时候，自己将初三政治第五课第一目“爱是高尚的.情感”制成课件，利用多媒体给学生上课，如果每节课都运用多媒体给学生上课，我认为对于我和我的学生、学科来说是不现实的，但一个学期能上几节多媒体课，无论对学生还是对老师都是一种提神和提高学习兴趣的事。</w:t>
      </w:r>
      <w:r>
        <w:rPr>
          <w:lang w:eastAsia="zh-CN"/>
        </w:rPr>
        <w:br/>
      </w:r>
      <w:r>
        <w:rPr>
          <w:lang w:eastAsia="zh-CN"/>
        </w:rPr>
        <w:t>　　学无止境，教学也是一样，虽然从事教学工作几十年了，要在这个岗位上再混个几年或十几年，在我这样的人身上是轻而易举的事，但我不会这样，想当初，懵懵懂懂就上了师范，懵懵懂懂就当了老师，懵懵懂懂一干就有了一个小伙子的年纪，现在想来当然是后悔的。好在也有一丝安慰，就是隔几年就会遇上一届或一班好学生，他们即使毕业了，师生间也是经常挂念的。教书是良心工作，不管社会多么的把它提得响亮，地位始终难以高起来，这是根深蒂固的原因，因此，不小心走上这个行业，也教了几十年，现在看来也适应了，所以，才有越来越安下心来的打算，同时也是一种面对现实的想法，我也常告诫年轻教师，有机会可以每一种职业去试一试，如果没有机会，那就干好眼前的本职工作，这才是敬业的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今年的期末考试就要到了，我所担任的两个班级一学期的学习情况是怎样的，相信通过期末检测自会有结果，由于是初中毕业班，到__年3月春季学期，又要复习准备中考，所以教学任务相对来讲是较重的，因此，如果下期能在周末的加课方面得到课时上的补充，那是最好不过的事了。</w:t>
      </w:r>
      <w:r>
        <w:rPr>
          <w:lang w:eastAsia="zh-CN"/>
        </w:rPr>
        <w:br/>
      </w:r>
      <w:r>
        <w:rPr>
          <w:lang w:eastAsia="zh-CN"/>
        </w:rPr>
        <w:t xml:space="preserve">    初三思想品德教学总结 篇2 </w:t>
      </w:r>
      <w:r>
        <w:rPr>
          <w:lang w:eastAsia="zh-CN"/>
        </w:rPr>
        <w:br/>
      </w:r>
      <w:r>
        <w:rPr>
          <w:lang w:eastAsia="zh-CN"/>
        </w:rPr>
        <w:t>　　这学期，本人担任九年级的思想品德课教学。教学过程中本人能适应新时期教学工作的要求，从各方面严格要求自己，勤勤恳恳，兢兢业业，使教学工作有计划、有组织、有步骤地开展。立足现在，放眼未来，为使今后的工作取得更大的进步，现对本学期教育教学工作做如下总结：</w:t>
      </w:r>
      <w:r>
        <w:rPr>
          <w:lang w:eastAsia="zh-CN"/>
        </w:rPr>
        <w:br/>
      </w:r>
      <w:r>
        <w:rPr>
          <w:lang w:eastAsia="zh-CN"/>
        </w:rPr>
        <w:t>　　一、深入钻研教材，认真备课，精心选择教法。</w:t>
      </w:r>
      <w:r>
        <w:rPr>
          <w:lang w:eastAsia="zh-CN"/>
        </w:rPr>
        <w:br/>
      </w:r>
      <w:r>
        <w:rPr>
          <w:lang w:eastAsia="zh-CN"/>
        </w:rPr>
        <w:t>　　备好课是上好课的前提和保证。为此，本人根据教材内容及学生的实际，设计课堂教学，拟定采用的教学方法。在深入钻研教材和了解学生的基础上，认真写出了切实可行的教案，使每一节课都能做到“有备而上”。本学期学校建立了多媒体教室、电脑室，开通本地教学资源，利用这一优势，本有精心组织和充分利用这些教学资源，下载和制作各种利于吸引学生注意力的教学课件，使现代教学技术走进课堂，使学生乐学，充分调动了学生学习积极性，达到愉快教学的目的。在教学中注重学生活动，课堂气氛活跃，教学效果良好。本学期根据学校安排写有教案36课时。</w:t>
      </w:r>
      <w:r>
        <w:rPr>
          <w:lang w:eastAsia="zh-CN"/>
        </w:rPr>
        <w:br/>
      </w:r>
      <w:r>
        <w:rPr>
          <w:lang w:eastAsia="zh-CN"/>
        </w:rPr>
        <w:t>　　二、精心组织课堂教学，提高教学质量。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上好课是提高教学质量的有效途径。课堂教学中本人尽量讲解做到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努力实现思想品德课的趣味化。思想品德课与学生实际生活联系紧密，因此我在教学过程中将教学与实际紧密联系，切实解决学生中遇到的实际问题，使学生树立正确的人生观、价值观和世界观。通过教学培养学生的社会责任感和正义感。学生在日常行为、思想素质等方面有了较大改变。</w:t>
      </w:r>
      <w:r>
        <w:rPr>
          <w:lang w:eastAsia="zh-CN"/>
        </w:rPr>
        <w:br/>
      </w:r>
      <w:r>
        <w:rPr>
          <w:lang w:eastAsia="zh-CN"/>
        </w:rPr>
        <w:t>　　三、加强课后辅导，提高教学质量。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课后辅导是课堂教学的补充和巩固。因此本人针对中学生爱动、好玩，缺乏自控能力的特点，经常通过谈心、主题探究等方式抓好学生的思想教育，并使这一工作贯彻到对学生的学习指导中去。耐心做好后进生的转化工作，对后进生努力做到从友善开始，比如，多与他们谈心；从赞美着手，善于发现他们的闪光点，及时给予肯定。所有的人都渴望得到别人的理解和尊重，所以，在和学生交谈时，对他们的处境、想法表示深刻的理解和尊重，改变教师角色，努力使自己成为学生的朋友，让他们敢说话，说真话。这样让学生感到你与他是平等的，那么他就能很好的去接受你的.观点，从而转变自己的思想，改变自己的行为。从而真正达到思想教育的目的。</w:t>
      </w:r>
      <w:r>
        <w:rPr>
          <w:lang w:eastAsia="zh-CN"/>
        </w:rPr>
        <w:br/>
      </w:r>
      <w:r>
        <w:rPr>
          <w:lang w:eastAsia="zh-CN"/>
        </w:rPr>
        <w:t>　　总之，时间飞逝，转眼间，一个紧张而又充实的学期又过去了，总体来看，这学期在上级部门的正确领导下，在本人的刻苦努力下，在全体同仁的帮助下，在全体学生的共同努力下，本人在教育教学工作中取得了一定的成绩，收到了良好的效果。但还存在许多不足之处，在今后的教育教学工作中，我将更加严格要求自己，努力工作，发扬优点，克服缺点，开拓前进，使教育教学工作再上新台阶。</w:t>
      </w:r>
      <w:r>
        <w:rPr>
          <w:lang w:eastAsia="zh-CN"/>
        </w:rPr>
        <w:br/>
      </w:r>
      <w:r>
        <w:rPr>
          <w:lang w:eastAsia="zh-CN"/>
        </w:rPr>
        <w:t xml:space="preserve">    初三思想品德教学总结 篇3 </w:t>
      </w:r>
      <w:r>
        <w:rPr>
          <w:lang w:eastAsia="zh-CN"/>
        </w:rPr>
        <w:br/>
      </w:r>
      <w:r>
        <w:rPr>
          <w:lang w:eastAsia="zh-CN"/>
        </w:rPr>
        <w:t>　　本学期，本人担任九年级（1）、（2）、（8）、（9）班的教学工作。一学期来，本人自始至终以认真、严谨的治学态度，认真备好、上好每一节课，千方百计搜集和整理教学资料，编写练习和测验试卷，比较顺利地完成教学工作，下面对所做的工作进行简单的回顾总结：</w:t>
      </w:r>
      <w:r>
        <w:rPr>
          <w:lang w:eastAsia="zh-CN"/>
        </w:rPr>
        <w:br/>
      </w:r>
      <w:r>
        <w:rPr>
          <w:lang w:eastAsia="zh-CN"/>
        </w:rPr>
        <w:t>　　1、认真制定计划，注重研究中学教学理论，认真备课和教学，积极参加教研组活动和备课组活动，每节课都以最佳的精神状态站在讲台，以和蔼、轻松、认真的形象去面对学生。按照《初中思想政治课程标准》进行施教，让学生掌握好科学知识。还注意以德为本，以人为本，结合现实生活中的现象层层善诱，多方面、多角度去培养现实良好的品德和高尚的人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精心组织课堂教学，提高教学质量。上好课是提高教学质量的有效途径。课堂教学中本人尽量讲解，做到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w:t>
      </w:r>
      <w:r>
        <w:rPr>
          <w:lang w:eastAsia="zh-CN"/>
        </w:rPr>
        <w:br/>
      </w:r>
      <w:r>
        <w:rPr>
          <w:lang w:eastAsia="zh-CN"/>
        </w:rPr>
        <w:t>　　3、深入钻研教材，认真备课，精心选择教法。备好课是上好课的前提和保证。作为教九年级思想品德课的老师，明白自己教学工作任务的重要性，故在课前做到认真备课，在深入钻研教材和了解学生的基础上，多方面去搜集相关进行资料，认真写出了切实可行的教案，使每一节课都能做到“有备而上”，不上无准备的课，不上自己准备不满意的课。为提高每节课的进行效果，教学质量，本人除注重研究教材，把握好基础、重点难点外，通过多种教学手段，灵活多样的教学形式，培养学生学习政治的兴趣，调动学生学习的积极性、主动性，提高课堂的教学质量，按时完成教学任务。</w:t>
      </w:r>
      <w:r>
        <w:rPr>
          <w:lang w:eastAsia="zh-CN"/>
        </w:rPr>
        <w:br/>
      </w:r>
      <w:r>
        <w:rPr>
          <w:lang w:eastAsia="zh-CN"/>
        </w:rPr>
        <w:t>　　4、根据初三学生特点，认真拟定复习提纲。做到复习过程中思路清晰，条理清楚，帮助学生理解记忆考试知识点，做到德育与应试相结合。作为一名思想品德老师，更加关注学生心理状态，多鼓励、多关心，消除学生面临中考的紧张情绪。</w:t>
      </w:r>
      <w:r>
        <w:rPr>
          <w:lang w:eastAsia="zh-CN"/>
        </w:rPr>
        <w:br/>
      </w:r>
      <w:r>
        <w:rPr>
          <w:lang w:eastAsia="zh-CN"/>
        </w:rPr>
        <w:t>　　由于在实践中努力摸索领悟，在工作中认真学习，在学习中仔细研讨总结，我在各方面有了很大的进步和提高。教学能力及水平都有了一定的提高，学生学习政治课的热情普遍高涨。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然而，“金无足赤，人无完人”。我知道，按照学校的要求，我还有一定的差距。需要在教学风格创立、差生转化、课堂管理等方面下更大的功夫，需要更加虚心的向各位领导及周围的同事学习，进一步提高工作能力和教育教学水平。在今后的教育教学工作中，我将更加严格要求自己，使教学水平更上一层楼。我相信有耕耘总会有收获。</w:t>
      </w:r>
      <w:r>
        <w:rPr>
          <w:lang w:eastAsia="zh-CN"/>
        </w:rPr>
        <w:br/>
      </w:r>
      <w:r>
        <w:rPr>
          <w:lang w:eastAsia="zh-CN"/>
        </w:rPr>
        <w:t xml:space="preserve">    初三思想品德教学总结 篇4 </w:t>
      </w:r>
      <w:r>
        <w:rPr>
          <w:lang w:eastAsia="zh-CN"/>
        </w:rPr>
        <w:br/>
      </w:r>
      <w:r>
        <w:rPr>
          <w:lang w:eastAsia="zh-CN"/>
        </w:rPr>
        <w:t>　　一、工作岗位：</w:t>
      </w:r>
      <w:r>
        <w:rPr>
          <w:lang w:eastAsia="zh-CN"/>
        </w:rPr>
        <w:br/>
      </w:r>
      <w:r>
        <w:rPr>
          <w:lang w:eastAsia="zh-CN"/>
        </w:rPr>
        <w:t>　　本学期本人主要从事九年级7—12班的思想品德课的教学工作。</w:t>
      </w:r>
      <w:r>
        <w:rPr>
          <w:lang w:eastAsia="zh-CN"/>
        </w:rPr>
        <w:br/>
      </w:r>
      <w:r>
        <w:rPr>
          <w:lang w:eastAsia="zh-CN"/>
        </w:rPr>
        <w:t>　　二、工作态度：</w:t>
      </w:r>
      <w:r>
        <w:rPr>
          <w:lang w:eastAsia="zh-CN"/>
        </w:rPr>
        <w:br/>
      </w:r>
      <w:r>
        <w:rPr>
          <w:lang w:eastAsia="zh-CN"/>
        </w:rPr>
        <w:t>　　﹙1﹚热爱自己的工作岗位，严格遵守劳动纪律，关爱学生，团结同志，努力完成学校交给的各项任务。</w:t>
      </w:r>
      <w:r>
        <w:rPr>
          <w:lang w:eastAsia="zh-CN"/>
        </w:rPr>
        <w:br/>
      </w:r>
      <w:r>
        <w:rPr>
          <w:lang w:eastAsia="zh-CN"/>
        </w:rPr>
        <w:t>　　﹙2﹚面对即将参加中考的九年级学生的思想品德课的教学，时间紧，任务重，为了提高课堂教学质量，我和搭档徐颖老师认真研究教学策略，认真备好每一节课，精选、精讲、精练，以使知识的学习扎实、高效；并针对各班不同的班风、学风，采取灵活的教学方式，以保证教育教学的针对性、有效性。</w:t>
      </w:r>
      <w:r>
        <w:rPr>
          <w:lang w:eastAsia="zh-CN"/>
        </w:rPr>
        <w:br/>
      </w:r>
      <w:r>
        <w:rPr>
          <w:lang w:eastAsia="zh-CN"/>
        </w:rPr>
        <w:t>　　三、工作质量：</w:t>
      </w:r>
      <w:r>
        <w:rPr>
          <w:lang w:eastAsia="zh-CN"/>
        </w:rPr>
        <w:br/>
      </w:r>
      <w:r>
        <w:rPr>
          <w:lang w:eastAsia="zh-CN"/>
        </w:rPr>
        <w:t>　　﹙1﹚为面对全体学生，在复习过程中，要求学生看的书、做的题，我都亲自做一遍，以掌握所需时间，合理安排，更好地利用课堂时间和对不同层次的学生提出不同的要求。</w:t>
      </w:r>
      <w:r>
        <w:rPr>
          <w:lang w:eastAsia="zh-CN"/>
        </w:rPr>
        <w:br/>
      </w:r>
      <w:r>
        <w:rPr>
          <w:lang w:eastAsia="zh-CN"/>
        </w:rPr>
        <w:t>　　﹙2﹚凡学生做过的《同步》，我都一一过目批改，以发现问题，及时纠正解决。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﹙3﹚紧跟时政，排查重点。为引导好学生的复习，我们查阅了去年的中考试题集，把与时政紧密关联的好的题目一一摘录，形成了法律专题试题一份，其它好的题目根据需要运用到每一节课中。</w:t>
      </w:r>
      <w:r>
        <w:rPr>
          <w:lang w:eastAsia="zh-CN"/>
        </w:rPr>
        <w:br/>
      </w:r>
      <w:r>
        <w:rPr>
          <w:lang w:eastAsia="zh-CN"/>
        </w:rPr>
        <w:t>　　﹙4﹚循序渐进，提升能力。每节课把一题或两题分别写在小黑板上，课前出示，以引发学生思考，进入复习内容，并在复习后相互交流、再由教师点拨，达到了激发兴趣——深入思考——解决问题——提高能力——应对中考的目的。</w:t>
      </w:r>
      <w:r>
        <w:rPr>
          <w:lang w:eastAsia="zh-CN"/>
        </w:rPr>
        <w:br/>
      </w:r>
      <w:r>
        <w:rPr>
          <w:lang w:eastAsia="zh-CN"/>
        </w:rPr>
        <w:t>　　学生已离校远去，我们对这些学生的教育已画上了一个句号，但那一张张鲜活的面孔，生动的笑容，却留在了我们的记忆中，定格在20__……那些孩子们啊！那些不再复返的时光！</w:t>
      </w:r>
      <w:r>
        <w:rPr>
          <w:lang w:eastAsia="zh-CN"/>
        </w:rPr>
        <w:br/>
      </w:r>
      <w:r>
        <w:rPr>
          <w:lang w:eastAsia="zh-CN"/>
        </w:rPr>
        <w:t xml:space="preserve">    初三思想品德教学总结 篇5 </w:t>
      </w:r>
      <w:r>
        <w:rPr>
          <w:lang w:eastAsia="zh-CN"/>
        </w:rPr>
        <w:br/>
      </w:r>
      <w:r>
        <w:rPr>
          <w:lang w:eastAsia="zh-CN"/>
        </w:rPr>
        <w:t>　　一学期来，本人一直以认真、严谨的治学态度，勤恳、坚持不懈的精神从事教学工作，圆满地完成了教学任务，取得了较满意的教学成绩，现将一学期来的教学工作总结如下：</w:t>
      </w:r>
      <w:r>
        <w:rPr>
          <w:lang w:eastAsia="zh-CN"/>
        </w:rPr>
        <w:br/>
      </w:r>
      <w:r>
        <w:rPr>
          <w:lang w:eastAsia="zh-CN"/>
        </w:rPr>
        <w:t>　　1、坚持学习，努力提高思想素养。</w:t>
      </w:r>
      <w:r>
        <w:rPr>
          <w:lang w:eastAsia="zh-CN"/>
        </w:rPr>
        <w:br/>
      </w:r>
      <w:r>
        <w:rPr>
          <w:lang w:eastAsia="zh-CN"/>
        </w:rPr>
        <w:t>　　在过去的一年里，本人始终坚持学习党的教育方针和政策，坚持以“三个代表”重要思想和科学发展观武装自己的头脑，认真学习时事政治，关心国家大事，服从领导安排，遵守学校的各项规章制度，严守工作纪律，树立良好的师德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教育教学工作中：坚持业务学习，努力提高教学水平,为了不断地提高自身的业务素质，提高教学水平，我认真学习先进的教育教学理论，努力把别人创造出来的现代的先进的教育教学理论最大化地转化为自己所有，认真学习别人的先进经验，结合自己的工作实际和体会认真钻研教材，主动深入学生，积极探讨新的教学方法，对教材、教法有了更深的认识。我具体做到以下几点：</w:t>
      </w:r>
      <w:r>
        <w:rPr>
          <w:lang w:eastAsia="zh-CN"/>
        </w:rPr>
        <w:br/>
      </w:r>
      <w:r>
        <w:rPr>
          <w:lang w:eastAsia="zh-CN"/>
        </w:rPr>
        <w:t>　　2、认真备课，积极上课，切实提高课堂教学质量。</w:t>
      </w:r>
      <w:r>
        <w:rPr>
          <w:lang w:eastAsia="zh-CN"/>
        </w:rPr>
        <w:br/>
      </w:r>
      <w:r>
        <w:rPr>
          <w:lang w:eastAsia="zh-CN"/>
        </w:rPr>
        <w:t>　　为提高每节课的进行效果和教学质量，本人除注重研究教材，把握好基础、重点难点外，还采用多种方法教学。通过培养学生学习思想品德课的兴趣，调动学生学习的积极性、主动性，提高课堂的教学质量，按时完成教学任务。</w:t>
      </w:r>
      <w:r>
        <w:rPr>
          <w:lang w:eastAsia="zh-CN"/>
        </w:rPr>
        <w:br/>
      </w:r>
      <w:r>
        <w:rPr>
          <w:lang w:eastAsia="zh-CN"/>
        </w:rPr>
        <w:t>　　在复习中，本人结合中考时政热点和学生生活实际我有针对性的与学生一起整理复习了几个专题：资源、环境；祖国统一、民族团结；科技；文化；精神文明建设等；按照专题的相关内容上网查找有关资料，选择与课本知识密切结合的时政材料创设问题情境，并注意剔除那些与课本知识点无关的内容，不加重学生的学习负担，让学生能够有针对性地复习，切实提高自身的综合能力。</w:t>
      </w:r>
      <w:r>
        <w:rPr>
          <w:lang w:eastAsia="zh-CN"/>
        </w:rPr>
        <w:br/>
      </w:r>
      <w:r>
        <w:rPr>
          <w:lang w:eastAsia="zh-CN"/>
        </w:rPr>
        <w:t>　　3、抓好综合检测训练，提高学生的应试能力。</w:t>
      </w:r>
      <w:r>
        <w:rPr>
          <w:lang w:eastAsia="zh-CN"/>
        </w:rPr>
        <w:br/>
      </w:r>
      <w:r>
        <w:rPr>
          <w:lang w:eastAsia="zh-CN"/>
        </w:rPr>
        <w:t>　　进行了复习之后，学生对知识已经熟练掌握，但还未能熟练运用。因此，定时定量的综合训练能检测学生的应试能力，锻炼其应试心理。同时，通过批改试1 / 5卷，找出学生在答题过程中存在的问题，结合问题查找学生答题方法上的漏洞，有针对性的再进行方法指导，让学生每一次考试都有收获从而进行有效的综合讲评，做到有的放矢。例如：针对考试中可能出现的实际问题，我反复多次练习、查阅、批改、范读。学生收获较大，写作能力有所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今后的教学工作中，我要不断总结经验，力求提高自己的教学水平，除了加强对尖子生的培养力度外，还要多下功夫加强对个别后进生的辅导。相信在以后的教学工作中，我会取得更好的成绩，争取到更大的进步，为自己热爱的教育事业作出应有的贡献。</w:t>
      </w:r>
      <w:r>
        <w:rPr>
          <w:lang w:eastAsia="zh-CN"/>
        </w:rPr>
        <w:br/>
      </w:r>
      <w:r>
        <w:rPr>
          <w:lang w:eastAsia="zh-CN"/>
        </w:rPr>
        <w:t xml:space="preserve">    初三思想品德教学总结 篇6 </w:t>
      </w:r>
      <w:r>
        <w:rPr>
          <w:lang w:eastAsia="zh-CN"/>
        </w:rPr>
        <w:br/>
      </w:r>
      <w:r>
        <w:rPr>
          <w:lang w:eastAsia="zh-CN"/>
        </w:rPr>
        <w:t>　　本学期，本人担任初二年级思想品德课教学。一学期来，本人自始至终以认真、严谨的治学态度，勤恳、坚持不懈的精神从事教学工作。教育是爱心事业，为培养高素质的下一代，本人时刻从现实身心健康，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lang w:eastAsia="zh-CN"/>
        </w:rPr>
        <w:br/>
      </w:r>
      <w:r>
        <w:rPr>
          <w:lang w:eastAsia="zh-CN"/>
        </w:rPr>
        <w:t>　　一、深入钻研教材，认真备课，精心选择教法。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备好课是上好课的前提和保证。我根据教材内容及学生的实际，设计课堂教学，拟定采用的教学方法。在深入钻研教材和了解学生的基础上，认真写出了切实可行的教案，使每一节课都能做到“有备而上”。同时，积极采用多媒体教学，使现代教学技术走进课堂，并做到课堂形式的多样化。通过培养学生学习思想品德的兴趣，充分调动学生学习的积极性、主动性，达到愉快教学的目的，在教学中注重学生活动，课堂气氛活跃，教学效果良好。新教材注重培养学生的实际操作能力，和生活更加贴近，在备课讲课时要加入生活元素来贴近学生的生活，吸引他们的注意力。在教学方面，努力做好备课上课工作。</w:t>
      </w:r>
      <w:r>
        <w:rPr>
          <w:lang w:eastAsia="zh-CN"/>
        </w:rPr>
        <w:br/>
      </w:r>
      <w:r>
        <w:rPr>
          <w:lang w:eastAsia="zh-CN"/>
        </w:rPr>
        <w:t>　　二、精心组织课堂教学，提高教学质量。</w:t>
      </w:r>
      <w:r>
        <w:rPr>
          <w:lang w:eastAsia="zh-CN"/>
        </w:rPr>
        <w:br/>
      </w:r>
      <w:r>
        <w:rPr>
          <w:lang w:eastAsia="zh-CN"/>
        </w:rPr>
        <w:t>　　思想品德教材，最大的特点是让学生在课堂上自主学习、合作探究、鼓励学生大胆提出问题、探索问题，通过学习探究，自己去感悟生活中的一个道理。事实证明课堂上，让学生的思维更活跃，就越能提出有思考价值的问题，课堂上学习的效率就越高，所感悟的道理就越深刻.</w:t>
      </w:r>
      <w:r>
        <w:rPr>
          <w:lang w:eastAsia="zh-CN"/>
        </w:rPr>
        <w:br/>
      </w:r>
      <w:r>
        <w:rPr>
          <w:lang w:eastAsia="zh-CN"/>
        </w:rPr>
        <w:t>　　（1）每节课必须让学生目标明确具体。因而在每节课前根据学生的情况和教学内容仔细确定目标，在课堂教学中让学生带着学习目标去学习。</w:t>
      </w:r>
      <w:r>
        <w:rPr>
          <w:lang w:eastAsia="zh-CN"/>
        </w:rPr>
        <w:br/>
      </w:r>
      <w:r>
        <w:rPr>
          <w:lang w:eastAsia="zh-CN"/>
        </w:rPr>
        <w:t>　　（2）以学生自学讨论、交流为主。在课堂教学中主要让学生独立阅读完成问题，如果还不能解决问题，开展小组讨论交流，互帮互学。教师主要只是给学生指导和给问题学生适当的引导。</w:t>
      </w:r>
      <w:r>
        <w:rPr>
          <w:lang w:eastAsia="zh-CN"/>
        </w:rPr>
        <w:br/>
      </w:r>
      <w:r>
        <w:rPr>
          <w:lang w:eastAsia="zh-CN"/>
        </w:rPr>
        <w:t>　　（3）当堂测评，及时进行教学反馈。</w:t>
      </w:r>
      <w:r>
        <w:rPr>
          <w:lang w:eastAsia="zh-CN"/>
        </w:rPr>
        <w:br/>
      </w:r>
      <w:r>
        <w:rPr>
          <w:lang w:eastAsia="zh-CN"/>
        </w:rPr>
        <w:t>　　（4）每周确定周目标，每周实行周过关测评。不能达标的同学实行二次过关。实质就是“周周清”。在对“周周清”中对学生实行分层要求，兼顾到学生的巩固和学有所得。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课堂教学中我尽量做到讲解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努力实现思想品德课的趣味化。使教学成为师生之间、学生之间交往互动，共同发展的过程。学生成了学习的主人，学习成了他们的需求，学中有发现，学中有乐趣，学中有收获。思想品德课与学生实际生活联系紧密，因此我在教学过程中将教学与实际紧密联系，切实解决学生生活学习中遇到的'实际问题，使学生树立正确的人生观、价值观和世界观。通过教学培养学生的社会责任感和正义感。学生在日常行为习惯、思想素质等方面有了较大改变。</w:t>
      </w:r>
      <w:r>
        <w:rPr>
          <w:lang w:eastAsia="zh-CN"/>
        </w:rPr>
        <w:br/>
      </w:r>
      <w:r>
        <w:rPr>
          <w:lang w:eastAsia="zh-CN"/>
        </w:rPr>
        <w:t>　　三、加强课后辅导，提高教学质量。</w:t>
      </w:r>
      <w:r>
        <w:rPr>
          <w:lang w:eastAsia="zh-CN"/>
        </w:rPr>
        <w:br/>
      </w:r>
      <w:r>
        <w:rPr>
          <w:lang w:eastAsia="zh-CN"/>
        </w:rPr>
        <w:t>　　课后辅导是课堂教学的补充和巩固。因此本人针对中学生爱动、好玩的特点，部分学生缺乏自控能力，常不能按时完成作业，有的甚至抄作业的情况，经常通过谈心、主题探究等方式抓好学生的思想教育，并使这一工作贯彻到对学生的学习指导中去。耐心做好后进生的转化工作，对后进生努力做到从友善开始，比如，多与他们谈心；从赞美着手，善于发现他们的闪光点，及时给予肯定。所有的人都渴望得到别人的理解和尊重，所以，在和学生交谈时，对他们的处境、想法表示深刻的理解和尊重。改变教师角色，努力使自己成为学生的朋友，让他们敢说话，说真话，这样让学生感到你与他是平等的，那么他就能很好的去接受你的观点，从而转变自己的思想，改变自己的行为。从而真正达到思想教育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四、大力培养学生学习兴趣，充分调动学生学习的积极性、主动性。</w:t>
      </w:r>
      <w:r>
        <w:rPr>
          <w:lang w:eastAsia="zh-CN"/>
        </w:rPr>
        <w:br/>
      </w:r>
      <w:r>
        <w:rPr>
          <w:lang w:eastAsia="zh-CN"/>
        </w:rPr>
        <w:t>　　兴趣是学习最好的老师。要长时间使学生对思想品德这一学科保持兴趣，光靠课堂上的教学是不可能做到的，通过“自我展示”、“说句心里话”活动调动他们的积极性，以促进教学效果的实现。</w:t>
      </w:r>
      <w:r>
        <w:rPr>
          <w:lang w:eastAsia="zh-CN"/>
        </w:rPr>
        <w:br/>
      </w:r>
      <w:r>
        <w:rPr>
          <w:lang w:eastAsia="zh-CN"/>
        </w:rPr>
        <w:t>　　当然，在教学中，还存在许多的不足。社会对教师的素质要求更高了，在以后教学中我会努力发扬优点，克服不足，总结经验，促进教学工作更上层楼。</w:t>
      </w:r>
      <w:r>
        <w:rPr>
          <w:lang w:eastAsia="zh-CN"/>
        </w:rPr>
        <w:br/>
      </w:r>
      <w:r>
        <w:rPr>
          <w:lang w:eastAsia="zh-CN"/>
        </w:rPr>
        <w:t xml:space="preserve">    初三思想品德教学总结 篇7 </w:t>
      </w:r>
      <w:r>
        <w:rPr>
          <w:lang w:eastAsia="zh-CN"/>
        </w:rPr>
        <w:br/>
      </w:r>
      <w:r>
        <w:rPr>
          <w:lang w:eastAsia="zh-CN"/>
        </w:rPr>
        <w:t>　　这个学期我担任九年级思想品德教学工作。可以说紧张忙碌而收获多多。总体看，我认真执行教育教学工作计划，从各方面严格要求自己，开学初，结合学校的实际情况和学生的实际情况，制订教学计划，使教学工作有计划，有组织，有步骤地开展。在继续推进我校和谐课堂教学模式的同时，把新课程标准的新思想、新理念和思品课堂教学的新思路、新设想结合起来，转变思想，积极探索，改革教学方法，收到了较好的效果。现将本学期的工作总结如下：</w:t>
      </w:r>
      <w:r>
        <w:rPr>
          <w:lang w:eastAsia="zh-CN"/>
        </w:rPr>
        <w:br/>
      </w:r>
      <w:r>
        <w:rPr>
          <w:lang w:eastAsia="zh-CN"/>
        </w:rPr>
        <w:t>　　一、认真钻研教材和教法。</w:t>
      </w:r>
      <w:r>
        <w:rPr>
          <w:lang w:eastAsia="zh-CN"/>
        </w:rPr>
        <w:br/>
      </w:r>
      <w:r>
        <w:rPr>
          <w:lang w:eastAsia="zh-CN"/>
        </w:rPr>
        <w:t>　　因为九年级涉及升学，教学压力很大。我认真学习中考考试说明、中考复习指南，仔细研究近几年中考试题，保证教学工作顺利进行。</w:t>
      </w:r>
      <w:r>
        <w:rPr>
          <w:lang w:eastAsia="zh-CN"/>
        </w:rPr>
        <w:br/>
      </w:r>
      <w:r>
        <w:rPr>
          <w:lang w:eastAsia="zh-CN"/>
        </w:rPr>
        <w:t>　　二、努力规范教学常规，提高教学质量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在教学上，我都严格要求自己，试着努力做好教学工作。今后，我在总结前阶段工作得失的基础上，主要在以下几项工作中作了努力与提高：</w:t>
      </w:r>
      <w:r>
        <w:rPr>
          <w:lang w:eastAsia="zh-CN"/>
        </w:rPr>
        <w:br/>
      </w:r>
      <w:r>
        <w:rPr>
          <w:lang w:eastAsia="zh-CN"/>
        </w:rPr>
        <w:t>　　1、认真及时备课。对于新教材，我已经接触了，但是觉得这样是远远不够的，所以每次上课前，我都认真钻研教材，阅读教师用书，查阅相关资料，遇到不清楚的问题，及时请教相关教师和网上搜寻。这样可以把整堂课准得充实而到位，也只有这样，才能把课堂教学真正落到实处。</w:t>
      </w:r>
      <w:r>
        <w:rPr>
          <w:lang w:eastAsia="zh-CN"/>
        </w:rPr>
        <w:br/>
      </w:r>
      <w:r>
        <w:rPr>
          <w:lang w:eastAsia="zh-CN"/>
        </w:rPr>
        <w:t>　　2、认真上课。课堂是学生的主阵地。我认为只要学生上课认真听的话，积极参入讨论活动合作学习，课后温习巩固可以达到事半功倍的效果。所以每堂课都争取设计一些不同难度的问题，要求不同层次的学生勤动脑，积极的参与到课堂活动中去。通过每位同学的努力来活跃课堂气氛，共同提高班级的成绩。</w:t>
      </w:r>
      <w:r>
        <w:rPr>
          <w:lang w:eastAsia="zh-CN"/>
        </w:rPr>
        <w:br/>
      </w:r>
      <w:r>
        <w:rPr>
          <w:lang w:eastAsia="zh-CN"/>
        </w:rPr>
        <w:t>　　3、适当布置作业。上课无疑是一个很重要的环节，但课后落实是学生巩固知识不可或缺的一个重要环节，而作业又是巩固知识的一条重要的途径。每节课后，我都根据学生的实际情况给他们布置相当的作业，并要求及时上交，及时批改，然后及时发现并订正学生的错误。</w:t>
      </w:r>
      <w:r>
        <w:rPr>
          <w:lang w:eastAsia="zh-CN"/>
        </w:rPr>
        <w:br/>
      </w:r>
      <w:r>
        <w:rPr>
          <w:lang w:eastAsia="zh-CN"/>
        </w:rPr>
        <w:t>　　4、努力做好培优补差工作。本学期，在教研组的指导下，推出了这一项措施。我主要通过每次的测试，有针对性地对不同学生进行辅导；重点关注优生（前20名）和差生思想转化，并取得了很好的成绩。</w:t>
      </w:r>
      <w:r>
        <w:rPr>
          <w:lang w:eastAsia="zh-CN"/>
        </w:rPr>
        <w:br/>
      </w:r>
      <w:r>
        <w:rPr>
          <w:lang w:eastAsia="zh-CN"/>
        </w:rPr>
        <w:t>　　三、认真研读中考说明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中考说明是考试的方向，因此教学中，我不断钻研考试说明和近几年的中考题，研究可能出现的习题，不断在教学中培养学生的能力，以中考明题方向为我的复习与教学方向，经过不断的努力，学生的各项成绩都有很大的提高。</w:t>
      </w:r>
      <w:r>
        <w:rPr>
          <w:lang w:eastAsia="zh-CN"/>
        </w:rPr>
        <w:br/>
      </w:r>
      <w:r>
        <w:rPr>
          <w:lang w:eastAsia="zh-CN"/>
        </w:rPr>
        <w:t xml:space="preserve">    初三思想品德教学总结 篇8 </w:t>
      </w:r>
      <w:r>
        <w:rPr>
          <w:lang w:eastAsia="zh-CN"/>
        </w:rPr>
        <w:br/>
      </w:r>
      <w:r>
        <w:rPr>
          <w:lang w:eastAsia="zh-CN"/>
        </w:rPr>
        <w:t>　　一、基本情况：</w:t>
      </w:r>
      <w:r>
        <w:rPr>
          <w:lang w:eastAsia="zh-CN"/>
        </w:rPr>
        <w:br/>
      </w:r>
      <w:r>
        <w:rPr>
          <w:lang w:eastAsia="zh-CN"/>
        </w:rPr>
        <w:t>　　本级大部分学生具有良好的思想品质，集体观念浓厚，有较好的班风、学风，学生间能相互帮助。积极参加各项有益活动，课后自觉学习，完成老师布置的作业。但有小部分学生，学习目的不明确，缺乏学习自觉性，有时放松自己的要求，违反课堂纪律，课后不复习，故学习成绩不理想。为此，本学期结合实际情况，想方设法，把学风、班风推上一个新的台阶。</w:t>
      </w:r>
      <w:r>
        <w:rPr>
          <w:lang w:eastAsia="zh-CN"/>
        </w:rPr>
        <w:br/>
      </w:r>
      <w:r>
        <w:rPr>
          <w:lang w:eastAsia="zh-CN"/>
        </w:rPr>
        <w:t>　　二、工作目标：</w:t>
      </w:r>
      <w:r>
        <w:rPr>
          <w:lang w:eastAsia="zh-CN"/>
        </w:rPr>
        <w:br/>
      </w:r>
      <w:r>
        <w:rPr>
          <w:lang w:eastAsia="zh-CN"/>
        </w:rPr>
        <w:t>　　通过各种生动有趣的教育方式，加强对学生进行集体观念、爱国主义、尊师守纪等思想品德教育。培养学生德、智、体、美、劳全面发展，促进良好的班风、学风形式。</w:t>
      </w:r>
      <w:r>
        <w:rPr>
          <w:lang w:eastAsia="zh-CN"/>
        </w:rPr>
        <w:br/>
      </w:r>
      <w:r>
        <w:rPr>
          <w:lang w:eastAsia="zh-CN"/>
        </w:rPr>
        <w:t>　　三、教学措施：</w:t>
      </w:r>
      <w:r>
        <w:rPr>
          <w:lang w:eastAsia="zh-CN"/>
        </w:rPr>
        <w:br/>
      </w:r>
      <w:r>
        <w:rPr>
          <w:lang w:eastAsia="zh-CN"/>
        </w:rPr>
        <w:t>　　1、坚持正面教育，采取摆事实、讲道理的说服教育方法，提高学生的思想品德。</w:t>
      </w:r>
      <w:r>
        <w:rPr>
          <w:lang w:eastAsia="zh-CN"/>
        </w:rPr>
        <w:br/>
      </w:r>
      <w:r>
        <w:rPr>
          <w:lang w:eastAsia="zh-CN"/>
        </w:rPr>
        <w:t>　　2、结合思想品德教材特点，渗透到学生的日常行为规范，灵活学习《小学生守则》及《小学生日常行为规范》，提高学生的思想品德。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3、以主题班会的活动课形式改变以往单一枯燥的教学模式，充分调动学生学习思想品德课的`积极性，让学生在轻松愉快的活动中得到思想教育。</w:t>
      </w:r>
      <w:r>
        <w:rPr>
          <w:lang w:eastAsia="zh-CN"/>
        </w:rPr>
        <w:br/>
      </w:r>
      <w:r>
        <w:rPr>
          <w:lang w:eastAsia="zh-CN"/>
        </w:rPr>
        <w:t>　　4、采用形式多样的教育教学方法，充分调动学生学习的积极性。</w:t>
      </w:r>
      <w:r>
        <w:rPr>
          <w:lang w:eastAsia="zh-CN"/>
        </w:rPr>
        <w:br/>
      </w:r>
      <w:r>
        <w:rPr>
          <w:lang w:eastAsia="zh-CN"/>
        </w:rPr>
        <w:t>　　5、以法治教，扬教育新风。认真学习素质教育基本要求，把转变教育观念真正落实到严格执行素质教育要求的实际行动中去，确立符合素质教育和新课程标准要求的现代化评价观念。</w:t>
      </w:r>
      <w:r>
        <w:rPr>
          <w:lang w:eastAsia="zh-CN"/>
        </w:rPr>
        <w:br/>
      </w:r>
      <w:r>
        <w:rPr>
          <w:lang w:eastAsia="zh-CN"/>
        </w:rPr>
        <w:t>　　6、教学要面向全体学生，不但做到补差，而且勤于培优；要全面关心学生成长，不仅要重视智育，而且更重视德育；要尊重学生，不但在课堂上要关爱，而且要在课外更要体现师情；要多调查分析，发现问题，及时处理，要既做学生的老师，又要做学生的朋友。</w:t>
      </w:r>
      <w:r>
        <w:rPr>
          <w:lang w:eastAsia="zh-CN"/>
        </w:rPr>
        <w:br/>
      </w:r>
      <w:r>
        <w:rPr>
          <w:lang w:eastAsia="zh-CN"/>
        </w:rPr>
        <w:t xml:space="preserve">    初三思想品德教学总结 篇9 </w:t>
      </w:r>
      <w:r>
        <w:rPr>
          <w:lang w:eastAsia="zh-CN"/>
        </w:rPr>
        <w:br/>
      </w:r>
      <w:r>
        <w:rPr>
          <w:lang w:eastAsia="zh-CN"/>
        </w:rPr>
        <w:t>　　九年级下册思想品德教学工作总结时间过得真是快呀！转眼间，一学期就这样的匆忙的过去了,在紧张忙碌中，自己也在不断的努力着,不断的进步着。现对自己在本学期的教育教学工作总结如下：</w:t>
      </w:r>
      <w:r>
        <w:rPr>
          <w:lang w:eastAsia="zh-CN"/>
        </w:rPr>
        <w:br/>
      </w:r>
      <w:r>
        <w:rPr>
          <w:lang w:eastAsia="zh-CN"/>
        </w:rPr>
        <w:t>　　一、基本情况分析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学期我继续担任九年级1——4班的思想品德教学工作，按照本学期初的教学工作计划,中考的复习也已基本完成。通过本学期的教学，大部分学生都有较大的进步，他们品行良好，使得他们在知识的吸收、心理的锻炼、能力的培养、学法的改善等方面都有较大的收获,提取有效信息的能力、概括与表达的能力、分析和解决问题的能力、知识迁移的能力得到了很大的提高。大部分同学上课认真思考，积极举手回答问题，正是他们这些同学，营造了较好的课堂气氛，达到了较好的复习效果。但也有少部分学生组织纪律观念较差，学习积极性主动性不高，比较懒算,不动脑筋,伴随着中考复习的不断深入,成绩越发差了。</w:t>
      </w:r>
      <w:r>
        <w:rPr>
          <w:lang w:eastAsia="zh-CN"/>
        </w:rPr>
        <w:br/>
      </w:r>
      <w:r>
        <w:rPr>
          <w:lang w:eastAsia="zh-CN"/>
        </w:rPr>
        <w:t>　　二、主要成绩：</w:t>
      </w:r>
      <w:r>
        <w:rPr>
          <w:lang w:eastAsia="zh-CN"/>
        </w:rPr>
        <w:br/>
      </w:r>
      <w:r>
        <w:rPr>
          <w:lang w:eastAsia="zh-CN"/>
        </w:rPr>
        <w:t>　　1、结合本届学生实际，制定好教学工作计划。</w:t>
      </w:r>
      <w:r>
        <w:rPr>
          <w:lang w:eastAsia="zh-CN"/>
        </w:rPr>
        <w:br/>
      </w:r>
      <w:r>
        <w:rPr>
          <w:lang w:eastAsia="zh-CN"/>
        </w:rPr>
        <w:t>　　古人云，凡事预则立，不预则废。制定好切实可行的教学工作计划是完成好教学任务的重要保证。在开学初，我在认真分析了学生的学习实际的基础上，结合我省20__年中考,制定了本学期的教学工作计划，确定复习的指导思想：加强学生对基本观点、概念的识记、理解；加强学生解读材料和信息的分析、运用能力的培养；理论联系识记，知识联系时政；加强学生对开放性试题解题能力和技巧的培养。在这一指导思想的指引下，将本学期的复习分成三个阶段：第一阶段为基础知识复习阶段，目的在夯实基础，时间为2月底到四月底；第二阶段为时政专题复习阶段，在整合教材与时政的基础上，拓展提高，学以致用，时间为5月份；第三阶段为模拟训练、查漏补缺阶段，主要是提高学生的应考能力，指导学生查清自己知识方面的缺失，及时补救，时间为6月初到中考。</w:t>
      </w:r>
      <w:r>
        <w:rPr>
          <w:lang w:eastAsia="zh-CN"/>
        </w:rPr>
        <w:br/>
      </w:r>
      <w:r>
        <w:rPr>
          <w:lang w:eastAsia="zh-CN"/>
        </w:rPr>
        <w:t>　　2、深入钻研教材，认真备课，精心选择教法。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备好课是上好课的前提和保证。为此，本人根据201年我省中考的92个考点及学生的实际，设计课堂教学，拟定采用的教学方法。在深入钻研教材和了解学生的基础上，认真写出了切实可行的教案，使每一节课都能做到“有备而上、学有所获”，帮助学生构建知识体系，理清知识脉络，使学生乐学，充分调动了学生学习积极性，达到愉快教学的目的。</w:t>
      </w:r>
      <w:r>
        <w:rPr>
          <w:lang w:eastAsia="zh-CN"/>
        </w:rPr>
        <w:br/>
      </w:r>
      <w:r>
        <w:rPr>
          <w:lang w:eastAsia="zh-CN"/>
        </w:rPr>
        <w:t>　　3、精心组织课堂教学，提高教学质量。</w:t>
      </w:r>
      <w:r>
        <w:rPr>
          <w:lang w:eastAsia="zh-CN"/>
        </w:rPr>
        <w:br/>
      </w:r>
      <w:r>
        <w:rPr>
          <w:lang w:eastAsia="zh-CN"/>
        </w:rPr>
        <w:t>　　上好课是提高教学质量的有效途径。课堂教学中本人尽量讲解做到清晰化、条理化；课堂语言力求准确化、情感化和生动化；教学思路做到线索清晰、层次分明。在课堂上特别注意调动学生学习的自觉性、积极性和主动性，加强师生交流，充分发挥学生的主体作用，让学生学得容易，学得轻松，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得愉快；注意精讲精练，在课堂上老师讲得尽量少些，学生的学习活动尽量多些；同时在每一堂课上都充分考虑不同层次学生的学习需求和学习能力，让各个层次的学生都得到提高。针对部分同学在学习上长期不主动的情况，我采取点名提问的方式，如果被点名的同学不回答、不说话，就略施惩罚，以调动学生回答问题的积极性。为强化学生对基础知识的掌握，对一些重要的基础知识强化记忆，采取“一分钟记忆”法，教师及时抽查，检查学生记忆效果，提高复习效果。当然掌握基础知识只是提高能力的基础，思想品德课注重能力的考察，因此在复习中，一方面强化训练，每节课安排10分钟以上的时间做练习，通过训练检查、巩固知识，另一方面加强方法与技巧的指导，尤其是今年中考的几种新题型，专门安排了几节课进行方法指导和训练。通过几次模拟考试的情况来看，大多数学生基本掌握了这些新题型的答题方法，不少学生应用自如，超出了我的想象。</w:t>
      </w:r>
      <w:r>
        <w:rPr>
          <w:lang w:eastAsia="zh-CN"/>
        </w:rPr>
        <w:br/>
      </w:r>
      <w:r>
        <w:rPr>
          <w:lang w:eastAsia="zh-CN"/>
        </w:rPr>
        <w:t>　　3、培养学生的学习习惯。</w:t>
      </w:r>
      <w:r>
        <w:rPr>
          <w:lang w:eastAsia="zh-CN"/>
        </w:rPr>
        <w:br/>
      </w:r>
      <w:r>
        <w:rPr>
          <w:lang w:eastAsia="zh-CN"/>
        </w:rPr>
        <w:t>　　在复习中，我鼓励并要求学生独立完成作业的习惯，针对部分学生学习懒散，我采取分层次布置作业、课代表加强检查与教师抽查相结合、教师批阅等方式督促学生按时完成作业，并通过一定的思想教育，让学生懂得按时保质保量完成作业对中考的重要性的认识，端正他们的学习态度，不做学习的懒人，对激发学习的兴趣取得了较好效果。</w:t>
      </w:r>
      <w:r>
        <w:rPr>
          <w:lang w:eastAsia="zh-CN"/>
        </w:rPr>
        <w:br/>
      </w:r>
      <w:r>
        <w:rPr>
          <w:lang w:eastAsia="zh-CN"/>
        </w:rPr>
        <w:t>　　4、加强课后辅导，提高教学质量。</w:t>
      </w:r>
      <w:r>
        <w:rPr>
          <w:lang w:eastAsia="zh-CN"/>
        </w:rPr>
        <w:br/>
      </w:r>
      <w:r>
        <w:rPr>
          <w:lang w:eastAsia="zh-CN"/>
        </w:rPr>
        <w:t>　　课后辅导是课堂教学的补充和巩固。因此针对初三学生不爱动、不爱回答问题的实际情况，除在课堂上注重做好学生的思想工作，引导学生积极思考、主动回答问题，还经常利用课余时间与学生谈心，抓好学生的思想教育，并使这一工作贯彻到对学生的学习指导中去。耐心做好后进生的转化工作，不放弃每一个学生。对后进生努力做到从友善开始，多与他们谈心；从赞美着手，善于发现他们的闪光点，及时给予肯定。给学生应有的理解和尊重，对他们的处境、想法表示予以理解和尊重，平等对待学生，让他们敢说话，说真话，从而转变自己的思想，改变自己的行为，从而真正达到思想教育的目的。</w:t>
      </w:r>
      <w:r>
        <w:rPr>
          <w:lang w:eastAsia="zh-CN"/>
        </w:rPr>
        <w:br/>
      </w:r>
      <w:r>
        <w:rPr>
          <w:lang w:eastAsia="zh-CN"/>
        </w:rPr>
        <w:t>　　5、提高自身学习方面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平时的教学工作之余，我积极参加学习，继续完成好上学期开始的“农村中小学教师校本研修研修远程培训”，本学期受学校委派先后到西安市曲江一中交流学习、参加陕西省20__年中考报告会。这些学习，是我增长了见识，开阔了视野，受到了启发，最重要的是通过这些学习，学以致用，是我不断的通过自己的教学艺术和教学水平。</w:t>
      </w:r>
      <w:r>
        <w:rPr>
          <w:lang w:eastAsia="zh-CN"/>
        </w:rPr>
        <w:br/>
      </w:r>
      <w:r>
        <w:rPr>
          <w:lang w:eastAsia="zh-CN"/>
        </w:rPr>
        <w:t>　　三、存在问题</w:t>
      </w:r>
      <w:r>
        <w:rPr>
          <w:lang w:eastAsia="zh-CN"/>
        </w:rPr>
        <w:br/>
      </w:r>
      <w:r>
        <w:rPr>
          <w:lang w:eastAsia="zh-CN"/>
        </w:rPr>
        <w:t>　　在第一阶段基础知识的复习中，为了让学生打好基础，使热点专题的进行能够得心应手，进度较为缓慢，影响了第二阶段热点专题的教学，以至于不得不更改复习计划，将热点专题渗透到基础知识复习阶段，而在热点专题复习时，只进行几个重点内容，其它内容则利用每周的晨读时间来完成，虽</w:t>
      </w:r>
      <w:r>
        <w:rPr>
          <w:lang w:eastAsia="zh-CN"/>
        </w:rPr>
        <w:br/>
      </w:r>
      <w:r>
        <w:rPr>
          <w:lang w:eastAsia="zh-CN"/>
        </w:rPr>
        <w:t>　　然在学生阅读热点专题内容，每节课我给学生明确了复习任务，并对不能完成任务的学生提出了改进措施，但没能系统地进行热点专题复习，这是以后在教学中要吸取的教训。</w:t>
      </w:r>
      <w:r>
        <w:rPr>
          <w:lang w:eastAsia="zh-CN"/>
        </w:rPr>
        <w:br/>
      </w:r>
      <w:r>
        <w:rPr>
          <w:lang w:eastAsia="zh-CN"/>
        </w:rPr>
        <w:t>　　每一学期的结束，其实也就是新学期的起点。课余喜欢坐下来静静的思考，思考教育教学中出现的问题，思考学生的成长问题，思考如何通过教学艺术品位着工作中的苦与乐，用心去体验生活与工作，感悟着其中的快乐。知识无止境，因此，我要努力，不为别的，只为孩子们的那双清澈的眼睛，只为自己的那跳动的心。</w:t>
      </w:r>
      <w:r>
        <w:rPr>
          <w:lang w:eastAsia="zh-CN"/>
        </w:rPr>
        <w:br/>
      </w:r>
      <w:r>
        <w:rPr>
          <w:lang w:eastAsia="zh-CN"/>
        </w:rPr>
        <w:t>　　二〇一四年六月二十三日</w:t>
      </w:r>
      <w:r>
        <w:rPr>
          <w:lang w:eastAsia="zh-CN"/>
        </w:rPr>
        <w:br/>
      </w:r>
      <w:r>
        <w:rPr>
          <w:lang w:eastAsia="zh-CN"/>
        </w:rPr>
        <w:t xml:space="preserve">    初三思想品德教学总结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本学期，我承担初二年级四个班的思想品德教学工作，回顾本学期的工作，有得也有失。为了更好的搞好以后的教学工作，现对本学期工作做如下总结:</w:t>
      </w:r>
      <w:r>
        <w:rPr>
          <w:lang w:eastAsia="zh-CN"/>
        </w:rPr>
        <w:br/>
      </w:r>
      <w:r>
        <w:rPr>
          <w:lang w:eastAsia="zh-CN"/>
        </w:rPr>
        <w:t>　　一、取得的成绩与经验</w:t>
      </w:r>
      <w:r>
        <w:rPr>
          <w:lang w:eastAsia="zh-CN"/>
        </w:rPr>
        <w:br/>
      </w:r>
      <w:r>
        <w:rPr>
          <w:lang w:eastAsia="zh-CN"/>
        </w:rPr>
        <w:t>　　1、培养学生爱学习的习惯。</w:t>
      </w:r>
      <w:r>
        <w:rPr>
          <w:lang w:eastAsia="zh-CN"/>
        </w:rPr>
        <w:br/>
      </w:r>
      <w:r>
        <w:rPr>
          <w:lang w:eastAsia="zh-CN"/>
        </w:rPr>
        <w:t>　　在教学过程中结合课文教学内容和班的实际情况，教育学生向爱迪生学习。在学习上要多动脑，不懂就问，课后多看课外书，汲取营养，增长知识，还要认真完成作业。结合教学内容在班上搞了一次“优秀作业评比”活动，对被选到优秀作业的同学给予奖励，对没有选上的同学教育他们今后要努力，争取下次被选上。</w:t>
      </w:r>
      <w:r>
        <w:rPr>
          <w:lang w:eastAsia="zh-CN"/>
        </w:rPr>
        <w:br/>
      </w:r>
      <w:r>
        <w:rPr>
          <w:lang w:eastAsia="zh-CN"/>
        </w:rPr>
        <w:t>　　2、培养学生爱国家和爱家乡的情感。</w:t>
      </w:r>
      <w:r>
        <w:rPr>
          <w:lang w:eastAsia="zh-CN"/>
        </w:rPr>
        <w:br/>
      </w:r>
      <w:r>
        <w:rPr>
          <w:lang w:eastAsia="zh-CN"/>
        </w:rPr>
        <w:t>　　在教学中让学生了解家乡，知道家乡有美丽的风光和丰富的物产。引导学生保护家乡的“三化”建设和公共财物，做一个关心集体、爱护公物的好市民。</w:t>
      </w:r>
      <w:r>
        <w:rPr>
          <w:lang w:eastAsia="zh-CN"/>
        </w:rPr>
        <w:br/>
      </w:r>
      <w:r>
        <w:rPr>
          <w:lang w:eastAsia="zh-CN"/>
        </w:rPr>
        <w:t>　　3、培养学生心中有他人，遇事互相谦让的社会公德。在教学中结合课文插图引导学生认识哪些应该做，哪些不应该做，通过讲故事，辨一辨，说一说的活动形式引导和教育学生，无论何时何地都要有一种良好的社会公德，心中有他人，遇事互相谦让，见到别人有困难要乐于助人。</w:t>
      </w:r>
      <w:r>
        <w:rPr>
          <w:lang w:eastAsia="zh-CN"/>
        </w:rPr>
        <w:br/>
      </w:r>
      <w:r>
        <w:rPr>
          <w:lang w:eastAsia="zh-CN"/>
        </w:rPr>
        <w:t>　　4、培养学生讲道理，不任性，尊老爱幼、勤俭节约的优良品质。</w:t>
      </w:r>
      <w:r>
        <w:rPr>
          <w:lang w:eastAsia="zh-CN"/>
        </w:rPr>
        <w:br/>
      </w:r>
      <w:r>
        <w:rPr>
          <w:lang w:eastAsia="zh-CN"/>
        </w:rPr>
        <w:t>　　在教学中结合课文内容教育学生，在平时的日常生活中，要养成一个好习惯。遇事要讲道理，不任性，还要懂得尊敬老人、爱护幼小。生活要节俭，不浪费，做一个讲道理、懂礼貌、勤俭节约的好孩子。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5、通过学习，让学生知道交通安全的重要性，从而自觉遵守交通规则。</w:t>
      </w:r>
      <w:r>
        <w:rPr>
          <w:lang w:eastAsia="zh-CN"/>
        </w:rPr>
        <w:br/>
      </w:r>
      <w:r>
        <w:rPr>
          <w:lang w:eastAsia="zh-CN"/>
        </w:rPr>
        <w:t>　　二、采取的方法和措施</w:t>
      </w:r>
      <w:r>
        <w:rPr>
          <w:lang w:eastAsia="zh-CN"/>
        </w:rPr>
        <w:br/>
      </w:r>
      <w:r>
        <w:rPr>
          <w:lang w:eastAsia="zh-CN"/>
        </w:rPr>
        <w:t>　　1、新的教学理念。以学生为中心，以问题研究为手段，以个性发展为目标的教育观，在课堂教学中逐步形成。</w:t>
      </w:r>
      <w:r>
        <w:rPr>
          <w:lang w:eastAsia="zh-CN"/>
        </w:rPr>
        <w:br/>
      </w:r>
      <w:r>
        <w:rPr>
          <w:lang w:eastAsia="zh-CN"/>
        </w:rPr>
        <w:t>　　2、重视了常规媒体和现代化教学手段辅助教学。丰富了教学内容的呈现方式;活跃了学生参与教学的形式;扩大了教学资源。</w:t>
      </w:r>
      <w:r>
        <w:rPr>
          <w:lang w:eastAsia="zh-CN"/>
        </w:rPr>
        <w:br/>
      </w:r>
      <w:r>
        <w:rPr>
          <w:lang w:eastAsia="zh-CN"/>
        </w:rPr>
        <w:t>　　3、注意创设情景，把课上“活”;开发教学资源，把课上“实”;组织学生活动，把课上“乐”。</w:t>
      </w:r>
      <w:r>
        <w:rPr>
          <w:lang w:eastAsia="zh-CN"/>
        </w:rPr>
        <w:br/>
      </w:r>
      <w:r>
        <w:rPr>
          <w:lang w:eastAsia="zh-CN"/>
        </w:rPr>
        <w:t>　　4、比较重视师生之间的双向交往。</w:t>
      </w:r>
      <w:r>
        <w:rPr>
          <w:lang w:eastAsia="zh-CN"/>
        </w:rPr>
        <w:br/>
      </w:r>
      <w:r>
        <w:rPr>
          <w:lang w:eastAsia="zh-CN"/>
        </w:rPr>
        <w:t>　　5、渗透《中华人民共和国未成年人保护法》、《中华人民共和国</w:t>
      </w:r>
      <w:r>
        <w:rPr>
          <w:lang w:eastAsia="zh-CN"/>
        </w:rPr>
        <w:br/>
      </w:r>
      <w:r>
        <w:rPr>
          <w:lang w:eastAsia="zh-CN"/>
        </w:rPr>
        <w:t>　　未成年人犯罪法》、保护自我-渗透《中华人民共和国未成年人保护法》、《中华人民共和国未成年人犯罪法》</w:t>
      </w:r>
      <w:r>
        <w:rPr>
          <w:lang w:eastAsia="zh-CN"/>
        </w:rPr>
        <w:br/>
      </w:r>
      <w:r>
        <w:rPr>
          <w:lang w:eastAsia="zh-CN"/>
        </w:rPr>
        <w:t>　　三、不足之处和今后努力的方向。</w:t>
      </w:r>
      <w:r>
        <w:rPr>
          <w:lang w:eastAsia="zh-CN"/>
        </w:rPr>
        <w:br/>
      </w:r>
      <w:r>
        <w:rPr>
          <w:lang w:eastAsia="zh-CN"/>
        </w:rPr>
        <w:t>　　本学期，我在取得上述成绩的同时，还存在比较多的不足之处。比如：</w:t>
      </w:r>
      <w:r>
        <w:rPr>
          <w:lang w:eastAsia="zh-CN"/>
        </w:rPr>
        <w:br/>
      </w:r>
      <w:r>
        <w:rPr>
          <w:lang w:eastAsia="zh-CN"/>
        </w:rPr>
        <w:t>　　(1)在自身的再学习方面，对自己的要求不够高，在教育理论的学习上还有待提高。</w:t>
      </w:r>
      <w:r>
        <w:rPr>
          <w:lang w:eastAsia="zh-CN"/>
        </w:rPr>
        <w:br/>
      </w:r>
      <w:r>
        <w:rPr>
          <w:lang w:eastAsia="zh-CN"/>
        </w:rPr>
        <w:t>　　(2)总的来说对学生的耐心有所改善，但对后进生有时还是缺乏耐心。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学生的课后作业的检查工作抓得不实，不到位。所有这些不足，都还有待于自己去努力。我相信，只要自己有决心，一定可以将自己这些不足改掉。我会不断努力，并虚心接受领导和指导老师的意见，争取在以后的工作中更上一层楼。</w:t>
      </w:r>
      <w:r>
        <w:rPr>
          <w:lang w:eastAsia="zh-CN"/>
        </w:rPr>
        <w:br/>
      </w:r>
      <w:r>
        <w:rPr>
          <w:lang w:eastAsia="zh-CN"/>
        </w:rPr>
        <w:t>　　总之，时间飞逝，转眼间，一个紧张而又充实的学期又过去了，本人在教育教学工作中取得了一些成绩。但还存在许多不足之处，在今后的教育教学工作中，我将更加严格要求自己，努力工作，使教育教学工作再上新台阶。</w:t>
      </w:r>
      <w:r>
        <w:rPr>
          <w:lang w:eastAsia="zh-CN"/>
        </w:rPr>
        <w:br/>
      </w:r>
      <w:r>
        <w:rPr>
          <w:lang w:eastAsia="zh-CN"/>
        </w:rPr>
        <w:t xml:space="preserve">    初三思想品德教学总结 篇11 </w:t>
      </w:r>
      <w:r>
        <w:rPr>
          <w:lang w:eastAsia="zh-CN"/>
        </w:rPr>
        <w:br/>
      </w:r>
      <w:r>
        <w:rPr>
          <w:lang w:eastAsia="zh-CN"/>
        </w:rPr>
        <w:t>　　在这5年的教育教学工作，在我校许多老教师尤其是我们组教师的指导帮忙下，在不断探索教育教学规律的过程中，积累了一些粗浅的认识和看法，感受最深的是以下几点：</w:t>
      </w:r>
      <w:r>
        <w:rPr>
          <w:lang w:eastAsia="zh-CN"/>
        </w:rPr>
        <w:br/>
      </w:r>
      <w:r>
        <w:rPr>
          <w:lang w:eastAsia="zh-CN"/>
        </w:rPr>
        <w:t>　　一、把握时代脉搏，使政治课永远充满浓郁的时代气息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政治课是一门时代性和实践性都很强的学科。脱离时代的政治课除了一味的说教之外就是缺乏生气的一潭死水。多年的尝试，我认为时事政治教育能够水乳交融地化时政知识于政治课的基本观点和原理之中，把两者有机地统一起来。如我在讲述世界上各大国与中国建立的各种伙伴关系时，联系决定国际关系的主要因素是国家利益和国家力量；在讲述联合国的千年首脑会议时，联系联合国宪章的宗旨和原则及其联合国的作用；在讲述朝鲜半岛的和平曙光和印巴之间的核冲突时，联系当今世界的主题之一和平问题；在讲述中美撞机事件时联系当前国际竞争的实质和我国独立自主的和平外交政策。与此同时，还要有目的有意识地培养学生观察、联系、分析、说明实际问题的潜力，简单愉快地构成对书本知识的综合、迁移、拓宽和加深，从而到达我们预期的教学目的和要求。使理论联系实际的朴素真理不只是漂亮的装饰，而真正成为我们行动的指南。</w:t>
      </w:r>
      <w:r>
        <w:rPr>
          <w:lang w:eastAsia="zh-CN"/>
        </w:rPr>
        <w:br/>
      </w:r>
      <w:r>
        <w:rPr>
          <w:lang w:eastAsia="zh-CN"/>
        </w:rPr>
        <w:t>　　二、以学生为主体，实施开放式教学</w:t>
      </w:r>
      <w:r>
        <w:rPr>
          <w:lang w:eastAsia="zh-CN"/>
        </w:rPr>
        <w:br/>
      </w:r>
      <w:r>
        <w:rPr>
          <w:lang w:eastAsia="zh-CN"/>
        </w:rPr>
        <w:t>　　传统的灌输式、填鸭式的教学模式，因其呆板、僵滞而早已明日黄花。务必不断地探索并采用贴合中学生实际的教学方式，强调师生共同活动，克服教师为中心的倾向，激发学生的情感和兴致，变封闭型教学为开放型教学，从而使双方真正领略愉快教学的美学价值。在教学方法的改革探索中，我用心发挥学生的主体能动性，组织学生开展了一系列活动并取得了很好的教学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辩论赛。活动的目的是：培养学生运用所学原理分析实际的潜力；辩证思维潜力；表达潜力；团队合作精神；发挥学生的主体作用，激发学生学习政治的兴趣；让学生在辩论中明辨是非，树立正确的观点。步骤：选定论题。第一教时：就这一命题，围绕社会主义市场经济的基本理论，供全班学生讨论正确与否，并阐述理由，认为正确的一方为正方，认为错误的一方为反方，要求双方学生各推四名代表就各自的观点加以论证，并对对方可能提出的观点加以反驳。第二教时：正反双方代表分列在讲台两侧，正式展开辩论。第一步，先由正反双方各推一名代表分别在五分钟内，证明自己的观点；第二步，双方自由辩论十分钟，在第一步基础上进一步论证自己的观点并对对方观点提出质疑；第三步，由其他学生补充正反双方的观点，时间为十分钟；第四步，由教师根据双方观点提出的理由充足与否，论证是否严密来裁定那方获胜，在双方优缺点的同时，阐明自己的观点，并回答学生提出的各种问题。</w:t>
      </w:r>
      <w:r>
        <w:rPr>
          <w:lang w:eastAsia="zh-CN"/>
        </w:rPr>
        <w:br/>
      </w:r>
      <w:r>
        <w:rPr>
          <w:lang w:eastAsia="zh-CN"/>
        </w:rPr>
        <w:t>　　2、专题讨论。活动的目的是：发挥学生的主体作用；透过引导学生运用所学基本原理分析实践中的重大问题或学生感兴趣的话题，培养学生理论联系实际，观察和分析实际问题的潜力、表达潜力；激发学生学习政治的兴趣。结合现实社会生活中的热点或学生感兴趣的话题，让学生共同探讨，发表自己的看法，老师引导学生运用所学的经济学、哲学、政治学的基本原理分析。师生双方透过平等探讨，畅所欲言，沟通思想，从而就某一问题达成正确认识，澄清模糊认识，纠正错误认识。如在学因果联系的时候，我组织学生开展了克隆技术将会把人类带往何处，让学生在对克隆技术利弊的分析中，潜移默化的树立了全面的观点看问题和</w:t>
      </w:r>
      <w:r>
        <w:rPr>
          <w:lang w:eastAsia="zh-CN"/>
        </w:rPr>
        <w:br/>
      </w:r>
      <w:r>
        <w:rPr>
          <w:lang w:eastAsia="zh-CN"/>
        </w:rPr>
        <w:t>　　三、质疑导思激活思维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思想政治课教材中有许多看似浅显明白的道理，学生未真正领会。教师能够用恰当的问题激起学生思维的浪花，使他们于无疑处生疑难，产生新奇感和探索感，使思维向新的广度和深度发展。当然，教师的问题要提得准确，有必须的难度，又能使学生感兴趣。例如讲到《政治常识》中我国公民享有宗教信仰自由的权利时，提出共产党员和共生运用所学基本原理分析实践中的重大问题或学生感兴趣的话题，培养学生理论联系实际，观察和分析实际问题的潜力、表达潜力；激发学生学习政治的兴趣。结合现实社会生活中的热点或学生感兴趣的话题，让学生共同探讨，发表自己的看法，老师引导学生运用所学的经济学、哲学、政治学的基本原理分析。师生双方透过平等探讨，畅所欲言，沟通思想，从而就某一问题达成正确认识，澄清模糊认识，纠正错误认识。如在学因果联系的时候，我组织学生开展了克隆技术将会把人类带往何处，让学生在对克隆技术利弊的分析中，潜移默化的树立了全面的观点看问题和把握因果联系，提高活动的预见性，从而到达教学目的。</w:t>
      </w:r>
      <w:r>
        <w:rPr>
          <w:lang w:eastAsia="zh-CN"/>
        </w:rPr>
        <w:br/>
      </w:r>
      <w:r>
        <w:rPr>
          <w:lang w:eastAsia="zh-CN"/>
        </w:rPr>
        <w:t>　　组织学生制定理财方案。活动目的：让学生运用高一经济学所学的股票、债券、储蓄等知识，结合家庭经济收入或个人零用钱制定一个理财方案，培养学生运用经济学知识解决问题的潜力，调动学生的主动性和用心性。活动取得了很好的效果，同学们回家后和家长商量如何把家里的经济收入进行最有效的投资，每一种投资方式的有缺点是什么。不仅仅提高了学生的学习用心性，而且许多家长改变了对政治课的传统看法，一向认为这些活动十分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社会调查。理论只有和实际相结合才能永葆青春期的魅力，只有让学生走出书斋、走向社会，才能让学生体会到理论不只是虚无缥渺的空中楼阁，而是来源于沸腾的社会生活。调查式的第一步是帮忙学生设计恰当的调查课题，寻求贴合实际的调查对象和调查步骤，明确社会调查的方式和方法。第二步：正式开展调查，掌握超多的和课题有关的数据和材料，并对之进行必要的分析和思考。经过去粗取精，去伪存真，由此及彼，由表及里的改造制作功夫，然后再一次走向社会，加以进一步的充实和提高。第三步：撰写社会调查报告，一方面使书本知识得到检验和完善；另一方面也为改造社会带给世界观和方法论。</w:t>
      </w:r>
      <w:r>
        <w:rPr>
          <w:lang w:eastAsia="zh-CN"/>
        </w:rPr>
        <w:br/>
      </w:r>
      <w:r>
        <w:rPr>
          <w:lang w:eastAsia="zh-CN"/>
        </w:rPr>
        <w:t>　　开辟时事论坛(高一高二每堂课5分钟)。透过引导学生运用所学基本原理分析实践中的重大问题或学生感兴趣的话题，培养学生理论联系实际，观察和分析实际问题的潜力、表达潜力；发挥学生的主体作用；激发学生学习政治的兴趣。由学生自己准备和主持，要求运用所学经济学、哲学原理分析同学们关注的社会热点现象如：美侦察机撞毁我军用飞机事件；中国台湾的问题；美国九一一事件等。</w:t>
      </w:r>
      <w:r>
        <w:rPr>
          <w:lang w:eastAsia="zh-CN"/>
        </w:rPr>
        <w:br/>
      </w:r>
      <w:r>
        <w:rPr>
          <w:lang w:eastAsia="zh-CN"/>
        </w:rPr>
        <w:t>　　此外，本着潜力比知识更重要的观点，贯彻理论联系实际的原则，还组织了高一、二同学写哲学小论文，经济学论文；画哲学漫画等活动。</w:t>
      </w:r>
      <w:r>
        <w:rPr>
          <w:lang w:eastAsia="zh-CN"/>
        </w:rPr>
        <w:br/>
      </w:r>
      <w:r>
        <w:rPr>
          <w:lang w:eastAsia="zh-CN"/>
        </w:rPr>
        <w:t>　　四、运用现代化教学技术提高学生学习兴趣和教学质量</w:t>
      </w:r>
      <w:r>
        <w:rPr>
          <w:lang w:eastAsia="zh-CN"/>
        </w:rPr>
        <w:br/>
      </w:r>
      <w:r>
        <w:rPr>
          <w:lang w:eastAsia="zh-CN"/>
        </w:rPr>
        <w:t>　　多媒体能把文字、图像、声音、动画和视频信息等众多信息集于一体，能在视觉、听觉上产生必须的刺激，引起学生的注意，激发学生的学习兴趣，使学生产生强烈的学习欲望，从而构成学习动机。能使抽象的概念具体化，静态的知识形象化，无序的资料系统化，使枯燥的哲学理论不再枯燥，也有利于学生对知识的获取、记忆。</w:t>
      </w:r>
      <w:r>
        <w:rPr>
          <w:lang w:eastAsia="zh-CN"/>
        </w:rPr>
        <w:br/>
      </w:r>
      <w:r>
        <w:rPr>
          <w:lang w:eastAsia="zh-CN"/>
        </w:rPr>
        <w:t>　　5年间，自己制作了不少cai课件，并参与北京市课件评比获参评奖，进行多媒体教学，得到了海淀区教师的好评。利用多媒体教学的《正确发挥主观能动性》这一课获北京市优质课评比参赛奖。</w:t>
      </w:r>
      <w:r>
        <w:rPr>
          <w:lang w:eastAsia="zh-CN"/>
        </w:rPr>
        <w:br/>
      </w:r>
      <w:r>
        <w:rPr>
          <w:lang w:eastAsia="zh-CN"/>
        </w:rPr>
        <w:t xml:space="preserve">    初三思想品德教学总结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学期来，我按照《品德与社会》课程特点制定实施了教育教学工作计划，对学生进行了一系列的教育。认真学习了《品德与社会》课程标准，并遵照课标的指引切切实实把每个目标落到实处。现就对这学期《品德与社会》的教学工作进行总结。</w:t>
      </w:r>
      <w:r>
        <w:rPr>
          <w:lang w:eastAsia="zh-CN"/>
        </w:rPr>
        <w:br/>
      </w:r>
      <w:r>
        <w:rPr>
          <w:lang w:eastAsia="zh-CN"/>
        </w:rPr>
        <w:t>　　一、明确课程性质，全面把握课程目标</w:t>
      </w:r>
      <w:r>
        <w:rPr>
          <w:lang w:eastAsia="zh-CN"/>
        </w:rPr>
        <w:br/>
      </w:r>
      <w:r>
        <w:rPr>
          <w:lang w:eastAsia="zh-CN"/>
        </w:rPr>
        <w:t>　　本课程将“促进学生良好品德形成和社会性发展，为学生认识社会、参与社会、适应社会，成为具有爱心、责任心、良好的行为习惯和个性品质的社会主义合格公民奠定基础” 定为总目标，实现情感、态度、行为习惯、知识技能培养的内在统一，尤其关注正确态度、价值观的形成和行为规范的养成，使学生既学会做事，更学会做人，在做事中学做人，在做人的指导下学做事。在教学过程中，我们能全面把握目标，通过多种教学活动，帮助学生获得丰富的情感体验，形成积极的生活态度，养成良好的行为习惯，提高适应和参与社会的能力，掌握必备的基础知识，从而整体地实现课程目标：帮助学生参与社会、学会做人。</w:t>
      </w:r>
      <w:r>
        <w:rPr>
          <w:lang w:eastAsia="zh-CN"/>
        </w:rPr>
        <w:br/>
      </w:r>
      <w:r>
        <w:rPr>
          <w:lang w:eastAsia="zh-CN"/>
        </w:rPr>
        <w:t>　　二、让品德教育回归生活，突出课程的经验性。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道德不是抽象的概念，它存在于生活之中，由于社会生活中处理人们相互关系的需要才产生道德。同时，社会常识和参与社会、适应社会的能力也只有在社会生活中获得。儿童的现实生活对其品德形成和社会性发展具有特殊的价值，儿时的生活经验会给人的一生带来深远的影响。因此，我们在上课时都特别关注儿童的现实生活，教育的内容和形式都以贴近儿童生活，反映儿童需要为根本。让儿童从自己的世界出发，用自己的眼睛去观察社会，用自己的心灵去感受社会，用自己的方式研究社会，感受社会生活的美好，懂得社会生活的规范，掌握参与社会生活的知识和能力。如《寻根问祖》这一课，我在教学时充分地让学生谈自己的所见、所闻、所思，体会身为炎黄子孙的自豪;又如：《可爱的祖国》教学时，我引导学生结合自己的生活经验，说说自己心中的祖国，再结合书中丰富的知识加深学生体会我们的祖国是多么的可爱，激发学生热爱祖国的情感。</w:t>
      </w:r>
      <w:r>
        <w:rPr>
          <w:lang w:eastAsia="zh-CN"/>
        </w:rPr>
        <w:br/>
      </w:r>
      <w:r>
        <w:rPr>
          <w:lang w:eastAsia="zh-CN"/>
        </w:rPr>
        <w:t>　　三、追求教学的有效性，打好做人的基础</w:t>
      </w:r>
      <w:r>
        <w:rPr>
          <w:lang w:eastAsia="zh-CN"/>
        </w:rPr>
        <w:br/>
      </w:r>
      <w:r>
        <w:rPr>
          <w:lang w:eastAsia="zh-CN"/>
        </w:rPr>
        <w:t>　　新的教学目标观告诉我们，培养一个人的品德不在于告诉他遵守多少道德规范、规则，最根本的是要让学生通过这些社会知识、规范和准则形成一定的、基本的待人做事的观念和态度，以及思考问题的取向，如换位观(假如我是你，假如你是我)、双赢观(大家好，才是真的好)、依存观(我离不开你，你也离不开我)、分享观(有福同享福更增，有难同当难减少)等等。这些都是一个具有共生性特点的现代人必须具有的基本观点、基本态度，是他能够融入社会，立足社会，并能在社会生活中不断获得发展的必要条件。因此，我们在教学中有机地对学生进行教育，使学生带着问题走出课堂，走进社会，真正学会生活、感悟生活。</w:t>
      </w:r>
      <w:r>
        <w:rPr>
          <w:lang w:eastAsia="zh-CN"/>
        </w:rPr>
        <w:br/>
      </w:r>
      <w:r>
        <w:rPr>
          <w:lang w:eastAsia="zh-CN"/>
        </w:rPr>
        <w:t xml:space="preserve">    初三思想品德教学总结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学期，我继续担任九年级毕业班思想品德课的教学工作。一学期来，本人一直以认真、严谨的治学态度，勤恳、坚持不懈的精神从事教学工作，圆满地完成了教学任务，取得了较满意的教学成绩，现将一学期来的教学工作总结如下：</w:t>
      </w:r>
      <w:r>
        <w:rPr>
          <w:lang w:eastAsia="zh-CN"/>
        </w:rPr>
        <w:br/>
      </w:r>
      <w:r>
        <w:rPr>
          <w:lang w:eastAsia="zh-CN"/>
        </w:rPr>
        <w:t>　　一、主要工作和成绩</w:t>
      </w:r>
      <w:r>
        <w:rPr>
          <w:lang w:eastAsia="zh-CN"/>
        </w:rPr>
        <w:br/>
      </w:r>
      <w:r>
        <w:rPr>
          <w:lang w:eastAsia="zh-CN"/>
        </w:rPr>
        <w:t>　　1、按计划开展教学工作，有计划，有部署。</w:t>
      </w:r>
      <w:r>
        <w:rPr>
          <w:lang w:eastAsia="zh-CN"/>
        </w:rPr>
        <w:br/>
      </w:r>
      <w:r>
        <w:rPr>
          <w:lang w:eastAsia="zh-CN"/>
        </w:rPr>
        <w:t>　　由于上学期已经授完新课，本学期开始进入了全面复习备考阶段。为了进一步提高教育教学质量，有针对性地复习，如：备考第一轮复习，采取地毯式，把需要考试的教材重点全面复习一遍，让学生有个整体感知。第二轮复习是精选式，结合《常德市毕业考试考标》考试说明，精选出八套备考重点，让学生逐一背诵，争取不漏一人，有利于整体成绩的提高。第三轮就是综合复习阶段，为了节省时间，我先让学生把所有资料的选择题利用自己的基础知识独立完成再集中讲评，这样印象深刻。能力题部分进行相似题归类，节省了时间、精力。另外，为了能在时事政治部分少丢分，我从今年三月份开学起，每堂课利用课前几分钟为学生摘抄35条时政热点新闻，这样学生的时政知识可以在不浪费时间看电视、报纸、上网的情况下掌握一部分，为考试做好时政知识储备。</w:t>
      </w:r>
      <w:r>
        <w:rPr>
          <w:lang w:eastAsia="zh-CN"/>
        </w:rPr>
        <w:br/>
      </w:r>
      <w:r>
        <w:rPr>
          <w:lang w:eastAsia="zh-CN"/>
        </w:rPr>
        <w:t>　　2、认真备课，积极上课，切实提高课堂教学质量。为提高每节课的进行效果和教学质量，本人除注重研究教材，把握好基础、重点难点外，还采用多种方法教学。通过培养学生学习思想品德课的兴趣，调动学生学习的积极性、主动性，提高课堂的教学质量，按时完成教学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第二轮专题复习中，本人结合中考时政热点和学生生活实际我有针对性的与学生一起整理复习了十个专题：改革开放三十周年；资源、环境；祖国统一、民族团结；科技；文化；精神文明建设；金融危机；社会问题；关注未成年人；按照十个专题的相关内容上网查找有关资料，选择与课本知识密切结合的时政材料创设问题情境，并注意剔除那些与课本知识点无关的内容，不加重学生的学习负担，让学生能够有针对性地复习，切实提高自身的综合能力。</w:t>
      </w:r>
      <w:r>
        <w:rPr>
          <w:lang w:eastAsia="zh-CN"/>
        </w:rPr>
        <w:br/>
      </w:r>
      <w:r>
        <w:rPr>
          <w:lang w:eastAsia="zh-CN"/>
        </w:rPr>
        <w:t>　　3、抓好综合检测训练，提高学生的应试能力。</w:t>
      </w:r>
      <w:r>
        <w:rPr>
          <w:lang w:eastAsia="zh-CN"/>
        </w:rPr>
        <w:br/>
      </w:r>
      <w:r>
        <w:rPr>
          <w:lang w:eastAsia="zh-CN"/>
        </w:rPr>
        <w:t>　　进行了一、二轮复习之后，学生对知识已经熟练掌握，但还未能熟练运用。因此，定时定量的综合训练能检测学生的应试能力，锻炼其应试心理。同时，通过批改试卷，找出学生在答题过程中存在的问题，结合问题查找学生答题方法上的漏洞，有针对性的再进行方法指导，让学生每一次考试都有收获从而进行有效的综合讲评，做到有的放矢。例如：针对考试中可能出现的撰写成长博客，我反复多次练习、查阅、批改、范读。学生收获较大，写作能力有所提高。</w:t>
      </w:r>
      <w:r>
        <w:rPr>
          <w:lang w:eastAsia="zh-CN"/>
        </w:rPr>
        <w:br/>
      </w:r>
      <w:r>
        <w:rPr>
          <w:lang w:eastAsia="zh-CN"/>
        </w:rPr>
        <w:t>　　在今后的教学工作中，我要不断总结经验，力求提高自己的教学水平，除了加强对尖子生的培养力度外，还要多下功夫加强对个别后进生的辅导。相信在以后的教学工作中，我会取得更好的成绩，争取到更大的进步，为自己热爱的教育事业作出应有的贡献。</w:t>
      </w:r>
      <w:r>
        <w:rPr>
          <w:lang w:eastAsia="zh-CN"/>
        </w:rPr>
        <w:br/>
      </w:r>
      <w:r>
        <w:rPr>
          <w:lang w:eastAsia="zh-CN"/>
        </w:rPr>
        <w:t xml:space="preserve">    初三思想品德教学总结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学期来,本人热爱党的教育事业，有无私奉献的精神。服从学校安排,担任七年级101、102、103、104、106、107等六个班的思想品德教育教学工作。思想上积极要求进步，自觉遵守学校各项规章制度，从各方面严格要求自己，工作勤勤肯肯，兢兢业业，任劳任怨，使教学工作有计划、有组织、有步骤进行。立足现在放眼未来，为使工作取得更大的进步。现对本学期教育教学工作做如下的总结：</w:t>
      </w:r>
      <w:r>
        <w:rPr>
          <w:lang w:eastAsia="zh-CN"/>
        </w:rPr>
        <w:br/>
      </w:r>
      <w:r>
        <w:rPr>
          <w:lang w:eastAsia="zh-CN"/>
        </w:rPr>
        <w:t>　　一、教育教学方面的做法、不足和改进：</w:t>
      </w:r>
      <w:r>
        <w:rPr>
          <w:lang w:eastAsia="zh-CN"/>
        </w:rPr>
        <w:br/>
      </w:r>
      <w:r>
        <w:rPr>
          <w:lang w:eastAsia="zh-CN"/>
        </w:rPr>
        <w:t>　　（一）教育教学方面做法</w:t>
      </w:r>
      <w:r>
        <w:rPr>
          <w:lang w:eastAsia="zh-CN"/>
        </w:rPr>
        <w:br/>
      </w:r>
      <w:r>
        <w:rPr>
          <w:lang w:eastAsia="zh-CN"/>
        </w:rPr>
        <w:t>　　1、注重教法研究，认真备课、教学。</w:t>
      </w:r>
      <w:r>
        <w:rPr>
          <w:lang w:eastAsia="zh-CN"/>
        </w:rPr>
        <w:br/>
      </w:r>
      <w:r>
        <w:rPr>
          <w:lang w:eastAsia="zh-CN"/>
        </w:rPr>
        <w:t>　　备好课是上好课的前提和保证。为此，本人根据教材内容及学生的实际，设计课堂教学，拟定采用的教学方法。在深入钻研教材和了解学生的基础上，认真写出了切实可行的教案，使每一节课都能做到“有备而上”。使学生乐学，充分调动了学生学习积极性，达到愉快教学的目的。在教学中注重学生活动，课堂气氛活跃，教学效果良好。</w:t>
      </w:r>
      <w:r>
        <w:rPr>
          <w:lang w:eastAsia="zh-CN"/>
        </w:rPr>
        <w:br/>
      </w:r>
      <w:r>
        <w:rPr>
          <w:lang w:eastAsia="zh-CN"/>
        </w:rPr>
        <w:t>　　2、灵活运用教材，选做练习册等资料</w:t>
      </w:r>
      <w:r>
        <w:rPr>
          <w:lang w:eastAsia="zh-CN"/>
        </w:rPr>
        <w:br/>
      </w:r>
      <w:r>
        <w:rPr>
          <w:lang w:eastAsia="zh-CN"/>
        </w:rPr>
        <w:t>　　（二）教育教学方面不足：</w:t>
      </w:r>
      <w:r>
        <w:rPr>
          <w:lang w:eastAsia="zh-CN"/>
        </w:rPr>
        <w:br/>
      </w:r>
      <w:r>
        <w:rPr>
          <w:lang w:eastAsia="zh-CN"/>
        </w:rPr>
        <w:t>　　1.在课堂教学中，应在教学的各个环节都要渗透情感、态度、价值观教育，但有时忽视了学生的德育教育和情感、态度和价值观的教育。</w:t>
      </w:r>
      <w:r>
        <w:rPr>
          <w:lang w:eastAsia="zh-CN"/>
        </w:rPr>
        <w:br/>
      </w:r>
      <w:r>
        <w:rPr>
          <w:lang w:eastAsia="zh-CN"/>
        </w:rPr>
        <w:t>　　2.在教学过程中有时急躁冒进，个别学生对老师的要求无动于衷，喜欢拖拉不完成任务，没有找到更具体有效的方法教育学生。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3、在复习中，根据自己的掌握情况，划了重点，但是有片面性，个别知识点漏掉了。</w:t>
      </w:r>
      <w:r>
        <w:rPr>
          <w:lang w:eastAsia="zh-CN"/>
        </w:rPr>
        <w:br/>
      </w:r>
      <w:r>
        <w:rPr>
          <w:lang w:eastAsia="zh-CN"/>
        </w:rPr>
        <w:t>　　（三）、教育教学方面改进：</w:t>
      </w:r>
      <w:r>
        <w:rPr>
          <w:lang w:eastAsia="zh-CN"/>
        </w:rPr>
        <w:br/>
      </w:r>
      <w:r>
        <w:rPr>
          <w:lang w:eastAsia="zh-CN"/>
        </w:rPr>
        <w:t>　　1、精心组织课堂教学，提高教学质量。</w:t>
      </w:r>
      <w:r>
        <w:rPr>
          <w:lang w:eastAsia="zh-CN"/>
        </w:rPr>
        <w:br/>
      </w:r>
      <w:r>
        <w:rPr>
          <w:lang w:eastAsia="zh-CN"/>
        </w:rPr>
        <w:t>　　上好课是提高教学质量的有效途径。课堂教学中本人尽量讲解做到清晰化、条理化；课堂语言力求准确化、情感化和生动化；教学思路做到线索清晰、层次分明。</w:t>
      </w:r>
      <w:r>
        <w:rPr>
          <w:lang w:eastAsia="zh-CN"/>
        </w:rPr>
        <w:br/>
      </w:r>
      <w:r>
        <w:rPr>
          <w:lang w:eastAsia="zh-CN"/>
        </w:rPr>
        <w:t>　　2、加强课后辅导，提高教学质量。</w:t>
      </w:r>
      <w:r>
        <w:rPr>
          <w:lang w:eastAsia="zh-CN"/>
        </w:rPr>
        <w:br/>
      </w:r>
      <w:r>
        <w:rPr>
          <w:lang w:eastAsia="zh-CN"/>
        </w:rPr>
        <w:t>　　课后辅导是课堂教学的补充和巩固。因此本人针对中学生爱动、好玩，缺乏自控能力的特点，经常通过谈心、主题探究等方式抓好学生的思想教育，并使这一工作贯彻到对学生的学习指导中去。耐心做好后进生的转化工作，对后进生努力做到从友善开始，从而真正达到思想教育的目的。</w:t>
      </w:r>
      <w:r>
        <w:rPr>
          <w:lang w:eastAsia="zh-CN"/>
        </w:rPr>
        <w:br/>
      </w:r>
      <w:r>
        <w:rPr>
          <w:lang w:eastAsia="zh-CN"/>
        </w:rPr>
        <w:t>　　二、总结和希望：</w:t>
      </w:r>
      <w:r>
        <w:rPr>
          <w:lang w:eastAsia="zh-CN"/>
        </w:rPr>
        <w:br/>
      </w:r>
      <w:r>
        <w:rPr>
          <w:lang w:eastAsia="zh-CN"/>
        </w:rPr>
        <w:t>　　总之，时间飞逝，转眼间，一个紧张而又充实的学期又过去了，总体来看，这学期在上级部门的正确领导下，在本人的刻苦努力下，在全体学生的共同努力下，本人在教育教学工作中取得了一定的成绩，收到了良好的效果。但还存在许多不足之处，在今后的教育教学工作中，我将更加严格要求自己，努力工作，发扬优点，克服缺点，开拓前进，使教育教学工作再上新台阶。</w:t>
      </w:r>
      <w:r>
        <w:rPr>
          <w:lang w:eastAsia="zh-CN"/>
        </w:rPr>
        <w:br/>
      </w:r>
      <w:r>
        <w:rPr>
          <w:lang w:eastAsia="zh-CN"/>
        </w:rPr>
        <w:t xml:space="preserve">    初三思想品德教学总结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一学期来，本人自始至终以认真、严谨的治学态度，认真备好上好每一节课，千方百计搜集和整理教学资料，编写练习和测验试卷，比较顺利地完成教学工作，下面对所做的工作进行简单的回顾。</w:t>
      </w:r>
      <w:r>
        <w:rPr>
          <w:lang w:eastAsia="zh-CN"/>
        </w:rPr>
        <w:br/>
      </w:r>
      <w:r>
        <w:rPr>
          <w:lang w:eastAsia="zh-CN"/>
        </w:rPr>
        <w:t>　　1、认真制定计划，注重研究中学教学理论，认真备课和教学，积极参加科组活动和备课组活动，每节课都以最佳的精神状态站在教坛，以和蔼、轻松、认真的形象去面对学生。按照「初中思想政治课程标准」进行施教，让学生掌握好科学知识。还注意以德为本，以人为本，结合现实生活中的现象层层善诱，多方面、多角度去培养现实良好的品德和高尚的人格。</w:t>
      </w:r>
      <w:r>
        <w:rPr>
          <w:lang w:eastAsia="zh-CN"/>
        </w:rPr>
        <w:br/>
      </w:r>
      <w:r>
        <w:rPr>
          <w:lang w:eastAsia="zh-CN"/>
        </w:rPr>
        <w:t>　　2、深入钻研教材，认真备课，精心选择教法。</w:t>
      </w:r>
      <w:r>
        <w:rPr>
          <w:lang w:eastAsia="zh-CN"/>
        </w:rPr>
        <w:br/>
      </w:r>
      <w:r>
        <w:rPr>
          <w:lang w:eastAsia="zh-CN"/>
        </w:rPr>
        <w:t>　　备好课是上好课的前提和保证。作为教九年级思想品德课的老师，明白自己教学工作任务的重要性，故在课前做到认真备课，在深入钻研教材和了解学生的基础上，多方面去搜集相关进行资料，认真写出了切实可行的教案，使每一节课都能做到“有备而上”，不上无准备的课，不上自己准备不满意的课。为提高每节课的进行效果，教学质量，本人除注重研究教材，把握好基础、重点难点外，通过多种教学手段，灵活多样的教学形式，培养学生学习政治的兴趣，调动学生学习的积极性、主动性，提高课堂的教学质量，按时完成教学任务。</w:t>
      </w:r>
      <w:r>
        <w:rPr>
          <w:lang w:eastAsia="zh-CN"/>
        </w:rPr>
        <w:br/>
      </w:r>
      <w:r>
        <w:rPr>
          <w:lang w:eastAsia="zh-CN"/>
        </w:rPr>
        <w:t>　　3、精心组织课堂教学，提高教学质量。</w:t>
      </w:r>
      <w:r>
        <w:rPr>
          <w:lang w:eastAsia="zh-CN"/>
        </w:rPr>
        <w:br/>
      </w:r>
      <w:r>
        <w:rPr>
          <w:lang w:eastAsia="zh-CN"/>
        </w:rPr>
        <w:t>　　上好课是提高教学质量的有效途径。课堂教学中本人尽量讲解，做到清晰化、条理化；课堂语言力求准确化、情感化和生动化；教学思路做到线索清晰、层次分明。在课堂上特别注意调动学生的积极性，加强师生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w:t>
      </w:r>
      <w:r>
        <w:rPr>
          <w:lang w:eastAsia="zh-CN"/>
        </w:rPr>
        <w:br/>
      </w:r>
      <w:r>
        <w:rPr>
          <w:lang w:eastAsia="zh-CN"/>
        </w:rPr>
        <w:t>　　4、加强课后辅导，提高教学质量。</w:t>
      </w:r>
      <w:r>
        <w:rPr>
          <w:lang w:eastAsia="zh-CN"/>
        </w:rPr>
        <w:br/>
      </w:r>
      <w:r>
        <w:rPr>
          <w:lang w:eastAsia="zh-CN"/>
        </w:rPr>
        <w:t>　　教育是爱心事业，本人根据学生的个性特点去点拔引导学生学习，对于优生，在班上适当赞美和鼓励，增强他们的自信心和成就感，同时教育其戒骄戒躁努力向上，再接再厉，再创佳绩。对于个别差生，利用课间多次倾谈，从赞美着手，善于发现他们的闪光点，及时给予肯定鼓励其确立正确的学习态度，对于他们难以理解的知识点，利用课后时间帮助他们分析理解，对于他们在测试答题过程中存在的问题，有针对性指出学生的弱点以及今后改进的方法。</w:t>
      </w:r>
      <w:r>
        <w:rPr>
          <w:lang w:eastAsia="zh-CN"/>
        </w:rPr>
        <w:br/>
      </w:r>
      <w:r>
        <w:rPr>
          <w:lang w:eastAsia="zh-CN"/>
        </w:rPr>
        <w:t>　　5、教研方面</w:t>
      </w:r>
      <w:r>
        <w:rPr>
          <w:lang w:eastAsia="zh-CN"/>
        </w:rPr>
        <w:br/>
      </w:r>
      <w:r>
        <w:rPr>
          <w:lang w:eastAsia="zh-CN"/>
        </w:rPr>
        <w:t>　　本学年，我能认真钻研业务，不断更新知识，经常到图书馆、阅览室借阅资料，常年订阅《中学生时事政治报》等教研杂志和报刊，认真学习，使自己的业务水平不断提高。我积极参加本学科教研活动，主动承担公开课，并能做到有准备、有成果、有探讨、有反思、有提高。每学期深入课堂听课，评课15节以上，我积极参加由恩平市教研室或学校科组组织的交流活动，总结经验，学以致用，不断提高自身教学水平。</w:t>
      </w:r>
      <w:r>
        <w:rPr>
          <w:lang w:eastAsia="zh-CN"/>
        </w:rPr>
        <w:br/>
      </w:r>
      <w:r>
        <w:rPr>
          <w:lang w:eastAsia="zh-CN"/>
        </w:rPr>
        <w:t xml:space="preserve">    初三思想品德教学总结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第一单元：第一单元作为对初中生活开端的理性阐述，具有统领全套教材的意义，既是学生整个初中道德与法治课程的学习起点，也是全套教材建构的逻辑起点。</w:t>
      </w:r>
      <w:r>
        <w:rPr>
          <w:lang w:eastAsia="zh-CN"/>
        </w:rPr>
        <w:br/>
      </w:r>
      <w:r>
        <w:rPr>
          <w:lang w:eastAsia="zh-CN"/>
        </w:rPr>
        <w:t>　　对于刚刚步入中学校门的学生而言，中学时代是一个全新的人生阶段的开始。面对生活和学习的变化，学生会有各种感受，也可能有各种困惑和问题。教材不是让学生被动去适应这些变化，而是把变化看成是生命成长馈赠给自己的礼物，认识到新的阶段意味着新的机会和可能，接纳变化，在积极面对中学学习、自我探索等课题中中成长。</w:t>
      </w:r>
      <w:r>
        <w:rPr>
          <w:lang w:eastAsia="zh-CN"/>
        </w:rPr>
        <w:br/>
      </w:r>
      <w:r>
        <w:rPr>
          <w:lang w:eastAsia="zh-CN"/>
        </w:rPr>
        <w:t>　　本单元以“成长的节拍”为主题，体现了学生初中生活的基调，映射出全套教材的青春文化底色。</w:t>
      </w:r>
      <w:r>
        <w:rPr>
          <w:lang w:eastAsia="zh-CN"/>
        </w:rPr>
        <w:br/>
      </w:r>
      <w:r>
        <w:rPr>
          <w:lang w:eastAsia="zh-CN"/>
        </w:rPr>
        <w:t>　　第二单元：学会交往，处理交友中的问题既是学生道德和心理发展在本阶段的核心任务，也是初中生活逐步展开后学生实际的需要，在学生生命成长中具在重要的意义。20__年2月，《中国学生发展核心素养（征求意见稿）》出台，“积极交往，有效互动，建立和维持良好的人际关系”被作为中国学生发展应具备的核心素养提出。</w:t>
      </w:r>
      <w:r>
        <w:rPr>
          <w:lang w:eastAsia="zh-CN"/>
        </w:rPr>
        <w:br/>
      </w:r>
      <w:r>
        <w:rPr>
          <w:lang w:eastAsia="zh-CN"/>
        </w:rPr>
        <w:t>　　青少年期的同伴关系，不仅活动范围进一步扩大，朋友之间亲密感也进一步增加。这一方面提高了中学生友谊的质量，另一方面，也对学生的交友态度和能力提出了更高的要求。</w:t>
      </w:r>
      <w:r>
        <w:rPr>
          <w:lang w:eastAsia="zh-CN"/>
        </w:rPr>
        <w:br/>
      </w:r>
      <w:r>
        <w:rPr>
          <w:lang w:eastAsia="zh-CN"/>
        </w:rPr>
        <w:t>　　第三单元：过富有情趣的生活。承接上一单元学会与同伴交往，本单元则是帮助学生正确处理师生关系、亲子关系和家庭关系，是人际交往的继续与延伸。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师长是中学生成长中的“重要他人”，学生和师长的关系如何，直接影响到学习和生活质量。到了青春期以后，随着青少年自我意识的凸显，他们要求摆脱依赖、走向独立的愿望和行动增强，有时会和师长产生冲突。教材不回避青少年成长可能带来的各种冲突与矛盾，在尊重学生的独立愿望、成长需要的基础上，引导他们走近师长，看到冲突背后“爱”的流动，通过主动对话和交流达成相互理解。</w:t>
      </w:r>
      <w:r>
        <w:rPr>
          <w:lang w:eastAsia="zh-CN"/>
        </w:rPr>
        <w:br/>
      </w:r>
      <w:r>
        <w:rPr>
          <w:lang w:eastAsia="zh-CN"/>
        </w:rPr>
        <w:t>　　第四单元：过健康、安全的生活。本单元内容在七上教材体系中居于核心地位，既是本册书前三个单元的价值升华，也为学生一生的健康成长打好生命的底色。虽然课程设置上只是作为一个单元内容来呈现，但对生命教育的关切贯穿整套教材始终。</w:t>
      </w:r>
      <w:r>
        <w:rPr>
          <w:lang w:eastAsia="zh-CN"/>
        </w:rPr>
        <w:br/>
      </w:r>
      <w:r>
        <w:rPr>
          <w:lang w:eastAsia="zh-CN"/>
        </w:rPr>
        <w:t xml:space="preserve">    初三思想品德教学总结 篇17 </w:t>
      </w:r>
      <w:r>
        <w:rPr>
          <w:lang w:eastAsia="zh-CN"/>
        </w:rPr>
        <w:br/>
      </w:r>
      <w:r>
        <w:rPr>
          <w:lang w:eastAsia="zh-CN"/>
        </w:rPr>
        <w:t>　　综观一、二年级上册《品德与生活》教材的全貌，都是以人文教育为核心的，教育我们的学生热爱生活，热爱大自然，乐于交往，体验快乐，形成好的生活习惯，并能有一个正确的生存态度和处事方法，可以说这两套新教材它很合适宜地出现在我们面前，使我们对老教材已经过时的无奈和新时期的教学改革欲望都得到了释怀，并有了一种欣欣然的畅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本学期我坚持以《课程标准》为指南，根据《品德与社会》学科教学特点，紧紧抓住学生身心成长的特点，引导和培养他们良好的思想品质和高尚的道德情操。一是重在课堂教学贴近学生生活实际上下功夫、构建生活课堂、规范学生行为习惯，抓好养成教育。二是突出课改重点，深化教研内涵、开发教育资源、优化教学行为，提升教研品位。</w:t>
      </w:r>
      <w:r>
        <w:rPr>
          <w:lang w:eastAsia="zh-CN"/>
        </w:rPr>
        <w:br/>
      </w:r>
      <w:r>
        <w:rPr>
          <w:lang w:eastAsia="zh-CN"/>
        </w:rPr>
        <w:t>　　一、认真学习，理论联系实际，掌握教材实质</w:t>
      </w:r>
      <w:r>
        <w:rPr>
          <w:lang w:eastAsia="zh-CN"/>
        </w:rPr>
        <w:br/>
      </w:r>
      <w:r>
        <w:rPr>
          <w:lang w:eastAsia="zh-CN"/>
        </w:rPr>
        <w:t>　　在备课过程中，我认真仔细地领悟教学目标和纲要，一丝不苟地做着教学准备，并千方百计地从各个渠道收集有关的图片、资料和课程资源，这一环节我从没马虎和懈怠过。我认真《品德与社会》教材培训材料，进一步用理论充实自己的头脑，具体的课案带来了更感性的认识，从而更能把握住教材的实质，在此基础上制定好《品德与生活》教学计划并认真实施。</w:t>
      </w:r>
      <w:r>
        <w:rPr>
          <w:lang w:eastAsia="zh-CN"/>
        </w:rPr>
        <w:br/>
      </w:r>
      <w:r>
        <w:rPr>
          <w:lang w:eastAsia="zh-CN"/>
        </w:rPr>
        <w:t>　　二、利用集体备课，体现课程理念。</w:t>
      </w:r>
      <w:r>
        <w:rPr>
          <w:lang w:eastAsia="zh-CN"/>
        </w:rPr>
        <w:br/>
      </w:r>
      <w:r>
        <w:rPr>
          <w:lang w:eastAsia="zh-CN"/>
        </w:rPr>
        <w:t>　　自参加课程改革以来，接触了大量的先进的教育教学理论，开阔了眼界，增长了见识，对教育教学规律有了更深刻的认识。然而，理论如没变成教学实践，再先进也是没用的。</w:t>
      </w:r>
      <w:r>
        <w:rPr>
          <w:lang w:eastAsia="zh-CN"/>
        </w:rPr>
        <w:br/>
      </w:r>
      <w:r>
        <w:rPr>
          <w:lang w:eastAsia="zh-CN"/>
        </w:rPr>
        <w:t>　　为了把理论转化为教学实践，本学期我把握教材的性质，寻找更符合学生的切入点，能调动学生的积极性，自主地投入到活动中去，提高学生的自豪感，充分发挥集体的智慧，对教材精心策划、反复推敲，将教学思想、教学设计与相关老师交流。课后，结合教学反思，和其它教师的意见，在教学后记中进行评点，分析。</w:t>
      </w:r>
      <w:r>
        <w:rPr>
          <w:lang w:eastAsia="zh-CN"/>
        </w:rPr>
        <w:br/>
      </w:r>
      <w:r>
        <w:rPr>
          <w:lang w:eastAsia="zh-CN"/>
        </w:rPr>
        <w:t>　　三、规范学生的品德行为，用校园文化熏陶学生。</w:t>
      </w:r>
      <w:r>
        <w:rPr>
          <w:lang w:eastAsia="zh-CN"/>
        </w:rPr>
        <w:br/>
      </w:r>
    </w:p>
    <w:p w:rsidR="001B1F19" w14:textId="27C3F48A">
      <w:pPr>
        <w:rPr>
          <w:rFonts w:hint="eastAsia"/>
          <w:lang w:eastAsia="zh-CN"/>
        </w:rPr>
      </w:pPr>
      <w:r>
        <w:rPr>
          <w:lang w:eastAsia="zh-CN"/>
        </w:rPr>
        <w:t>　　一学期以来，我们大力加强良好的行为规范养成教育、文明礼仪教育，帮助学生养成文明、守纪的良好习惯。从小、从近、从实、从细抓好学生日常行为规范的养成教育，并结合校园文化重建，把新《守则》、《规范》上墙，并设置一些富有教育内涵、学生易于接受的固定宣传标语，营造良好的育人环境。</w:t>
      </w:r>
      <w:r>
        <w:rPr>
          <w:lang w:eastAsia="zh-CN"/>
        </w:rPr>
        <w:br/>
      </w:r>
      <w:r>
        <w:rPr>
          <w:lang w:eastAsia="zh-CN"/>
        </w:rPr>
        <w:t>　　今后，我将继续努力，不断实践，更好地推进教学改革，推进素质教育，进一步提高教育的针对性、实效性，让儿童的品德在生活里萌芽，让儿童的生活在笑声中飞扬。</w:t>
      </w:r>
      <w:r>
        <w:rPr>
          <w:lang w:eastAsia="zh-CN"/>
        </w:rPr>
        <w:br/>
      </w:r>
      <w:r>
        <w:rPr>
          <w:lang w:eastAsia="zh-CN"/>
        </w:rPr>
        <w:t>　　本学期我们根据思想品德教材的指导思想和教学目标制定了教学工作计划。全学期依照教学内容和结合班的实际进行授课，重点做了下面几点工作。</w:t>
      </w:r>
      <w:r>
        <w:rPr>
          <w:lang w:eastAsia="zh-CN"/>
        </w:rPr>
        <w:br/>
      </w:r>
      <w:r>
        <w:rPr>
          <w:lang w:eastAsia="zh-CN"/>
        </w:rPr>
        <w:t>　　一、取得的成绩与经验</w:t>
      </w:r>
      <w:r>
        <w:rPr>
          <w:lang w:eastAsia="zh-CN"/>
        </w:rPr>
        <w:br/>
      </w:r>
      <w:r>
        <w:rPr>
          <w:lang w:eastAsia="zh-CN"/>
        </w:rPr>
        <w:t>　　1、 培养学生从小爱学习的习惯。</w:t>
      </w:r>
      <w:r>
        <w:rPr>
          <w:lang w:eastAsia="zh-CN"/>
        </w:rPr>
        <w:br/>
      </w:r>
      <w:r>
        <w:rPr>
          <w:lang w:eastAsia="zh-CN"/>
        </w:rPr>
        <w:t>　　在教学过程中结合课文教学内容和班的实际情况，教育学生向爱迪生学习。在学习上要多动脑，不懂就问，课后多看课外书，汲取营养，增长知识，还要认真完成作业。</w:t>
      </w:r>
      <w:r>
        <w:rPr>
          <w:lang w:eastAsia="zh-CN"/>
        </w:rPr>
        <w:br/>
      </w:r>
      <w:r>
        <w:rPr>
          <w:lang w:eastAsia="zh-CN"/>
        </w:rPr>
        <w:t>　　2、 培养学生爱国家和爱家乡的情感。</w:t>
      </w:r>
      <w:r>
        <w:rPr>
          <w:lang w:eastAsia="zh-CN"/>
        </w:rPr>
        <w:br/>
      </w:r>
      <w:r>
        <w:rPr>
          <w:lang w:eastAsia="zh-CN"/>
        </w:rPr>
        <w:t>　　在教学中让学生了解家乡，知道家乡有美丽的风光和丰富的物产。引导学生保护家乡的“三化”建设和公共财物，做一个关心集体、爱护公物的好市民。</w:t>
      </w:r>
      <w:r>
        <w:rPr>
          <w:lang w:eastAsia="zh-CN"/>
        </w:rPr>
        <w:br/>
      </w:r>
      <w:r>
        <w:rPr>
          <w:lang w:eastAsia="zh-CN"/>
        </w:rPr>
        <w:t>　　3、 培养学生心中有他人，遇事互相谦让的社会公德。</w:t>
      </w:r>
      <w:r>
        <w:rPr>
          <w:lang w:eastAsia="zh-CN"/>
        </w:rPr>
        <w:br/>
      </w:r>
      <w:r>
        <w:rPr>
          <w:lang w:eastAsia="zh-CN"/>
        </w:rPr>
        <w:t>　　在教学中结合课文插图引导学生认识哪些应该做，哪些不应该做，通过讲故事，辨一辨，说一说的活动形式引导和教育学生，无论何时何地都要有一种良好的社会公德，心中有他人，遇事互相谦让，见到别人有困难要乐于助人。</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https://d.book118.com/905120140022011113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5120140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