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华为以奋斗者为本读书心得体会（27篇）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华为以奋斗者为本读书心得体会（精选27篇）</w:t>
      </w:r>
      <w:r>
        <w:rPr>
          <w:lang w:eastAsia="zh-CN"/>
        </w:rPr>
        <w:br/>
      </w:r>
      <w:r>
        <w:rPr>
          <w:lang w:eastAsia="zh-CN"/>
        </w:rPr>
        <w:t xml:space="preserve">    华为以奋斗者为本读书心得体会 篇1 </w:t>
      </w:r>
      <w:r>
        <w:rPr>
          <w:lang w:eastAsia="zh-CN"/>
        </w:rPr>
        <w:br/>
      </w:r>
      <w:r>
        <w:rPr>
          <w:lang w:eastAsia="zh-CN"/>
        </w:rPr>
        <w:t>　　一是以“奋斗者”为目标，加快人才培养和使用力度。任正非强调在高绩效中去寻找有使命感的人，如果他确实有能力就让他小步快跑。由此可见，华为对奋斗者的界定是建立在高绩效的基础上的。差距就是潜力，压力就是动力，让积极进取、拼搏向上的人带头，才能保持整体队伍的旺盛斗志。从这点看，企业的中层管理人员更应该始终以“奋斗者”的标准要求自己，带好自己的团队，始终保持积极进取的精神。</w:t>
      </w:r>
      <w:r>
        <w:rPr>
          <w:lang w:eastAsia="zh-CN"/>
        </w:rPr>
        <w:br/>
      </w:r>
      <w:r>
        <w:rPr>
          <w:lang w:eastAsia="zh-CN"/>
        </w:rPr>
        <w:t>　　二是加强团队合作，发挥团队合力。“合抱之木，生于毫末”，奋斗者要取得成功还必须敢于承担责任，善于融入团队，否则永远是单兵作战。华为的“胜则举杯相庆，败则拼死相救”，表现出的团队合作，不仅是跨文化的群体协作精神，也是打破部门墙壁、提升流程效率的有力保障。可以说华为的成功不是偶然的，是领导层的运筹帷幄、员工的团结一致和持续的艰苦奋斗造就了今天的辉煌。</w:t>
      </w:r>
      <w:r>
        <w:rPr>
          <w:lang w:eastAsia="zh-CN"/>
        </w:rPr>
        <w:br/>
      </w:r>
      <w:r>
        <w:rPr>
          <w:lang w:eastAsia="zh-CN"/>
        </w:rPr>
        <w:t>　　因此，面对严峻的市场形势，我们每个人都需要对照华为奋斗者标准进行一次深刻的自我审视，查找不足，制定改进目标，在思维、能力和方法上进行一次系统化重组，争做一名“奋斗者”。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华为以奋斗者为本读书心得体会 篇2 </w:t>
      </w:r>
      <w:r>
        <w:rPr>
          <w:lang w:eastAsia="zh-CN"/>
        </w:rPr>
        <w:br/>
      </w:r>
      <w:r>
        <w:rPr>
          <w:lang w:eastAsia="zh-CN"/>
        </w:rPr>
        <w:t>　　《以奋斗者为本》一书，详细了解读华为公司人力资源管理方法，阐述了华为公司的核心价值观——以客户为中心，以奋斗者为本，长期艰苦奋斗。华为公司将企业文化与先进的管理理念相融合，形成了卓有成效的人力资源管理体系。华为今天的辉煌与其坚守辩证管理哲学、居安思危、狼性文化和以“奋斗者为本”的核心价值观密不可分。</w:t>
      </w:r>
      <w:r>
        <w:rPr>
          <w:lang w:eastAsia="zh-CN"/>
        </w:rPr>
        <w:br/>
      </w:r>
      <w:r>
        <w:rPr>
          <w:lang w:eastAsia="zh-CN"/>
        </w:rPr>
        <w:t>　　在华为，“奋斗”就是为客户创造价值的任何微小活动，以及在劳动的准备过程中，为充实提高自己而做的努力。以奋斗者为本，是通过建立企业文化体系、内部经营机制、人才培养制度等，培育企业核心文化及核心价值观，带动全体人员奋斗拼搏，最终表现出卓越的企业竞争力。通过阅读《以奋斗者为本》这本书，个人认为对我们企业也很强的借鉴意义。</w:t>
      </w:r>
      <w:r>
        <w:rPr>
          <w:lang w:eastAsia="zh-CN"/>
        </w:rPr>
        <w:br/>
      </w:r>
      <w:r>
        <w:rPr>
          <w:lang w:eastAsia="zh-CN"/>
        </w:rPr>
        <w:t>　　一是要倡导和建立价值评价与分配体制。价值创造和价值分配形成良性的利益驱动机制，形成“能者上、庸者下”的企业文化体系。一个好的企业文化体系应该具有导向、约束、凝聚、激励和调适五大功能，既可以为企业制度的建立提供方向，又可以弥补企业制度所不能及的一些问题，因而好的文化体系有助于企业核心价值取向的建立，使更多员工自觉朝着成为一名合格“奋斗者”的目标去迈进。</w:t>
      </w:r>
      <w:r>
        <w:rPr>
          <w:lang w:eastAsia="zh-CN"/>
        </w:rPr>
        <w:br/>
      </w:r>
      <w:r>
        <w:rPr>
          <w:lang w:eastAsia="zh-CN"/>
        </w:rPr>
        <w:t xml:space="preserve">    华为以奋斗者为本读书心得体会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原本，我对华为公司的了解还是指停留在它是第一个打入美国市场的民营通讯企业，至于它到底是如何做到这一点的，我知之甚少。但看了华为公司针对管理层的培训教材《以奋斗者为本》和《以客户为中心》这两本书后，通过仔细阅读书中摘录的每一段话，我仿佛被带进了华为公司的世界，通过这两本书，我了解了整个华为的历史、现在和将来。读罢两本书，留下三个深刻印象——以客户为中心、以奋斗者为本、长期艰苦奋斗，华为因此而不断壮大。</w:t>
      </w:r>
      <w:r>
        <w:rPr>
          <w:lang w:eastAsia="zh-CN"/>
        </w:rPr>
        <w:br/>
      </w:r>
      <w:r>
        <w:rPr>
          <w:lang w:eastAsia="zh-CN"/>
        </w:rPr>
        <w:t>　　一、以客户为中心</w:t>
      </w:r>
      <w:r>
        <w:rPr>
          <w:lang w:eastAsia="zh-CN"/>
        </w:rPr>
        <w:br/>
      </w:r>
      <w:r>
        <w:rPr>
          <w:lang w:eastAsia="zh-CN"/>
        </w:rPr>
        <w:t>　　以客户为中心，告诉了我们一个最浅显的道理：我们作为企业，要生存，首先就要有利润，但利润只能从客户那里来。企业的生存本身是靠满足客户需求，提供客户所需的产品和服务并获得合理的回报和支撑，天底下唯一给钱给你的就只有客户。我们只有通过为客户服务，为客户提供优质服务，才能招来客户并留住客户。</w:t>
      </w:r>
      <w:r>
        <w:rPr>
          <w:lang w:eastAsia="zh-CN"/>
        </w:rPr>
        <w:br/>
      </w:r>
      <w:r>
        <w:rPr>
          <w:lang w:eastAsia="zh-CN"/>
        </w:rPr>
        <w:t>　　华为任总用最朴实的话语讲明白了客户对企业的作用：“我们以前做产品时，只管自己做，做完了向客户推销，说产品如何的好，那是在需求旺盛的时候是可行的。但现在形式已发生转变，我们埋头做出‘好东西’后再推销给客户，那东西就卖不出去了。因此，我们要真正认识到客户需求导向是一个企业生存发展的一条正确的道路。”</w:t>
      </w:r>
      <w:r>
        <w:rPr>
          <w:lang w:eastAsia="zh-CN"/>
        </w:rPr>
        <w:br/>
      </w:r>
      <w:r>
        <w:rPr>
          <w:lang w:eastAsia="zh-CN"/>
        </w:rPr>
        <w:t>　　确实，我们要做的工作就是努力让客户在购买我们的产品和服务的同时可以获得成功，只有让更多的客户成功了，我们才能赢得更多的客户，才能给我们带来了更大的效益，实现双赢。</w:t>
      </w:r>
      <w:r>
        <w:rPr>
          <w:lang w:eastAsia="zh-CN"/>
        </w:rPr>
        <w:br/>
      </w:r>
      <w:r>
        <w:rPr>
          <w:lang w:eastAsia="zh-CN"/>
        </w:rPr>
        <w:t>　　二、以奋斗者为本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以奋斗者为本，这里提到的奋斗者既是埋头苦干的劳动者，还包括了给了企业无限信任的投资者。劳动者为企业奋斗，投资者为企业出钱，他们因为共同的目标走到一起，那就是为企业赚钱。</w:t>
      </w:r>
      <w:r>
        <w:rPr>
          <w:lang w:eastAsia="zh-CN"/>
        </w:rPr>
        <w:br/>
      </w:r>
      <w:r>
        <w:rPr>
          <w:lang w:eastAsia="zh-CN"/>
        </w:rPr>
        <w:t>　　奋斗者的服务对象始终是围绕客户，再苦再累，只要没有为客户的成功助力都是无用的奋斗，这样的奋斗只会浪费公司人力、财力和物力，也带不来更多的捧着“现金”的客户，我们在日常工作要及时停止没有目标的“奋斗”。</w:t>
      </w:r>
      <w:r>
        <w:rPr>
          <w:lang w:eastAsia="zh-CN"/>
        </w:rPr>
        <w:br/>
      </w:r>
      <w:r>
        <w:rPr>
          <w:lang w:eastAsia="zh-CN"/>
        </w:rPr>
        <w:t>　　现在的时代是群体奋斗、群体成功的时代，企业的奋斗者是因为一个共同的目标走到一起来，我们有“胜则举杯同庆，败则拼死相救”胸怀并人人为之努力而形成这样的文化氛围。在这样的氛围里，遇到困难人人可向前、人人肯担责、人人敢为先。这样的氛围，犹如一个强大的磁场，可以吸引来多种多样的人才，形成一个宏大的具有相同价值观与驾驭能力的管理者队伍，进而带领企业披荆斩棘一往无前。</w:t>
      </w:r>
      <w:r>
        <w:rPr>
          <w:lang w:eastAsia="zh-CN"/>
        </w:rPr>
        <w:br/>
      </w:r>
      <w:r>
        <w:rPr>
          <w:lang w:eastAsia="zh-CN"/>
        </w:rPr>
        <w:t>　　三、长期艰苦奋斗</w:t>
      </w:r>
      <w:r>
        <w:rPr>
          <w:lang w:eastAsia="zh-CN"/>
        </w:rPr>
        <w:br/>
      </w:r>
      <w:r>
        <w:rPr>
          <w:lang w:eastAsia="zh-CN"/>
        </w:rPr>
        <w:t>　　华为公司，从无到有，凭的是其先驱者强劲的“火车头”精神，从创业初期95%的员工没有住房，到现在成为世界首屈一指的通讯企业，这是华为长期艰苦奋斗的结果。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这长期艰苦奋斗不只是身体上的艰苦奋斗，更重要的是思想上的艰苦奋斗。如果说身体上的艰苦奋斗是指尽力工作，那么思想上的艰苦奋斗就是尽心工作，一个人尽心去工作与尽力工作，是有天壤之别的。尽心工作在于主动作为，在工作中积极开动脑筋，想法设法去解决问题。尽心工作的员工，即使在短期内会与他人出现差距，但迟早会赶的上，甚至业务水平会超越别的员工，最终成为企业的中坚力量。</w:t>
      </w:r>
      <w:r>
        <w:rPr>
          <w:lang w:eastAsia="zh-CN"/>
        </w:rPr>
        <w:br/>
      </w:r>
      <w:r>
        <w:rPr>
          <w:lang w:eastAsia="zh-CN"/>
        </w:rPr>
        <w:t>　　当前，我们企业正在面临着发展拐点，作为基层单位的管理人员，我们应该始终不忘初心，牢记企业发展使命，不断用心去思考：企业用我做什么，我为企业做什么?如果想勇立潮头，在竞争中有一席之地，就必须牢记有为才有位，也就是要通过实干与作为，以“想干事、能干事、干成事”作为衡量自己的唯一标准，为企业发展助力，才能为自己赢得更美好的未来。</w:t>
      </w:r>
      <w:r>
        <w:rPr>
          <w:lang w:eastAsia="zh-CN"/>
        </w:rPr>
        <w:br/>
      </w:r>
      <w:r>
        <w:rPr>
          <w:lang w:eastAsia="zh-CN"/>
        </w:rPr>
        <w:t xml:space="preserve">    华为以奋斗者为本读书心得体会 篇4 </w:t>
      </w:r>
      <w:r>
        <w:rPr>
          <w:lang w:eastAsia="zh-CN"/>
        </w:rPr>
        <w:br/>
      </w:r>
      <w:r>
        <w:rPr>
          <w:lang w:eastAsia="zh-CN"/>
        </w:rPr>
        <w:t>　　根据分公司统一要求，近期读完《以客户为中心》以及《以奋斗者为本》，两本书分别介绍了华为的业务管理以及人力资源管理创新理念，作为业务部门一员，感受颇深，受益匪浅，下面结合自身的日常工作并围绕“以客户为中心”话题，谈谈自己的几点感受：</w:t>
      </w:r>
      <w:r>
        <w:rPr>
          <w:lang w:eastAsia="zh-CN"/>
        </w:rPr>
        <w:br/>
      </w:r>
      <w:r>
        <w:rPr>
          <w:lang w:eastAsia="zh-CN"/>
        </w:rPr>
        <w:t>　　一、核心价值观</w:t>
      </w:r>
      <w:r>
        <w:rPr>
          <w:lang w:eastAsia="zh-CN"/>
        </w:rPr>
        <w:br/>
      </w:r>
      <w:r>
        <w:rPr>
          <w:lang w:eastAsia="zh-CN"/>
        </w:rPr>
        <w:t>　　整本书给我印象最深的就是价值主张，一个企业要想在激烈的竞争中处于不败之地，就必须要有核心竞争力，华为从一个小企业逐步成长为具有国际竞争力的行业标杆，正是来自于它的核心竞争力，除了产品质量以及核心技术，更重要的是源自于它的核心价值观，即以客户为中心，以奋斗者为本，长期艰苦奋斗。华为公司的目标就是：为客户服务，就要为客户创造价值，只有客户成功，才有华为的成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二、质量是生命</w:t>
      </w:r>
      <w:r>
        <w:rPr>
          <w:lang w:eastAsia="zh-CN"/>
        </w:rPr>
        <w:br/>
      </w:r>
      <w:r>
        <w:rPr>
          <w:lang w:eastAsia="zh-CN"/>
        </w:rPr>
        <w:t>　　《以客户为中心》中生动地提及，“全世界只有客户对我们最好，他们给我们钱，为什么我们不对给我们钱的人好一点呢?”我们如何才能真正做到对顾客好呢?那就是要提供好的产品，产品质量是一个企业生存的基础，是国际市场竞争的入场券。客户是依据产品和服务的质量决定是否接受和信赖一家企业。为客户服务是一个企业存在的唯一理由，也是生存下去的唯一基础。我们企业在产品质量方面具有国际领先的优势，作为世界五百强企业，中国石化集团公司20__年就发布了“质量永远领先一步”的质量方针、“质优量足、客户满意”的质量目标。并切实履行“每一滴油都是承诺”的社会责任，以油品数质量管理为切入点，进一步落实责任，细化措施，全面排查数质量风险，确保销售油品质优量足。我们泰州的溱湖油库作为我们的油品库存保障部门，从油品管输、检验、发货等环节，层层把关，为客户提供放心、优质的油品。</w:t>
      </w:r>
      <w:r>
        <w:rPr>
          <w:lang w:eastAsia="zh-CN"/>
        </w:rPr>
        <w:br/>
      </w:r>
      <w:r>
        <w:rPr>
          <w:lang w:eastAsia="zh-CN"/>
        </w:rPr>
        <w:t>　　三、加强客户服务</w:t>
      </w:r>
      <w:r>
        <w:rPr>
          <w:lang w:eastAsia="zh-CN"/>
        </w:rPr>
        <w:br/>
      </w:r>
      <w:r>
        <w:rPr>
          <w:lang w:eastAsia="zh-CN"/>
        </w:rPr>
        <w:t>　　有了好的产品是不是就能得到客户的充分认可呢?那当然还要提供良好的服务，华为文化的特征就是服务文化，因为只有服务才能换来商业利益。目前泰州成品油市场需求缩减，区域市场在中石油、中海油一体化项目(东联化工)以及山东地炼的冲击下，竞争异常激烈，在油品质量和价格相差不大的前提下，如何才能赢得客户，那就要看我们的服务质量。如何提高我们的服务质量呢?</w:t>
      </w:r>
      <w:r>
        <w:rPr>
          <w:lang w:eastAsia="zh-CN"/>
        </w:rPr>
        <w:br/>
      </w:r>
      <w:r>
        <w:rPr>
          <w:lang w:eastAsia="zh-CN"/>
        </w:rPr>
        <w:t>　　1.客户细分，有的放矢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不同的客户有其不同的需求，因此客户经理要对现有客户进行梳理细分，按照重点客户保市场份额，中小客户提毛利的原则。加大重点客户、核心客户上门走访、沟通力度，对大客户要坚持“一户一价，有量有价”。对中小企业客户，要及时了解客户的生产经营状况，结合已售未提的变化，掌握客户的补库需求，并及时提醒客户，来保证每日基本量的稳定，做好客户的产品管家。</w:t>
      </w:r>
      <w:r>
        <w:rPr>
          <w:lang w:eastAsia="zh-CN"/>
        </w:rPr>
        <w:br/>
      </w:r>
      <w:r>
        <w:rPr>
          <w:lang w:eastAsia="zh-CN"/>
        </w:rPr>
        <w:t>　　2. 强化团队建设</w:t>
      </w:r>
      <w:r>
        <w:rPr>
          <w:lang w:eastAsia="zh-CN"/>
        </w:rPr>
        <w:br/>
      </w:r>
      <w:r>
        <w:rPr>
          <w:lang w:eastAsia="zh-CN"/>
        </w:rPr>
        <w:t>　　首先要加强客户经理队伍建设，提高客户经理业务能力和服务意识。客户经理是联系大客户的纽带和桥梁，要时刻从客户的角度出发思考问题，为客户提供优质的服务，做实客户走访，及时掌握客户的生产经营状况，及时将分公司的优惠政策以及营销活动传达到位，并有针对性的引导客户采购，从而实现双赢的效果。</w:t>
      </w:r>
      <w:r>
        <w:rPr>
          <w:lang w:eastAsia="zh-CN"/>
        </w:rPr>
        <w:br/>
      </w:r>
      <w:r>
        <w:rPr>
          <w:lang w:eastAsia="zh-CN"/>
        </w:rPr>
        <w:t>　　3.创新是发展的不竭动力</w:t>
      </w:r>
      <w:r>
        <w:rPr>
          <w:lang w:eastAsia="zh-CN"/>
        </w:rPr>
        <w:br/>
      </w:r>
      <w:r>
        <w:rPr>
          <w:lang w:eastAsia="zh-CN"/>
        </w:rPr>
        <w:t>　　世界上唯一不变的就是变化，这是英特尔公司总裁的名言。没有创新，华为在高科技行业中生存下去几乎是不可能的，一个公司无论大小都要敢于去创新，华为自始至终以实现客户的价值为经营管理的理念，围绕这个中心，为提升企业核心竞争力，进行不懈的及时创新与管理创新。在实践中我们体会到，只有不断的创新，才能持续提高企业的核心竞争力，只有提高核心竞争力，才能在技术日新月异、竞争日趋激烈的社会中生存下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“以客户为中心”听起来很容易，做起来却很难，如果我们能聚焦客户需求，抓住客户的痛点，真正做到以客户为中心，那么成就客户的同时，也成就了我们自己。</w:t>
      </w:r>
      <w:r>
        <w:rPr>
          <w:lang w:eastAsia="zh-CN"/>
        </w:rPr>
        <w:br/>
      </w:r>
      <w:r>
        <w:rPr>
          <w:lang w:eastAsia="zh-CN"/>
        </w:rPr>
        <w:t xml:space="preserve">    华为以奋斗者为本读书心得体会 篇5 </w:t>
      </w:r>
      <w:r>
        <w:rPr>
          <w:lang w:eastAsia="zh-CN"/>
        </w:rPr>
        <w:br/>
      </w:r>
      <w:r>
        <w:rPr>
          <w:lang w:eastAsia="zh-CN"/>
        </w:rPr>
        <w:t>　　我对华为公司印象只有市面上出售的华为荣耀手机和知道它是第一个打入美国市场的民营通讯企业之外，至于它到底是个什么样企业，我知之甚少。但看了华为公司管理者培训教材《以奋斗者为本》这本书后，就如同走进了华为公司的世界，展现我眼前的是整个华为的历史、现在和将来，书中摘录的每一段话都使得我坚信华为公司不仅在这创业二十年内会稳步发展，未来二十年也将不断可持续发展。</w:t>
      </w:r>
      <w:r>
        <w:rPr>
          <w:lang w:eastAsia="zh-CN"/>
        </w:rPr>
        <w:br/>
      </w:r>
      <w:r>
        <w:rPr>
          <w:lang w:eastAsia="zh-CN"/>
        </w:rPr>
        <w:t>　　《以奋斗者为本》分为上、下两篇，上篇为《价值篇》、下篇为《干部篇》。短短的四天阅读，我也只能细读上篇《价值篇》。虽然阅读的时间和粗细程度较浅，但已使我受益匪浅。对于华为公司价值核心观和文化内涵的理解，我得从以下三个方面细细体会：</w:t>
      </w:r>
      <w:r>
        <w:rPr>
          <w:lang w:eastAsia="zh-CN"/>
        </w:rPr>
        <w:br/>
      </w:r>
      <w:r>
        <w:rPr>
          <w:lang w:eastAsia="zh-CN"/>
        </w:rPr>
        <w:t>　　一、以客户为中心。</w:t>
      </w:r>
      <w:r>
        <w:rPr>
          <w:lang w:eastAsia="zh-CN"/>
        </w:rPr>
        <w:br/>
      </w:r>
      <w:r>
        <w:rPr>
          <w:lang w:eastAsia="zh-CN"/>
        </w:rPr>
        <w:t>　　二、以奋斗者为本。</w:t>
      </w:r>
      <w:r>
        <w:rPr>
          <w:lang w:eastAsia="zh-CN"/>
        </w:rPr>
        <w:br/>
      </w:r>
      <w:r>
        <w:rPr>
          <w:lang w:eastAsia="zh-CN"/>
        </w:rPr>
        <w:t>　　三、长期艰苦奋斗。</w:t>
      </w:r>
      <w:r>
        <w:rPr>
          <w:lang w:eastAsia="zh-CN"/>
        </w:rPr>
        <w:br/>
      </w:r>
      <w:r>
        <w:rPr>
          <w:lang w:eastAsia="zh-CN"/>
        </w:rPr>
        <w:t>　　以客户为中心，阐述的是一个企业生存法则和原则。从企业活下去的根本来看，企业要有利润，但利润只能从客户那里来。华为的生存本身是靠满足客户需求，提供客户所需的产品和服务并获得合理的回报和支撑，要给员工发工资，要回报股东，天底下唯一给钱给你的就只有客户。我们不为客户服务，还能为谁服务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引用华为公司任总两段话不要老想着搞最先进的设备，搞最新的技术。我们不是做院士，而是工程商人。工程商人就是做的东西有人买，有钱赚。我们不以前做产品时，只管自己做，做完了向客户推销，说产品如何的好，那是在需求旺盛的时候是可行的。但现在形式已发生转变，我们埋头做出好东西，然后再推销给客户，那东西就卖不出去了。因此，我们要真正认识到客户需求导向是一个企业生存发展的一条正确的道路。联想到我司自用纸库存爆仓的情况，确实还真是有这么一回事。总的来说，只有客户的成功，才有企业的成功。</w:t>
      </w:r>
      <w:r>
        <w:rPr>
          <w:lang w:eastAsia="zh-CN"/>
        </w:rPr>
        <w:br/>
      </w:r>
      <w:r>
        <w:rPr>
          <w:lang w:eastAsia="zh-CN"/>
        </w:rPr>
        <w:t>　　以奋斗着为本，这里讲的奋斗者不光是劳动者，还包含了投资者。劳动者为企业奋斗，投资者为企业出钱，他们的目标是一致的，那就是为企业赚钱。那么两者如何奋斗呢?我认为以下三个文化价值观比较重要：以客户为中心，胜则举杯相庆，败着拼死相救，狼性。</w:t>
      </w:r>
      <w:r>
        <w:rPr>
          <w:lang w:eastAsia="zh-CN"/>
        </w:rPr>
        <w:br/>
      </w:r>
      <w:r>
        <w:rPr>
          <w:lang w:eastAsia="zh-CN"/>
        </w:rPr>
        <w:t>　　首先，奋斗者的对象必须以客户为中心，再苦再累的工作只要不是对客户产生价值和服务都是无用的奋斗，因为这样只会浪费公司人力、财力和物力，客户也不会为你这份无用功买单，这样的奋斗我们要在日常工作中及时矫正并杜绝它。</w:t>
      </w:r>
      <w:r>
        <w:rPr>
          <w:lang w:eastAsia="zh-CN"/>
        </w:rPr>
        <w:br/>
      </w:r>
      <w:r>
        <w:rPr>
          <w:lang w:eastAsia="zh-CN"/>
        </w:rPr>
        <w:t>　　其次，现在的时代是群体奋斗、群体成功的时代，企业的可持续发展离不开员工、供应商，也离开不开下游的经销商，一个可持续发展的企业一定要形成一个好的氛围，使它成为一个力场，吸引着形形色色的人才汇聚在一起 ，才能形成一个宏大的具有相同价值观与驾驭能力的管理者队伍，才能大规模的推动企业前进。</w:t>
      </w:r>
      <w:r>
        <w:rPr>
          <w:lang w:eastAsia="zh-CN"/>
        </w:rPr>
        <w:br/>
      </w:r>
      <w:r>
        <w:rPr>
          <w:lang w:eastAsia="zh-CN"/>
        </w:rPr>
        <w:t>　　我认为这里包含两点内涵：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1、面对同事或合作者，我们要真诚对待他们，他干得好，我为他高兴，他干得不好，我要帮帮他，形成一个集体意识，群体的成功还是企业的成功。</w:t>
      </w:r>
      <w:r>
        <w:rPr>
          <w:lang w:eastAsia="zh-CN"/>
        </w:rPr>
        <w:br/>
      </w:r>
      <w:r>
        <w:rPr>
          <w:lang w:eastAsia="zh-CN"/>
        </w:rPr>
        <w:t>　　2、面对友商或竞争者，重视但不敌视他们，竞争对手的存在才能鞭挞我们持续发展和进步，正如猎狗旺盛的生命力来自于猎物，也来自于老虎和豺狼。</w:t>
      </w:r>
      <w:r>
        <w:rPr>
          <w:lang w:eastAsia="zh-CN"/>
        </w:rPr>
        <w:br/>
      </w:r>
      <w:r>
        <w:rPr>
          <w:lang w:eastAsia="zh-CN"/>
        </w:rPr>
        <w:t>　　最后，企业要发展，要扩张，要有自己的血性，一种和狼一样的狼性。</w:t>
      </w:r>
      <w:r>
        <w:rPr>
          <w:lang w:eastAsia="zh-CN"/>
        </w:rPr>
        <w:br/>
      </w:r>
      <w:r>
        <w:rPr>
          <w:lang w:eastAsia="zh-CN"/>
        </w:rPr>
        <w:t>　　1、要有敏锐的嗅觉，狼善于从猎物中找到体弱衰老的目标下手。这要求我们也要明确好自己当前工作的目标，什么是重要?什么是紧急的?</w:t>
      </w:r>
      <w:r>
        <w:rPr>
          <w:lang w:eastAsia="zh-CN"/>
        </w:rPr>
        <w:br/>
      </w:r>
      <w:r>
        <w:rPr>
          <w:lang w:eastAsia="zh-CN"/>
        </w:rPr>
        <w:t>　　2、不屈不挠、奋不顾身的进攻精神，追逐猎物或目标要有不达目标不罢休的精神。</w:t>
      </w:r>
      <w:r>
        <w:rPr>
          <w:lang w:eastAsia="zh-CN"/>
        </w:rPr>
        <w:br/>
      </w:r>
      <w:r>
        <w:rPr>
          <w:lang w:eastAsia="zh-CN"/>
        </w:rPr>
        <w:t>　　3、群体奋斗，在分工合作的同时，我们要把团队拧成一根麻花，力出一孔，力利出一孔。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长期艰苦奋斗，企业的成功离不开员工的知识，更离开不开员工的奋斗。华为公司创业初期95%的员工没有房子住，凭着华为先驱者强劲的火车头精神一步一步发展和状大，才能成就现在的华为。这里谈到的长期艰苦奋斗不只是身体上的艰苦奋斗，更重要的是思想上的艰苦奋斗。身体上的艰苦奋斗说的是尽力工作，员工可以手脚勤快地完成现有的生产工作目标，而不去思考如何才能做得更好一些?如质量会更好一些?价格会比更低一些?等等。而思想上的艰苦奋斗谈的就是尽心工作，一个人尽心去工作与尽力工作，是有天壤之别的。</w:t>
      </w:r>
      <w:r>
        <w:rPr>
          <w:lang w:eastAsia="zh-CN"/>
        </w:rPr>
        <w:br/>
      </w:r>
      <w:r>
        <w:rPr>
          <w:lang w:eastAsia="zh-CN"/>
        </w:rPr>
        <w:t>　　尽心工作在于积极开动脑筋，想法设法去工作。尽心工作员工，即使技术上短期内会更不上，也迟早会赶上来，甚至功能能力和业务水平会超越别的员工，最终成为企业的中坚力量。任何员工，无论你来自哪里?无论新老?只要你怀着一颗尽心为企业坚持奋斗的心，你产生的贡献将会大于成本，这也是员工成功、企业成功的根本。</w:t>
      </w:r>
      <w:r>
        <w:rPr>
          <w:lang w:eastAsia="zh-CN"/>
        </w:rPr>
        <w:br/>
      </w:r>
      <w:r>
        <w:rPr>
          <w:lang w:eastAsia="zh-CN"/>
        </w:rPr>
        <w:t>　　任总曾提到企业的一个重要生存法则：企业作为一个法人，不同于一个自然人，一个人再没本事也可以活到60岁，但企业如果没有能力，可能连6天都活不下。企业的能力就是要把资金、技术、人才、市场、研发、生产制造、内外产业链等所有资源有效地整合起来。很多企业不缺少这些资源，但是有效整合的企业就更能成功。如何有效整合呢?我认为技术和管理中，管理更重要。一个企业的优质管理来自于它积淀的核心价值观、企业文化。这也正是一直提到的：以客户为中心、以奋斗者为本、长期艰苦奋斗。</w:t>
      </w:r>
      <w:r>
        <w:rPr>
          <w:lang w:eastAsia="zh-CN"/>
        </w:rPr>
        <w:br/>
      </w:r>
      <w:r>
        <w:rPr>
          <w:lang w:eastAsia="zh-CN"/>
        </w:rPr>
        <w:t xml:space="preserve">    华为以奋斗者为本读书心得体会 篇6 </w:t>
      </w:r>
      <w:r>
        <w:rPr>
          <w:lang w:eastAsia="zh-CN"/>
        </w:rPr>
        <w:br/>
      </w:r>
      <w:r>
        <w:rPr>
          <w:lang w:eastAsia="zh-CN"/>
        </w:rPr>
        <w:t>　　读一本好书，如饮甘露，畅快淋漓。读完后更是神清气爽，文思泉涌之意油然而生。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打开《以奋斗者为本》前，原以为这是一本宣传华为人力资源管理理论的研究著作，但翻了几页后就感觉不对了，怎么全是各种会议的记录摘要呢？于是有点蒙圈。耐着性子继续阅读，我发现原来这些文字内容都是任正非老爷子在各种会议上的发言，编辑们按一定的逻辑顺序，把相应的内容摘录整理到一起，形成对这类事情的管理思路。看着看着，我竟然发现，任老所说的各种观点非常具有说服力，让我深以为然，不由自主地一段段读下去。最让我有所感触的是，任老所说的管理思路和我们叶片公司采取的管理措施有很多惊人的相似之处。这极大地激发起我对这本书的兴趣！随着阅读的深入，我感觉就像一位充满智慧的耄耋老者，在我耳边娓娓道来企业管理，特别是人力资源管理应关注的重点内容。通过华为人力资源管理思路、重要管理举措，推动华为走向商业成功。</w:t>
      </w:r>
      <w:r>
        <w:rPr>
          <w:lang w:eastAsia="zh-CN"/>
        </w:rPr>
        <w:br/>
      </w:r>
      <w:r>
        <w:rPr>
          <w:lang w:eastAsia="zh-CN"/>
        </w:rPr>
        <w:t>　　在这里，30万字的内容，不能一言道尽，只能简单描述几点心得体会。</w:t>
      </w:r>
      <w:r>
        <w:rPr>
          <w:lang w:eastAsia="zh-CN"/>
        </w:rPr>
        <w:br/>
      </w:r>
      <w:r>
        <w:rPr>
          <w:lang w:eastAsia="zh-CN"/>
        </w:rPr>
        <w:t>　　一、一切企业经营手段都必须以最终实现商业价值为目标。</w:t>
      </w:r>
      <w:r>
        <w:rPr>
          <w:lang w:eastAsia="zh-CN"/>
        </w:rPr>
        <w:br/>
      </w:r>
      <w:r>
        <w:rPr>
          <w:lang w:eastAsia="zh-CN"/>
        </w:rPr>
        <w:t>　　这看似浅易懂的道理，任老却通篇在不断阐述。看来在实际经营过程中太多人会忽视这个企业存在之本。举个简单的例子，在招聘过程中，我们一般会比较关注面试者的年龄、学历、素质、经历、从而判断岗位胜任力。而华为却一直在提倡从听见炮声的，并取得战绩的人员中选拔优秀的人才。能带领一个连取得胜利的`人，为什么不能带一个师，为什么非要经过营、团呢？</w:t>
      </w:r>
      <w:r>
        <w:rPr>
          <w:lang w:eastAsia="zh-CN"/>
        </w:rPr>
        <w:br/>
      </w:r>
      <w:r>
        <w:rPr>
          <w:lang w:eastAsia="zh-CN"/>
        </w:rPr>
        <w:t>　　二、人才是选择出来的，不是培养出来的。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对于我这样一个从事多年培训管理工作的人来说，看到这样的观点，其实还是非常纠结的。但当听他说“毛泽东、邓小平哪一个是被培训出来的？”这样的论点时，我竟无言以对。是啊，毛主席他老人家自己也说“数风流人物，还看今朝”呢，是这个时代选择了他们这样一批无产阶级革命家，成为挽救中华民族于水深火热之中的英雄。“培训学习只是员工的劳动准备，本身并不直接创造价值，企业不需为此承担责任”这样的观点，我慢慢也能接受了。而选择能完成责任绩效目标的人员担任相应岗位，这样的观点也潜移默化地影响着我。</w:t>
      </w:r>
      <w:r>
        <w:rPr>
          <w:lang w:eastAsia="zh-CN"/>
        </w:rPr>
        <w:br/>
      </w:r>
      <w:r>
        <w:rPr>
          <w:lang w:eastAsia="zh-CN"/>
        </w:rPr>
        <w:t>　　三、以奋斗者为本，不让雷峰吃亏。</w:t>
      </w:r>
      <w:r>
        <w:rPr>
          <w:lang w:eastAsia="zh-CN"/>
        </w:rPr>
        <w:br/>
      </w:r>
      <w:r>
        <w:rPr>
          <w:lang w:eastAsia="zh-CN"/>
        </w:rPr>
        <w:t>　　对于为企业创造价值的奋斗者们，华为一直是极力褒奖的。特别是在艰苦地区、国外经济欠发达地区的奋斗者们，从职级放宽、基础薪资、项目奖金、福利待遇、职业发展、股权激励等多维度进行激励。这形成了华为特别宣扬的狼文化。对现有干部实施任期制、述职制、三权分立的监督制等，让那些不能为企业创造价值的干部淘汰掉，使公司资源最大程度地倾向于雷峰式的奋斗者。这样看起来有点不近人情，但确实有利于企业的发展。商业规则就是这样以最残酷的表象传达着温情。</w:t>
      </w:r>
      <w:r>
        <w:rPr>
          <w:lang w:eastAsia="zh-CN"/>
        </w:rPr>
        <w:br/>
      </w:r>
      <w:r>
        <w:rPr>
          <w:lang w:eastAsia="zh-CN"/>
        </w:rPr>
        <w:t>　　四、热力学第二定律的运用。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个孤立系统总是趋向于熵（混乱状态）增，最终达到熵的最大状态，也就是系统的最混乱无序状态，这就是熵增定律。任老认为一个企业的内部同样也存在熵增的现象，即看似较为稳定的组织现状，由于各种原因，会不断地出现各种问题，最终导致失效。所以必须让其放在更大的系统内，让能量在内外部进行交流，最终达到熵减的稳定状态。说白了，就是不断的进行变革，包括但不仅限于：管理岗位的调整、组织结构的调整、管理体系的调整、干部的授权与监督、后备人才库的建设等。</w:t>
      </w:r>
      <w:r>
        <w:rPr>
          <w:lang w:eastAsia="zh-CN"/>
        </w:rPr>
        <w:br/>
      </w:r>
      <w:r>
        <w:rPr>
          <w:lang w:eastAsia="zh-CN"/>
        </w:rPr>
        <w:t>　　通读全书后，真是从骨子里佩服任老对商业本质的洞悉。他能将各种理论上的认知，通过华为这样一家民营企业，采用各种各样的制度政策、流程规范、标准落实来最终成就举世瞩目的商业帝国。也明白了为什么他在若干年前就要宣扬《华为的冬天》《鹰的重生》等观点，为什么对新来的大学生写的《万言书》嗤之以鼻，为什么在把自己的股权分给华为的奋斗者们后，还能以1.4%股份成为华为的精神领袖以及实际控制人。</w:t>
      </w:r>
      <w:r>
        <w:rPr>
          <w:lang w:eastAsia="zh-CN"/>
        </w:rPr>
        <w:br/>
      </w:r>
      <w:r>
        <w:rPr>
          <w:lang w:eastAsia="zh-CN"/>
        </w:rPr>
        <w:t>　　伟大的人物有伟大的思想，他的真知灼见不断地拨动着我的心弦，引起共鸣，重塑着我的三观。希望看到此文的朋友们有时间也读一下这本《以奋斗者为本》吧，你定然也会受益匪浅。</w:t>
      </w:r>
      <w:r>
        <w:rPr>
          <w:lang w:eastAsia="zh-CN"/>
        </w:rPr>
        <w:br/>
      </w:r>
      <w:r>
        <w:rPr>
          <w:lang w:eastAsia="zh-CN"/>
        </w:rPr>
        <w:t xml:space="preserve">    华为以奋斗者为本读书心得体会 篇7 </w:t>
      </w:r>
      <w:r>
        <w:rPr>
          <w:lang w:eastAsia="zh-CN"/>
        </w:rPr>
        <w:br/>
      </w:r>
      <w:r>
        <w:rPr>
          <w:lang w:eastAsia="zh-CN"/>
        </w:rPr>
        <w:t>　　这本书之前通读了一遍，觉得挺好，而后送了人。上周又在上海买了一本。分了上下篇，上篇谈价值，下篇谈干部。</w:t>
      </w:r>
      <w:r>
        <w:rPr>
          <w:lang w:eastAsia="zh-CN"/>
        </w:rPr>
        <w:br/>
      </w:r>
      <w:r>
        <w:rPr>
          <w:lang w:eastAsia="zh-CN"/>
        </w:rPr>
        <w:t>　　96年的时候任正非说，“我们首先得生存下去，生存下去的条件是拥有市场，没有市场就没有规模，没有规模就没有低成本。”到了01年，他在华为的冬天一文里说，企业不是要大，也不是要强，而是要持续活下去的能力与适应力。08年，任正非已经琢磨的很清楚，他直接说公司的最终目标只有一个：商业成功。</w:t>
      </w:r>
      <w:r>
        <w:rPr>
          <w:lang w:eastAsia="zh-CN"/>
        </w:rPr>
        <w:br/>
      </w:r>
      <w:r>
        <w:rPr>
          <w:lang w:eastAsia="zh-CN"/>
        </w:rPr>
        <w:t>　　股东利益最大化，员工利益最大化和客户利益最大化，任正非旗帜鲜明的选择了后者。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97年提出管理第一，技术第二。华为开始走向三个摆脱，即摆脱对技术的依赖，人才的依赖和资金的依赖。通过标准化作业的文档取代日常性事务对人才的依赖。</w:t>
      </w:r>
      <w:r>
        <w:rPr>
          <w:lang w:eastAsia="zh-CN"/>
        </w:rPr>
        <w:br/>
      </w:r>
      <w:r>
        <w:rPr>
          <w:lang w:eastAsia="zh-CN"/>
        </w:rPr>
        <w:t>　　同样是97年提出商业价值导向，既不是技术导向也不是业务导向，08年进而说不能为客户创造价值的部门为多余部门，不能为客户创造价值的流程为多余流程，不能为客户创造价值的人为多余的人。</w:t>
      </w:r>
      <w:r>
        <w:rPr>
          <w:lang w:eastAsia="zh-CN"/>
        </w:rPr>
        <w:br/>
      </w:r>
      <w:r>
        <w:rPr>
          <w:lang w:eastAsia="zh-CN"/>
        </w:rPr>
        <w:t>　　09年华为的规模已经很庞大了，任正非指出“如果继续以规模为中心，公司会陷入疯狂，以利润为中心一定是我们的最后的目标。”要求分公司也要考虑利润，这跟他之前的说法并不冲突，他要求不必利润最大化，但是要有合理利润。</w:t>
      </w:r>
      <w:r>
        <w:rPr>
          <w:lang w:eastAsia="zh-CN"/>
        </w:rPr>
        <w:br/>
      </w:r>
      <w:r>
        <w:rPr>
          <w:lang w:eastAsia="zh-CN"/>
        </w:rPr>
        <w:t>　　对于技术人员的考核，97年任提出要看是否有价值，能否解决客户需求，而不是看论文看专利。98年，他一针见血的说，“你们总是不提拔踏踏实实干活的人，嫌人家笨，老是去提那些聪明的百灵鸟，百灵鸟工资总涨，结果华为公司就是只会唱歌。”</w:t>
      </w:r>
      <w:r>
        <w:rPr>
          <w:lang w:eastAsia="zh-CN"/>
        </w:rPr>
        <w:br/>
      </w:r>
      <w:r>
        <w:rPr>
          <w:lang w:eastAsia="zh-CN"/>
        </w:rPr>
        <w:t>　　关于历史贡献者和当前贡献者，94年任正非已经提出了这个问题，要求创业者要有牺牲精神，在之后的历年发言里，从要求适当照顾，培养，换岗到今年爆出淘汰35岁以上员工，实际也是无奈之举。</w:t>
      </w:r>
      <w:r>
        <w:rPr>
          <w:lang w:eastAsia="zh-CN"/>
        </w:rPr>
        <w:br/>
      </w:r>
      <w:r>
        <w:rPr>
          <w:lang w:eastAsia="zh-CN"/>
        </w:rPr>
        <w:t>　　对于干部的成长，02年他说，“公司的高级干部就是要天天跟客户在一起，通过与客户的接触产生思想上的火花。”用我自己的话讲就是领导的事再大都是小事，客户的事再小都是大事。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12年的时候，任正非炮轰华为开会文化，要求缩减30%会议，他说，“有些人不知道怎么干，他一天到晚开会，然后协调也很复杂，考核也复杂。要让基层部门把精力聚焦在工作上，聚焦在客户上，要减少不必要的为领导做ppt，为机关填表格，我们公司做ppt像疯子一样，从上到下忙着做ppt，活也不干，为什么？领导要来了，ppt多姿多彩，从而领导喜欢你就升官了。我们要清理那些特别会迎合上级的人，免除他们的行政管理职务。”</w:t>
      </w:r>
      <w:r>
        <w:rPr>
          <w:lang w:eastAsia="zh-CN"/>
        </w:rPr>
        <w:br/>
      </w:r>
      <w:r>
        <w:rPr>
          <w:lang w:eastAsia="zh-CN"/>
        </w:rPr>
        <w:t>　　任正非送给他员工的三句话，也蛮有味道，第一，耐得住寂寞，第二，要受得委屈，第三，要懂得灰色。</w:t>
      </w:r>
      <w:r>
        <w:rPr>
          <w:lang w:eastAsia="zh-CN"/>
        </w:rPr>
        <w:br/>
      </w:r>
      <w:r>
        <w:rPr>
          <w:lang w:eastAsia="zh-CN"/>
        </w:rPr>
        <w:t>　　最后，再温习一下华为的价值观，以客户为中心，以奋斗者为本，长期艰苦奋斗，坚持自我批评。</w:t>
      </w:r>
      <w:r>
        <w:rPr>
          <w:lang w:eastAsia="zh-CN"/>
        </w:rPr>
        <w:br/>
      </w:r>
      <w:r>
        <w:rPr>
          <w:lang w:eastAsia="zh-CN"/>
        </w:rPr>
        <w:t xml:space="preserve">    华为以奋斗者为本读书心得体会 篇8 </w:t>
      </w:r>
      <w:r>
        <w:rPr>
          <w:lang w:eastAsia="zh-CN"/>
        </w:rPr>
        <w:br/>
      </w:r>
      <w:r>
        <w:rPr>
          <w:lang w:eastAsia="zh-CN"/>
        </w:rPr>
        <w:t>　　读罢《以奋斗者为本》一书，掩卷遐思之余，我不由得发自内心感叹：华为真伟大!因为该书的每个章节每个段落，都能让我充分感悟到华为文化的积极向上和华为机制的催人奋进。毋庸置疑，该书是一本并不晦涩但字里行间却处处饱含哲理的精神食粮，每一页展开而论，都会让人有所思、有所得，它向我们传递了两种正能量：一是“奋斗成大业”;二是“制度管人，流程管事，团队打天下，管理定江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拿到该书尚未学习之前，说实话，我首先感兴趣的是，华为为什么倡导“以奋斗者为本”而不是“以人为本”?通过之后的细读和品味，我逐渐感知了华为的发展史其实就是一部华为人的共同奋斗史，也愈发意识到辉煌大厦的缔造必需一批能坚持为之艰辛付出与努力的奋斗者。可以这么说，华为的成功归根结底就是经营人、造就人的成功，它通过不断挖掘人的潜在能力、资源、优势，并充分运用特有的文化宣导和有效的激励方法，促使所有员工都在不断批判和创新的路上努力前行、贡献智慧、以奋斗为荣。学习该书后，我更加坚信了一个真理：天上不会掉馅饼，无论是个人、组织还是国家、社会，没有奋斗都不会有美好未来。下面，我结合学习并围绕“奋斗者”话题谈谈自己的几点心得。</w:t>
      </w:r>
      <w:r>
        <w:rPr>
          <w:lang w:eastAsia="zh-CN"/>
        </w:rPr>
        <w:br/>
      </w:r>
      <w:r>
        <w:rPr>
          <w:lang w:eastAsia="zh-CN"/>
        </w:rPr>
        <w:t>　　一、华为以奋斗者为本的基本要点</w:t>
      </w:r>
      <w:r>
        <w:rPr>
          <w:lang w:eastAsia="zh-CN"/>
        </w:rPr>
        <w:br/>
      </w:r>
      <w:r>
        <w:rPr>
          <w:lang w:eastAsia="zh-CN"/>
        </w:rPr>
        <w:t>　　通过学习，我初步总结出华为“以奋斗者为本”的六大基本要点：第一，企业人力资源和干部管理的制度、政策都是以奋斗者来定位的，各项工作都紧紧围绕和聚焦在奋斗者群体上;第二，只有奋斗者才是企业的真正财富，华为推崇的就是以奋斗者为本的文化体系;第三，员工奋斗的动力是为了他和家人过体面的生活，主观上为自己，客观上为国家为人民;第四，以奋斗者为本一定要有制度保障，必须用“不让雷锋吃亏”的理念夯实企业文化的基石;第五，以奋斗者为本在分配激励上要向奋斗者倾斜，提倡拉大差距，奖励无上限;第六，干部提拔更要向奋斗者倾斜，突出贡献者可以破格晋升。《以奋斗者为本》一书，可以讲通篇都在围绕这六个基本要点而阐述，这是我此次学习的第一心得。</w:t>
      </w:r>
      <w:r>
        <w:rPr>
          <w:lang w:eastAsia="zh-CN"/>
        </w:rPr>
        <w:br/>
      </w:r>
      <w:r>
        <w:rPr>
          <w:lang w:eastAsia="zh-CN"/>
        </w:rPr>
        <w:t>　　二、何人可称奋斗者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弄清何人可称为奋斗者之前，首先要明白奋斗的定义是什么，字典对奋斗一词的解释是“完全专注的做事，以完成理想、政治理念或目标”。这个定义无疑是准确的，那么华为确定的奋斗又是什么呢?在华为，奋斗不是用工作时长来衡量，奋斗的关键不是员工做什么而是为什么而做，奋斗是否紧贴华为的核心价值观，奋斗有无创造价值、提高自己等。</w:t>
      </w:r>
      <w:r>
        <w:rPr>
          <w:lang w:eastAsia="zh-CN"/>
        </w:rPr>
        <w:br/>
      </w:r>
      <w:r>
        <w:rPr>
          <w:lang w:eastAsia="zh-CN"/>
        </w:rPr>
        <w:t>　　华为认为，“为客户创造价值的任何微小活动，以及在劳动的准备过程中，为充实提高自己而做的努力，均叫奋斗，否则，再苦再累也不叫奋斗”，“奋斗这个词的含义很丰富的，……不光讲劳动者……投资者也在奋斗……承担风险和责任”。而华为掌门人任正非虽然将</w:t>
      </w:r>
      <w:r>
        <w:rPr>
          <w:lang w:eastAsia="zh-CN"/>
        </w:rPr>
        <w:br/>
      </w:r>
      <w:r>
        <w:rPr>
          <w:lang w:eastAsia="zh-CN"/>
        </w:rPr>
        <w:t>　　华为的员工归类为三个层次：普通劳动者、一般的奋斗者、有成效的奋斗者，但他强调了政策必须向后者倾斜，而且他也同时坦言：“只要员工输出贡献，大于公司支付给他们的成本，他就可以在公司生存，或许他的报酬甚至比社会稍微高一点”。由此可见，华为对奋斗者的界定大多是建立在绩效基础上的。</w:t>
      </w:r>
      <w:r>
        <w:rPr>
          <w:lang w:eastAsia="zh-CN"/>
        </w:rPr>
        <w:br/>
      </w:r>
      <w:r>
        <w:rPr>
          <w:lang w:eastAsia="zh-CN"/>
        </w:rPr>
        <w:t>　　所以，通过对《以奋斗者为本》一书的学习，我愈发感知到华为的“奋斗者”，除了包含勤勉、涉新、斗志、贡献等基本要素外，还具备忠诚华为核心价值观、责任为先尽心尽力、无私无畏敢担风险、坚持开放与包容、善于解剖与批判、甘于寂寞与委屈、敢打大仗恶仗苦仗等许许多多的特质。毋需赘言，通过对华为“奋斗者”群体的研究，我更多体会到的是，奋斗的核心就是以价值论。这是我此次学习的第二心得。</w:t>
      </w:r>
      <w:r>
        <w:rPr>
          <w:lang w:eastAsia="zh-CN"/>
        </w:rPr>
        <w:br/>
      </w:r>
      <w:r>
        <w:rPr>
          <w:lang w:eastAsia="zh-CN"/>
        </w:rPr>
        <w:t>　　三、如何成为奋斗者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虽然我们在社会、在单位，貌似都在工作，但是否都可以称自己为奋斗者?答案当然是否定的，关键还要看自己是否具备奋斗者的基本要素和特质，自身行为是否有利于自我的提高、团队的发展和社会的进步等。那么，如何让自己能成为一名公认的奋斗者呢?通过对《以奋斗者为本》一书的学习，我认为必须遵循三条路径：爱学习、成为“狼”、讲作为。需要具备刻苦学习精神。身处知识经济时代，人类创造财富的方式已发生根本变化，主要由知识、管理产生;同样，企业的生存和发展的方式也由资本雇佣劳动变成了知识雇佣资本。由此可见，知识对于当今的我们已是何等重要。那么知识从何而来?当然需要我去挖掘。</w:t>
      </w:r>
      <w:r>
        <w:rPr>
          <w:lang w:eastAsia="zh-CN"/>
        </w:rPr>
        <w:br/>
      </w:r>
      <w:r>
        <w:rPr>
          <w:lang w:eastAsia="zh-CN"/>
        </w:rPr>
        <w:t xml:space="preserve">    华为以奋斗者为本读书心得体会 篇9 </w:t>
      </w:r>
      <w:r>
        <w:rPr>
          <w:lang w:eastAsia="zh-CN"/>
        </w:rPr>
        <w:br/>
      </w:r>
      <w:r>
        <w:rPr>
          <w:lang w:eastAsia="zh-CN"/>
        </w:rPr>
        <w:t>　　用了近一周的时间读完《以奋斗者为本》一书，感觉意犹未尽，深深思考之后不由得发自内心感叹：华为，真厉害!全书字里行间，都深深浸润着华为文化昂扬向上的企业精神和良好的制约机制。毫无疑问，本书的每个篇章每个段落都是极富哲理的美文佳段。读罢，让人遐想。追根溯源，华为的成长来自于它的核心竞争力，而核心竞争力源自它的核心价值观，即“以客户为中心，以奋斗者为本，长期艰苦奋斗”。全书充满了正能量，紧紧围绕着“价值创造”和“队伍建设”两大方面进行阐述和剖析，为中国企业管理提供了非常具有价值的参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最吸引人的是，华为为什么倡导“以奋斗者为本”?通过细细品读，逐渐感知了华为的发展史其实就是一部华为人拼搏的奋斗史，华为大厦的建造需要的是一批能进行艰苦付出与努力的奋斗者。也可以这么说，华为的成功归根结底就是培育人、锻造人的成功，它通过不断开发员工的潜能、不断整合资源、将优势发挥到极致，并大力进行文化宣导和运用激励手段，促使员工努力向上、以奋斗为荣。下面，我结合学习并围绕“以奋斗者为本”的主题谈谈自己的几点心得体会。</w:t>
      </w:r>
      <w:r>
        <w:rPr>
          <w:lang w:eastAsia="zh-CN"/>
        </w:rPr>
        <w:br/>
      </w:r>
      <w:r>
        <w:rPr>
          <w:lang w:eastAsia="zh-CN"/>
        </w:rPr>
        <w:t>　　首先，华为“以奋斗者为本”的五个基本落脚点</w:t>
      </w:r>
      <w:r>
        <w:rPr>
          <w:lang w:eastAsia="zh-CN"/>
        </w:rPr>
        <w:br/>
      </w:r>
      <w:r>
        <w:rPr>
          <w:lang w:eastAsia="zh-CN"/>
        </w:rPr>
        <w:t>　　通过阅读学习，华为“以奋斗者为本”的基本点主要有：第一，华为推崇的就是以奋斗者为本的文化体系;第二，企业人力资源管理和干部管理的制度、政策都是以奋斗者为中心制定的;第三，以奋斗者为本一定要有制度保障，核心价值观中明确“不让雷锋吃亏”，坚持利出一孔的原则;第四，以奋斗者为本在价值分配方面向奋斗者、贡献者倾斜;第五，在发展机会的分配上要向奋斗者和成功团队倾斜。《以奋斗者为本》一书，可以说通篇都在围绕这五个基本点来开展论述。</w:t>
      </w:r>
      <w:r>
        <w:rPr>
          <w:lang w:eastAsia="zh-CN"/>
        </w:rPr>
        <w:br/>
      </w:r>
      <w:r>
        <w:rPr>
          <w:lang w:eastAsia="zh-CN"/>
        </w:rPr>
        <w:t>　　其次，明确什么是“奋斗者”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华为，“奋斗”就是“为客户创造价值的任何微小活动，以及在劳动的准备过程中，为充实提高自己而做的努力。”“奋斗这个词的含义很丰富，以奋斗者为本，不光是讲劳动者，也包含了投资者，投资者也在奋斗，它把自己的钱拿出来，参与这里面，他就要承担承担风险和责任”。任正非强调公司价值分配体系要向奋斗者、贡献者倾斜。在高绩效中去寻找有使命感的人，如果他确实有能力，就让他小步快跑。差距就是动力，没有温差就没有风，没有水位差就没有流水，激励优秀员工，让火车头拼命拉车，始终保持奋斗热情。由此可见，华为对奋斗者的界定基本是建立在绩效基础上的。通过对阅读《以奋斗者为本》一书，深深感受到华为的“奋斗者”，必须具备忠诚华为的核心价值观;具有吃苦在前，享乐在后，冲锋在前，退却在后的精神;坚持开放与包容;善于解剖与批判等诸多特质。通过对华为“奋斗者”的研究，更多感悟是，奋斗的核心就是要创造价值，这和我们集团倡导的业绩就是尊严有异曲同工之妙。</w:t>
      </w:r>
      <w:r>
        <w:rPr>
          <w:lang w:eastAsia="zh-CN"/>
        </w:rPr>
        <w:br/>
      </w:r>
      <w:r>
        <w:rPr>
          <w:lang w:eastAsia="zh-CN"/>
        </w:rPr>
        <w:t>　　第三，怎样才能成为奋斗者</w:t>
      </w:r>
      <w:r>
        <w:rPr>
          <w:lang w:eastAsia="zh-CN"/>
        </w:rPr>
        <w:br/>
      </w:r>
      <w:r>
        <w:rPr>
          <w:lang w:eastAsia="zh-CN"/>
        </w:rPr>
        <w:t>　　如何才能成为真正的奋斗者呢，关键要看是否具备奋斗者的基本特征，《以奋斗者为本》一书中有很好的阐释，具有“狼性”特性，包括具有良好的心理素质，具有不屈不挠，群体奋斗，敢于承担责任的精神。</w:t>
      </w:r>
      <w:r>
        <w:rPr>
          <w:lang w:eastAsia="zh-CN"/>
        </w:rPr>
        <w:br/>
      </w:r>
      <w:r>
        <w:rPr>
          <w:lang w:eastAsia="zh-CN"/>
        </w:rPr>
        <w:t>　　“狼性”，狼之所以能成为世界公认的战斗力最强的动物，主要源自它的三大特性：一是嗅觉敏锐，二是奋不顾身，三是团结作战。所以，如果要想让获取更大的成功，要想企业在商界立于不败之地，我们就必须要保持敏锐的嗅觉，嗅到最前沿的知识，嗅到最新的技术，嗅到最具潜力的市场，同时要敢于承担责任、善于融入团队。《以奋斗者为本》一书中的“胜则举杯相庆，败则拼死相救”“合抱之木，生于毫末;九层之台，起于累土”等等精彩的名言警语，对于鞭策员工成为奋斗者有很多的启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第四，如何激励奋斗者</w:t>
      </w:r>
      <w:r>
        <w:rPr>
          <w:lang w:eastAsia="zh-CN"/>
        </w:rPr>
        <w:br/>
      </w:r>
      <w:r>
        <w:rPr>
          <w:lang w:eastAsia="zh-CN"/>
        </w:rPr>
        <w:t>　　华为是如何激励奋斗者的呢?</w:t>
      </w:r>
      <w:r>
        <w:rPr>
          <w:lang w:eastAsia="zh-CN"/>
        </w:rPr>
        <w:br/>
      </w:r>
      <w:r>
        <w:rPr>
          <w:lang w:eastAsia="zh-CN"/>
        </w:rPr>
        <w:t>　　一是建立了价值评价与分配体制，价值创造和价值分配形成良性的利益驱动机制。工资分配实行“以岗定级，以级定薪，人岗匹配，易岗易薪”。在此机制下，能者上，庸者下，工资能升能降，使公司永远处在内部运作成本较低的进取状态。二是推行了干部选拔、配备、使用和管理机制。最让人深受启迪的是华为选拔干部“三优先”原则：“优先从成功团队中选拔干部”“优先从主攻战场、一线和艰苦地区选拔干部”和“优先从影响公司长远发展的关键事件中考察和选拔干部”。通过这三个优先，不断激活组织与干部体制，培养了一批能打大仗、恶仗和苦仗的干部。华为通过以上对奋斗者的种种激励措施，激发了员工积极向上、不断追求价值的斗志。</w:t>
      </w:r>
      <w:r>
        <w:rPr>
          <w:lang w:eastAsia="zh-CN"/>
        </w:rPr>
        <w:br/>
      </w:r>
      <w:r>
        <w:rPr>
          <w:lang w:eastAsia="zh-CN"/>
        </w:rPr>
        <w:t>　　通过阅读学习，我更加深刻地体会到，“以奋斗者为本”作为华为核心价值观的重要组成部分，对于华为来说是多么的至关重要，华为公司之所以受人尊重，就是因为他不断地颠覆和超越自我，不断地强化“以奋斗者为本”的核心理念。这是一本非常具有阅读价值的书籍，它不仅让我们领会到华为公司的内在价值，也让我们深刻认识到让华为不懈驱动的奋斗者的力量!</w:t>
      </w:r>
      <w:r>
        <w:rPr>
          <w:lang w:eastAsia="zh-CN"/>
        </w:rPr>
        <w:br/>
      </w:r>
      <w:r>
        <w:rPr>
          <w:lang w:eastAsia="zh-CN"/>
        </w:rPr>
        <w:t xml:space="preserve">    华为以奋斗者为本读书心得体会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常常惊叹于一个公司的强大、一个人的成功，但惊叹过后除了继续享受着他们给带来的生活便利，却很少思考他们成功的原因。其实他们也是从“小白”开始创业，他们的公司也经历过寒冬，但是他们都能够打破僵局，通过改革破茧成蝶，使公司越发强大。</w:t>
      </w:r>
      <w:r>
        <w:rPr>
          <w:lang w:eastAsia="zh-CN"/>
        </w:rPr>
        <w:br/>
      </w:r>
      <w:r>
        <w:rPr>
          <w:lang w:eastAsia="zh-CN"/>
        </w:rPr>
        <w:t>　　华为就是这样的例子。</w:t>
      </w:r>
      <w:r>
        <w:rPr>
          <w:lang w:eastAsia="zh-CN"/>
        </w:rPr>
        <w:br/>
      </w:r>
      <w:r>
        <w:rPr>
          <w:lang w:eastAsia="zh-CN"/>
        </w:rPr>
        <w:t>　　接触华为源于华为智能手机，之后了解到华为“麒麟”芯片可以和苹果、三星等科技强企三足鼎立，进而又了解了任正非这个充满传奇色彩的人。而当我读过《以奋斗者为本》这本书时，才真正开启了对于华为公司的认知。</w:t>
      </w:r>
      <w:r>
        <w:rPr>
          <w:lang w:eastAsia="zh-CN"/>
        </w:rPr>
        <w:br/>
      </w:r>
      <w:r>
        <w:rPr>
          <w:lang w:eastAsia="zh-CN"/>
        </w:rPr>
        <w:t>　　这本书以华为基本法为基础，结合各种讲话纪要汇编而成。书中的每一条经验都是华为发展道路上总结的精华，华为说：以奋斗者为本，就是在说以劳动者和投资者为本，他们都是为华为努力奋斗的人。什么是奋斗？能够为客户创造价值就是奋斗。是的，华为重视客户，华为说，天底下唯一能给华为钱的只有客户，企业要活下去就得为客户服务，所以华为把活下去作为企业发展的硬道理，把为客户服务作为公司的发展方向。</w:t>
      </w:r>
      <w:r>
        <w:rPr>
          <w:lang w:eastAsia="zh-CN"/>
        </w:rPr>
        <w:br/>
      </w:r>
      <w:r>
        <w:rPr>
          <w:lang w:eastAsia="zh-CN"/>
        </w:rPr>
        <w:t>　　华为找到了发展方向，不断升华人力资源管理体系。在任正非的眼中，企业的良性发展管理第一技术第二，只要有一流的管理，即使技术二流也会进步。华为希望自己的管理模式能够推动员工对工作的积极性，能将管理应用到管理上，能区分和优化人才，充分调动华为十几万员工的力量，使华为所有员工能够做到力出一孔、利出一孔。当员工把力量集中在华为、全部获利在华为的时候，那该有怎样的凝聚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华为的发展并不是几段文字能够概括，华为的精华也不是一本书能够读懂。事实上任何公司的生存都有值得深思的道理和值得学习的精华，凯嘉集团（义棠煤业）的发展就有着七十年的风雨历程。读这本书，更多的是学会汲取华为先进管理办法，因地制宜，取长补短。华为公司重视员工的贡献，而我们凯嘉集团也是如此。作为普通的凯嘉员工，我们有责任、有义务为凯嘉的发展做出贡献。做为凯嘉年轻力量的一员，我们更应该发挥自己年轻人的朝气，将新思想、新思路、新风貌展现给集团，像华为一样，用新鲜血液打破公司固有的平衡，新员工老员工相互激励向上发展，达到华为的新高度。</w:t>
      </w:r>
      <w:r>
        <w:rPr>
          <w:lang w:eastAsia="zh-CN"/>
        </w:rPr>
        <w:br/>
      </w:r>
      <w:r>
        <w:rPr>
          <w:lang w:eastAsia="zh-CN"/>
        </w:rPr>
        <w:t>　　“猛将必发于卒伍，宰相必取于州郡”作为基层人员，我们的努力只有在基层开始沉淀，才有被认知的一天。从小事锤炼自己，加强“知本主义”的观念，调整心态，共同奋斗，让自己大有可为！</w:t>
      </w:r>
      <w:r>
        <w:rPr>
          <w:lang w:eastAsia="zh-CN"/>
        </w:rPr>
        <w:br/>
      </w:r>
      <w:r>
        <w:rPr>
          <w:lang w:eastAsia="zh-CN"/>
        </w:rPr>
        <w:t xml:space="preserve">    华为以奋斗者为本读书心得体会 篇11 </w:t>
      </w:r>
      <w:r>
        <w:rPr>
          <w:lang w:eastAsia="zh-CN"/>
        </w:rPr>
        <w:br/>
      </w:r>
      <w:r>
        <w:rPr>
          <w:lang w:eastAsia="zh-CN"/>
        </w:rPr>
        <w:t>　　为生存而奋斗───读《以奋斗者为本》之感</w:t>
      </w:r>
      <w:r>
        <w:rPr>
          <w:lang w:eastAsia="zh-CN"/>
        </w:rPr>
        <w:br/>
      </w:r>
      <w:r>
        <w:rPr>
          <w:lang w:eastAsia="zh-CN"/>
        </w:rPr>
        <w:t>　　1992年华为年终总结大会，任正非面对华为全体员工，第一句话是“我们活下来了”就泪流满面再也说不下去。20__年，华为公司的《以奋斗者为本》出版，阐叙了华为企业核心价值观：以客户为中心，以奋斗者为本，长期艰苦奋斗。我浅读了一下此书，深深的被华为公司那种危机意识引发的自强不息，奋斗不止的企业文化所感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书中提出企业的最低纲领是要活下去。因此企业长期要研究的问题是如何活下去，积极寻找活下去的理由和活下去的价值。华为人倡导“以奋斗者为本”，我体会到华为的成功归根结底就是经营人、造就人的成功，它通过不断挖掘人的潜在能力、资源、优势，并充分运用特有的文化宣导和有效的激励方法，促使所有员工都在不断批判和创新的路上努力前行、贡献智慧、以奋斗为荣。通阅全书，字里行间处处饱含强烈的哲理精神，散发催人奋进的正能量。我这里通过围绕“奋斗者”的话题，抛砖引玉，谈谈我的心得体会。</w:t>
      </w:r>
      <w:r>
        <w:rPr>
          <w:lang w:eastAsia="zh-CN"/>
        </w:rPr>
        <w:br/>
      </w:r>
      <w:r>
        <w:rPr>
          <w:lang w:eastAsia="zh-CN"/>
        </w:rPr>
        <w:t>　　一、什么叫奋斗</w:t>
      </w:r>
      <w:r>
        <w:rPr>
          <w:lang w:eastAsia="zh-CN"/>
        </w:rPr>
        <w:br/>
      </w:r>
      <w:r>
        <w:rPr>
          <w:lang w:eastAsia="zh-CN"/>
        </w:rPr>
        <w:t>　　书中开始第1.3章阐叙，“为客户创造价值的任何微小活动，以及在劳动准备过程中，为充实提高自己而做的努力，均叫奋斗。否则再苦再累也不叫奋斗。”由此可见，华为对奋斗者的界定是建立在绩效基础上的，奋斗的关键不是员工做什么而是为什么而做，奋斗是否紧贴华为的核心价值观，奋斗有无创造价值、提高自己等。华为的“奋斗者”，除了包含勤勉、斗志、贡献等基本要素外，还具备忠诚华为核心价值观、责任为先、尽心尽力、无私无畏、敢担风险、坚持开放与包容、善于解剖与批判、甘于寂寞与委屈、敢打大仗恶仗苦仗等许许多多的特质。</w:t>
      </w:r>
      <w:r>
        <w:rPr>
          <w:lang w:eastAsia="zh-CN"/>
        </w:rPr>
        <w:br/>
      </w:r>
      <w:r>
        <w:rPr>
          <w:lang w:eastAsia="zh-CN"/>
        </w:rPr>
        <w:t>　　二、如何成为奋斗者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通阅全书，华为告诉我们，如何成为一名公认的奋斗者，必须遵循三条路径：爱学习、“狼”性、讲作为。首先，我们时代是知识经济的时代，知识产权和技术诀窍的价值和支配力超过了资本，那么知识从何而来？当然需要我们学习学习再学习。持续不断的有效学习，才能跟上这个知识大爆炸的时代。一旦我们稍有松懈将失去安身立命的生存空间，被竞争的大浪打翻而折戟沉沙。</w:t>
      </w:r>
      <w:r>
        <w:rPr>
          <w:lang w:eastAsia="zh-CN"/>
        </w:rPr>
        <w:br/>
      </w:r>
      <w:r>
        <w:rPr>
          <w:lang w:eastAsia="zh-CN"/>
        </w:rPr>
        <w:t>　　其次，修养“狼”性。狼之所以能成为世界公认的战斗力最强的动物，主要源自它的三大特性：一是嗅觉敏锐，二是奋不顾身，三是团结作战。所以，要想让自己获得更大的成功，企业在商界立于不败之地，我们就必须学会时时更新知识、敢于承担责任、善于融入团队。</w:t>
      </w:r>
      <w:r>
        <w:rPr>
          <w:lang w:eastAsia="zh-CN"/>
        </w:rPr>
        <w:br/>
      </w:r>
      <w:r>
        <w:rPr>
          <w:lang w:eastAsia="zh-CN"/>
        </w:rPr>
        <w:t>　　最后，我们要追求作为，创造价值。华为视有成效的奋斗者为企业的中坚力量，并尽力提拔他们成为企业的中、高级干部。华为对干部的选拔标准及考核要求也会高于常人，那就是敬业献身、无私无畏、自我批判、大局为重，始终保持使命感和危机感。</w:t>
      </w:r>
      <w:r>
        <w:rPr>
          <w:lang w:eastAsia="zh-CN"/>
        </w:rPr>
        <w:br/>
      </w:r>
      <w:r>
        <w:rPr>
          <w:lang w:eastAsia="zh-CN"/>
        </w:rPr>
        <w:t>　　三、怎样激励奋斗者</w:t>
      </w:r>
      <w:r>
        <w:rPr>
          <w:lang w:eastAsia="zh-CN"/>
        </w:rPr>
        <w:br/>
      </w:r>
      <w:r>
        <w:rPr>
          <w:lang w:eastAsia="zh-CN"/>
        </w:rPr>
        <w:t>　　华为是如何激励奋斗者的呢？华为通过“以奋斗者为本”企业文化，分配激励上向奋斗者倾斜，干部提拔向奋斗者倾斜，主要表现在以下三方面：</w:t>
      </w:r>
      <w:r>
        <w:rPr>
          <w:lang w:eastAsia="zh-CN"/>
        </w:rPr>
        <w:br/>
      </w:r>
      <w:r>
        <w:rPr>
          <w:lang w:eastAsia="zh-CN"/>
        </w:rPr>
        <w:t>　　首先保持危机意识，惶者生存。创业难，守业难，知难不难。让高层有使命性，让中层有危机感，让基层有饥饿感。这里就能理解任总的一句“我们活下来了”做为年终总结的引言。华为通过人力资源的政策导向，适当的营造这种危机意识。并用制度将其转化为全体员工努力工作的动力。</w:t>
      </w:r>
      <w:r>
        <w:rPr>
          <w:lang w:eastAsia="zh-CN"/>
        </w:rPr>
        <w:br/>
      </w:r>
    </w:p>
    <w:p w:rsidR="001B1F19" w14:textId="27C3F48A">
      <w:pPr>
        <w:rPr>
          <w:rFonts w:hint="eastAsia"/>
          <w:lang w:eastAsia="zh-CN"/>
        </w:rPr>
      </w:pPr>
      <w:r>
        <w:rPr>
          <w:lang w:eastAsia="zh-CN"/>
        </w:rPr>
        <w:t>　　其次，华为建立干部管理的“选拔制”和“淘汰制”，不是“培养制”。“猛将必发于士卒，宰相必取于州郡”，是否具备基层一线成功实践、项目管理成功实践经验，是干部选拔标准的排他条件。同时干部能上能下，大浪淘沙，将末位淘汰融入日常绩效考核工作体系。消灭惰怠，去除“夹心阶层”，全方位地调动了那些想成为有成效奋斗者的员工的积极性，使他们更加注重融入团队、奋勇争先、敢于担责。</w:t>
      </w:r>
      <w:r>
        <w:rPr>
          <w:lang w:eastAsia="zh-CN"/>
        </w:rPr>
        <w:br/>
      </w:r>
      <w:r>
        <w:rPr>
          <w:lang w:eastAsia="zh-CN"/>
        </w:rPr>
        <w:t>　　最后，推行了堪称当今世界最完善的价值评价体制——左边支持价值创造，右边支持价值分配，形成了一个自我循环的利益驱动机制。员工不用看干部的脸色眼色行事，更多注重的是工作绩效和自我价值的最好展示，在注重责任结果、贡献、商业价值等导向的基础上推行了“利益均沾”机制。</w:t>
      </w:r>
      <w:r>
        <w:rPr>
          <w:lang w:eastAsia="zh-CN"/>
        </w:rPr>
        <w:br/>
      </w:r>
      <w:r>
        <w:rPr>
          <w:lang w:eastAsia="zh-CN"/>
        </w:rPr>
        <w:t>　　宏伟大业必以奋斗为基石，美好未来必靠奋斗来实现。华为在物质上、精神上保证好奋斗者的利益，让“雷锋”式的员工吃苦不吃亏。“胜者举杯相庆，败则拼死相救”的氛围的真正形成，企业和员工共生共荣的理念真正落地，让华为最终成就了一个世界级、商业性、领先性的大型高科技企业。这正是华为最值得我们学习和借鉴的地方。泰富重装集团，以“创新、速度、协作、激情”点燃制造人的“工匠精神”，与华为的“以奋斗者为本”不谋而合；以“全员思想教育、全面质量提升”的持续改进行动，与华为的“要活下去”最低纲领异曲同工。华为已经在前方斩荆披棘，点亮了开拓的明灯，我相信泰富重装集团也将昂首阔步、继往开来、奋勇追赶，成为践行国家“一带一路”战略的探路先锋，为跨入千亿产值企业同样而奋斗不止！</w:t>
      </w:r>
      <w:r>
        <w:rPr>
          <w:lang w:eastAsia="zh-CN"/>
        </w:rPr>
        <w:br/>
      </w:r>
      <w:r>
        <w:rPr>
          <w:lang w:eastAsia="zh-CN"/>
        </w:rPr>
        <w:t xml:space="preserve">    华为以奋斗者为本读书心得体会 篇12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https://d.book118.com/905142040312011110</w:t>
        </w:r>
      </w:hyperlink>
    </w:p>
    <w:p w:rsidR="001B1F19">
      <w:pPr>
        <w:rPr>
          <w:rFonts w:hint="eastAsia"/>
          <w:lang w:eastAsia="zh-CN"/>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514204031201111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