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基层工作总结和心得体会</w:t>
      </w:r>
    </w:p>
    <w:p>
      <w:pPr>
        <w:spacing w:before="100" w:after="200" w:line="360" w:lineRule="auto"/>
        <w:ind w:firstLine="576"/>
        <w:jc w:val="left"/>
      </w:pPr>
      <w:r>
        <w:rPr>
          <w:rFonts w:ascii="宋体" w:eastAsia="宋体" w:hAnsi="宋体"/>
          <w:sz w:val="28"/>
        </w:rPr>
        <w:t>弹指一挥间，时间匆匆流逝，20xx年已经过去了一半。刚才听了各部门主管对公司几大版块工作的总结汇报。从报告中看得出，这半年，是我们不锈持续发展的半年，是我们齐心协力不断求索的半年。</w:t>
      </w:r>
    </w:p>
    <w:p>
      <w:pPr>
        <w:spacing w:before="100" w:after="200" w:line="360" w:lineRule="auto"/>
        <w:ind w:firstLine="576"/>
        <w:jc w:val="left"/>
      </w:pPr>
      <w:r>
        <w:rPr>
          <w:rFonts w:ascii="宋体" w:eastAsia="宋体" w:hAnsi="宋体"/>
          <w:sz w:val="28"/>
        </w:rPr>
        <w:t>在此，对大家取得的成绩表示热烈祝贺，对大家的辛勤付出表示真挚地感谢。</w:t>
      </w:r>
    </w:p>
    <w:p>
      <w:pPr>
        <w:spacing w:before="100" w:after="200" w:line="360" w:lineRule="auto"/>
        <w:ind w:firstLine="576"/>
        <w:jc w:val="left"/>
      </w:pPr>
      <w:r>
        <w:rPr>
          <w:rFonts w:ascii="宋体" w:eastAsia="宋体" w:hAnsi="宋体"/>
          <w:sz w:val="28"/>
        </w:rPr>
        <w:t>现在我对上半年集团公司总结工作如下：</w:t>
      </w:r>
    </w:p>
    <w:p>
      <w:pPr>
        <w:spacing w:before="100" w:after="200" w:line="360" w:lineRule="auto"/>
        <w:ind w:firstLine="576"/>
        <w:jc w:val="left"/>
      </w:pPr>
      <w:r>
        <w:rPr>
          <w:rFonts w:ascii="宋体" w:eastAsia="宋体" w:hAnsi="宋体"/>
          <w:sz w:val="28"/>
        </w:rPr>
        <w:t>第一部分：在惯性中发展。</w:t>
      </w:r>
    </w:p>
    <w:p>
      <w:pPr>
        <w:spacing w:before="100" w:after="200" w:line="360" w:lineRule="auto"/>
        <w:ind w:firstLine="576"/>
        <w:jc w:val="left"/>
      </w:pPr>
      <w:r>
        <w:rPr>
          <w:rFonts w:ascii="宋体" w:eastAsia="宋体" w:hAnsi="宋体"/>
          <w:sz w:val="28"/>
        </w:rPr>
        <w:t>数数我们上半年的亮点有哪些;我们的销售量仍旧大踏步增长：上半年实际销售量.75万吨，比去年同期增长了44%。在全球经济下滑的大环境下，我们能取得这样的增长，实属不易!近12万吨的钢板经xx人之手到大江南北，天涯海角，我们销售的网络在不断延伸，我们的终端客户数量继续增加。</w:t>
      </w:r>
    </w:p>
    <w:p>
      <w:pPr>
        <w:spacing w:before="100" w:after="200" w:line="360" w:lineRule="auto"/>
        <w:ind w:firstLine="576"/>
        <w:jc w:val="left"/>
      </w:pPr>
      <w:r>
        <w:rPr>
          <w:rFonts w:ascii="宋体" w:eastAsia="宋体" w:hAnsi="宋体"/>
          <w:sz w:val="28"/>
        </w:rPr>
        <w:t>上半年，我们紧跟时代发展步伐，引进了新型的营销模式，电子商务。电商部成立以来，月销售量平均增长率达到38%，在人员少、时间短的情况下，我们电商部通过东方商城这一平台成功销售不锈钢产品t。这是个新的良好开端，也是我们会继续加强的营销方式。随着公司日益发展壮大，我们品牌日益响亮，上半年，在各种大型商务活动中，屡屡出现我们的身影，在行业中的影响越来越大。</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与此同时，我们继续保持着与各大钢厂的良好关系，目前我们仍然是东方特钢的第一大户，华东地区唯一一个核心代理商;通过不断的交流改善，与张浦的联络更加密切;最近、也慕名前来联络洽谈。</w:t>
      </w:r>
    </w:p>
    <w:p>
      <w:pPr>
        <w:spacing w:before="100" w:after="200" w:line="360" w:lineRule="auto"/>
        <w:ind w:firstLine="576"/>
        <w:jc w:val="left"/>
      </w:pPr>
      <w:r>
        <w:rPr>
          <w:rFonts w:ascii="宋体" w:eastAsia="宋体" w:hAnsi="宋体"/>
          <w:sz w:val="28"/>
        </w:rPr>
        <w:t>我们的各条战线的管理工作也都在改进和提高，都在满负荷运转，保障了经营的顺利进行，保证我们在不锈钢行业中稳坐前列!</w:t>
      </w:r>
    </w:p>
    <w:p>
      <w:pPr>
        <w:spacing w:before="100" w:after="200" w:line="360" w:lineRule="auto"/>
        <w:ind w:firstLine="576"/>
        <w:jc w:val="left"/>
      </w:pPr>
      <w:r>
        <w:rPr>
          <w:rFonts w:ascii="宋体" w:eastAsia="宋体" w:hAnsi="宋体"/>
          <w:sz w:val="28"/>
        </w:rPr>
        <w:t>但是，我深刻认识到，这只是在我们有了多年的实力积淀的基础上的惯性发展。事实上，我们仍有很多工作没有做好：如销售量没有达到目标;经营利润方面相差甚远;经营管理方面没有创新和进步;6s管理不进反退……一切一切，令人揪心!</w:t>
      </w:r>
    </w:p>
    <w:p>
      <w:pPr>
        <w:spacing w:before="100" w:after="200" w:line="360" w:lineRule="auto"/>
        <w:ind w:firstLine="576"/>
        <w:jc w:val="left"/>
      </w:pPr>
      <w:r>
        <w:rPr>
          <w:rFonts w:ascii="宋体" w:eastAsia="宋体" w:hAnsi="宋体"/>
          <w:sz w:val="28"/>
        </w:rPr>
        <w:t>成绩和不足都是过去，重要的是对于未来发展的思考。现在我与大家分享第二部分：在思考中前行。</w:t>
      </w:r>
    </w:p>
    <w:p>
      <w:pPr>
        <w:spacing w:before="100" w:after="200" w:line="360" w:lineRule="auto"/>
        <w:ind w:firstLine="576"/>
        <w:jc w:val="left"/>
      </w:pPr>
      <w:r>
        <w:rPr>
          <w:rFonts w:ascii="宋体" w:eastAsia="宋体" w:hAnsi="宋体"/>
          <w:sz w:val="28"/>
        </w:rPr>
        <w:t>这半年来，我舍不得出差，每天面临处理不完的锁事。一进办公室就坐下，一直坐到晚上八九点，躺在床上还睡不着，睡到两三点就醒了，满脑子是问题，是不断出现的事故。我记得《华为的冬天》中任正非说的一句话：十年来我天天思考的都是失败，对成功视而不见，也没有什么荣誉感、自豪感，而是危机感，我也一样。冬天让我们懂得，要时刻警醒，未雨绸缪。面对现实，正视自我，我除了思索还是思索。</w:t>
      </w:r>
    </w:p>
    <w:p>
      <w:pPr>
        <w:spacing w:before="100" w:after="200" w:line="360" w:lineRule="auto"/>
        <w:ind w:firstLine="576"/>
        <w:jc w:val="left"/>
      </w:pPr>
      <w:r>
        <w:rPr>
          <w:rFonts w:ascii="宋体" w:eastAsia="宋体" w:hAnsi="宋体"/>
          <w:sz w:val="28"/>
        </w:rPr>
        <w:t>为了解决我们设备更新，现有场地有限、物流不顺的情况，8月份将启动对现有加工中心的改造，去年订下的意大利诺瓦生产线、威台分剪、分条线将全部安装在现有厂区内，对远大、腾麒机组将进行升级、改造。改造后的加工仓储中心将是无锡最好最高档的加工中心之一、</w:t>
      </w:r>
    </w:p>
    <w:p>
      <w:pPr>
        <w:spacing w:before="100" w:after="200" w:line="360" w:lineRule="auto"/>
        <w:ind w:firstLine="576"/>
        <w:jc w:val="left"/>
      </w:pPr>
      <w:r>
        <w:rPr>
          <w:rFonts w:ascii="宋体" w:eastAsia="宋体" w:hAnsi="宋体"/>
          <w:sz w:val="28"/>
        </w:rPr>
        <w:t>为了解决我们加工设备利用不足，加工没有贡献利润的状况，我们在6月底成立了深加工销售部，下半年，会加强深加工设备的技术管理、技术提升，全面拓展加工业务。以便创造更多利润。</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为了将这个品牌唱响，我们放弃了意向的雄狮、精海、环海等名称，已经正式在筹建xx集团，目前logo已经确定，工商注册也在加快进行。预计8月份正式完成。</w:t>
      </w:r>
      <w:r>
        <w:rPr>
          <w:rFonts w:ascii="宋体" w:eastAsia="宋体" w:hAnsi="宋体"/>
          <w:sz w:val="28"/>
        </w:rPr>
        <w:t xml:space="preserve"> 为了提高整个集团的竞争力，我这半年对不锈的兄弟公司，雄狮风能、雄狮机械进行了较大的改造。</w:t>
      </w:r>
    </w:p>
    <w:p>
      <w:pPr>
        <w:spacing w:before="100" w:after="200" w:line="360" w:lineRule="auto"/>
        <w:ind w:firstLine="576"/>
        <w:jc w:val="left"/>
      </w:pPr>
      <w:r>
        <w:rPr>
          <w:rFonts w:ascii="宋体" w:eastAsia="宋体" w:hAnsi="宋体"/>
          <w:sz w:val="28"/>
        </w:rPr>
        <w:t>雄狮风能已经更名为环海重工，抛弃原先单一的经营范围，由风能部件拓展到机床、注塑机、水泵、工程机械等行业的业务领域，尤其是在破碎机耐磨件的领域有了重大突破，环海重工的转折应该在下半年就能看到。</w:t>
      </w:r>
    </w:p>
    <w:p>
      <w:pPr>
        <w:spacing w:before="100" w:after="200" w:line="360" w:lineRule="auto"/>
        <w:ind w:firstLine="576"/>
        <w:jc w:val="left"/>
      </w:pPr>
      <w:r>
        <w:rPr>
          <w:rFonts w:ascii="宋体" w:eastAsia="宋体" w:hAnsi="宋体"/>
          <w:sz w:val="28"/>
        </w:rPr>
        <w:t>总之，xx集团的三大核心业务，将不再是不锈一家不断输血，今后三家都会盈利，都会为xx集团的发展做出贡献，环海和机械甚至于会超过不锈。</w:t>
      </w:r>
    </w:p>
    <w:p>
      <w:pPr>
        <w:spacing w:before="100" w:after="200" w:line="360" w:lineRule="auto"/>
        <w:ind w:firstLine="576"/>
        <w:jc w:val="left"/>
      </w:pPr>
      <w:r>
        <w:rPr>
          <w:rFonts w:ascii="宋体" w:eastAsia="宋体" w:hAnsi="宋体"/>
          <w:sz w:val="28"/>
        </w:rPr>
        <w:t>下半年，我们将大刀阔斧的，变革就会有痛苦，但我们必须清醒的意识到：唯有勇于突破，才能开创美丽的新世界。不变革，不进步，只有死路一条!!!</w:t>
      </w:r>
    </w:p>
    <w:p>
      <w:pPr>
        <w:spacing w:before="100" w:after="200" w:line="360" w:lineRule="auto"/>
        <w:ind w:firstLine="576"/>
        <w:jc w:val="left"/>
      </w:pPr>
      <w:r>
        <w:rPr>
          <w:rFonts w:ascii="宋体" w:eastAsia="宋体" w:hAnsi="宋体"/>
          <w:sz w:val="28"/>
        </w:rPr>
        <w:t>下半年国内外的经济形势将更加复杂和严峻，不锈钢下游需求不旺，可不锈钢产能仍大力释放，我们所从事产品的经营工作面临更加严峻的考验。但是时代赋予我们责任是逆流而上，我们要超常规增长、要超常规发展。</w:t>
      </w:r>
    </w:p>
    <w:p>
      <w:pPr>
        <w:spacing w:before="100" w:after="200" w:line="360" w:lineRule="auto"/>
        <w:ind w:firstLine="576"/>
        <w:jc w:val="left"/>
      </w:pPr>
      <w:r>
        <w:rPr>
          <w:rFonts w:ascii="宋体" w:eastAsia="宋体" w:hAnsi="宋体"/>
          <w:sz w:val="28"/>
        </w:rPr>
        <w:t>温说：信心比黄金更重要。希望大家鼓足信心，以新的绩效考核为带动手段，以开展精益生产为契机，以创新营销为目标，在各条战线、各个岗位上勤奋、上进、创新。</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过去的20xx年是天山股份十一〃五期间抓住机遇、快速应对形势实施战略布局的一年;是坚持实施产销最大化，发展速度最快的一年;也是深化对标管理，经营质量进一步增强的一年。</w:t>
      </w:r>
    </w:p>
    <w:p>
      <w:pPr>
        <w:spacing w:before="100" w:after="200" w:line="360" w:lineRule="auto"/>
        <w:ind w:firstLine="576"/>
        <w:jc w:val="left"/>
      </w:pPr>
      <w:r>
        <w:rPr>
          <w:rFonts w:ascii="宋体" w:eastAsia="宋体" w:hAnsi="宋体"/>
          <w:sz w:val="28"/>
        </w:rPr>
        <w:t>回首十一〃五，天山股份历经艰险、坚定信心，坚持做优做强的战略目标，各级管理团队从不放弃、从不埋怨，以发展和经营两大成果谱写了凝聚坚强、创造卓越的历史篇章。5年来，公司产能规模迅速壮大，经营业绩快速增长，管理体系逐渐完善，技术装备水平显著提高，区域板块发展齐头并进，人才队伍日渐雄厚，全面完成了股份公司20xx-20xx年战略规划中提出的20xx年主要任务。20xx年规划熟料产能1590万吨，</w:t>
      </w:r>
    </w:p>
    <w:p>
      <w:pPr>
        <w:spacing w:before="100" w:after="200" w:line="360" w:lineRule="auto"/>
        <w:ind w:firstLine="576"/>
        <w:jc w:val="left"/>
      </w:pPr>
      <w:r>
        <w:rPr>
          <w:rFonts w:ascii="宋体" w:eastAsia="宋体" w:hAnsi="宋体"/>
          <w:sz w:val="28"/>
        </w:rPr>
        <w:t>回顾十一〃五期间的每一次总结表彰大会的讲话核心内容： 20xx年，提出了全面推进人力资源队伍建设的要求;20xx年确定了创新经营、创新理念，坚定做优做强水泥主业的战略目标;20xx年明确了持续提高企业竞争能力，创建一流企业的发展任务;20xx年强调了理想确定人生、信念指导行为、责任胜于能力的理想信念教育;20xx年阐述了坚守责任，担当天山股份发展重任的紧迫性和重要性，并首次提出了为实现跨越式发展作准备的远大目标。可以说五年以来，我们这个团队始终围绕确定目标、落实任务、建设队伍这三大系统，按照责任、和谐、创新的管理理念一步一步迈进。这5年股份公司的各项工作也是紧紧围绕上述三个方面开展。5年来通过大家的不懈坚持与努力，通过树立标杆不断学习及改进，天山股份在不断壮大、成熟和勇于担当。良好的经营业绩，重塑优良的企业形象，稳健务实的工作态度为公司下一步实现跨越式发展奠定了良好基础，同时又团结和凝聚了一大批具有共同理想信念的合作伙伴。</w:t>
      </w:r>
    </w:p>
    <w:p>
      <w:pPr>
        <w:spacing w:before="100" w:after="200" w:line="360" w:lineRule="auto"/>
        <w:ind w:firstLine="576"/>
        <w:jc w:val="left"/>
      </w:pPr>
      <w:r>
        <w:rPr>
          <w:rFonts w:ascii="宋体" w:eastAsia="宋体" w:hAnsi="宋体"/>
          <w:sz w:val="28"/>
        </w:rPr>
        <w:t>下面，我从三个大方面对公司20xx年的工作及今后的形势任务谈几点意见：</w:t>
      </w:r>
    </w:p>
    <w:p>
      <w:pPr>
        <w:spacing w:before="100" w:after="200" w:line="360" w:lineRule="auto"/>
        <w:jc w:val="left"/>
      </w:pPr>
      <w:r>
        <w:rPr>
          <w:rFonts w:ascii="宋体 (中文正文)" w:eastAsia="宋体" w:hAnsi="宋体 (中文正文)"/>
          <w:b/>
          <w:sz w:val="28"/>
        </w:rPr>
        <w:t>一、20xx年取得的主要成绩</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(一)重视战略研究为企业确定发展方向</w:t>
      </w:r>
    </w:p>
    <w:p>
      <w:pPr>
        <w:spacing w:before="100" w:after="200" w:line="360" w:lineRule="auto"/>
        <w:ind w:firstLine="576"/>
        <w:jc w:val="left"/>
      </w:pPr>
      <w:r>
        <w:rPr>
          <w:rFonts w:ascii="宋体" w:eastAsia="宋体" w:hAnsi="宋体"/>
          <w:sz w:val="28"/>
        </w:rPr>
        <w:t xml:space="preserve"> 天山股份自上市以来始终重视战略管理工作，十〃五期间，公司的战略研究初具系统化。十一〃五期间，企业发展战略研究已成为确定公司发展方向的重要依据。成功的企业必有科学的战略做支撑，科学的战略必来自对形势的准确判断。成为中国一流的水泥企业是天山股份的愿景，我们所有的战略研究都围绕这一愿景展开。20xx年下半年以来，各种迹象显示新疆将面临前所未有的大发展机遇，天山股份处在新一轮快速发展的关口，发展机遇显而易见，如何发展、发展到何种规模是20xx年天山股份的关键所在。</w:t>
      </w:r>
    </w:p>
    <w:p>
      <w:pPr>
        <w:spacing w:before="100" w:after="200" w:line="360" w:lineRule="auto"/>
        <w:ind w:firstLine="576"/>
        <w:jc w:val="left"/>
      </w:pPr>
      <w:r>
        <w:rPr>
          <w:rFonts w:ascii="宋体" w:eastAsia="宋体" w:hAnsi="宋体"/>
          <w:sz w:val="28"/>
        </w:rPr>
        <w:t>一年多来，公司组织力量对新疆所有政策进行了收集梳理、对所有地州十一〃五以来以及十二〃五期间主要经济指标进行了收集分析、对带动经济和民生发展的大部分重点工程项目进行了详细分析，与国内相似省区的水泥工业发展趋势进行了比对。根据发展形势，明确提出了实现跨域式发展的目标。在我们经营班子及各事业部的充分论证把握下，使得公司在中央新疆工作座谈会之后20天之内即修订了天山股份20xx-20xx年发展规划，提出了在核心经济区域务必保持发展优势，在新兴区域加快发展，在发展中大力造势的战略思路。</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在战略研究中，我们提倡开放和创新的战略思维，不先入为主、不轻意排斥。发挥事业部一线判断和把握机会的效能作用，20xx年起对原来认为的禁区和公司非优势区域实行了强力介入，最先启动了南疆三地州的投资结构，开工建设喀什、叶城日产熟料4000吨两条大生产线，增加了在伊犁州、和田地区的战略布局，使股份公司在疆内产业布局增加到12个地州。重视对产业政策的研究、积极推动自身结构调整。提出了在疆内首家建设利用水泥窑协同处置城市污泥及城市垃圾的项目课题，创新项目建设内容，为提升水泥工业科技含量开始偿试。20xx年共提出项目18 个，全部履行完决策程序16个，继20xx年已经开工实施和20xx年实施的项目共计21 个，累计完成投资27.83亿元。</w:t>
      </w:r>
    </w:p>
    <w:p>
      <w:pPr>
        <w:spacing w:before="100" w:after="200" w:line="360" w:lineRule="auto"/>
        <w:ind w:firstLine="576"/>
        <w:jc w:val="left"/>
      </w:pPr>
      <w:r>
        <w:rPr>
          <w:rFonts w:ascii="宋体" w:eastAsia="宋体" w:hAnsi="宋体"/>
          <w:sz w:val="28"/>
        </w:rPr>
        <w:t>其中，超常规推进项目建设，喀什4000t/d、叶城4000t/d、伊犁4500t/d项目从决策、项目审批到实施分别只用了不到两个月时间，阿克苏天山多浪水泥有限责任公司3200t/d项目从开工到点火八个月时间，在股份公司创造了当年开工当年具备点火条件，创造了天山股份战略实施的新纪录，为股份公司发展积累了经验、锻炼了队伍。</w:t>
      </w:r>
    </w:p>
    <w:p>
      <w:pPr>
        <w:spacing w:before="100" w:after="200" w:line="360" w:lineRule="auto"/>
        <w:ind w:firstLine="576"/>
        <w:jc w:val="left"/>
      </w:pPr>
      <w:r>
        <w:rPr>
          <w:rFonts w:ascii="宋体" w:eastAsia="宋体" w:hAnsi="宋体"/>
          <w:sz w:val="28"/>
        </w:rPr>
        <w:t>回顾20xx年，新的发展形势强烈的冲击着我们的思想观念，紧紧抓住新疆发展的大好机遇，使得公司在稍慢即逝的大环境中，赢得了先机。</w:t>
      </w:r>
    </w:p>
    <w:p>
      <w:pPr>
        <w:spacing w:before="100" w:after="200" w:line="360" w:lineRule="auto"/>
        <w:ind w:firstLine="576"/>
        <w:jc w:val="left"/>
      </w:pPr>
      <w:r>
        <w:rPr>
          <w:rFonts w:ascii="宋体" w:eastAsia="宋体" w:hAnsi="宋体"/>
          <w:sz w:val="28"/>
        </w:rPr>
        <w:t>(二)重视紧扣市场 为公司抓住发展机遇 20xx年是新疆水泥快速发展的一年，增速是十年来最快的一年，超过了20 %，远高于自治区国民生产总值的增速。20xx年天山股份水泥、商混、熟料销售增速分别达到21%、54%、 106% ，其中疆内水泥增速达到30%，高 于 市场平均增速13个百分点。20xx年也是天山股份xx期间疆内水泥销量增长最快的一年。20xx年我们不仅遇到了一个水泥需求快速增长的有利时机，而且我们抓住了机遇，实现了高于同行业的快速增长。</w:t>
      </w:r>
    </w:p>
    <w:p>
      <w:pPr>
        <w:spacing w:before="100" w:after="200" w:line="360" w:lineRule="auto"/>
        <w:ind w:firstLine="576"/>
        <w:jc w:val="left"/>
      </w:pPr>
      <w:r>
        <w:rPr>
          <w:rFonts w:ascii="宋体" w:eastAsia="宋体" w:hAnsi="宋体"/>
          <w:sz w:val="28"/>
        </w:rPr>
        <w:t>20xx年公司能够实现产销快速增长得益于我们高度重视市场研究。通过对市场的透彻分析，确立了20xx年以实现产销最大化为核心的经营方针，并果断采取了窑、磨产能最大化的策略。在实践中，打破水泥生产淡旺季的常态思维，冬存水泥、外购熟料，提前准备，保证供给。无论前半年市场启动晚、还是后半年市场变化迅速，都坚定了公司产销最大化方针不动摇，跑赢了全年，实现了产销最大化。</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p>
    <w:p>
      <w:pPr>
        <w:spacing w:before="100" w:after="200" w:line="360" w:lineRule="auto"/>
        <w:ind w:firstLine="576"/>
        <w:jc w:val="left"/>
      </w:pPr>
      <w:r>
        <w:rPr>
          <w:rFonts w:ascii="宋体" w:eastAsia="宋体" w:hAnsi="宋体"/>
          <w:sz w:val="28"/>
        </w:rPr>
        <w:t>重视市场研究使得公司的决策和行动更有效。20xx年销售总公司重视市场研究，以重点工程为支点，撬动了东、北疆的生产、营销联动;南疆事业部抓住市场需求不放松，顽强奋战到年底，于12月25日全面完成公司产销计划，水泥销售突破400万吨，达到414万吨，商混突破70万方;东疆事业部坚决贯彻公司冬存水泥，哈密、鄯善公司销售总量突破100万吨，高出区域市场平均增长率15个百分点;北疆事业部下半年加大熟料采购力度，全年外购熟料居股份公司各事业部之首，保证了300万吨产销任务的完成;华东事业部紧紧抓住行业竞合和节能减排的市场机遇，争分夺秒，在有限的时间里实现了产销、利润最大化，全年利润达到1.62亿元，首次过亿，令人鼓舞。</w:t>
      </w:r>
    </w:p>
    <w:p>
      <w:pPr>
        <w:spacing w:before="100" w:after="200" w:line="360" w:lineRule="auto"/>
        <w:ind w:firstLine="576"/>
        <w:jc w:val="left"/>
      </w:pPr>
      <w:r>
        <w:rPr>
          <w:rFonts w:ascii="宋体" w:eastAsia="宋体" w:hAnsi="宋体"/>
          <w:sz w:val="28"/>
        </w:rPr>
        <w:t>20xx年股份公司生产经营指标全面突破完成，增长率都在30%以上，是我们加强紧扣市场的分析研究、把握机会、运筹帷幄，特别是各事业部共同努力取得的成果。</w:t>
      </w:r>
    </w:p>
    <w:p>
      <w:pPr>
        <w:spacing w:before="100" w:after="200" w:line="360" w:lineRule="auto"/>
        <w:ind w:firstLine="576"/>
        <w:jc w:val="left"/>
      </w:pPr>
      <w:r>
        <w:rPr>
          <w:rFonts w:ascii="宋体" w:eastAsia="宋体" w:hAnsi="宋体"/>
          <w:sz w:val="28"/>
        </w:rPr>
        <w:t>(三)重视练好内功全面提高公司竞争优势 20xx年公司继续以深化对标管理作为提升运营质量的重要手段。东疆事业部紧紧依靠广大职工，群策群力，保证了天山公司一、二分厂设备运转的高水平;米东事业部一期生产线历经2年的运营、改进，20xx年综合对标排名大幅度提升;华东事业部溧阳公司日产5000吨生产线连续运转60天，创造了股份公司新纪录。</w:t>
      </w:r>
    </w:p>
    <w:p>
      <w:pPr>
        <w:spacing w:before="100" w:after="200" w:line="360" w:lineRule="auto"/>
        <w:ind w:firstLine="576"/>
        <w:jc w:val="left"/>
      </w:pPr>
      <w:r>
        <w:rPr>
          <w:rFonts w:ascii="宋体" w:eastAsia="宋体" w:hAnsi="宋体"/>
          <w:sz w:val="28"/>
        </w:rPr>
        <w:t>运营管理统筹协调，集全公司之力办大事取得显著效果。20xx年在重点工程水泥供应、特种熟料协调调运等方面各有关事业部、子公司贯彻公司一盘棋思想，充分体现了公司整体大规模供货优势。</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利用科技创新推动公司发展。利用公司实施循环经济的优势，大力推动矿渣微粉在水泥生产中的应用，北疆事业部矿渣微粉运用在全公司名列前茅。20xx年内部消化矿渣微粉47.8万吨，相当于新增一条日产1500吨熟料水泥生产线。股份公司加大矿渣微粉、电石渣水泥生产、低温余热发电等投资获取政策支持的机会，取得国家财政资本金拨款2.3亿元，各项补贴性资金1.82亿元。</w:t>
      </w:r>
    </w:p>
    <w:p>
      <w:pPr>
        <w:spacing w:before="100" w:after="200" w:line="360" w:lineRule="auto"/>
        <w:ind w:firstLine="576"/>
        <w:jc w:val="left"/>
      </w:pPr>
      <w:r>
        <w:rPr>
          <w:rFonts w:ascii="宋体" w:eastAsia="宋体" w:hAnsi="宋体"/>
          <w:sz w:val="28"/>
        </w:rPr>
        <w:t>积极优化客户报务管理体系。销售总公司以客户为中心，依靠第三方独立开展客户满意度调查，系统分析自身存在的问题，改变客户管理中的惯性思维，清晰了解客户的多样需求，拉近了公司与客户之间的距离。</w:t>
      </w:r>
    </w:p>
    <w:p>
      <w:pPr>
        <w:spacing w:before="100" w:after="200" w:line="360" w:lineRule="auto"/>
        <w:ind w:firstLine="576"/>
        <w:jc w:val="left"/>
      </w:pPr>
      <w:r>
        <w:rPr>
          <w:rFonts w:ascii="宋体" w:eastAsia="宋体" w:hAnsi="宋体"/>
          <w:sz w:val="28"/>
        </w:rPr>
        <w:t>大力创造有利于公司全面发展的综合环境。20xx年克服重重困难，成功实现资本市场再融资，于20xx年4月实现了公司在资本市场融资15亿元的既定目标。同时提高公司信用政策，加速现金流量管理，拓宽融资渠道，保证了跨越式发展各类资金的需求及合理流动，特别是在20xx年末国内加大资金流动性管理的大背景下，天山股份取得19.94 亿元。</w:t>
      </w:r>
    </w:p>
    <w:p>
      <w:pPr>
        <w:spacing w:before="100" w:after="200" w:line="360" w:lineRule="auto"/>
        <w:ind w:firstLine="576"/>
        <w:jc w:val="left"/>
      </w:pPr>
      <w:r>
        <w:rPr>
          <w:rFonts w:ascii="宋体" w:eastAsia="宋体" w:hAnsi="宋体"/>
          <w:sz w:val="28"/>
        </w:rPr>
        <w:t>(四)重视员工队伍建设形成凝聚力 企业的发展既是经济效益的积累阶段，也是不断吸引和凝聚培育各类人才的过程。20xx年公司着重加强了技术、财务、管理、营销骨干队伍的培养，通过带头人影响和拉动人力资源的梯队建设，在全公司形成学技术、钻业务、人才有用武之地的良好氛围。</w:t>
      </w:r>
    </w:p>
    <w:p>
      <w:pPr>
        <w:spacing w:before="100" w:after="200" w:line="360" w:lineRule="auto"/>
        <w:ind w:firstLine="576"/>
        <w:jc w:val="left"/>
      </w:pPr>
      <w:r>
        <w:rPr>
          <w:rFonts w:ascii="宋体" w:eastAsia="宋体" w:hAnsi="宋体"/>
          <w:sz w:val="28"/>
        </w:rPr>
        <w:t>20xx年也是天山股份员工队伍增加较快的一年，新鲜血液的加入使公司员工队伍在年龄结构、知识结构、地域结构都发生了显著变化。天山股份的企业文化始终用包容、和谐迎接一批又一批新员工的到来。尊重、宽容、引导加快了新人与队伍的融合，言传身教、量才为用增强了大家的归属感。</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提供人才发挥作用的机会，以珍惜机会，做出贡献、做出表率为指导，20xx年一批责任心强、有实际工作能力的年轻人走上了事业部、分子公司和股份公司的重要管理岗位。一批从院校走出不久的大中专毕业生通过20xx年的锻炼，在20xx年崭露头脚承担了重要工作，快速推进着由新人到成熟员工的角色转变。</w:t>
      </w:r>
    </w:p>
    <w:p>
      <w:pPr>
        <w:spacing w:before="100" w:after="200" w:line="360" w:lineRule="auto"/>
        <w:ind w:firstLine="576"/>
        <w:jc w:val="left"/>
      </w:pPr>
      <w:r>
        <w:rPr>
          <w:rFonts w:ascii="宋体" w:eastAsia="宋体" w:hAnsi="宋体"/>
          <w:sz w:val="28"/>
        </w:rPr>
        <w:t>20xx年股份公司从实际出发，把解决事关队伍稳定的热点问题放在了议事日程，要求新建项目一律同步考虑员工公寓或者住宅建设。根据公司发展的实际，显著提高了基层员工的收入，让员工同享天山股份的发展成果，兑现了公司承诺。</w:t>
      </w:r>
    </w:p>
    <w:p>
      <w:pPr>
        <w:spacing w:before="100" w:after="200" w:line="360" w:lineRule="auto"/>
        <w:ind w:firstLine="576"/>
        <w:jc w:val="left"/>
      </w:pPr>
      <w:r>
        <w:rPr>
          <w:rFonts w:ascii="宋体" w:eastAsia="宋体" w:hAnsi="宋体"/>
          <w:sz w:val="28"/>
        </w:rPr>
        <w:t>(五)重视纪检效能监察保证企业和谐发展</w:t>
      </w:r>
    </w:p>
    <w:p>
      <w:pPr>
        <w:spacing w:before="100" w:after="200" w:line="360" w:lineRule="auto"/>
        <w:ind w:firstLine="576"/>
        <w:jc w:val="left"/>
      </w:pPr>
      <w:r>
        <w:rPr>
          <w:rFonts w:ascii="宋体" w:eastAsia="宋体" w:hAnsi="宋体"/>
          <w:sz w:val="28"/>
        </w:rPr>
        <w:t>为了始终保持公司健康、旺盛的发展势头，公司始终把纪检与效能监察工作做为公司强化监管的有效手段。20xx年公司党委与行政审计监察相结合，完成了公司所有基层企业首轮纪检和效能监察工作。从完善纪检和效能监察的各项制度建设，对党群工作体系、生产运营、财务管理、物流采购、项目建设、安全管理等重点环节实施效能监察，对事业部、分子公司领导班子成员与关键岗位人员进行廉洁从业教育和现场学习。开展覆盖范围广的访谈，做到广度、密度、深度有效结合，倾听了一线员工心声。对20xx年效能监察中发现的问题，依据品绩管理制度、人力资源考核制度、审计管理制度及时进行了考核和纠正。对基层员工反映的热点问题，以高度负责的态度认真加以解决，力求做到件件有回音。20xx年在员工薪酬、办公及生活条件、社保统筹等方面进行了调整和改善。</w:t>
      </w:r>
    </w:p>
    <w:p>
      <w:pPr>
        <w:spacing w:before="100" w:after="200" w:line="360" w:lineRule="auto"/>
        <w:ind w:firstLine="576"/>
        <w:jc w:val="left"/>
      </w:pPr>
      <w:r>
        <w:rPr>
          <w:rFonts w:ascii="宋体" w:eastAsia="宋体" w:hAnsi="宋体"/>
          <w:sz w:val="28"/>
        </w:rPr>
        <w:t>20xx年通过纪检效能监察工作的实施，拓宽了公司信息获得渠道，更加真实的了解了公司发展现状，及时发现并解决相关问题，使公司发展更加健康和谐。</w:t>
      </w:r>
    </w:p>
    <w:p>
      <w:pPr>
        <w:spacing w:before="100" w:after="200" w:line="360" w:lineRule="auto"/>
        <w:jc w:val="left"/>
      </w:pPr>
      <w:r>
        <w:rPr>
          <w:rFonts w:ascii="宋体 (中文正文)" w:eastAsia="宋体" w:hAnsi="宋体 (中文正文)"/>
          <w:b/>
          <w:sz w:val="28"/>
        </w:rPr>
        <w:t>二、发展形势与主要目标</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p>
    <w:p>
      <w:pPr>
        <w:spacing w:before="100" w:after="200" w:line="360" w:lineRule="auto"/>
        <w:ind w:firstLine="576"/>
        <w:jc w:val="left"/>
      </w:pPr>
      <w:r>
        <w:rPr>
          <w:rFonts w:ascii="宋体" w:eastAsia="宋体" w:hAnsi="宋体"/>
          <w:sz w:val="28"/>
        </w:rPr>
        <w:t>20xx年五月，中央新疆工作会议召开以来，对新疆的发展提出要用十年时间实现跨越式发展，长治久安。自治区落实中央加快发展新疆的各项政策及精神，推进落实十九个省市去对新疆的支援，确定新疆发展的具体战略：以现代文化为指导，以科技教育为支持，加快新型工业化、农牧业现代化、新型城镇化进程，加快开放，打造中国西部区域经济的增长极面向西方开放的桥头堡，建设繁荣富强和谐稳定的美好新疆。明确到20xx年新疆人均gdp达到全国平均水平，在20xx年与全国同步跨入小康社会。新疆面临优于全国后发赶超的重要战略机遇期。自治区党委九届届次、十次全委扩大会议，已经确定了实现跨越式发展的具体战略选择和20xx年经济社会发展预期目标：全区生产总值年均增长</w:t>
      </w:r>
    </w:p>
    <w:p>
      <w:pPr>
        <w:spacing w:before="100" w:after="200" w:line="360" w:lineRule="auto"/>
        <w:ind w:firstLine="576"/>
        <w:jc w:val="left"/>
      </w:pPr>
      <w:r>
        <w:rPr>
          <w:rFonts w:ascii="宋体" w:eastAsia="宋体" w:hAnsi="宋体"/>
          <w:sz w:val="28"/>
        </w:rPr>
        <w:t>10%以上，今后五年平均增幅必须高出全国平均水平3.5个百分点以上，工业增加值增长17%，全社会固定资产投资平均增长25%，期间全社会固定资产投资总额达到3.6万亿。</w:t>
      </w:r>
    </w:p>
    <w:p>
      <w:pPr>
        <w:spacing w:before="100" w:after="200" w:line="360" w:lineRule="auto"/>
        <w:ind w:firstLine="576"/>
        <w:jc w:val="left"/>
      </w:pPr>
      <w:r>
        <w:rPr>
          <w:rFonts w:ascii="宋体" w:eastAsia="宋体" w:hAnsi="宋体"/>
          <w:sz w:val="28"/>
        </w:rPr>
        <w:t>水泥行业也将迎来突飞猛进的发展阶段，同时结构调整、淘汰落后的步伐也将日益加快。预计十二〃五期间，疆内水泥的总需求将超过2亿吨，20xx年自治区水泥需求将达到6000万吨左右。</w:t>
      </w:r>
    </w:p>
    <w:p>
      <w:pPr>
        <w:spacing w:before="100" w:after="200" w:line="360" w:lineRule="auto"/>
        <w:ind w:firstLine="576"/>
        <w:jc w:val="left"/>
      </w:pPr>
      <w:r>
        <w:rPr>
          <w:rFonts w:ascii="宋体" w:eastAsia="宋体" w:hAnsi="宋体"/>
          <w:sz w:val="28"/>
        </w:rPr>
        <w:t>从国内看，十二〃五开头是水泥项目审批日益严格、产业结构调整步伐加快、节能减排主题突出的时期，国家加大淘汰落后的决心非常大;从疆内看，战略竞争格局基本形成，竞争对手结构更加复杂，更加多元化，天山股份将不可避免的与众多同行内的新成员相互竞争，其中不乏国内知名的水泥企业，竞争必将愈加激烈。疆内大规模生产线建设、淘汰落后、搬迁改造、循环经济将成为发展主旋律;从天山股份看，抓住机遇实现跨越式发展，在发展中实现结构调整、强化公司发展优势是紧急迫切的任务。可以说，十二〃五期间公司面临着巨大的机遇和挑战。</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今后五年是公司实现跨越式发展的五年，是我们坚定信心、不断创新、勇立潮头的五年。公司根据现有发展势头，确定前三年的奋斗目标是：到20xx年，资产总额超过150亿元，收入超过100亿元，水泥产能规模超过3500万吨，商混500万吨。</w:t>
      </w:r>
    </w:p>
    <w:p>
      <w:pPr>
        <w:spacing w:before="100" w:after="200" w:line="360" w:lineRule="auto"/>
        <w:jc w:val="left"/>
      </w:pPr>
      <w:r>
        <w:rPr>
          <w:rFonts w:ascii="宋体 (中文正文)" w:eastAsia="宋体" w:hAnsi="宋体 (中文正文)"/>
          <w:b/>
          <w:sz w:val="28"/>
        </w:rPr>
        <w:t>三、20xx年应当有所创新的工作</w:t>
      </w:r>
    </w:p>
    <w:p>
      <w:pPr>
        <w:spacing w:before="100" w:after="200" w:line="360" w:lineRule="auto"/>
        <w:ind w:firstLine="576"/>
        <w:jc w:val="left"/>
      </w:pPr>
      <w:r>
        <w:rPr>
          <w:rFonts w:ascii="宋体" w:eastAsia="宋体" w:hAnsi="宋体"/>
          <w:sz w:val="28"/>
        </w:rPr>
        <w:t>1、时刻注重从战略高度把握发展机会 重视战略研究在20xx年为公司赢得了下一步发展的先机，但并不代表公司就可以按部就班。在行业竞争形势越来越复杂的未来，更要持续重视战略研究，从战略高度把握机会尤为重要。</w:t>
      </w:r>
    </w:p>
    <w:p>
      <w:pPr>
        <w:spacing w:before="100" w:after="200" w:line="360" w:lineRule="auto"/>
        <w:ind w:firstLine="576"/>
        <w:jc w:val="left"/>
      </w:pPr>
      <w:r>
        <w:rPr>
          <w:rFonts w:ascii="宋体" w:eastAsia="宋体" w:hAnsi="宋体"/>
          <w:sz w:val="28"/>
        </w:rPr>
        <w:t>首先要随时保持对政策、社会经济形势变化的高度敏感性。</w:t>
      </w:r>
    </w:p>
    <w:p>
      <w:pPr>
        <w:spacing w:before="100" w:after="200" w:line="360" w:lineRule="auto"/>
        <w:ind w:firstLine="576"/>
        <w:jc w:val="left"/>
      </w:pPr>
      <w:r>
        <w:rPr>
          <w:rFonts w:ascii="宋体" w:eastAsia="宋体" w:hAnsi="宋体"/>
          <w:sz w:val="28"/>
        </w:rPr>
        <w:t>天山股份是国内水泥行业和自治区工业领域内对政策和经济形势依存度较大的企业之一、国家宏观经济政策、产业政策决定了本行业的发展走势，自治区社会、经济的发展决定了企业的发展空间。20xx年国家对水泥行业的产业政策将进一步严格，新疆大发展的背景又需要水泥行业的持续快速发展，这就要求股份公司高层管理者、相关职能部室要擅于在宏观政策与地方经济发展之间找准切入点，事业部、分子公司主要管理者要具备分析和深刻领会政策及形势变化的研究能力，具备提出解决方案的应对能力，具备推进方案实施的执行能力。</w:t>
      </w:r>
    </w:p>
    <w:p>
      <w:pPr>
        <w:spacing w:before="100" w:after="200" w:line="360" w:lineRule="auto"/>
        <w:ind w:firstLine="576"/>
        <w:jc w:val="left"/>
      </w:pPr>
      <w:r>
        <w:rPr>
          <w:rFonts w:ascii="宋体" w:eastAsia="宋体" w:hAnsi="宋体"/>
          <w:sz w:val="28"/>
        </w:rPr>
        <w:t>其次要充分发挥事业部在战略研究、市场反馈方面的基础作用。</w:t>
      </w:r>
    </w:p>
    <w:p>
      <w:pPr>
        <w:spacing w:before="100" w:after="200" w:line="360" w:lineRule="auto"/>
        <w:ind w:firstLine="576"/>
        <w:jc w:val="left"/>
      </w:pPr>
      <w:r>
        <w:rPr>
          <w:rFonts w:ascii="宋体" w:eastAsia="宋体" w:hAnsi="宋体"/>
          <w:sz w:val="28"/>
        </w:rPr>
        <w:t>战略发展任务虽然由股份公司统一制定、实施，但事业部、分子公司作为市场最前沿的组织，不仅要在生产经营、市场竞争方面有措施、有办法，更需要准确掌握本区域市场的发展动态及变化趋势，把自身所处区域的相关信息与企业发展结合起来，使股份公司把握和控制发展机会。提高天山股份战略管理的适应力，要从各事业部前沿一线提高战略思维的灵活性和适应性并加强能力建设。</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最后始终抓住发展机遇，占领先机。</w:t>
      </w:r>
      <w:r>
        <w:rPr>
          <w:rFonts w:ascii="宋体" w:eastAsia="宋体" w:hAnsi="宋体"/>
          <w:sz w:val="28"/>
        </w:rPr>
        <w:t xml:space="preserve"> 机会对行业的每个参与者都是公平的，</w:t>
      </w:r>
    </w:p>
    <w:p>
      <w:pPr>
        <w:spacing w:before="100" w:after="200" w:line="360" w:lineRule="auto"/>
        <w:ind w:firstLine="576"/>
        <w:jc w:val="left"/>
      </w:pPr>
      <w:r>
        <w:rPr>
          <w:rFonts w:ascii="宋体" w:eastAsia="宋体" w:hAnsi="宋体"/>
          <w:sz w:val="28"/>
        </w:rPr>
        <w:t xml:space="preserve"> 机遇永远给有准备的人，看到了机会，谈到了机会，决不能丧失机会。天山股份成立20xx年来，国家和自治区的历次大的发展机遇我们都把握住了，这可以从公司的区域布局方面得到充分验证。天山股份的核心优势是什么，首先就体现在战略布局上的先人一步。公司十二〃五战略布局有了良好开端，但市场竞争，企业发展不可能按部就班，今后，高手对弈，靠装备规模、品牌最优、人才观念、先机制胜。要提高警惕，牢牢把握住发展机遇，赢得先机，强化竞争优势。正如张春贤书记要求的那样：要准确把握国内外经济发展大势，抓住新疆跨越式发展的重大历史机遇。在构建现代产业体系上，要抓住关键点、找准定位，抢占技术、市场、规模的制高点，高起点、高水平、高效益地推进，要坚持新疆效率。</w:t>
      </w:r>
    </w:p>
    <w:p>
      <w:pPr>
        <w:spacing w:before="100" w:after="200" w:line="360" w:lineRule="auto"/>
        <w:ind w:firstLine="576"/>
        <w:jc w:val="left"/>
      </w:pPr>
      <w:r>
        <w:rPr>
          <w:rFonts w:ascii="宋体" w:eastAsia="宋体" w:hAnsi="宋体"/>
          <w:sz w:val="28"/>
        </w:rPr>
        <w:t>2、不断提高学习能力，肩负更大责任天山股份正处在跨越式发展的前夕，全体员工都有责任以创新的思维和行动为公司跨越式发展做出自己的贡献，在公司发展的同时实现个人的跨越式发展。承担更大的责任意味着面临更多的机会，我们只有通过不断提高学习能力、不断提升自己驾驭复杂局面、解决疑难问题的能力方能肩负更大的责任。</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提高学习能力是提高个人所有能力的基础。我们一直提倡提高学习能力不仅包括专业知识、管理知识、社会知识的学习，更需要的是一种学为所用、触类旁通、举一反三的能力，这是一种用心的积累，一种主动、积极的态度。天山股份产业规模越来越大，我们目前所经历的每一天、所创造的每一个业绩对公司来讲都是崭新的，我们要以自己的努力来推动公司的发展，要让自己形成习惯，就是创造不断学习、不断提高的内在欲望。落后要出局，停滞要淘汰，尤其对公司的中高层管理人员来讲，更要时时注重提高学习能力，我们只有学习、消化、吸收的速度超过竞争对手，跟上社会经济发展的速度，我们才能取得领先，才有机会承担更大责任。</w:t>
      </w:r>
    </w:p>
    <w:p>
      <w:pPr>
        <w:spacing w:before="100" w:after="200" w:line="360" w:lineRule="auto"/>
        <w:ind w:firstLine="576"/>
        <w:jc w:val="left"/>
      </w:pPr>
      <w:r>
        <w:rPr>
          <w:rFonts w:ascii="宋体" w:eastAsia="宋体" w:hAnsi="宋体"/>
          <w:sz w:val="28"/>
        </w:rPr>
        <w:t>通过提高学习能力来提高大局意识。实现天山股份跨域式发展、实现股东利益最大化是天山股份最大的大局。大局为重首先体现在公司任何一层管理者都应该具备本岗位的大局意识，以小见大，要擅于处理局部与全局、小我与大我的关系，必要时更要有舍得和牺牲自我的勇气。再者大局意识还体现在越过现在看未来的能力。我们每个事业部、分子公司是股份公司分布各地的重要组成部分，我们要想方设法扩大影响区域，要清晰自己的战略任务，让自身所在企业成为所在区域有影响力有地位的企业。</w:t>
      </w:r>
    </w:p>
    <w:p>
      <w:pPr>
        <w:spacing w:before="100" w:after="200" w:line="360" w:lineRule="auto"/>
        <w:ind w:firstLine="576"/>
        <w:jc w:val="left"/>
      </w:pPr>
      <w:r>
        <w:rPr>
          <w:rFonts w:ascii="宋体" w:eastAsia="宋体" w:hAnsi="宋体"/>
          <w:sz w:val="28"/>
        </w:rPr>
        <w:t>通过提高学习能力提升创新思维能力。新疆实现跨越式发展目标的提出本身就是创新思维的具体体现。没有创新思维公司不可能实现跨越式发展，天山股份每一次大发展都离不开创新思维，创新不是变化无常，也不需要刻意为之，创新是一种质的飞跃。创新思维来自于对事物的敏感反映，更可以通过不断学习使自己产生创新思维的土壤。</w:t>
      </w:r>
    </w:p>
    <w:p>
      <w:pPr>
        <w:spacing w:before="100" w:after="200" w:line="360" w:lineRule="auto"/>
        <w:ind w:firstLine="576"/>
        <w:jc w:val="left"/>
      </w:pPr>
      <w:r>
        <w:rPr>
          <w:rFonts w:ascii="宋体" w:eastAsia="宋体" w:hAnsi="宋体"/>
          <w:sz w:val="28"/>
        </w:rPr>
        <w:t>3、以人为本提高全员素质，实现公司跨越式发展</w:t>
      </w:r>
    </w:p>
    <w:p>
      <w:pPr>
        <w:spacing w:before="100" w:after="200" w:line="360" w:lineRule="auto"/>
        <w:ind w:firstLine="576"/>
        <w:jc w:val="left"/>
      </w:pPr>
      <w:r>
        <w:rPr>
          <w:rFonts w:ascii="宋体" w:eastAsia="宋体" w:hAnsi="宋体"/>
          <w:sz w:val="28"/>
        </w:rPr>
        <w:t>事业成败关键在人，影响员工队伍关键在领导者的综合素质。新疆十二〃五规划和和天山股份20xx-20xx年战略目标项目将在20xx年全面展开，产销最大化的经营方针将得到认真执行。公司以人为本，提高全员素质将是实现公司跨域式发展的重要支撑。</w:t>
      </w:r>
    </w:p>
    <w:p>
      <w:pPr>
        <w:spacing w:before="100" w:after="200" w:line="360" w:lineRule="auto"/>
        <w:ind w:firstLine="576"/>
        <w:jc w:val="left"/>
      </w:pPr>
      <w:r>
        <w:rPr>
          <w:rFonts w:ascii="宋体" w:eastAsia="宋体" w:hAnsi="宋体"/>
          <w:sz w:val="28"/>
        </w:rPr>
        <w:t>20xx年在全公司范围倡导提高能力、强化素质、高度尽职的文化氛围，要持续为公司发展提供品格优秀、业务精湛、思维活跃的高素质人力资源，着力培养一批具有较佳知识结构和创新能力的现代化复合型管理人才，建立一支具备一定文化知识和较强生产能力的职工队伍，通过技术工人培养，推动生产技术进步。</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4、持续创造稳定、和谐的发展环境 20xx年是中国共产党建党90周年，也是</w:t>
      </w:r>
    </w:p>
    <w:p>
      <w:pPr>
        <w:spacing w:before="100" w:after="200" w:line="360" w:lineRule="auto"/>
        <w:ind w:firstLine="576"/>
        <w:jc w:val="left"/>
      </w:pPr>
      <w:r>
        <w:rPr>
          <w:rFonts w:ascii="宋体" w:eastAsia="宋体" w:hAnsi="宋体"/>
          <w:sz w:val="28"/>
        </w:rPr>
        <w:t>十二〃五的发展任务艰巨而光荣，我们前进的道路上充满机遇和挑战，天山股份十一〃五期间取得的发展成果给予我们巨大的信心，面对十二〃五，我们更加充满信心，让我们抓住发展机遇，以人为本，承担责任，为实现天山股份跨越式发展而努力奋斗。</w:t>
      </w:r>
    </w:p>
    <w:p>
      <w:pPr>
        <w:spacing w:before="100" w:after="200" w:line="360" w:lineRule="auto"/>
        <w:ind w:firstLine="576"/>
        <w:jc w:val="left"/>
      </w:pPr>
      <w:r>
        <w:rPr>
          <w:rFonts w:ascii="宋体" w:eastAsia="宋体" w:hAnsi="宋体"/>
          <w:sz w:val="28"/>
        </w:rPr>
        <w:t>在新春佳节即将来临之际，祝福天山股份全体员工阖家欢乐，身体健康，万事如意。</w:t>
      </w:r>
    </w:p>
    <w:p>
      <w:pPr>
        <w:spacing w:before="100" w:after="200" w:line="360" w:lineRule="auto"/>
        <w:ind w:firstLine="576"/>
        <w:jc w:val="left"/>
      </w:pPr>
      <w:r>
        <w:rPr>
          <w:rFonts w:ascii="宋体" w:eastAsia="宋体" w:hAnsi="宋体"/>
          <w:sz w:val="28"/>
        </w:rPr>
        <w:t>谢谢大家!</w:t>
      </w:r>
    </w:p>
    <w:p>
      <w:pPr>
        <w:spacing w:before="100" w:after="200" w:line="360" w:lineRule="auto"/>
        <w:ind w:firstLine="576"/>
        <w:jc w:val="left"/>
      </w:pPr>
      <w:r>
        <w:rPr>
          <w:rFonts w:ascii="宋体" w:eastAsia="宋体" w:hAnsi="宋体"/>
          <w:sz w:val="28"/>
        </w:rPr>
        <w:t>7月12日是xx集团20xx年上半年工作总结暨下半年工作计划落实推进会召开的日子，xx区管理层及河南区管理层30余人齐聚三槐堂。这是在一个正常时间、特殊时期、召开的不同寻常的会议。不同寻常是指当前公司发展状况与国家经济发展下行状况类似，压力比较大面临着严峻考验。本年度的时间已经过半，每个部门、每个人都要为过去的工作进行反思，都要为下一阶段的工作进行思考。应该用什么样的措施，应该用什么样的方法来克服当前的困难，迎接发展的巨大压力。攻坚克难，边前进边发展是我们每个人都应该正视、不能回避的。</w:t>
      </w:r>
    </w:p>
    <w:p>
      <w:pPr>
        <w:spacing w:before="100" w:after="200" w:line="360" w:lineRule="auto"/>
        <w:jc w:val="left"/>
      </w:pPr>
      <w:r>
        <w:rPr>
          <w:rFonts w:ascii="宋体 (中文正文)" w:eastAsia="宋体" w:hAnsi="宋体 (中文正文)"/>
          <w:b/>
          <w:sz w:val="28"/>
        </w:rPr>
        <w:t>一、有难没倒成绩太小问题不少</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r>
        <w:rPr>
          <w:rFonts w:ascii="宋体" w:eastAsia="宋体" w:hAnsi="宋体"/>
          <w:sz w:val="28"/>
        </w:rPr>
        <w:t>本次应该是对过去半年工作的客观总结，不怕暴露问题、不怕揭伤疤的总结。对集团上半年的工作可以用十二个字来总结，有难没倒，成绩太小，问题不少。 有难没倒，是指自20xx年底至今始终没有摆脱资金的压力，多个行业并行发展使公司流动资金较过去几年相对紧张，近期尤其考验我们的公司发展。各部门、分公司和项目部各项工作的顺利开展，证明并没有像其他房地产公司一样倒下。相反，我们至今越来越蓬勃发展的实践证明小发展小困难，大发展大困难，不发展更困难，发展才能解决困难。</w:t>
      </w:r>
    </w:p>
    <w:p>
      <w:pPr>
        <w:spacing w:before="100" w:after="200" w:line="360" w:lineRule="auto"/>
        <w:ind w:firstLine="576"/>
        <w:jc w:val="left"/>
      </w:pPr>
      <w:r>
        <w:rPr>
          <w:rFonts w:ascii="宋体" w:eastAsia="宋体" w:hAnsi="宋体"/>
          <w:sz w:val="28"/>
        </w:rPr>
        <w:t>成绩太小，是指五大产业虽然都基本按照既定的规划，在向前推进，取得了一定的成绩，但成绩与预期相比太少，结果也并不像上午各部门的工作总结那样乐观，成绩与投入、要求和目标相比太小。</w:t>
      </w:r>
    </w:p>
    <w:p>
      <w:pPr>
        <w:spacing w:before="100" w:after="200" w:line="360" w:lineRule="auto"/>
        <w:ind w:firstLine="576"/>
        <w:jc w:val="left"/>
      </w:pPr>
      <w:r>
        <w:rPr>
          <w:rFonts w:ascii="宋体" w:eastAsia="宋体" w:hAnsi="宋体"/>
          <w:sz w:val="28"/>
        </w:rPr>
        <w:t>问题不少，是各部门在工作中从高层管理到基层人员都普遍存在着问题，相当多的工作和项目没有达到董事会的要求。自年初以来，一些部门一些项目部就已经存在着各种问题，到目前为止大多数问题还未解决，且有愈演愈烈之势。这些问题主要体现在成本和精力在增加、成果和效益在减少，有些工作应完成的工作没在规定的时间内完成，有些应取得的效益没达到预期的目标。</w:t>
      </w:r>
    </w:p>
    <w:p>
      <w:pPr>
        <w:spacing w:before="100" w:after="200" w:line="360" w:lineRule="auto"/>
        <w:ind w:firstLine="576"/>
        <w:jc w:val="left"/>
      </w:pPr>
      <w:r>
        <w:rPr>
          <w:rFonts w:ascii="宋体" w:eastAsia="宋体" w:hAnsi="宋体"/>
          <w:sz w:val="28"/>
        </w:rPr>
        <w:t>针对以上存在的问题，在这个正常时间、特殊时期、不同寻常的会议上，我们要统一思想，扬长避短，加压快进。只有形成一个共识，统一一个思想，在今后的工作中扬长避短，各部门肩负重压、共同努力，才能实现公司的健康发展。</w:t>
      </w:r>
    </w:p>
    <w:p>
      <w:pPr>
        <w:spacing w:before="100" w:after="200" w:line="360" w:lineRule="auto"/>
        <w:jc w:val="left"/>
      </w:pPr>
      <w:r>
        <w:rPr>
          <w:rFonts w:ascii="宋体 (中文正文)" w:eastAsia="宋体" w:hAnsi="宋体 (中文正文)"/>
          <w:b/>
          <w:sz w:val="28"/>
        </w:rPr>
        <w:t>二、奖罚分明攻坚克难双效发展</w:t>
      </w:r>
    </w:p>
    <w:p>
      <w:pPr>
        <w:spacing w:before="100" w:after="200" w:line="360" w:lineRule="auto"/>
        <w:ind w:firstLine="576"/>
        <w:jc w:val="left"/>
      </w:pPr>
      <w:r>
        <w:rPr>
          <w:rFonts w:ascii="宋体" w:eastAsia="宋体" w:hAnsi="宋体"/>
          <w:sz w:val="28"/>
        </w:rPr>
        <w:t>今年的开局工作良好，一期9栋多层和2栋小高层已经实现交房，一期其他楼房也将在8月份全部实现交房。二期建设稳步进行，东环路景观综合工程实现竣工交工，中国台湾有机农业孵化园已启动建设，s207北侧交工南侧开工，这些都是我们应该感到欣慰的，说明我们这些方面的工作还基本到位。扎实到位的工作会给我们带来好的回报，相反，简单、粗放和拖拉、滞后的工作就会给我们严厉的惩罚。上半年相继出现了一些非常值得我们反思的事情，暴露出了我们工作中还有许多应该为之忧虑的问题。一，存在的问题，有战略没战术头重脚轻，有业绩没效益内耗折功</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p>
    <w:p>
      <w:pPr>
        <w:spacing w:before="100" w:after="200" w:line="360" w:lineRule="auto"/>
        <w:ind w:firstLine="576"/>
        <w:jc w:val="left"/>
      </w:pPr>
      <w:r>
        <w:rPr>
          <w:rFonts w:ascii="宋体" w:eastAsia="宋体" w:hAnsi="宋体"/>
          <w:sz w:val="28"/>
        </w:rPr>
        <w:t>自20xx年注册xx科技和装饰一路走来，所制定的战略都是清晰的并都逐一实现。20xx年初公司制定了第四个三年规划，每年都制定了年度的工作计划，各部门也都有自己的月计划周计划，表面上看计划做得很好，但在实际的工作过程中却没有很好的工作方式方法，导致工作总是滞后，这些都充分的说明了我们缺乏执行手段。这就是有战略没战术头重脚轻。这就要求我们的管理者要是一个表率、一个榜样，是一个执行力强、以身作则的领导，这样才能带动下属的执行力。</w:t>
      </w:r>
    </w:p>
    <w:p>
      <w:pPr>
        <w:spacing w:before="100" w:after="200" w:line="360" w:lineRule="auto"/>
        <w:ind w:firstLine="576"/>
        <w:jc w:val="left"/>
      </w:pPr>
      <w:r>
        <w:rPr>
          <w:rFonts w:ascii="宋体" w:eastAsia="宋体" w:hAnsi="宋体"/>
          <w:sz w:val="28"/>
        </w:rPr>
        <w:t>有业绩没少效益内耗折功，成绩不代表成果，业绩不代表效益，苦劳不代表功劳。从表面上看，我们确实是取得了一定的业绩，如中华槐园、六号、东环路等都为集团取得了良好的社会反响，但部分项目并没有取得经济效益，比如中华槐园就是如此。这是我们组织结构不够健全，责任分工不够明确造成的，因为这些问题导致工作效率低下，内耗严重，影响了工作效率。</w:t>
      </w:r>
    </w:p>
    <w:p>
      <w:pPr>
        <w:spacing w:before="100" w:after="200" w:line="360" w:lineRule="auto"/>
        <w:ind w:firstLine="576"/>
        <w:jc w:val="left"/>
      </w:pPr>
      <w:r>
        <w:rPr>
          <w:rFonts w:ascii="宋体" w:eastAsia="宋体" w:hAnsi="宋体"/>
          <w:sz w:val="28"/>
        </w:rPr>
        <w:t>二，实施的措施，严制度重执行精实基层，事有人过必责奖罚分明</w:t>
      </w:r>
    </w:p>
    <w:p>
      <w:pPr>
        <w:spacing w:before="100" w:after="200" w:line="360" w:lineRule="auto"/>
        <w:ind w:firstLine="576"/>
        <w:jc w:val="left"/>
      </w:pPr>
      <w:r>
        <w:rPr>
          <w:rFonts w:ascii="宋体" w:eastAsia="宋体" w:hAnsi="宋体"/>
          <w:sz w:val="28"/>
        </w:rPr>
        <w:t>对以上出现的问题，在以后的工作中，特别是下半年的工作中我们必须加强经营管，具体来说就是严制度重执行精实基层，事有人过必责奖罚分明。</w:t>
      </w:r>
    </w:p>
    <w:p>
      <w:pPr>
        <w:spacing w:before="100" w:after="200" w:line="360" w:lineRule="auto"/>
        <w:ind w:firstLine="576"/>
        <w:jc w:val="left"/>
      </w:pPr>
      <w:r>
        <w:rPr>
          <w:rFonts w:ascii="宋体" w:eastAsia="宋体" w:hAnsi="宋体"/>
          <w:sz w:val="28"/>
        </w:rPr>
        <w:t>严制度重执行精实基层已经在年初提出的四新四制中的第一制遵规守矩经营管理依法制已经体现，今天在这里重申一下，在公司内无论职位有多高、无论资历有多老、无论功劳有多大、无论背景有多强全部一视同仁，只要侵犯公司制度，一律依照公司制度严肃处理，这些处罚已经有先例。我们不仅要执行好制度，更要执行好在制度的框架内要完成的每一件工作每一个项目。战略制定出来，就需要一系列的小战术去执行，这也需要我们的基层人员具备一定的素质。我们的班组长、部门主管及高层管理都要在执行上做好表率，要抓执行抓具体抓小事抓基层，带领着基层员工具体做事，不断培养强壮基层队伍。</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https://d.book118.com/906141035155010102</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06141035155010102"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