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关于公益节目《开学第一课》中小学生观后感心得体会范文（33篇）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关于公益节目《开学第一课》中小学生观后感心得体会精选范文（通用33篇）</w:t>
      </w:r>
      <w:r>
        <w:rPr>
          <w:lang w:eastAsia="zh-CN"/>
        </w:rPr>
        <w:br/>
      </w:r>
      <w:r>
        <w:rPr>
          <w:lang w:eastAsia="zh-CN"/>
        </w:rPr>
        <w:t xml:space="preserve">    关于公益节目《开学第一课》中小学生观后感心得体会精选范文 篇1 </w:t>
      </w:r>
      <w:r>
        <w:rPr>
          <w:lang w:eastAsia="zh-CN"/>
        </w:rPr>
        <w:br/>
      </w:r>
      <w:r>
        <w:rPr>
          <w:lang w:eastAsia="zh-CN"/>
        </w:rPr>
        <w:t>　　每个人都是只追梦的蝴蝶。</w:t>
      </w:r>
      <w:r>
        <w:rPr>
          <w:lang w:eastAsia="zh-CN"/>
        </w:rPr>
        <w:br/>
      </w:r>
      <w:r>
        <w:rPr>
          <w:lang w:eastAsia="zh-CN"/>
        </w:rPr>
        <w:t>　　在开学第一天，我在中央2套财经频道观看了开学第一课这一节目后，我感触良多。</w:t>
      </w:r>
      <w:r>
        <w:rPr>
          <w:lang w:eastAsia="zh-CN"/>
        </w:rPr>
        <w:br/>
      </w:r>
      <w:r>
        <w:rPr>
          <w:lang w:eastAsia="zh-CN"/>
        </w:rPr>
        <w:t>　　开学第一课栏目讲述了许多不放弃、坚持自己梦想的故事。其中有一个梦想成真的故事令我很感动。故事主人公是个北京人，名叫刘伟，在他10岁的时候，因为一次意外导致双臂高位截肢，而他却要实现自己的梦想，一个钢琴梦，于是，他历经重重困难，终于在钢琴演奏方面有了较大的成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其实我很敬佩刘哥，他在失去双臂后，并没有一蹶不振，也没有虚度光阴，更没有看淡生命，反而要去实现自己的梦想，一个在常人眼中永远也没有可能实现的梦想。而刘哥却依旧走自己的梦想之路，也许在路中，他曾跌倒、摔跤，但他不会埋头哭泣，只会再爬起来继续做他的追梦蝴蝶。</w:t>
      </w:r>
      <w:r>
        <w:rPr>
          <w:lang w:eastAsia="zh-CN"/>
        </w:rPr>
        <w:br/>
      </w:r>
      <w:r>
        <w:rPr>
          <w:lang w:eastAsia="zh-CN"/>
        </w:rPr>
        <w:t>　　我也有个梦，一个写作梦。不知从何时起，我爱上了阅读，爱上了写作，我似一头如饥似渴的狼，贪婪地读着、写着，永不满足。这突然蹦出的写作梦着实令我吓了一跳，可转念一想，也对，也许从心底里蹦出了梦才是我真正的梦。</w:t>
      </w:r>
      <w:r>
        <w:rPr>
          <w:lang w:eastAsia="zh-CN"/>
        </w:rPr>
        <w:br/>
      </w:r>
      <w:r>
        <w:rPr>
          <w:lang w:eastAsia="zh-CN"/>
        </w:rPr>
        <w:t>　　看完开学第一课，我觉得梦想是一片汪洋，追梦者则是一叶扁舟。扁舟被汪洋包围着，好充实;扁舟追逐着汪洋，好快乐!我，是个追梦少年，追寻着梦想，永不停歇;我，是只追梦蝴蝶，追着并且快乐着!</w:t>
      </w:r>
      <w:r>
        <w:rPr>
          <w:lang w:eastAsia="zh-CN"/>
        </w:rPr>
        <w:br/>
      </w:r>
      <w:r>
        <w:rPr>
          <w:lang w:eastAsia="zh-CN"/>
        </w:rPr>
        <w:t xml:space="preserve">    关于公益节目《开学第一课》中小学生观后感心得体会精选范文 篇2 </w:t>
      </w:r>
      <w:r>
        <w:rPr>
          <w:lang w:eastAsia="zh-CN"/>
        </w:rPr>
        <w:br/>
      </w:r>
      <w:r>
        <w:rPr>
          <w:lang w:eastAsia="zh-CN"/>
        </w:rPr>
        <w:t>　　林则徐爷爷，您是一位不朽的民族英雄。在国难当头、民不聊生的清代末期，您置个人生死与度外，振臂一挥，焚烧鸦_的滚滚浓烟把西方列强呛得狼狈不堪，扬中华之威风，树华夏民族之信心，点燃民族振兴之火!</w:t>
      </w:r>
      <w:r>
        <w:rPr>
          <w:lang w:eastAsia="zh-CN"/>
        </w:rPr>
        <w:br/>
      </w:r>
      <w:r>
        <w:rPr>
          <w:lang w:eastAsia="zh-CN"/>
        </w:rPr>
        <w:t>　　当看到人们深陷在吸毒的泥潭中而不能自拔，造成妻离子散、国家衰亡，您心如刀绞，一番深思熟虑之后，你拍案而起&amp;&amp;禁烟。在得到皇帝的批准后，亲自在虎门销烟，一包包鸦_被扔进池中，化成烟灰滚滚飘上天空。在人们欢呼雀跃声中，您长长地舒了一口气，心里的大石头终于落下了地。您伫立在池边，凝视远方，谋划着民族振兴之大计。烟雾中的您定格为一种奋发图强的精神和力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之后，英国以此为由发动了鸦_战争，佞臣趁此机会诬告您，把责任全部推给了您!这是常人不可忍受的，你却表现得如此淡定，我打心眼儿佩服您。您流放至边疆，帮助当地人民耕地务农。我不禁想起了鲁迅的一句名言横眉冷对千夫指，俯首甘为孺子牛</w:t>
      </w:r>
      <w:r>
        <w:rPr>
          <w:lang w:eastAsia="zh-CN"/>
        </w:rPr>
        <w:t xml:space="preserve"> .您站在西方列强面前面不改色，可为农民劳动时，不就是孺子牛吗?</w:t>
      </w:r>
      <w:r>
        <w:rPr>
          <w:lang w:eastAsia="zh-CN"/>
        </w:rPr>
        <w:br/>
      </w:r>
      <w:r>
        <w:rPr>
          <w:lang w:eastAsia="zh-CN"/>
        </w:rPr>
        <w:t>　　苟利国家生死以，岂因祸福避趋之。是您的真实写照，为了国家您舍弃一切，不做苟且偷生的人，是多么伟大啊!你不畏强权，挺生而出，是多么值得我们学习呀!我们还在读您，长大以后也要跟你一样，有报国之心，宽容之心，成为国家的栋梁之才!</w:t>
      </w:r>
      <w:r>
        <w:rPr>
          <w:lang w:eastAsia="zh-CN"/>
        </w:rPr>
        <w:br/>
      </w:r>
      <w:r>
        <w:rPr>
          <w:lang w:eastAsia="zh-CN"/>
        </w:rPr>
        <w:t>　　林则徐爷爷，您虽死犹生，您的精神将激励我们一代又一代，为实现祖国繁荣昌盛，国家伟大复兴梦而奋斗!</w:t>
      </w:r>
      <w:r>
        <w:rPr>
          <w:lang w:eastAsia="zh-CN"/>
        </w:rPr>
        <w:br/>
      </w:r>
      <w:r>
        <w:rPr>
          <w:lang w:eastAsia="zh-CN"/>
        </w:rPr>
        <w:t xml:space="preserve">    关于公益节目《开学第一课》中小学生观后感心得体会精选范文 篇3 </w:t>
      </w:r>
      <w:r>
        <w:rPr>
          <w:lang w:eastAsia="zh-CN"/>
        </w:rPr>
        <w:br/>
      </w:r>
      <w:r>
        <w:rPr>
          <w:lang w:eastAsia="zh-CN"/>
        </w:rPr>
        <w:t>　　文学承载着中华民族共同的情感、凝聚着共同的文化记忆，展现着中国人的风骨，它永远是我们的中华骄傲。</w:t>
      </w:r>
      <w:r>
        <w:rPr>
          <w:lang w:eastAsia="zh-CN"/>
        </w:rPr>
        <w:br/>
      </w:r>
      <w:r>
        <w:rPr>
          <w:lang w:eastAsia="zh-CN"/>
        </w:rPr>
        <w:t>　　书，像一双千里眼，让我们了解世界;书，又像一个时间隧道，带我们回想远古，想象未来;书，更像慈祥的知识老人，把深奥的知识传授给我们。</w:t>
      </w:r>
      <w:r>
        <w:rPr>
          <w:lang w:eastAsia="zh-CN"/>
        </w:rPr>
        <w:br/>
      </w:r>
      <w:r>
        <w:rPr>
          <w:lang w:eastAsia="zh-CN"/>
        </w:rPr>
        <w:t>　　懵懂的5岁，我总要听着妈妈为我讲的故事，心中想象着故事中的画面，才能酣然入睡，或许这就是饭可以一日不吃，书不能一日不读吧。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单纯的7岁，我读《海的女儿》，那是一个非常唯美的童话，那时候的我还完全不懂得。只知道当读到：小美人鱼化为泡沫落入水中时，我伤心的哭了。虽然我还不明白她痛苦的牺牲为什么，也不明白究竟什么是爱情，什么是公平与不公平。但是却在我的心中添了多愁与善感，学会了善良。</w:t>
      </w:r>
      <w:r>
        <w:rPr>
          <w:lang w:eastAsia="zh-CN"/>
        </w:rPr>
        <w:br/>
      </w:r>
      <w:r>
        <w:rPr>
          <w:lang w:eastAsia="zh-CN"/>
        </w:rPr>
        <w:t>　　认真的10岁，我怀着对四大名著盛名的憧憬，阅读了这四个风格迥异的故事。《西游记》中的人魔妖仙让我的心情随着情节而波动，《水浒传》中的官逼民反让人热血沸腾!《三国演义》中的兄弟情义，让人感动不已。而《红楼梦》却让我读不懂，为什么林黛玉要如此的多愁善感?世界这么不美好吗?为什么要这么悲观呢?还记得其中有一回谁拿了些头花给府里的姑娘们戴，可是，黛玉因为是最后一个拿到的，她又嫌说是人家拣剩下的，自己不稀罕。这实在让10岁的我好不理解……</w:t>
      </w:r>
      <w:r>
        <w:rPr>
          <w:lang w:eastAsia="zh-CN"/>
        </w:rPr>
        <w:br/>
      </w:r>
      <w:r>
        <w:rPr>
          <w:lang w:eastAsia="zh-CN"/>
        </w:rPr>
        <w:t>　　青涩的13岁，我仔细的品读了，巴金的《家》，可是读时心里就像堵了一块石头一般，封建的家族使觉新与梅，被迫分开了。觉新与瑞钰在一起了，而梅却最终因为一直郁郁寡欢而因病去世，而觉慧和鸣凤因为门第观念而无法在一起，这一切仅仅因为鸣凤是个丫鬟，高家甚至让鸣凤嫁给一个有生意往来的老爷子冲喜，受不了这一切的鸣凤最终跳湖而死，而觉民和琴……我的心中不禁一阵阵难受。真是时代的悲剧啊!!!直到后来我才渐渐懂得生活其实也需要悲剧，我们不可能总是在快乐中浸泡，正是那些悲伤的事，我们才会得到历练，才会坚强，才会直面社会，巴金的悲剧丰富了我的认知面，使我的思想更加成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在迷路时，书籍是指路标;在黑暗中，书籍是擎着的火把;在人世间，书籍是情感的丝带，在选择中，书籍是警示牌……</w:t>
      </w:r>
      <w:r>
        <w:rPr>
          <w:lang w:eastAsia="zh-CN"/>
        </w:rPr>
        <w:br/>
      </w:r>
      <w:r>
        <w:rPr>
          <w:lang w:eastAsia="zh-CN"/>
        </w:rPr>
        <w:t>　　书亦是会飞翔的的天使，把我带到美丽的大自然间。书给我带来思考和成长。文学伴随着我的成长，以前是，如今是，将来也是……</w:t>
      </w:r>
      <w:r>
        <w:rPr>
          <w:lang w:eastAsia="zh-CN"/>
        </w:rPr>
        <w:br/>
      </w:r>
      <w:r>
        <w:rPr>
          <w:lang w:eastAsia="zh-CN"/>
        </w:rPr>
        <w:t xml:space="preserve">    关于公益节目《开学第一课》中小学生观后感心得体会精选范文 篇4 </w:t>
      </w:r>
      <w:r>
        <w:rPr>
          <w:lang w:eastAsia="zh-CN"/>
        </w:rPr>
        <w:br/>
      </w:r>
      <w:r>
        <w:rPr>
          <w:lang w:eastAsia="zh-CN"/>
        </w:rPr>
        <w:t>　　在我的记忆里，你们是所有小孩子的噩梦，包括我。想起那件“白大褂”，就想起那根扎进肉，便痛入骨髓的针头，可是通过这次疫情，我重新认识了你们，重新认识了这件“白大褂”，因为有它，我们可以安心宅在家里，等着病毒散去，它是抵抗病毒的英雄，是生命的守护者。</w:t>
      </w:r>
      <w:r>
        <w:rPr>
          <w:lang w:eastAsia="zh-CN"/>
        </w:rPr>
        <w:br/>
      </w:r>
      <w:r>
        <w:rPr>
          <w:lang w:eastAsia="zh-CN"/>
        </w:rPr>
        <w:t>　　无论疫情多么严重，无论传染性多么强，你们都会冲在最前面，主动请缨，临难而上，冒着被感染的危险，为病人控制病情而奋战着，每天都穿着笨重的防护服，不吃不喝几个小时，又闷又累的你们是怎么熬过来的?难怪你们有时站着都能睡着，而当你们取下口罩，脸上的勒痕是你们最美的印记，在你们无私的奉献下，在你们忘我的守护下，在全国人民共同的努力下，我们的祖国一定能战胜病毒，让我们一起迎接春天的到来吧!我是一名学生，我向你们致敬，送上一个少先队员最崇高的敬意，我向你们保证，以后我一定会好好学习，将来成为一名和你们一样，对社会有贡献的人。</w:t>
      </w:r>
      <w:r>
        <w:rPr>
          <w:lang w:eastAsia="zh-CN"/>
        </w:rPr>
        <w:br/>
      </w:r>
      <w:r>
        <w:rPr>
          <w:lang w:eastAsia="zh-CN"/>
        </w:rPr>
        <w:t xml:space="preserve">    关于公益节目《开学第一课》中小学生观后感心得体会精选范文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以往的春节看到的是家家户户贴春联，围着桌子吃团圆饭，放鞭炮。听到的是“新年快乐!”的祝福声与欢声笑语。而今年的春节看到的是许多身为父母、孩子的白衣战士离开家人去往没有硝烟的战场—武汉，去打败新型冠状病毒，听到的是“中国加油!武汉加油!”的声援声。</w:t>
      </w:r>
      <w:r>
        <w:rPr>
          <w:lang w:eastAsia="zh-CN"/>
        </w:rPr>
        <w:br/>
      </w:r>
      <w:r>
        <w:rPr>
          <w:lang w:eastAsia="zh-CN"/>
        </w:rPr>
        <w:t>　　新型冠状病毒看似一个不起眼的名字，但它却是一个可以夺走别人生命的“魔鬼”。它最先把魔爪伸向了武汉，使那里的人们措手不及。但我们的“白衣天使”们却一个接着一个镇定自若，毫不畏惧地冲向一线。武汉政府实行了隔离、封城、封高速、停止公交，飞机等交通工具运营等多种措施，因而有效地控制新型冠状病毒向外扩散，蔓延。还有很多专家想方设法地研究对抗病毒的解药，进行了无数次的临床试验。如今已经治愈一万多人出院了，多么令人可喜的取向呀!</w:t>
      </w:r>
      <w:r>
        <w:rPr>
          <w:lang w:eastAsia="zh-CN"/>
        </w:rPr>
        <w:br/>
      </w:r>
      <w:r>
        <w:rPr>
          <w:lang w:eastAsia="zh-CN"/>
        </w:rPr>
        <w:t>　　最让我感动的是钟南山爷爷为了这次新型冠状病毒，虽然他已经八十四岁高龄，但是仍然亲自带队到武汉。还有许许多多解放军、医护人员在这场战“疫”中默默奉献着，更有无名英雄们因此献出了宝贵的生命。果真是那句话：“哪里什么岁月静好，不过是有人替你负重前行。”</w:t>
      </w:r>
      <w:r>
        <w:rPr>
          <w:lang w:eastAsia="zh-CN"/>
        </w:rPr>
        <w:br/>
      </w:r>
      <w:r>
        <w:rPr>
          <w:lang w:eastAsia="zh-CN"/>
        </w:rPr>
        <w:t>　　做为一名中国人，我们也要保护好我们的小家，好好的宅在家里，不要出门当“传播者”和“被传播者”，不要给冲在一线的英雄们添麻烦。让我们携手起来，早日战胜疫情。中国加油!武汉加油!</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xml:space="preserve"> 关于公益节目《开学第一课》中小学生观后感心得体会精选范文</w:t>
      </w:r>
      <w:r>
        <w:rPr>
          <w:lang w:eastAsia="zh-CN"/>
        </w:rPr>
        <w:t xml:space="preserve"> 篇6</w:t>
      </w:r>
      <w:r>
        <w:rPr>
          <w:lang w:eastAsia="zh-CN"/>
        </w:rPr>
        <w:t xml:space="preserve"> </w:t>
      </w:r>
      <w:r>
        <w:rPr>
          <w:lang w:eastAsia="zh-CN"/>
        </w:rPr>
        <w:br/>
      </w:r>
      <w:r>
        <w:rPr>
          <w:lang w:eastAsia="zh-CN"/>
        </w:rPr>
        <w:t>　　梦想是火，点燃人生的精彩;梦想是水，滋润心田的干涸;梦想是光，指引人们前进的方向。</w:t>
      </w:r>
      <w:r>
        <w:rPr>
          <w:lang w:eastAsia="zh-CN"/>
        </w:rPr>
        <w:br/>
      </w:r>
      <w:r>
        <w:rPr>
          <w:lang w:eastAsia="zh-CN"/>
        </w:rPr>
        <w:t>　　梦想是美好的，有梦想是幸福的，实现梦想是一种无与伦比的幸福。 33岁的山东女孩王亚平我们都知道，她是神舟十号上的唯一一位女宇航员。33岁的她在神州十号上获得了前所未有的幸福感，因为她从23岁时的梦想就是成为一名能遨游太空的宇航员。这个从十年前就以杨利伟为榜样的大女孩，在各种困难中成功突围，最终成为了中国航天史上的第二位女性宇航员。 梦想就是动力。</w:t>
      </w:r>
      <w:r>
        <w:rPr>
          <w:lang w:eastAsia="zh-CN"/>
        </w:rPr>
        <w:br/>
      </w:r>
      <w:r>
        <w:rPr>
          <w:lang w:eastAsia="zh-CN"/>
        </w:rPr>
        <w:t>　　这句话在一名与我们同龄的13岁伞队队员身上证实了。只有13岁的付丽娟每天都要进行长达6小时的高强度训练，每天的长跑让她累的摊在地上一动不动。但是，就算再怎么苦，再怎么累，再怎么难熬，也要咬紧牙关，硬挺过去。筛选时时刻刻都在进行，要是此刻不努力那么之前所经受的一切苦难，都将只能是一次锻炼的机会。皇天不负有心人，付丽娟终于尝到了甜头。她就为了那难得一次的高空跳伞更加坚定了信念，为了梦想坚持下去。</w:t>
      </w:r>
      <w:r>
        <w:rPr>
          <w:lang w:eastAsia="zh-CN"/>
        </w:rPr>
        <w:t xml:space="preserve"> 梦想有大也有小，有的人想当科学家，有的像成为一名身穿白大褂的医生有人想要拥有一座很大的游乐园但无论梦想是大是小，都得靠我们自己的不懈努力，要付出汗水甚至是泪水才能实现。</w:t>
      </w:r>
      <w:r>
        <w:rPr>
          <w:lang w:eastAsia="zh-CN"/>
        </w:rPr>
        <w:t xml:space="preserve"> 梦想只是心灵的一颗种子，看似渺小，却有非常大的生命力。在合适的温度和土壤中，种子会发芽，顶开所有的瓦砾顽石，抬头挺胸，长成枝繁叶茂，开出美丽的花.</w:t>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xml:space="preserve"> 我也有梦想，我也正在为自己的梦想而努力，因为有梦想，所以快乐，因为有梦想，所以幸福。</w:t>
      </w:r>
      <w:r>
        <w:rPr>
          <w:lang w:eastAsia="zh-CN"/>
        </w:rPr>
        <w:t xml:space="preserve"> 梦想是生活的动力，梦想是生命中的一道光彩。</w:t>
      </w:r>
      <w:r>
        <w:rPr>
          <w:lang w:eastAsia="zh-CN"/>
        </w:rPr>
        <w:br/>
      </w:r>
      <w:r>
        <w:rPr>
          <w:lang w:eastAsia="zh-CN"/>
        </w:rPr>
        <w:t>　　我相信，有梦想，生命才会出彩! 只有努力+奋斗+恒心才能实现梦想。同学们，奋斗吧，为自己的梦想奋斗吧!让自己心中的那颗充满希望与美好的种子开花结果，长成一棵枝繁叶茂的参天大树吧!</w:t>
      </w:r>
      <w:r>
        <w:rPr>
          <w:lang w:eastAsia="zh-CN"/>
        </w:rPr>
        <w:br/>
      </w:r>
      <w:r>
        <w:rPr>
          <w:lang w:eastAsia="zh-CN"/>
        </w:rPr>
        <w:t xml:space="preserve">    关于公益节目《开学第一课》中小学生观后感心得体会精选范文 篇7 </w:t>
      </w:r>
      <w:r>
        <w:rPr>
          <w:lang w:eastAsia="zh-CN"/>
        </w:rPr>
        <w:br/>
      </w:r>
      <w:r>
        <w:rPr>
          <w:lang w:eastAsia="zh-CN"/>
        </w:rPr>
        <w:t>　　这段时间闹得沸沸扬扬的就是新型病毒肺炎肆掠了整个祖国，我听大人说“这个病毒会通过呼吸、眼睛传染，有致命的危险。”吓得我和弟弟都只得在家里躲着不敢出去。平时不看新闻的我也非常关心疫情重灾区——武汉，我好想探望奋战在第一线的勇敢的工作者，看看那里的人还好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整个寒假，我们像失去了自由一样被父母关在家里，少了不少欢乐，多了不少忧虑，我们什么时候才能像往常一样正常出门，才能重返校园啊?我问妈妈：“现在谁还敢出门，敢接近那些被传染的人呐?”妈妈回答说：“有啊，比如说我们的医护人员，解放军和很多的志愿者们。”我听了百思不得其解，于是又问妈妈:“这种病毒一旦感染上，可是会死人的，可他们怎么还敢接近那些被传染的人呢?”妈妈沉重地说：“孩子，如果没有人去照顾、治疗、控制那些被感染的人，那他们该怎么办呢?被感染的人还是有很大生存的几率的。那些医护人员为了节约时间，他们尽量少喝水、少如厕。尽量腾出大半部分的时间来照顾病人。有的医护人员还为了节省时间就在医院里睡觉。甚至有得为了节省时间把自己一头的秀发都剪掉了。有的在大年初一都不回家过年，还有的甚至把自己的生命都奉献了。”我一听才恍然大悟：“原来有了这些忘我工作勇敢的人，才有我们后方健康、稳定的生活。”</w:t>
      </w:r>
      <w:r>
        <w:rPr>
          <w:lang w:eastAsia="zh-CN"/>
        </w:rPr>
        <w:br/>
      </w:r>
      <w:r>
        <w:rPr>
          <w:lang w:eastAsia="zh-CN"/>
        </w:rPr>
        <w:t>　　我想:是什么让他们不畏艰辛，不怕困难，不惧死亡也要治疗照顾这些被感染的人们?是她们的责任心，对祖国、人民无比的爱啊!在抗疫战场的每名医务人员和志愿者都是勇士，我敬佩他们!我敬佩他们不惧风险也要保卫人民健康的决心;我敬佩他们不怕困难勇于战胜困难的勇气;我敬佩他们舍小家为大家的奉献精神……</w:t>
      </w:r>
      <w:r>
        <w:rPr>
          <w:lang w:eastAsia="zh-CN"/>
        </w:rPr>
        <w:br/>
      </w:r>
      <w:r>
        <w:rPr>
          <w:lang w:eastAsia="zh-CN"/>
        </w:rPr>
        <w:t>　　有多少医护人员牺牲在坚守的岗位上呀!有多少人签下了生死书啊!我们应该向这些不怕困难，不畏艰辛的医护人员致敬!</w:t>
      </w:r>
      <w:r>
        <w:rPr>
          <w:lang w:eastAsia="zh-CN"/>
        </w:rPr>
        <w:br/>
      </w:r>
      <w:r>
        <w:rPr>
          <w:lang w:eastAsia="zh-CN"/>
        </w:rPr>
        <w:t xml:space="preserve">    关于公益节目《开学第一课》中小学生观后感心得体会精选范文 篇8 </w:t>
      </w:r>
      <w:r>
        <w:rPr>
          <w:lang w:eastAsia="zh-CN"/>
        </w:rPr>
        <w:br/>
      </w:r>
      <w:r>
        <w:rPr>
          <w:lang w:eastAsia="zh-CN"/>
        </w:rPr>
        <w:t>　　开学第一课节目中，主持人董卿分享了古典文学的浸润，她说文学承载着中华民族共同的情感、凝聚着共同的文化记忆，展现着中国人的风骨，它永远是我们的中华骄傲。</w:t>
      </w:r>
      <w:r>
        <w:rPr>
          <w:lang w:eastAsia="zh-CN"/>
        </w:rPr>
        <w:br/>
      </w:r>
      <w:r>
        <w:rPr>
          <w:lang w:eastAsia="zh-CN"/>
        </w:rPr>
        <w:t>　　纵观古今，有多少人为文学所倾倒，有多少文人墨客为文学而折腰，与文学结缘，我与李白月下饮酒，共邀明月，与文学结缘，我与曹文轩共同沉醉。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文学，伴我成长。习惯了城市喧哗，习惯了勾心斗角，在一所普通的学校里，耳中充斥着脏话，我的身心疲惫，极力想躲避这外世的喧哗。文学，在我的生命里，我沐浴着文学，心境放松。沉醉在文学的世界里，优美的文字还有作者的丰富情感，每次都能让我感同身受。</w:t>
      </w:r>
      <w:r>
        <w:rPr>
          <w:lang w:eastAsia="zh-CN"/>
        </w:rPr>
        <w:br/>
      </w:r>
      <w:r>
        <w:rPr>
          <w:lang w:eastAsia="zh-CN"/>
        </w:rPr>
        <w:t>　　读着李白的诗歌慢慢入睡，我在梦中与他对酒当歌，人生几何，我明白了李白的浪漫，他内心的丰富。曾烨的文章，我明白了他感情的内敛，内心的细腻;读曹文轩的作品，我感受到了他那份童真和内心的无邪。</w:t>
      </w:r>
      <w:r>
        <w:rPr>
          <w:lang w:eastAsia="zh-CN"/>
        </w:rPr>
        <w:br/>
      </w:r>
      <w:r>
        <w:rPr>
          <w:lang w:eastAsia="zh-CN"/>
        </w:rPr>
        <w:t>　　其实，文学无处不在，他在我们生活中的每一个角落，信手拈来几句就会成为一首美妙的小诗。我曾在看过一本书后，写了一首小诗：我愿把她风干，然后藏起来，慢慢的下酒。只这三句话，我的感情馆就告诉给了大家，焚着书的香，我与文学结下了不解之缘。</w:t>
      </w:r>
      <w:r>
        <w:rPr>
          <w:lang w:eastAsia="zh-CN"/>
        </w:rPr>
        <w:br/>
      </w:r>
      <w:r>
        <w:rPr>
          <w:lang w:eastAsia="zh-CN"/>
        </w:rPr>
        <w:t>　　我热爱文学，就如同我热爱生命一样，它像刻在了我的血液里，仿佛是我一出生，它就跟在我身上了似的。</w:t>
      </w:r>
      <w:r>
        <w:rPr>
          <w:lang w:eastAsia="zh-CN"/>
        </w:rPr>
        <w:br/>
      </w:r>
      <w:r>
        <w:rPr>
          <w:lang w:eastAsia="zh-CN"/>
        </w:rPr>
        <w:t>　　从文学中，我观世事苍桑，看人生的无常变化。</w:t>
      </w:r>
      <w:r>
        <w:rPr>
          <w:lang w:eastAsia="zh-CN"/>
        </w:rPr>
        <w:br/>
      </w:r>
      <w:r>
        <w:rPr>
          <w:lang w:eastAsia="zh-CN"/>
        </w:rPr>
        <w:t>　　“举杯邀明月，对影成三人。”我最爱的一首诗，没有原因，只是感觉，因为这首诗，我读遍了李白的诗，那种感觉，不是一句话能够表达的。</w:t>
      </w:r>
      <w:r>
        <w:rPr>
          <w:lang w:eastAsia="zh-CN"/>
        </w:rPr>
        <w:br/>
      </w:r>
      <w:r>
        <w:rPr>
          <w:lang w:eastAsia="zh-CN"/>
        </w:rPr>
        <w:t>　　在文学的世界里焚香，我心满意足。</w:t>
      </w:r>
      <w:r>
        <w:rPr>
          <w:lang w:eastAsia="zh-CN"/>
        </w:rPr>
        <w:br/>
      </w:r>
      <w:r>
        <w:rPr>
          <w:lang w:eastAsia="zh-CN"/>
        </w:rPr>
        <w:t xml:space="preserve">    关于公益节目《开学第一课》中小学生观后感心得体会精选范文 篇9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20__年到来了，中国人民本应该在欢笑中迎接这崭新的一年。可谁知，一场突如其来的疾病——新型冠状病毒肺炎打破了新年的热闹，给人们带来了噩耗，夺走了上千人的生命，使无数个家庭支离破碎。尽管这场疫情十分可怕，但祖国上上下下十四亿人仍然团结一心，从身边点点滴滴的小事做起，为抗疫做出贡献。</w:t>
      </w:r>
      <w:r>
        <w:rPr>
          <w:lang w:eastAsia="zh-CN"/>
        </w:rPr>
        <w:br/>
      </w:r>
      <w:r>
        <w:rPr>
          <w:lang w:eastAsia="zh-CN"/>
        </w:rPr>
        <w:t>　　物资短缺，积极募捐。</w:t>
      </w:r>
      <w:r>
        <w:rPr>
          <w:lang w:eastAsia="zh-CN"/>
        </w:rPr>
        <w:br/>
      </w:r>
      <w:r>
        <w:rPr>
          <w:lang w:eastAsia="zh-CN"/>
        </w:rPr>
        <w:t>　　在这场没有硝烟的战争中，疫情最严重的武汉的一些学校宿舍都用来隔离病人。虽然医疗物质不足的问题向中国人民迎来，但并不能将中国人击退，更无法动摇中国人击败疫情的决心!战争打响了，为了解决医疗物资上的问题，许多医院向全球各地发出募捐。无论是中国人，还是外国人，都为募捐出了一份力。医疗物资从全球各地涌来，有金钱，有呼吸机，有口罩……虽然，中国五十六个民族的习俗不同，服饰不同，但是中国人民们依旧心连着心，积极募捐，从身边的小事做起，帮助中国，帮助武汉，度过难关!</w:t>
      </w:r>
      <w:r>
        <w:rPr>
          <w:lang w:eastAsia="zh-CN"/>
        </w:rPr>
        <w:br/>
      </w:r>
      <w:r>
        <w:rPr>
          <w:lang w:eastAsia="zh-CN"/>
        </w:rPr>
        <w:t>　　疫情当前，奋战前线。</w:t>
      </w:r>
      <w:r>
        <w:rPr>
          <w:lang w:eastAsia="zh-CN"/>
        </w:rPr>
        <w:br/>
      </w:r>
      <w:r>
        <w:rPr>
          <w:lang w:eastAsia="zh-CN"/>
        </w:rPr>
        <w:t>　　春晚上，一位记者问一位医护人物害不害怕，那位医护人员不假思索地回答道：“刚来时当然害怕，现在不怕了。因为我是医生，穿上白大褂我们就应该扮演好自己的角色。”这回答震惊了无数人。武汉因为医护人员不足，从全国各地的医院调了一批又一批自愿前去武汉的医护人员前去抗疫。是啊，白衣天使是勇敢的，更是伟大的。是他们，在人们、在祖国需要帮助时挺身而出，支援武汉，奋斗在疫情的前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我妈妈就是一名护士长，她虽然没有进入隔离病房工作，但每天都是早出晚归，并且她和很多同事都提交了去武汉支援的请战书，随时准备去前线。我很担心妈妈，不过妈妈说，虽有担心，但这是一名医护人员的责任。我希望这个疫情快点结束。</w:t>
      </w:r>
      <w:r>
        <w:rPr>
          <w:lang w:eastAsia="zh-CN"/>
        </w:rPr>
        <w:br/>
      </w:r>
      <w:r>
        <w:rPr>
          <w:lang w:eastAsia="zh-CN"/>
        </w:rPr>
        <w:t xml:space="preserve">    关于公益节目《开学第一课》中小学生观后感心得体会精选范文 篇10 </w:t>
      </w:r>
      <w:r>
        <w:rPr>
          <w:lang w:eastAsia="zh-CN"/>
        </w:rPr>
        <w:br/>
      </w:r>
      <w:r>
        <w:rPr>
          <w:lang w:eastAsia="zh-CN"/>
        </w:rPr>
        <w:t>　　虽然我们未曾谋面，但在这里我要向你们的英勇行为致敬。</w:t>
      </w:r>
      <w:r>
        <w:rPr>
          <w:lang w:eastAsia="zh-CN"/>
        </w:rPr>
        <w:br/>
      </w:r>
      <w:r>
        <w:rPr>
          <w:lang w:eastAsia="zh-CN"/>
        </w:rPr>
        <w:t>　　在大年三十的那天晚上，你们本应该在家里和家人团聚，吃年夜饭、看春晚。可一个电话或一条信息。让你们不得不和家人告别，奔往医院，穿上“战袍”。开始与新冠状病毒的战争。我想这其中的心酸与悲壮只有你们自己知道吧!</w:t>
      </w:r>
      <w:r>
        <w:rPr>
          <w:lang w:eastAsia="zh-CN"/>
        </w:rPr>
        <w:br/>
      </w:r>
      <w:r>
        <w:rPr>
          <w:lang w:eastAsia="zh-CN"/>
        </w:rPr>
        <w:t>　　可能在生活中你们是“父母”、“孩子”……但你们一穿上“战袍”就是一名救死扶伤的医生，是一名无畏的勇士。为了不被感染，你们只能穿上厚重的防护服，戴上口罩，对病人进行救护。连续忙了11小时，你们才能喝上一口水。当母亲的也不得不放下儿女，奔赴“战场”，就连84岁高龄的钟爷爷也和你们一起抗击“新型冠状病毒”。</w:t>
      </w:r>
      <w:r>
        <w:rPr>
          <w:lang w:eastAsia="zh-CN"/>
        </w:rPr>
        <w:br/>
      </w:r>
      <w:r>
        <w:rPr>
          <w:lang w:eastAsia="zh-CN"/>
        </w:rPr>
        <w:t>　　在这次抗击病毒的战役中，你们放弃了和家人团聚的机会。冒着生命的危险，披上战袍救助病人，帮病人抗击死神，从死神中抢回多少条生命。从疫情爆发到疫情得到有效控制，我不知道你们中间耗费了多少心血、洒下了多少热血……</w:t>
      </w:r>
      <w:r>
        <w:rPr>
          <w:lang w:eastAsia="zh-CN"/>
        </w:rPr>
        <w:br/>
      </w:r>
      <w:r>
        <w:rPr>
          <w:lang w:eastAsia="zh-CN"/>
        </w:rPr>
        <w:t>　　这个春节发生了太多太多的感人事件，让我的心灵受到了深刻的教育，使我感到这人世间充满大爱，充满温暖，充满阳光!</w:t>
      </w:r>
      <w:r>
        <w:rPr>
          <w:lang w:eastAsia="zh-CN"/>
        </w:rPr>
        <w:br/>
      </w:r>
      <w:r>
        <w:rPr>
          <w:lang w:eastAsia="zh-CN"/>
        </w:rPr>
        <w:t>　　深深地感谢你们!</w:t>
      </w:r>
      <w:r>
        <w:rPr>
          <w:lang w:eastAsia="zh-CN"/>
        </w:rPr>
        <w:br/>
      </w:r>
      <w:r>
        <w:rPr>
          <w:lang w:eastAsia="zh-CN"/>
        </w:rPr>
        <w:t>　　祝愿春暖花开时，你们平安归来!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xml:space="preserve">    关于公益节目《开学第一课》中小学生观后感心得体会精选范文 篇11 </w:t>
      </w:r>
      <w:r>
        <w:rPr>
          <w:lang w:eastAsia="zh-CN"/>
        </w:rPr>
        <w:br/>
      </w:r>
      <w:r>
        <w:rPr>
          <w:lang w:eastAsia="zh-CN"/>
        </w:rPr>
        <w:t>　　中国传统文化，魅力的莫过中华民族的传统美德，经过几千年的延续和发展，形成了我泱泱大国的民族精神，并倍受世界各民族的推崇。我看的《开学第一课》主要讲的就是中华传统文化，看后我不禁深思。</w:t>
      </w:r>
      <w:r>
        <w:rPr>
          <w:lang w:eastAsia="zh-CN"/>
        </w:rPr>
        <w:br/>
      </w:r>
      <w:r>
        <w:rPr>
          <w:lang w:eastAsia="zh-CN"/>
        </w:rPr>
        <w:t>　　汉字是流传至今没有间断过的文字，也是我们中华民族的精神之源头，汉字还是记录我们祖先独特的思考方式，就用正来说，在古文字正的下半部分止字代表足，而加上横就是向着目标前进。汉字也可以让我们穿越历史，从小小的文字当中感受到中华文化，就比如说古人的诗词流传至今，可以使我们切身感受到诗人所处的环境以及他内心的情感，让我们能够知道中国源远流长的历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整个视频最让我心灵触动的是学习中国文化并且将其发扬光大的外国人。第一个为汉字狂的叔叔，学习中文用了几十年的时间，废寝忘食，要将有限的时间全部投入到研究汉字的工作中来，即使付出了所有时间，金钱，他也决不后悔，使我们一些中国人也来帮助这位汉字叔叔的翻译工作，体现了互帮互助，坚持不懈的精神，不抛弃不放弃，我想一位外国叔叔都能热爱汉字，并且倾尽所有也要发扬中华传统文化，作为新一代的中国人，更应该去寻找中国汉字的风骨与智慧!这位外国叔叔废寝忘食的精神鼓舞了我，使我深受感动。第二个是一位巴基斯坦的中文系老师，她是因为被常老师和杨老师的举动所感动，所以下定决心想要将中华传统传给每个巴基斯坦人，她在视频中说过一句话：用我最后一口气教汉语深深地感动了我，正是有这样的无私奉献的人，我们的中华传统文化才能在世界上有很大的影响!</w:t>
      </w:r>
      <w:r>
        <w:rPr>
          <w:lang w:eastAsia="zh-CN"/>
        </w:rPr>
        <w:br/>
      </w:r>
      <w:r>
        <w:rPr>
          <w:lang w:eastAsia="zh-CN"/>
        </w:rPr>
        <w:t>　　有一位97岁的老翻译官一生中翻译了许许多多的古诗，为的就是让世界读到我们古人的情怀与智慧，老人家一直为中华传统文化传播做出了贡献，他的精神值得我们去学习!围棋，是琴棋书画的一种，是我们中华传统文化。围棋大师在视频里告诉我们：好胜心是成功的关键，只有千锤百炼，明知有困难也不会后退，所以他去挑战人工智能，虽然他败了，但是虽败犹荣，永不服输。人类也正是因为有灵动的思想才能有中华传统文化!乐器演奏上挑战人工智能，虽然速度上敌不过人工智能，但是人工智能没有技巧与情感，所以人工智能终究是战胜不过人类的!文学体现着中国人的审美，情怀和志向。字里行间中，有意境，有韵味，有风骨，回响着中华民族文化的共鸣。当翻开一本书或者读上一首诗，就像乘着文学的小船在中华传统文化里尽情地畅游。</w:t>
      </w:r>
      <w:r>
        <w:rPr>
          <w:lang w:eastAsia="zh-CN"/>
        </w:rPr>
        <w:br/>
      </w:r>
      <w:r>
        <w:rPr>
          <w:lang w:eastAsia="zh-CN"/>
        </w:rPr>
        <w:t>　　外国人都在传承中国文化，作为中国人的我，就更应该去将中华传统文化传承下去!</w:t>
      </w:r>
      <w:r>
        <w:rPr>
          <w:lang w:eastAsia="zh-CN"/>
        </w:rPr>
        <w:br/>
      </w:r>
      <w:r>
        <w:rPr>
          <w:lang w:eastAsia="zh-CN"/>
        </w:rPr>
        <w:t xml:space="preserve">    关于公益节目《开学第一课》中小学生观后感心得体会精选范文 篇12 </w:t>
      </w:r>
      <w:r>
        <w:rPr>
          <w:lang w:eastAsia="zh-CN"/>
        </w:rPr>
        <w:br/>
      </w:r>
      <w:r>
        <w:rPr>
          <w:lang w:eastAsia="zh-CN"/>
        </w:rPr>
        <w:t>　　你醒来时候，问候你好你我的脸上，写满微笑成长的路上，总有烦恼校园的花草，一同长高一道道悦耳动听的声音从电视中传出，《开学第一课》拉开了序幕。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今天是9月1日，是全国中小学生开学的日子，也是今年《开学第一课》正式播出的日子。《开学第一课》是教育部与中央电视台合作的大型公益节目，这天晚上我陪着我的同学与全国的中小学生一起观看着这个励志的节目。</w:t>
      </w:r>
      <w:r>
        <w:rPr>
          <w:lang w:eastAsia="zh-CN"/>
        </w:rPr>
        <w:br/>
      </w:r>
      <w:r>
        <w:rPr>
          <w:lang w:eastAsia="zh-CN"/>
        </w:rPr>
        <w:t>　　两位主持人刚开始便向我们讲述了今年的主题──中华骄傲，身为中国人的骄傲!</w:t>
      </w:r>
      <w:r>
        <w:rPr>
          <w:lang w:eastAsia="zh-CN"/>
        </w:rPr>
        <w:br/>
      </w:r>
      <w:r>
        <w:rPr>
          <w:lang w:eastAsia="zh-CN"/>
        </w:rPr>
        <w:t>　　北京大学的王宁教授向我们展现了正直二字从古至今，由繁化简的变化过程。说道：我研究汉字二十年了，汉字是我们中华的瑰宝。中国文字是因义而构形，每一个文字都有着自己独具一格的含义。所谓正直就是目不斜视，奔向目标。</w:t>
      </w:r>
      <w:r>
        <w:rPr>
          <w:lang w:eastAsia="zh-CN"/>
        </w:rPr>
        <w:br/>
      </w:r>
      <w:r>
        <w:rPr>
          <w:lang w:eastAsia="zh-CN"/>
        </w:rPr>
        <w:t>　　主持人董卿说了一段话：汉字除了历史悠久，它还独一无二。全世界独一无二的方块字中，有着中国人的风骨，更有着中国人的智慧。汉字不愧是中华第一骄傲!这段话我至今还记忆犹新。</w:t>
      </w:r>
      <w:r>
        <w:rPr>
          <w:lang w:eastAsia="zh-CN"/>
        </w:rPr>
        <w:br/>
      </w:r>
      <w:r>
        <w:rPr>
          <w:lang w:eastAsia="zh-CN"/>
        </w:rPr>
        <w:t>　　一位人称汉字叔叔的外国友人，也在台上表达了他对汉字的热爱。22岁那年，他来到中国台湾，他用尽了自身所有的财产与全部的心思投入到对汉字的研究中。连一位外国友人都如此地对汉字着迷，我们不更应该好好学习吗?</w:t>
      </w:r>
      <w:r>
        <w:rPr>
          <w:lang w:eastAsia="zh-CN"/>
        </w:rPr>
        <w:br/>
      </w:r>
      <w:r>
        <w:rPr>
          <w:lang w:eastAsia="zh-CN"/>
        </w:rPr>
        <w:t>　　中国汉字博大精深，它有着几千年的历史，是最悠久、并延用至今的文字。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汉字是中国文化的写照。每一笔每一画，都蕴含着中国人独特的思维方式，承载着中华文明厚重的底蕴和价值。只有学好汉字，才能更好的领略中国五千年的传统文化!才能更好的了解历史，了解我们的祖先!才能更好的去创造未来!</w:t>
      </w:r>
      <w:r>
        <w:rPr>
          <w:lang w:eastAsia="zh-CN"/>
        </w:rPr>
        <w:br/>
      </w:r>
      <w:r>
        <w:rPr>
          <w:lang w:eastAsia="zh-CN"/>
        </w:rPr>
        <w:t>　　《20__：开学第一课》让我确确实实地感受到了我们中华的骄傲与文化的自信。一份中华的骄傲，一份独属于我们民族的骄傲!我为中华而自豪!</w:t>
      </w:r>
      <w:r>
        <w:rPr>
          <w:lang w:eastAsia="zh-CN"/>
        </w:rPr>
        <w:br/>
      </w:r>
      <w:r>
        <w:rPr>
          <w:lang w:eastAsia="zh-CN"/>
        </w:rPr>
        <w:t xml:space="preserve">    关于公益节目《开学第一课》中小学生观后感心得体会精选范文 篇13 </w:t>
      </w:r>
      <w:r>
        <w:rPr>
          <w:lang w:eastAsia="zh-CN"/>
        </w:rPr>
        <w:br/>
      </w:r>
      <w:r>
        <w:rPr>
          <w:lang w:eastAsia="zh-CN"/>
        </w:rPr>
        <w:t>　　“小动作，大健康;动起来，更精彩。”是这次《开学第一课》的主题。节目采用了我们喜闻乐见的形式：运动与国粹相融合，游戏和锻炼相碰撞，韵律与健康相交融……让我们在轻松愉悦当中，感受到天天锻炼的重要性：每天坚持锻炼一小时，不仅使我们身体健康、心理健康，而且培养了社会适应能力。</w:t>
      </w:r>
      <w:r>
        <w:rPr>
          <w:lang w:eastAsia="zh-CN"/>
        </w:rPr>
        <w:br/>
      </w:r>
      <w:r>
        <w:rPr>
          <w:lang w:eastAsia="zh-CN"/>
        </w:rPr>
        <w:t>　　而我呢，并没有每天坚持运动一小时，而是在偶尔做完作业后，压压腿，下下腰，舒展舒展胳膊。但也远远不到一个钟头，看来我的运动量还应该再增加一下了：吃完饭跟爸爸妈妈一起出去遛弯儿，或者跳一会儿舞，做仰卧起坐。但我有的时候做了半小时就已经大汗淋漓了，于是，我心中便有了一个疑问：的运动方式是什么?</w:t>
      </w:r>
      <w:r>
        <w:rPr>
          <w:lang w:eastAsia="zh-CN"/>
        </w:rPr>
        <w:br/>
      </w:r>
      <w:r>
        <w:rPr>
          <w:lang w:eastAsia="zh-CN"/>
        </w:rPr>
        <w:t>　　《开学第一课》帮我揭开了谜底。博士研究生导师赵教授给我们示范了几种在家里、教室里都可以做的运动动作。“展翅高飞”、“小碎步跑”动作虽然简单，但可操作性强。爱运动，享健康，原来太容易!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还有一个环节当然就是一起翻纸牌啦!这也是最激奋人心的时刻。但这次玩儿的纸牌跟我们大家想的完全不一样。规则是这样的：花儿队和大桥队，每个队都有二十张纸牌，每队选出两名同学，花儿队的牌都是正面朝上，大桥队的牌都是反面朝上，哪个队先把对方队的牌翻完，哪个队获胜，怎么样?另外，这个游戏还可以跟爸爸妈妈一起玩儿，既可以锻炼身体又可以增进亲子关系。这个是不是一个绝好的主意?</w:t>
      </w:r>
      <w:r>
        <w:rPr>
          <w:lang w:eastAsia="zh-CN"/>
        </w:rPr>
        <w:br/>
      </w:r>
      <w:r>
        <w:rPr>
          <w:lang w:eastAsia="zh-CN"/>
        </w:rPr>
        <w:t>　　时间过得真快啊!《开学第一课》也在一片歌舞声中结束了。我满载着收获而归。</w:t>
      </w:r>
      <w:r>
        <w:rPr>
          <w:lang w:eastAsia="zh-CN"/>
        </w:rPr>
        <w:br/>
      </w:r>
      <w:r>
        <w:rPr>
          <w:lang w:eastAsia="zh-CN"/>
        </w:rPr>
        <w:t xml:space="preserve">    关于公益节目《开学第一课》中小学生观后感心得体会精选范文 篇14 </w:t>
      </w:r>
      <w:r>
        <w:rPr>
          <w:lang w:eastAsia="zh-CN"/>
        </w:rPr>
        <w:br/>
      </w:r>
      <w:r>
        <w:rPr>
          <w:lang w:eastAsia="zh-CN"/>
        </w:rPr>
        <w:t>　　这个春节，因为新型冠状病毒的肆虐，一场没有销烟的战争在全国打响。在病毒肆虐的危机关头，有人害怕了，有人退缩了，而你们为了全国人民的生命安全和身体健康，毅然决然地冒着生命危险，赶往疫情一线救死扶伤，你们是最美逆行者。</w:t>
      </w:r>
      <w:r>
        <w:rPr>
          <w:lang w:eastAsia="zh-CN"/>
        </w:rPr>
        <w:br/>
      </w:r>
      <w:r>
        <w:rPr>
          <w:lang w:eastAsia="zh-CN"/>
        </w:rPr>
        <w:t>　　为了让病人早日康复，你们和病人零距离接触，身穿不透气的防护服。为了节省时间，你们剪去自己心爱的长发。因为长时间佩戴护目镜和防护口罩，你们的脸上挤压出了伤痕。因为手要反复浸泡在消毒水中，你们手上长出无数条裂口，甚至有人付出了自己宝贵的生命。为了消灭疫情，你们一边救死扶伤，一边研制疫苗，让我们离消灭疫情更进一步。正是因为有了你们的付出，治愈的病人越来越多，从1人变成100人，从100人变成200人，从200人变成了今天的接近10000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这是我们共同的战“疫”。在这场没有硝烟的战争中，你们在前沿阵地那么辛苦。我虽然不能和你们一样在前线抗疫，但我一定会做到勤洗手、多通风、不出门、多运动、不添乱。在这场没有硝烟的战争中，你们用你们的奉献和行动告诉了我读书的意义，我要好好学习，长大以后，也要做一个救死扶伤、舍己为人的人。</w:t>
      </w:r>
      <w:r>
        <w:rPr>
          <w:lang w:eastAsia="zh-CN"/>
        </w:rPr>
        <w:br/>
      </w:r>
      <w:r>
        <w:rPr>
          <w:lang w:eastAsia="zh-CN"/>
        </w:rPr>
        <w:t>　　谢谢你们，义无反顾去到最危险的地方，舍己为人，默默付出，给了全国人民战胜疫魔的希望。</w:t>
      </w:r>
      <w:r>
        <w:rPr>
          <w:lang w:eastAsia="zh-CN"/>
        </w:rPr>
        <w:br/>
      </w:r>
      <w:r>
        <w:rPr>
          <w:lang w:eastAsia="zh-CN"/>
        </w:rPr>
        <w:t>　　祝白衣天使们幸福健康，早日归来!</w:t>
      </w:r>
      <w:r>
        <w:rPr>
          <w:lang w:eastAsia="zh-CN"/>
        </w:rPr>
        <w:br/>
      </w:r>
      <w:r>
        <w:rPr>
          <w:lang w:eastAsia="zh-CN"/>
        </w:rPr>
        <w:t xml:space="preserve">    关于公益节目《开学第一课》中小学生观后感心得体会精选范文 篇15 </w:t>
      </w:r>
      <w:r>
        <w:rPr>
          <w:lang w:eastAsia="zh-CN"/>
        </w:rPr>
        <w:br/>
      </w:r>
      <w:r>
        <w:rPr>
          <w:lang w:eastAsia="zh-CN"/>
        </w:rPr>
        <w:t>　　今天观看了《开学第一课》，成龙为大家讲述了自己脚踏实地的努力实现个人和家国梦想的经历，用亲身经历告诉广大青少年迎接未来要永不言弃，坚持奋斗，勇于探索，只有这样才能为实现中国梦贡献自己的一份力量。</w:t>
      </w:r>
      <w:r>
        <w:rPr>
          <w:lang w:eastAsia="zh-CN"/>
        </w:rPr>
        <w:br/>
      </w:r>
      <w:r>
        <w:rPr>
          <w:lang w:eastAsia="zh-CN"/>
        </w:rPr>
        <w:t>　　每个人都有自己的梦想、理想。对于一个国家来说，梦想是前进的动力，有梦想、有追求的国家是伟大的。记得中央电视台有一个著名的广告词：中国梦、梦之蓝，那蓝色的中国梦，蓝得深沉而不苍茫。</w:t>
      </w:r>
      <w:r>
        <w:rPr>
          <w:lang w:eastAsia="zh-CN"/>
        </w:rPr>
        <w:br/>
      </w:r>
      <w:r>
        <w:rPr>
          <w:lang w:eastAsia="zh-CN"/>
        </w:rPr>
        <w:t>　　生命，对于每一个人都只有一次。而青春，却是这仅有的一次生命中最容易消逝的一段时光。我相信：夜空中的流星虽然短暂，但是它划破夜空的一刹那，已经点燃了最美的青春。年轻的新中国、中国的青春是这么美好，青春年华的梦想更是泛着灿烂的光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打开沉重的中国历史之门，深深地伤痛像刺刀一样刺向我们心中。这些伤害像寒冷的狂风在即将到来的灾难中跌宕起伏，同时也加强了国家和人民成为有识之士的梦想。军阀统领袁世凯回复后，日本侵略者放肆地在中国实行三光政策，害死了多少中华同胞啊!八国联军侵略我国，挑起内战，中国共产党向上奋进、游行示威。血腥的战争，使无数无产阶级者和坚定的爱国者用生命热血才换取了一个统一完整的新中国!</w:t>
      </w:r>
      <w:r>
        <w:rPr>
          <w:lang w:eastAsia="zh-CN"/>
        </w:rPr>
        <w:br/>
      </w:r>
      <w:r>
        <w:rPr>
          <w:lang w:eastAsia="zh-CN"/>
        </w:rPr>
        <w:t>　　放眼未来。我希望，十里荷塘、十里果香，到处洋溢着丰收的喜悦，到处飘着瓜果的芳香。美妙年轻的歌曲，已经恬静了人们的心房，已经告别了那个战火纷飞的年代。现在及未来的社会安详和谐，人们安康乐业!</w:t>
      </w:r>
      <w:r>
        <w:rPr>
          <w:lang w:eastAsia="zh-CN"/>
        </w:rPr>
        <w:br/>
      </w:r>
      <w:r>
        <w:rPr>
          <w:lang w:eastAsia="zh-CN"/>
        </w:rPr>
        <w:t>　　青春飞扬，承载着梦想的航舫。青春是活力的象征，是奋斗的代名词。青少年怀着祖国强大的梦想，活力四射、朝气蓬勃!所以说，青少年作为祖国下一代的主力军，对于中国梦的实现有着不可懈怠的责任。青少年若能把握时间，拥有振兴中国的梦想，一定能为今后中华民族腾飞做出巨大的贡献!</w:t>
      </w:r>
      <w:r>
        <w:rPr>
          <w:lang w:eastAsia="zh-CN"/>
        </w:rPr>
        <w:br/>
      </w:r>
      <w:r>
        <w:rPr>
          <w:lang w:eastAsia="zh-CN"/>
        </w:rPr>
        <w:t>　　实现民族振兴、祖国强大，是世代中华儿女的梦想，已经经历了几百年的沧桑。我希望，这个梦想能在我们这一代青少年身上继续发出耀眼的光芒!</w:t>
      </w:r>
      <w:r>
        <w:rPr>
          <w:lang w:eastAsia="zh-CN"/>
        </w:rPr>
        <w:br/>
      </w:r>
      <w:r>
        <w:rPr>
          <w:lang w:eastAsia="zh-CN"/>
        </w:rPr>
        <w:t xml:space="preserve">    关于公益节目《开学第一课》中小学生观后感心得体会精选范文 篇16 </w:t>
      </w:r>
      <w:r>
        <w:rPr>
          <w:lang w:eastAsia="zh-CN"/>
        </w:rPr>
        <w:br/>
      </w:r>
      <w:r>
        <w:rPr>
          <w:lang w:eastAsia="zh-CN"/>
        </w:rPr>
        <w:t>　　您好!我一直是一个黏人的妞妞，总是喜欢黏着爸爸让他告诉我谁是英雄，谁很伟大?直到今天，我才渐渐地明白了这个问题。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20__年底，我被一种叫水痘的传染病袭击了，当时发烧了，身上痒得难受。您当时对我说这是一种传染病，不怕，我们会安然度过的。在您的关怀下，我渐渐地恢复了健康，也顺利地参加了期末考试。但这次事件让我知道了什么是传染病，也知道了传染病的危害。</w:t>
      </w:r>
      <w:r>
        <w:rPr>
          <w:lang w:eastAsia="zh-CN"/>
        </w:rPr>
        <w:br/>
      </w:r>
      <w:r>
        <w:rPr>
          <w:lang w:eastAsia="zh-CN"/>
        </w:rPr>
        <w:t>　　当这件事情渐渐淡忘的时候，有一天在市一医院当护士的您回来告诉我现在有一种新型冠状肺炎病毒正逼近了我们的生活。虽然我不懂这是什么病毒，但是您说，这种病毒很容易传染，远远超过我当时得的水痘，我们必须呆在家里，这才能保护好自己。</w:t>
      </w:r>
      <w:r>
        <w:rPr>
          <w:lang w:eastAsia="zh-CN"/>
        </w:rPr>
        <w:br/>
      </w:r>
      <w:r>
        <w:rPr>
          <w:lang w:eastAsia="zh-CN"/>
        </w:rPr>
        <w:t>　　我很害怕，很想问您这是怎么回事?但是您总是安慰我说：“妞，别怕，我们做好隔离措施就会平安度过的。”没过几天，武汉乃至全国成倍增长的冠状病毒感染病例的数据，让我深深觉得恐惧，尤其是知道武汉有14个医务人员也受到感染的时候，我更担心了，我的妈妈不正是医护人员吗?</w:t>
      </w:r>
      <w:r>
        <w:rPr>
          <w:lang w:eastAsia="zh-CN"/>
        </w:rPr>
        <w:br/>
      </w:r>
      <w:r>
        <w:rPr>
          <w:lang w:eastAsia="zh-CN"/>
        </w:rPr>
        <w:t>　　所以当您下班后，我一直缠着您说：“妈妈，这个是什么病毒啊，您会不会传染上啊，我会不会失去您啊?”您望着我坚定地说：“妈妈是一名护士，也是一名白衣战士，但是妈妈会保护好自己，不会让自己受伤。我还有最爱我的家人在家等着我呢!”您还告诉我，为了这次疫情奋战在第一线的是呼吸科、感染科、重症监护室和急诊室的叔叔阿姨们，他们是最值得尊敬的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昨天，爸爸给我看了一幅医生画的素描，画的作者配了一句话：我太菜了，画不出我心中勇士的样子。爸爸说：“这幅画触动了我的内心，不计报酬，无论生死，为抗击新型冠状病毒挺身而出的这些白衣勇士们就是最伟大的，是守护我们的英雄!”</w:t>
      </w:r>
      <w:r>
        <w:rPr>
          <w:lang w:eastAsia="zh-CN"/>
        </w:rPr>
        <w:br/>
      </w:r>
      <w:r>
        <w:rPr>
          <w:lang w:eastAsia="zh-CN"/>
        </w:rPr>
        <w:t>　　这时，我知道了一直缠着爸爸讲的英雄其实就是无数从事和妈妈您一样工作的医护工作者们，救死扶伤，不畏病毒和死亡，努力帮助许许多多的病人康复，给他们的家庭带去团圆。</w:t>
      </w:r>
      <w:r>
        <w:rPr>
          <w:lang w:eastAsia="zh-CN"/>
        </w:rPr>
        <w:br/>
      </w:r>
      <w:r>
        <w:rPr>
          <w:lang w:eastAsia="zh-CN"/>
        </w:rPr>
        <w:t>　　在这里，我要跟您说一句：“妈妈，您一定要在救护别人的同时，保护好自己，因为我们在家等您回来!”</w:t>
      </w:r>
      <w:r>
        <w:rPr>
          <w:lang w:eastAsia="zh-CN"/>
        </w:rPr>
        <w:br/>
      </w:r>
      <w:r>
        <w:rPr>
          <w:lang w:eastAsia="zh-CN"/>
        </w:rPr>
        <w:t xml:space="preserve">    关于公益节目《开学第一课》中小学生观后感心得体会精选范文 篇17 </w:t>
      </w:r>
      <w:r>
        <w:rPr>
          <w:lang w:eastAsia="zh-CN"/>
        </w:rPr>
        <w:br/>
      </w:r>
      <w:r>
        <w:rPr>
          <w:lang w:eastAsia="zh-CN"/>
        </w:rPr>
        <w:t>　　那天是刚开学第一天，心情感觉十分压抑，因为我还跟五班同学不熟悉，因为军训的时候，我和部分男生分到了八班，所以才造就了现在这样，他们说啥我听不懂，我说啥他们也挺不懂，简直就是两个世界的人，好在我们有一个共同的话题，就是再谈军训时的囧事，我们聊得十分高兴，渐渐的我也不再压抑了，正当我们聊的即兴时，班主任突然进入教室顿时全班突然安静了，当老师说：回去看开学第一课并让写感受，当时我就失落了，心想好好的一个周_早睡觉还要看《开学第一课》这个节目，真是虚度我的光阴，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算了老师说啥就是啥吧那天我亲不自愿地再晚上九点打开电视收看《开学第一课》，这个节目创意挺新颖，可是却没有打动我的心，直到任嘉伦唱的《中国话》里的几句歌词让我陷入沉思，歌中唱到好多外国人再说中国话，孔夫子的话越来越国际化难道?他们真的喜欢中国文化才来学的中文吧我反问自己，我笑了笑，我想多半是吧，我想多半是吧，我想最主要的是现在中国的国际地位越来越高，所以有些人为了挣钱才来学的中国话吧，我们中国曾经辉煌变成了多国的殖民地被迫签署不平等条约，那时候中国是有多么的软弱，竟是些抽大烟的，然而总有一群人想改变那时的情景踏上了未知的征程，那年种花家病了，病得很严重。</w:t>
      </w:r>
      <w:r>
        <w:rPr>
          <w:lang w:eastAsia="zh-CN"/>
        </w:rPr>
        <w:br/>
      </w:r>
      <w:r>
        <w:rPr>
          <w:lang w:eastAsia="zh-CN"/>
        </w:rPr>
        <w:t>　　每一次的尝试就像吃药一样，当年洋务运动，觉得是物质上出了问题结果发现不是，戊戌变法觉得是是规矩出了问题，可还是不是，孙文先生搞民主革命觉得是体制问题，结果被袁世凯抢走了政权，他们那群人不知道他们的药管不管用，但是他们愿意用生命试一试他们抱着让大家吃得饱穿得暖的理想去参加革命去创造一个吃得饱穿得暖种花家，从南昌起义到新中国建立，这一路走的很艰难，遇到了很多困难那些为国捐躯的英雄们祖国是不会忘记你们的，现在的我们吃得饱穿得暖一天三顿都有肉吃，这盛世如您们所愿可是盛世已至，您在何方，他们用鲜血染出来的盛世，可惜他们却看不到。唉</w:t>
      </w:r>
      <w:r>
        <w:rPr>
          <w:lang w:eastAsia="zh-CN"/>
        </w:rPr>
        <w:br/>
      </w:r>
      <w:r>
        <w:rPr>
          <w:lang w:eastAsia="zh-CN"/>
        </w:rPr>
        <w:t>　　真的很可惜我停止了思考，我停止了思考，关上了电视站在凉台上，看着现在车水马龙的北京，这都是您们用鲜血和生命换来的.......我想用一句话来当作结束，那就是......</w:t>
      </w:r>
      <w:r>
        <w:rPr>
          <w:lang w:eastAsia="zh-CN"/>
        </w:rPr>
        <w:br/>
      </w:r>
      <w:r>
        <w:rPr>
          <w:lang w:eastAsia="zh-CN"/>
        </w:rPr>
        <w:t>　　那年战时如麻</w:t>
      </w:r>
      <w:r>
        <w:rPr>
          <w:lang w:eastAsia="zh-CN"/>
        </w:rPr>
        <w:br/>
      </w:r>
      <w:r>
        <w:rPr>
          <w:lang w:eastAsia="zh-CN"/>
        </w:rPr>
        <w:t>　　愿你们来世拥有锦绣年华</w:t>
      </w:r>
      <w:r>
        <w:rPr>
          <w:lang w:eastAsia="zh-CN"/>
        </w:rPr>
        <w:br/>
      </w:r>
      <w:r>
        <w:rPr>
          <w:lang w:eastAsia="zh-CN"/>
        </w:rPr>
        <w:t>　　----敬那些最可爱的人</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xml:space="preserve"> 关于公益节目《开学第一课》中小学生观后感心得体会精选范文</w:t>
      </w:r>
      <w:r>
        <w:rPr>
          <w:lang w:eastAsia="zh-CN"/>
        </w:rPr>
        <w:t xml:space="preserve"> 篇18</w:t>
      </w:r>
      <w:r>
        <w:rPr>
          <w:lang w:eastAsia="zh-CN"/>
        </w:rPr>
        <w:t xml:space="preserve"> </w:t>
      </w:r>
      <w:r>
        <w:rPr>
          <w:lang w:eastAsia="zh-CN"/>
        </w:rPr>
        <w:br/>
      </w:r>
      <w:r>
        <w:rPr>
          <w:lang w:eastAsia="zh-CN"/>
        </w:rPr>
        <w:t>　　同学们，有句大家非常熟悉的古话，是“没有规矩，不成方圆”。同学们的学习也有规章制度。同学们平日里上学、放学，节假日外出、旅游、探亲，除了步行以外，还要骑自行车、乘公共汽(电)车，路程更远的，要乘火车、乘船。同学们成为一名交通的参与者，所以同样要遵守国家的有关交通法规和规章。我们要从小树立交通安全意识，掌握必要的交通安全知识，确保交通安全。下面我先介绍一下我国目前施行的交通法规和规章。第一，是《中华人民共和国道路交通安全法》，由第十届全国人民代表大会常务委员会第五次会议于20__年10月28日通过，从20__年5月1日起施行。第二，是《中华人民共和国道路交通安全法实施条例》，由国务院在20__年4月28日通过，从20__年5月1日起施行。第三，是《广东省道路交通安全条例》，由广东省第十届人民代表大会常务委员会在20__年1月18日通过，从20__年5月1日起施行。上述这三个法律文件对非机动车、行人和乘车人的通行作出了明确规定。后面还会对具体的规定进行详细讲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接下来，我给大家介绍一下我们国家交通安全的形势。随着经济的日益发展，马路上车辆川流不息的景象随处可见。由于车辆增多，交通环境出现恶化现象，学生在上学、放学途中遇到交通事故的几率增大，加上部分司机没有礼让学生过马路，学生在上学放学途中遇到的险象可说是比比皆是。也因此，由于有些人交通安全意识的淡薄，在车水马龙的马路上演了一幕幕不可挽回的悲剧。据悉，我国每年死于交通事故的人数超过10万人，其中中小学生占死亡人数的三成左右，步行交通事故危险人群为5至9岁儿童，15岁至18岁男生发生车祸数字是女生的3倍，其中80%是因缺少交通安全知识和自我保护能力所致。车祸已成为紧随溺水之后的危及学生生命的最大杀手。与高发的安全事故及其隐患形成鲜明对比的是，中小学生对安全事故的防范意识却很差。当被问到“如果上学快迟到了，在过马路时正好赶上红灯，你会怎样”时，6。2%的被访者选择了“赶紧过马路”、9。6%选择了“旁边有人过就跟着过”、27。4%选择了“车辆少，就小心地穿过马路”，三项累计高达43。2%。</w:t>
      </w:r>
      <w:r>
        <w:rPr>
          <w:lang w:eastAsia="zh-CN"/>
        </w:rPr>
        <w:br/>
      </w:r>
      <w:r>
        <w:rPr>
          <w:lang w:eastAsia="zh-CN"/>
        </w:rPr>
        <w:t>　　当一个个鲜活的生命消失于车轮之下，一阵阵欢声笑语湮没在尖锐的汽笛声中，面对那些触目惊心的场景时，我们能不感到痛心疾首吗?如花的小生命还没体验到更多的人生，就这样消失于世。令人叹息!因交通事故创伤的更是不计其数。在众的交通事故中，尽管事故形态各异，原因也是多方面的，但有一点是共同的，那就是都有人违章。中国拥有全世界1。9%的汽车，引发的交通死亡事故却占了全球的15%!成为交通事故多发国家。据一组统计数字显示，按发生事故原因分析，我国驾驶员违章占70%——80%，机动车机械故障原因小于5%，道路及相关设施占1%，行人违章占15%。可见，机械故障、道路设施等等都不是主要原因，主要原因竟然是驾驶员的违章操作和行人违章，是人的问题。如果大家都自觉遵守道路交通管理法规，都不违章，也就等于消灭了交通事故，人人平安，家家欢乐，那该多好哇!同学们说，是不是?</w:t>
      </w:r>
      <w:r>
        <w:rPr>
          <w:lang w:eastAsia="zh-CN"/>
        </w:rPr>
        <w:br/>
      </w:r>
    </w:p>
    <w:p w:rsidR="001B1F19" w14:textId="27C3F48A">
      <w:pPr>
        <w:rPr>
          <w:rFonts w:hint="eastAsia"/>
          <w:lang w:eastAsia="zh-CN"/>
        </w:rPr>
      </w:pPr>
      <w:r>
        <w:rPr>
          <w:lang w:eastAsia="zh-CN"/>
        </w:rPr>
        <w:t xml:space="preserve">    关于公益节目《开学第一课》中小学生观后感心得体会精选范文 篇19 </w:t>
      </w:r>
      <w:r>
        <w:rPr>
          <w:lang w:eastAsia="zh-CN"/>
        </w:rPr>
        <w:br/>
      </w:r>
      <w:r>
        <w:rPr>
          <w:lang w:eastAsia="zh-CN"/>
        </w:rPr>
        <w:t>　　无私奉献是一种美;恪守职责是一种美;齐心协力是一种美;生活中处处存在美，只要有一双善于发现美的眼睛。</w:t>
      </w:r>
      <w:r>
        <w:rPr>
          <w:lang w:eastAsia="zh-CN"/>
        </w:rPr>
        <w:br/>
      </w:r>
      <w:r>
        <w:rPr>
          <w:lang w:eastAsia="zh-CN"/>
        </w:rPr>
        <w:t>　　知道了吴斌叔叔的故事，让我感受到了恪守职责的美，其实，在我们身边还有很多的最美，比如：最美老师邓丽，最美妈妈吴菊萍，最美战士高铁成。这些最美人物的事迹深深感动了我。他们身上永远存在着美，我一定也要向他们努力学习，拥有最美的心，成为最美的人。</w:t>
      </w:r>
      <w:r>
        <w:rPr>
          <w:lang w:eastAsia="zh-CN"/>
        </w:rPr>
        <w:br/>
      </w:r>
      <w:r>
        <w:rPr>
          <w:lang w:eastAsia="zh-CN"/>
        </w:rPr>
        <w:t>　　美是风花雪月，美是茶余饭后的一种闲情，其实这些都是小美。于丹老师这样说过。那大美又是什么呢?是美的信念还是美的道德?这必须有我们自己去体会。美就体现在生活中，而生活就像一锅滚开的水，有的人就像把生鸡蛋煮熟变成硬邦邦的一样，只固守着自己，完全不顾及别人;有的人像把胡萝卜煮成胡萝卜泥一样，受不起挫折和煎熬，不能给祖国和社会自己的力量。而有的人像锅里的茶叶一样，把自己治好了，同时也把无色无味的水变得香了。这就是经过煎熬和挫折后成功的人，同时也给社会带来了利益。</w:t>
      </w:r>
      <w:r>
        <w:rPr>
          <w:lang w:eastAsia="zh-CN"/>
        </w:rPr>
        <w:br/>
      </w:r>
      <w:r>
        <w:rPr>
          <w:lang w:eastAsia="zh-CN"/>
        </w:rPr>
        <w:t>　　对我们而言，考试考得好，成绩提高了，玩耍的时间多了，我们就会微笑，微笑就是美。</w:t>
      </w:r>
      <w:r>
        <w:rPr>
          <w:lang w:eastAsia="zh-CN"/>
        </w:rPr>
        <w:br/>
      </w:r>
      <w:r>
        <w:rPr>
          <w:lang w:eastAsia="zh-CN"/>
        </w:rPr>
        <w:t>　　去用心感受吧!去用眼睛发现吧!美就在身边，美就是我们自己创造的!</w:t>
      </w:r>
      <w:r>
        <w:rPr>
          <w:lang w:eastAsia="zh-CN"/>
        </w:rPr>
        <w:br/>
      </w:r>
      <w:r>
        <w:rPr>
          <w:lang w:eastAsia="zh-CN"/>
        </w:rPr>
        <w:t xml:space="preserve">  </w:t>
      </w:r>
      <w:r>
        <w:rPr>
          <w:lang w:eastAsia="zh-CN"/>
        </w:rPr>
        <w:t xml:space="preserve"> </w:t>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https://d.book118.com/906232205203010101</w:t>
        </w:r>
      </w:hyperlink>
    </w:p>
    <w:p w:rsidR="001B1F19">
      <w:pPr>
        <w:rPr>
          <w:rFonts w:hint="eastAsia"/>
          <w:lang w:eastAsia="zh-CN"/>
        </w:rPr>
      </w:pPr>
    </w:p>
    <w:sectPr>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0623220520301010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