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人力资源培训工作总结范文大全15篇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人力资源培训工作总结是对人力资源培训工作进行全面回顾、分析和总结的过程。它旨在评估培训效果，总结经验教训，提出改进措施，并为未来的人力资源培训工作提供参考。现在随着小编一起往下看看人力资源培训工作总结范文大全，希望你喜欢。</w:t>
      </w:r>
      <w:r>
        <w:rPr>
          <w:lang w:eastAsia="zh-CN"/>
        </w:rPr>
        <w:br/>
      </w:r>
      <w:r>
        <w:rPr>
          <w:lang w:eastAsia="zh-CN"/>
        </w:rPr>
        <w:t xml:space="preserve">    人力资源培训工作总结范文大全篇1 </w:t>
      </w:r>
      <w:r>
        <w:rPr>
          <w:lang w:eastAsia="zh-CN"/>
        </w:rPr>
        <w:br/>
      </w:r>
      <w:r>
        <w:rPr>
          <w:lang w:eastAsia="zh-CN"/>
        </w:rPr>
        <w:t xml:space="preserve">    20__年的工作已经圆满结束，在本年度的工作当中，公司人力资源部认真建立、健全公司人力资源管理系统，确保人力资源工作按照公司发展目标日趋科学化、规范化，制订和实施人力资源部年度工作目标和工作计划，按月做出预算及工作计划，提前完成了公司年度总目标。20__年，公司的培训主要以内部培训为主，基本无外部培训。内训的重点是新员工入职培训，具体情况总结如下： </w:t>
      </w:r>
      <w:r>
        <w:rPr>
          <w:lang w:eastAsia="zh-CN"/>
        </w:rPr>
        <w:br/>
      </w:r>
      <w:r>
        <w:rPr>
          <w:lang w:eastAsia="zh-CN"/>
        </w:rPr>
        <w:t xml:space="preserve">    1、落实和优化“伙伴制度” </w:t>
      </w:r>
      <w:r>
        <w:rPr>
          <w:lang w:eastAsia="zh-CN"/>
        </w:rPr>
        <w:br/>
      </w:r>
      <w:r>
        <w:rPr>
          <w:lang w:eastAsia="zh-CN"/>
        </w:rPr>
        <w:t xml:space="preserve">    “伙伴制度”其实跟导师制差不多，“伙伴”的主要职责包括： </w:t>
      </w:r>
      <w:r>
        <w:rPr>
          <w:lang w:eastAsia="zh-CN"/>
        </w:rPr>
        <w:br/>
      </w:r>
      <w:r>
        <w:rPr>
          <w:lang w:eastAsia="zh-CN"/>
        </w:rPr>
        <w:t xml:space="preserve">    入职当天，认识各部门负责人及本部门所有同事等；入职一周内，“伙伴”将引导您or与您共进第一周的午餐，并引导您熟悉公司周边交通、就餐、购物、就医等生活配套设施；入职一个月内，“伙伴”将引导您了解公司文化、制度、流程等，有任何生活or工作流方面的需求可第一时间寻求“伙伴”的帮助。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员工入职前，就会提前与部门负责人确定“伙伴”，今年在“伙伴”的安排上，大多都会选择小组的负责人，直接带新人，以前主要是安排职位相关的。另外，公司在下半年增加了“伙伴—新员工沟通交流会”，公司每两周举办一次，参与人员为试用期员工及员工的“伙伴”，员工转正后不参加此会。主要形式为：新员工发言：主要包括本周“重点工作”、“个人感受和体会”和“主要问题及建议”三个方面；伙伴点评：对新员工本周工作及表现加以点评，提出指导意见。hr会记录每位新员工的发言，建立台账，跟进其中提到的问题。</w:t>
      </w:r>
      <w:r>
        <w:rPr>
          <w:lang w:eastAsia="zh-CN"/>
        </w:rPr>
        <w:t xml:space="preserve"> </w:t>
      </w:r>
      <w:r>
        <w:rPr>
          <w:lang w:eastAsia="zh-CN"/>
        </w:rPr>
        <w:br/>
      </w:r>
      <w:r>
        <w:rPr>
          <w:lang w:eastAsia="zh-CN"/>
        </w:rPr>
        <w:t xml:space="preserve">    2、定期举办新员工入职培训 </w:t>
      </w:r>
      <w:r>
        <w:rPr>
          <w:lang w:eastAsia="zh-CN"/>
        </w:rPr>
        <w:br/>
      </w:r>
      <w:r>
        <w:rPr>
          <w:lang w:eastAsia="zh-CN"/>
        </w:rPr>
        <w:t xml:space="preserve">    新员工入职培训主要由三部分组成：入职当天指引、部门主管组织的部门级培训及公司级的强化培训。 </w:t>
      </w:r>
      <w:r>
        <w:rPr>
          <w:lang w:eastAsia="zh-CN"/>
        </w:rPr>
        <w:br/>
      </w:r>
      <w:r>
        <w:rPr>
          <w:lang w:eastAsia="zh-CN"/>
        </w:rPr>
        <w:t xml:space="preserve">    20__年共组织新员工入职培训6次，参与人员共48人。原则上是每月举办一次新员工入职培训，但某些月份入职员工不多，一般新员工有8人左右，就会视情况举办一次公司级的强化培训。考虑到有些员工可能入职时间会超过一个月才参加公司级的培训，所以在培训的内容上做了调整，入职当天的指引相比去年会更详细一些，主要目的是让员工了解公司的基本制度。 </w:t>
      </w:r>
      <w:r>
        <w:rPr>
          <w:lang w:eastAsia="zh-CN"/>
        </w:rPr>
        <w:br/>
      </w:r>
      <w:r>
        <w:rPr>
          <w:lang w:eastAsia="zh-CN"/>
        </w:rPr>
        <w:t xml:space="preserve">    需要改善的地方：新员工入职培训是重点，但同时要加强业务部门的操作流程培训，以及业务相关理论知识的培训。 </w:t>
      </w:r>
      <w:r>
        <w:rPr>
          <w:lang w:eastAsia="zh-CN"/>
        </w:rPr>
        <w:br/>
      </w:r>
      <w:r>
        <w:rPr>
          <w:lang w:eastAsia="zh-CN"/>
        </w:rPr>
        <w:t xml:space="preserve">    以上就是公司人力资源部本年度培训工作总结，在以后的工作中，人力资源部将继续结合公司战略发展规划，不断完善和优化相关制度建设，力争打造一个更富有凝聚力的创业团队！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人力资源培训工作总结范文大全篇2 </w:t>
      </w:r>
      <w:r>
        <w:rPr>
          <w:lang w:eastAsia="zh-CN"/>
        </w:rPr>
        <w:br/>
      </w:r>
      <w:r>
        <w:rPr>
          <w:lang w:eastAsia="zh-CN"/>
        </w:rPr>
        <w:t xml:space="preserve">    20__年，是人力资源部收获的一年。是人力资源管理从事务性管理迈向现代人力资源管理真正转型的一年。我部在集团公司领导的正确领导下、在开发区相关部门的正确指导下、在公司各部门的大力支持下、在部门全体工作人员的共同努力下，紧紧围绕集团公司的发展目标及“团结、务实、开拓、创新的企业精神，勤奋学习，积极工作，同心协力，较好地完成了上级和公司领导交给的各项工作任务。现将20__年工作总结： </w:t>
      </w:r>
      <w:r>
        <w:rPr>
          <w:lang w:eastAsia="zh-CN"/>
        </w:rPr>
        <w:br/>
      </w:r>
      <w:r>
        <w:rPr>
          <w:lang w:eastAsia="zh-CN"/>
        </w:rPr>
        <w:t xml:space="preserve">    一、开展全员培训，提升员工素质 </w:t>
      </w:r>
      <w:r>
        <w:rPr>
          <w:lang w:eastAsia="zh-CN"/>
        </w:rPr>
        <w:br/>
      </w:r>
      <w:r>
        <w:rPr>
          <w:lang w:eastAsia="zh-CN"/>
        </w:rPr>
        <w:t xml:space="preserve">    现代人力资源管理是帮助公司面对不断的变化提升员工素质和技能，完成公司战略发展目标。这就需要创造一个公司文化网，让所有的员工都了解，因此人力资源部在制度完善上加大了力度，重新修订完善了《劳动人事管理规定》、下发了员工手册，并根据员工需求详细制定了全员培训计划并组织实施。这次培训历时一个月，参加培训人数___人，人均参加军训2学时、接受理论知识授课6学时、参观考察3学时。参训人员均写出___字左右的培训心得，纷纷表示将培训中所学的知识、理念、价值观变成自己的工作热情和优质服务，去支持公司，积极主动地去工作。通过__节的检验，员工的综合素质和整体服务意识均有很大提高，此次全员培训收到了良好的效果。 </w:t>
      </w:r>
      <w:r>
        <w:rPr>
          <w:lang w:eastAsia="zh-CN"/>
        </w:rPr>
        <w:br/>
      </w:r>
      <w:r>
        <w:rPr>
          <w:lang w:eastAsia="zh-CN"/>
        </w:rPr>
        <w:t xml:space="preserve">    二、积极学习、开拓创新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在人力资源管理与开发方面，我部为进一步做好人力资源管理基础工作，在加强定岗定员、人力资源培训与开发、人力资源管理信息化和人力资源管理制度建设有效结合的同时，不断开拓人力资源管理人员视野，把握人力资源动态，吸收外部先进的人力资源管理思想和理念，进行人力资源管理改革与创新。形成了人力资源管理人员月例会制度，在人力资源管理人员中间倡导“学习、积累、总结、提高；“专业勤奋；“82的工作、学习理念。在思想上，我部各位同志都充分认识到了学习型企业的深刻含义，积极参加了市、区相关部门组织的各种培训活动，在充实头脑的同时。也为今后各种工作的顺利开展奠定了基础。</w:t>
      </w:r>
      <w:r>
        <w:rPr>
          <w:lang w:eastAsia="zh-CN"/>
        </w:rPr>
        <w:t xml:space="preserve"> </w:t>
      </w:r>
      <w:r>
        <w:rPr>
          <w:lang w:eastAsia="zh-CN"/>
        </w:rPr>
        <w:br/>
      </w:r>
      <w:r>
        <w:rPr>
          <w:lang w:eastAsia="zh-CN"/>
        </w:rPr>
        <w:t xml:space="preserve">    三、人力资源的管理和调配 </w:t>
      </w:r>
      <w:r>
        <w:rPr>
          <w:lang w:eastAsia="zh-CN"/>
        </w:rPr>
        <w:br/>
      </w:r>
      <w:r>
        <w:rPr>
          <w:lang w:eastAsia="zh-CN"/>
        </w:rPr>
        <w:t xml:space="preserve">    今年，为了实现公司利益的化，针对我们旅游业在不同的季节、不同的岗位有不同的人力需求情况，我部及时、合理调配工作人员，保证了各岗位工作的有序运行。 </w:t>
      </w:r>
      <w:r>
        <w:rPr>
          <w:lang w:eastAsia="zh-CN"/>
        </w:rPr>
        <w:br/>
      </w:r>
      <w:r>
        <w:rPr>
          <w:lang w:eastAsia="zh-CN"/>
        </w:rPr>
        <w:t xml:space="preserve">    一是年初，我部门及时地完成了集团公司安置___子女就业的收尾工作。并与所安置的___子女并签订了劳动合同。 </w:t>
      </w:r>
      <w:r>
        <w:rPr>
          <w:lang w:eastAsia="zh-CN"/>
        </w:rPr>
        <w:br/>
      </w:r>
      <w:r>
        <w:rPr>
          <w:lang w:eastAsia="zh-CN"/>
        </w:rPr>
        <w:t xml:space="preserve">    二是根据开发区人事局的要求，为___更换了技术等级证书，并着手为符合条件的___职工晋升初级职称。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三是集团公司自19__年转制后至2020年_月末，对已达到退休年龄的职工一直未办理退休手续，致使职工未按时办理退休手续，导致本应由保险公司支付的退休金一直由企业自付。经我部工作人员多方位的协调沟通逐一的理顺了与市（区）劳动局、市（区）保险公司的工作关系，而且极力挽回了本应由保险公司支付确因延误或停办造成的由企业负担的养老金___余元。</w:t>
      </w:r>
      <w:r>
        <w:rPr>
          <w:lang w:eastAsia="zh-CN"/>
        </w:rPr>
        <w:t xml:space="preserve"> </w:t>
      </w:r>
      <w:r>
        <w:rPr>
          <w:lang w:eastAsia="zh-CN"/>
        </w:rPr>
        <w:br/>
      </w:r>
      <w:r>
        <w:rPr>
          <w:lang w:eastAsia="zh-CN"/>
        </w:rPr>
        <w:t xml:space="preserve">    四是为适应公司发展的需要，公司领导班子做出决定，面向社会招聘一部分专业管理人才和专业技术人才，我部门立即着手通过知名招聘平台——__招聘发布招聘信息，在两周的时间里，共有___人通过电话、email以及亲自登门报名。我部门对这些人员通过笔试、面试、体检等方式逐一筛选，共有___被我公司录用。此次公开招聘也是集团公司成立以来的第一次，为企业的蓬勃发展注入了新鲜的血液。 </w:t>
      </w:r>
      <w:r>
        <w:rPr>
          <w:lang w:eastAsia="zh-CN"/>
        </w:rPr>
        <w:br/>
      </w:r>
      <w:r>
        <w:rPr>
          <w:lang w:eastAsia="zh-CN"/>
        </w:rPr>
        <w:t xml:space="preserve">    五是根据市里的有关规定，养老保险在20__年元月开始要对欠缴部分收取滞纳金，因我单位从20__年_月份由事业缴费转为企业缴费，所以养老保险个人账户存在着很多问题，通过对集团公司___的账户进行核对，在时间紧任务重的情况下整理出了___的错误信息，做实了以前未做实的___的个人账户，并补齐了以前漏缴的___的养老保险，协助公司4位两不找人员补缴养老保险___余元。 </w:t>
      </w:r>
      <w:r>
        <w:rPr>
          <w:lang w:eastAsia="zh-CN"/>
        </w:rPr>
        <w:br/>
      </w:r>
      <w:r>
        <w:rPr>
          <w:lang w:eastAsia="zh-CN"/>
        </w:rPr>
        <w:t xml:space="preserve">    六是在日常管理交纳住房公积金的同时纠正了89条错误信息。 </w:t>
      </w:r>
      <w:r>
        <w:rPr>
          <w:lang w:eastAsia="zh-CN"/>
        </w:rPr>
        <w:br/>
      </w:r>
      <w:r>
        <w:rPr>
          <w:lang w:eastAsia="zh-CN"/>
        </w:rPr>
        <w:t xml:space="preserve">    七是认真做好公司干部职工的考核工作，是人力资源部的一项重要工作。过去的一年里，在本部门领导的带领下对各级干部职工作了职能评价，了解并掌握了职工在岗位工作的适应能力，在统一考核标准的情况下，规范的管理了职工工作情况，促进了各部室的工作开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八是_月份，我部为进一步强化企业劳动人事管理，建立与市场经济体制相适应的现代企业管理制度，指导员工理性和规范工作，充分的调动广大员工的创造力和积极性，切实围绕集团公司发展的目标努力工作，我部认真的起草了《劳动人事管理规定》，在经过职工代表大会讨论通过后贯彻实施。</w:t>
      </w:r>
      <w:r>
        <w:rPr>
          <w:lang w:eastAsia="zh-CN"/>
        </w:rPr>
        <w:t xml:space="preserve"> </w:t>
      </w:r>
      <w:r>
        <w:rPr>
          <w:lang w:eastAsia="zh-CN"/>
        </w:rPr>
        <w:br/>
      </w:r>
      <w:r>
        <w:rPr>
          <w:lang w:eastAsia="zh-CN"/>
        </w:rPr>
        <w:t xml:space="preserve">    九是为保障公司因工作遭受事故伤害的职工获得医疗救治和经济补偿，我部门在理理顺了办理工伤及工伤评残的工作程序后共计为___同志办理了工伤保险及伤残等级认定。 </w:t>
      </w:r>
      <w:r>
        <w:rPr>
          <w:lang w:eastAsia="zh-CN"/>
        </w:rPr>
        <w:br/>
      </w:r>
      <w:r>
        <w:rPr>
          <w:lang w:eastAsia="zh-CN"/>
        </w:rPr>
        <w:t xml:space="preserve">    十是共受理游客投诉__，解决__，另有__投诉由于涉及对方自身责任，目前尚在解决当中。 </w:t>
      </w:r>
      <w:r>
        <w:rPr>
          <w:lang w:eastAsia="zh-CN"/>
        </w:rPr>
        <w:br/>
      </w:r>
      <w:r>
        <w:rPr>
          <w:lang w:eastAsia="zh-CN"/>
        </w:rPr>
        <w:t xml:space="preserve">    十一是去年末，我部门起草了《集团公司薪资改革方案》，这个改革方案目前正处于讨论阶段。 </w:t>
      </w:r>
      <w:r>
        <w:rPr>
          <w:lang w:eastAsia="zh-CN"/>
        </w:rPr>
        <w:br/>
      </w:r>
      <w:r>
        <w:rPr>
          <w:lang w:eastAsia="zh-CN"/>
        </w:rPr>
        <w:t xml:space="preserve">    十二是按照集团公司《员工劳动保护与防护用品配置的暂行规定》，我部先核对了发放标准，进而组织采购、发放，共计发放棉工装___套；棉鞋___双；毛巾___条；香皂___块。 </w:t>
      </w:r>
      <w:r>
        <w:rPr>
          <w:lang w:eastAsia="zh-CN"/>
        </w:rPr>
        <w:br/>
      </w:r>
      <w:r>
        <w:rPr>
          <w:lang w:eastAsia="zh-CN"/>
        </w:rPr>
        <w:t xml:space="preserve">    四、20__年工作设想 </w:t>
      </w:r>
      <w:r>
        <w:rPr>
          <w:lang w:eastAsia="zh-CN"/>
        </w:rPr>
        <w:br/>
      </w:r>
      <w:r>
        <w:rPr>
          <w:lang w:eastAsia="zh-CN"/>
        </w:rPr>
        <w:t xml:space="preserve">    继续秉承“团结、务实、开拓、创新的企业精神，将下一年度的工作设计： </w:t>
      </w:r>
      <w:r>
        <w:rPr>
          <w:lang w:eastAsia="zh-CN"/>
        </w:rPr>
        <w:br/>
      </w:r>
      <w:r>
        <w:rPr>
          <w:lang w:eastAsia="zh-CN"/>
        </w:rPr>
        <w:t xml:space="preserve">    1、制定《集团公司工资制度改革方案》，通过后组织实施。 </w:t>
      </w:r>
      <w:r>
        <w:rPr>
          <w:lang w:eastAsia="zh-CN"/>
        </w:rPr>
        <w:br/>
      </w:r>
      <w:r>
        <w:rPr>
          <w:lang w:eastAsia="zh-CN"/>
        </w:rPr>
        <w:t xml:space="preserve">    2、完成职工工龄确定工作。 </w:t>
      </w:r>
      <w:r>
        <w:rPr>
          <w:lang w:eastAsia="zh-CN"/>
        </w:rPr>
        <w:br/>
      </w:r>
      <w:r>
        <w:rPr>
          <w:lang w:eastAsia="zh-CN"/>
        </w:rPr>
        <w:t xml:space="preserve">    3、建立绩效考核评估方案并组织实施。 </w:t>
      </w:r>
      <w:r>
        <w:rPr>
          <w:lang w:eastAsia="zh-CN"/>
        </w:rPr>
        <w:br/>
      </w:r>
      <w:r>
        <w:rPr>
          <w:lang w:eastAsia="zh-CN"/>
        </w:rPr>
        <w:t xml:space="preserve">    4、干部、技术人员信息台帐。 </w:t>
      </w:r>
      <w:r>
        <w:rPr>
          <w:lang w:eastAsia="zh-CN"/>
        </w:rPr>
        <w:br/>
      </w:r>
      <w:r>
        <w:rPr>
          <w:lang w:eastAsia="zh-CN"/>
        </w:rPr>
        <w:t xml:space="preserve">    5、整理档案，补办档案内缺少的相关录用手续。 </w:t>
      </w:r>
      <w:r>
        <w:rPr>
          <w:lang w:eastAsia="zh-CN"/>
        </w:rPr>
        <w:br/>
      </w:r>
      <w:r>
        <w:rPr>
          <w:lang w:eastAsia="zh-CN"/>
        </w:rPr>
        <w:t xml:space="preserve">    6、设计并组织实施20__年员工岗位培训。 </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7、进一步落实劳动保护用品的发放工作。 </w:t>
      </w:r>
      <w:r>
        <w:rPr>
          <w:lang w:eastAsia="zh-CN"/>
        </w:rPr>
        <w:br/>
      </w:r>
      <w:r>
        <w:rPr>
          <w:lang w:eastAsia="zh-CN"/>
        </w:rPr>
        <w:t xml:space="preserve">    8、及时做好人员调配工作。 </w:t>
      </w:r>
      <w:r>
        <w:rPr>
          <w:lang w:eastAsia="zh-CN"/>
        </w:rPr>
        <w:br/>
      </w:r>
      <w:r>
        <w:rPr>
          <w:lang w:eastAsia="zh-CN"/>
        </w:rPr>
        <w:t xml:space="preserve">    20__年的诸多良好因素必将成为我们集团公司快发展、大发展的催化剂，在感悟着过去的一年的点点滴滴中，我部全体员工必将踏实的迈出坚实的脚步，让人力资源管理工作真正成为企业发展的基石。 </w:t>
      </w:r>
      <w:r>
        <w:rPr>
          <w:lang w:eastAsia="zh-CN"/>
        </w:rPr>
        <w:br/>
      </w:r>
      <w:r>
        <w:rPr>
          <w:lang w:eastAsia="zh-CN"/>
        </w:rPr>
        <w:t xml:space="preserve">    人力资源培训工作总结范文大全篇3 </w:t>
      </w:r>
      <w:r>
        <w:rPr>
          <w:lang w:eastAsia="zh-CN"/>
        </w:rPr>
        <w:br/>
      </w:r>
      <w:r>
        <w:rPr>
          <w:lang w:eastAsia="zh-CN"/>
        </w:rPr>
        <w:t xml:space="preserve">    回顾20__年培训工作，我们___持之以恒贯彻落实建设学习型公司、培育学习型员工的精神，牢固树立“培训是公司的长效投入，是发展的后劲，是员工的福利”，推动公司产品向更高目标发展作出了积极贡献。一年来，做了以下培训工作总结： </w:t>
      </w:r>
      <w:r>
        <w:rPr>
          <w:lang w:eastAsia="zh-CN"/>
        </w:rPr>
        <w:br/>
      </w:r>
      <w:r>
        <w:rPr>
          <w:lang w:eastAsia="zh-CN"/>
        </w:rPr>
        <w:t xml:space="preserve">    一、培训工作情况 </w:t>
      </w:r>
      <w:r>
        <w:rPr>
          <w:lang w:eastAsia="zh-CN"/>
        </w:rPr>
        <w:br/>
      </w:r>
      <w:r>
        <w:rPr>
          <w:lang w:eastAsia="zh-CN"/>
        </w:rPr>
        <w:t xml:space="preserve">    20__年共举行内训24项，分别质量管理意识培训占46%，专业技能培训占50%，规章制度与职业道德培训占4%，共计57：85课时，参训27人次。 </w:t>
      </w:r>
      <w:r>
        <w:rPr>
          <w:lang w:eastAsia="zh-CN"/>
        </w:rPr>
        <w:br/>
      </w:r>
      <w:r>
        <w:rPr>
          <w:lang w:eastAsia="zh-CN"/>
        </w:rPr>
        <w:t xml:space="preserve">    培训课程主要集中为以下几类： </w:t>
      </w:r>
      <w:r>
        <w:rPr>
          <w:lang w:eastAsia="zh-CN"/>
        </w:rPr>
        <w:br/>
      </w:r>
      <w:r>
        <w:rPr>
          <w:lang w:eastAsia="zh-CN"/>
        </w:rPr>
        <w:t xml:space="preserve">    1、员工必修类：企业文化培训、职业道德规范、管理制度。 </w:t>
      </w:r>
      <w:r>
        <w:rPr>
          <w:lang w:eastAsia="zh-CN"/>
        </w:rPr>
        <w:br/>
      </w:r>
      <w:r>
        <w:rPr>
          <w:lang w:eastAsia="zh-CN"/>
        </w:rPr>
        <w:t xml:space="preserve">    2、重点培训：软件测试、开发及管理、CMMI3。 </w:t>
      </w:r>
      <w:r>
        <w:rPr>
          <w:lang w:eastAsia="zh-CN"/>
        </w:rPr>
        <w:br/>
      </w:r>
      <w:r>
        <w:rPr>
          <w:lang w:eastAsia="zh-CN"/>
        </w:rPr>
        <w:t xml:space="preserve">    3、新员工岗前培训。 </w:t>
      </w:r>
      <w:r>
        <w:rPr>
          <w:lang w:eastAsia="zh-CN"/>
        </w:rPr>
        <w:br/>
      </w:r>
      <w:r>
        <w:rPr>
          <w:lang w:eastAsia="zh-CN"/>
        </w:rPr>
        <w:t xml:space="preserve">    二、培训费用 </w:t>
      </w:r>
      <w:r>
        <w:rPr>
          <w:lang w:eastAsia="zh-CN"/>
        </w:rPr>
        <w:br/>
      </w:r>
      <w:r>
        <w:rPr>
          <w:lang w:eastAsia="zh-CN"/>
        </w:rPr>
        <w:t xml:space="preserve">    20__年培训费用总计为22397.50元，费用均为下半年，因上半年没有做培训成本这一项。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三、培训工作分析 </w:t>
      </w:r>
      <w:r>
        <w:rPr>
          <w:lang w:eastAsia="zh-CN"/>
        </w:rPr>
        <w:br/>
      </w:r>
      <w:r>
        <w:rPr>
          <w:lang w:eastAsia="zh-CN"/>
        </w:rPr>
        <w:t xml:space="preserve">    （一）取得的成绩： </w:t>
      </w:r>
      <w:r>
        <w:rPr>
          <w:lang w:eastAsia="zh-CN"/>
        </w:rPr>
        <w:br/>
      </w:r>
      <w:r>
        <w:rPr>
          <w:lang w:eastAsia="zh-CN"/>
        </w:rPr>
        <w:t xml:space="preserve">    1、20__年度的培训工作与20__年度相比，从培训项目数、举办培训课程次数、接受训练的人次等方面，取得了一定的增长。 </w:t>
      </w:r>
      <w:r>
        <w:rPr>
          <w:lang w:eastAsia="zh-CN"/>
        </w:rPr>
        <w:br/>
      </w:r>
      <w:r>
        <w:rPr>
          <w:lang w:eastAsia="zh-CN"/>
        </w:rPr>
        <w:t xml:space="preserve">    2、建立制度性培训体系。以往，公司培训工作缺乏系统性制度，培训管理幅度和力度很弱，培训资金无保证，员工培训意识差，培训工作开展十分困难。今年质量管理部投入大量精力，在总结了以往公司培训经验的基础上，优化培训管理流程，完善教育培训制度。重点加强了培训需求分析和培训项目审批流程，在多次征求各单位意见后，全面提升公司培训工作的制度化管理。 </w:t>
      </w:r>
      <w:r>
        <w:rPr>
          <w:lang w:eastAsia="zh-CN"/>
        </w:rPr>
        <w:br/>
      </w:r>
      <w:r>
        <w:rPr>
          <w:lang w:eastAsia="zh-CN"/>
        </w:rPr>
        <w:t xml:space="preserve">    3、在20__年公司通过ISO9001：2000标准认证和CMM认证的基础上，引入ISO10015、GB/T19025-2001和MQMS体系知识，逐步掌握与国际接轨的培训管理制度和工作程序，建立和完善职工培训教育的质量保证和效果评价体系。 </w:t>
      </w:r>
      <w:r>
        <w:rPr>
          <w:lang w:eastAsia="zh-CN"/>
        </w:rPr>
        <w:br/>
      </w:r>
      <w:r>
        <w:rPr>
          <w:lang w:eastAsia="zh-CN"/>
        </w:rPr>
        <w:t xml:space="preserve">    4、不断改进培训方式，积极探索新的培训模式。 </w:t>
      </w:r>
      <w:r>
        <w:rPr>
          <w:lang w:eastAsia="zh-CN"/>
        </w:rPr>
        <w:br/>
      </w:r>
      <w:r>
        <w:rPr>
          <w:lang w:eastAsia="zh-CN"/>
        </w:rPr>
        <w:t xml:space="preserve">    （二）存在的问题和不足 </w:t>
      </w:r>
      <w:r>
        <w:rPr>
          <w:lang w:eastAsia="zh-CN"/>
        </w:rPr>
        <w:br/>
      </w:r>
      <w:r>
        <w:rPr>
          <w:lang w:eastAsia="zh-CN"/>
        </w:rPr>
        <w:t xml:space="preserve">    1、培训工作考核少，造成培训“参加与不参加一个样，学好学孬一个样”的消极局面，导致培训工作的被动。 </w:t>
      </w:r>
      <w:r>
        <w:rPr>
          <w:lang w:eastAsia="zh-CN"/>
        </w:rPr>
        <w:br/>
      </w:r>
      <w:r>
        <w:rPr>
          <w:lang w:eastAsia="zh-CN"/>
        </w:rPr>
        <w:t xml:space="preserve">    2、培训形式缺乏创新。只是一味的采用“上面讲、下面听”的形式，呆板、枯燥，提不起学员的兴趣，导致学员注意力不集中，影响了培训效果。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3、原则性不强。不能严格执行培训纪律和有关规定，对违反者睁一只眼闭一只眼，不能按章办事，这是导致培训纪律松懈、秩序较乱的主要原因。</w:t>
      </w:r>
      <w:r>
        <w:rPr>
          <w:lang w:eastAsia="zh-CN"/>
        </w:rPr>
        <w:t xml:space="preserve"> </w:t>
      </w:r>
      <w:r>
        <w:rPr>
          <w:lang w:eastAsia="zh-CN"/>
        </w:rPr>
        <w:br/>
      </w:r>
      <w:r>
        <w:rPr>
          <w:lang w:eastAsia="zh-CN"/>
        </w:rPr>
        <w:t xml:space="preserve">    4、在年中所做培训中我们还不难发现，一部分人员感觉培训过于频繁，另外一部分员工则反应得不到相应培训，这是一个不容回避的问题，作为致力于学习型组织的企业，首要的培训任务是要使全员树立培训意识，为企业发展和自我发展充电。而培训层面的不均衡，更是需要20__年去大力改善。 </w:t>
      </w:r>
      <w:r>
        <w:rPr>
          <w:lang w:eastAsia="zh-CN"/>
        </w:rPr>
        <w:br/>
      </w:r>
      <w:r>
        <w:rPr>
          <w:lang w:eastAsia="zh-CN"/>
        </w:rPr>
        <w:t xml:space="preserve">    5、内部讲师普遍不高，有待提高，制作课件水平不足，自主研发课程能力有所欠缺，所以，以上需要改善，进一步规范内部讲师管理，提升内部讲师授课水平，推行内部讲师认证，真正打造一支合格称职的内训师队伍。 </w:t>
      </w:r>
      <w:r>
        <w:rPr>
          <w:lang w:eastAsia="zh-CN"/>
        </w:rPr>
        <w:br/>
      </w:r>
      <w:r>
        <w:rPr>
          <w:lang w:eastAsia="zh-CN"/>
        </w:rPr>
        <w:t xml:space="preserve">    四、改进措施 </w:t>
      </w:r>
      <w:r>
        <w:rPr>
          <w:lang w:eastAsia="zh-CN"/>
        </w:rPr>
        <w:br/>
      </w:r>
      <w:r>
        <w:rPr>
          <w:lang w:eastAsia="zh-CN"/>
        </w:rPr>
        <w:t xml:space="preserve">    （一）有利条件 </w:t>
      </w:r>
      <w:r>
        <w:rPr>
          <w:lang w:eastAsia="zh-CN"/>
        </w:rPr>
        <w:br/>
      </w:r>
      <w:r>
        <w:rPr>
          <w:lang w:eastAsia="zh-CN"/>
        </w:rPr>
        <w:t xml:space="preserve">    1、公司改制后，改制企业的机构、人员做完调整后，改制企业员工的综合素质和工作技能的提高，以及企业文化的再建，必然是下一阶段的工作重点，培训工作的任务必将增加，良好的培训效果和质量也会越来越得到公司领导的重视。 </w:t>
      </w:r>
      <w:r>
        <w:rPr>
          <w:lang w:eastAsia="zh-CN"/>
        </w:rPr>
        <w:br/>
      </w:r>
      <w:r>
        <w:rPr>
          <w:lang w:eastAsia="zh-CN"/>
        </w:rPr>
        <w:t xml:space="preserve">    2、随着MQMS体系《培训管理程序文件》的发布，公司教育培训体系正在初步建立，培训工作有了制度的指导和约束，将大大的有利于以后工作的展开。 </w:t>
      </w:r>
      <w:r>
        <w:rPr>
          <w:lang w:eastAsia="zh-CN"/>
        </w:rPr>
        <w:br/>
      </w:r>
      <w:r>
        <w:rPr>
          <w:lang w:eastAsia="zh-CN"/>
        </w:rPr>
        <w:t xml:space="preserve">    （二）具体措施 </w:t>
      </w:r>
      <w:r>
        <w:rPr>
          <w:lang w:eastAsia="zh-CN"/>
        </w:rPr>
        <w:br/>
      </w:r>
      <w:r>
        <w:rPr>
          <w:lang w:eastAsia="zh-CN"/>
        </w:rPr>
        <w:t xml:space="preserve">    1、作好培训基础工作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培训管理程序文件》虽已发布，在具体执行过程中一定还会遇到各种困难，还需要我们的不断总结和及时调整。在具体工作流程上还需要进一步理顺，在管理制度上还需要多方面补充。还要进一步加强培训资料的收集和培训器材的配置，加强相关工作人员的专业素质培训。 </w:t>
      </w:r>
      <w:r>
        <w:rPr>
          <w:lang w:eastAsia="zh-CN"/>
        </w:rPr>
        <w:br/>
      </w:r>
      <w:r>
        <w:rPr>
          <w:lang w:eastAsia="zh-CN"/>
        </w:rPr>
        <w:t xml:space="preserve">    2、建立培训资源网络，进一步丰富企业培训资源。 </w:t>
      </w:r>
      <w:r>
        <w:rPr>
          <w:lang w:eastAsia="zh-CN"/>
        </w:rPr>
        <w:br/>
      </w:r>
      <w:r>
        <w:rPr>
          <w:lang w:eastAsia="zh-CN"/>
        </w:rPr>
        <w:t xml:space="preserve">    公司业务的广泛性也决定了公司各部门培训需求的广泛性。为了较好的满足公司成员的培训需求，选择合适的培训课程，培训讲师，配置合适的培训资源，我们必须要取得大量及时、准确的培训信息，扩大培训业务联系，建立起自己有效的培训资源网络。特别是要积极与比较强势的专业机构保持好战略性的合作伙伴关系，及时掌握前沿的动态信息，并横向了解到业界相关的热门需求，调整思路，并就某些具体项目达成合作协议。 </w:t>
      </w:r>
      <w:r>
        <w:rPr>
          <w:lang w:eastAsia="zh-CN"/>
        </w:rPr>
        <w:br/>
      </w:r>
      <w:r>
        <w:rPr>
          <w:lang w:eastAsia="zh-CN"/>
        </w:rPr>
        <w:t xml:space="preserve">    3、重点建立一支富有实践经验，熟悉现实情形的内部讲师团队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培训需求的多元性和企业内培训资源的有限性的矛盾，已经越来越突出。建立一支富有实践经验，熟悉现实情形的内部讲师团队就变的越来越重要了。培养起自己的内部讲师团队，首先大大节约了公司有限的培训经费，其次，为公司培养了一批各个领域内的专家，再次，也可以在员工中树立起学习的榜样，培养员工的自主学习思想。以往的实践表明，听过公司内部领导讲课的员工都能觉出，企业高级主管对企业经营认识之深刻、解释之透彻更容易让大家接受和理解，应该积极倡导高级主管都为培训工作做出良好的表率。在具体措施上，重点加强对管理人员各项培训的同时，也从制度上明确、选拔优秀管理人员作为企业内部讲师。并建立起一套企业内部讲师的日常管理、激励、考核制度。</w:t>
      </w:r>
      <w:r>
        <w:rPr>
          <w:lang w:eastAsia="zh-CN"/>
        </w:rPr>
        <w:t xml:space="preserve"> </w:t>
      </w:r>
      <w:r>
        <w:rPr>
          <w:lang w:eastAsia="zh-CN"/>
        </w:rPr>
        <w:br/>
      </w:r>
      <w:r>
        <w:rPr>
          <w:lang w:eastAsia="zh-CN"/>
        </w:rPr>
        <w:t xml:space="preserve">    人力资源培训工作总结范文大全篇4 </w:t>
      </w:r>
      <w:r>
        <w:rPr>
          <w:lang w:eastAsia="zh-CN"/>
        </w:rPr>
        <w:br/>
      </w:r>
      <w:r>
        <w:rPr>
          <w:lang w:eastAsia="zh-CN"/>
        </w:rPr>
        <w:t xml:space="preserve">    回顾20__年培训工作，我们持之以恒贯彻落实建设学习型公司、培育学习型员工的精神，牢固树立“培训是公司的长效投入，是发展的最大后劲，是员工的最大福利”，推动公司产品向更高目标发展作出了积极贡献。一年来，做了以下培训工作总结： </w:t>
      </w:r>
      <w:r>
        <w:rPr>
          <w:lang w:eastAsia="zh-CN"/>
        </w:rPr>
        <w:br/>
      </w:r>
      <w:r>
        <w:rPr>
          <w:lang w:eastAsia="zh-CN"/>
        </w:rPr>
        <w:t xml:space="preserve">    一、培训工作情况 </w:t>
      </w:r>
      <w:r>
        <w:rPr>
          <w:lang w:eastAsia="zh-CN"/>
        </w:rPr>
        <w:br/>
      </w:r>
      <w:r>
        <w:rPr>
          <w:lang w:eastAsia="zh-CN"/>
        </w:rPr>
        <w:t xml:space="preserve">    20__年共举行内训24项，分别质量管理意识培训占46%，专业技能培训占50%，规章制度与职业道德培训占4%，共计57：85课时，参训27人次。 </w:t>
      </w:r>
      <w:r>
        <w:rPr>
          <w:lang w:eastAsia="zh-CN"/>
        </w:rPr>
        <w:br/>
      </w:r>
      <w:r>
        <w:rPr>
          <w:lang w:eastAsia="zh-CN"/>
        </w:rPr>
        <w:t xml:space="preserve">    培训课程主要集中为以下几类： </w:t>
      </w:r>
      <w:r>
        <w:rPr>
          <w:lang w:eastAsia="zh-CN"/>
        </w:rPr>
        <w:br/>
      </w:r>
      <w:r>
        <w:rPr>
          <w:lang w:eastAsia="zh-CN"/>
        </w:rPr>
        <w:t xml:space="preserve">    1、员工必修类：企业文化培训、职业道德规范、管理制度； </w:t>
      </w:r>
      <w:r>
        <w:rPr>
          <w:lang w:eastAsia="zh-CN"/>
        </w:rPr>
        <w:br/>
      </w:r>
      <w:r>
        <w:rPr>
          <w:lang w:eastAsia="zh-CN"/>
        </w:rPr>
        <w:t xml:space="preserve">    2、重点培训：软件测试、开发及管理、CMMI3； </w:t>
      </w:r>
      <w:r>
        <w:rPr>
          <w:lang w:eastAsia="zh-CN"/>
        </w:rPr>
        <w:br/>
      </w:r>
      <w:r>
        <w:rPr>
          <w:lang w:eastAsia="zh-CN"/>
        </w:rPr>
        <w:t xml:space="preserve">    3、新员工岗前培训。 </w:t>
      </w:r>
      <w:r>
        <w:rPr>
          <w:lang w:eastAsia="zh-CN"/>
        </w:rPr>
        <w:br/>
      </w:r>
      <w:r>
        <w:rPr>
          <w:lang w:eastAsia="zh-CN"/>
        </w:rPr>
        <w:t xml:space="preserve">    二、培训费用 </w:t>
      </w:r>
      <w:r>
        <w:rPr>
          <w:lang w:eastAsia="zh-CN"/>
        </w:rPr>
        <w:br/>
      </w:r>
      <w:r>
        <w:rPr>
          <w:lang w:eastAsia="zh-CN"/>
        </w:rPr>
        <w:t xml:space="preserve">    20__年培训费用总计为22397.50元，费用均为下半年，因上半年没有做培训成本这一项。 </w:t>
      </w:r>
      <w:r>
        <w:rPr>
          <w:lang w:eastAsia="zh-CN"/>
        </w:rPr>
        <w:br/>
      </w:r>
      <w:r>
        <w:rPr>
          <w:lang w:eastAsia="zh-CN"/>
        </w:rPr>
        <w:t xml:space="preserve">    三、培训工作分析 </w:t>
      </w:r>
      <w:r>
        <w:rPr>
          <w:lang w:eastAsia="zh-CN"/>
        </w:rPr>
        <w:br/>
      </w:r>
      <w:r>
        <w:rPr>
          <w:lang w:eastAsia="zh-CN"/>
        </w:rPr>
        <w:t xml:space="preserve">    （一）取得的成绩：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1、20__年度的培训工作与20__年度相比，从培训项目数、举办培训课程次数、接受训练的人次等方面，取得了一定的增长。</w:t>
      </w:r>
      <w:r>
        <w:rPr>
          <w:lang w:eastAsia="zh-CN"/>
        </w:rPr>
        <w:t xml:space="preserve"> </w:t>
      </w:r>
      <w:r>
        <w:rPr>
          <w:lang w:eastAsia="zh-CN"/>
        </w:rPr>
        <w:br/>
      </w:r>
      <w:r>
        <w:rPr>
          <w:lang w:eastAsia="zh-CN"/>
        </w:rPr>
        <w:t xml:space="preserve">    2、建立制度性培训体系。以往，公司培训工作缺乏系统性制度，培训管理幅度和力度很弱，培训资金无保证，员工培训意识差，培训工作开展十分困难。今年质量管理部投入大量精力，在总结了以往公司培训经验的基础上，优化培训管理流程，完善教育培训制度。重点加强了培训需求分析和培训项目审批流程，在多次征求各单位意见后，全面提升公司培训工作的制度化管理。 </w:t>
      </w:r>
      <w:r>
        <w:rPr>
          <w:lang w:eastAsia="zh-CN"/>
        </w:rPr>
        <w:br/>
      </w:r>
      <w:r>
        <w:rPr>
          <w:lang w:eastAsia="zh-CN"/>
        </w:rPr>
        <w:t xml:space="preserve">    3、在20__年公司通过ISO9001：2000标准认证和CMM认证的基础上，引入ISO10015、GB/T19025-2001和MQMS体系知识，逐步掌握与国际接轨的培训管理制度和工作程序，建立和完善职工培训教育的质量保证和效果评价体系。 </w:t>
      </w:r>
      <w:r>
        <w:rPr>
          <w:lang w:eastAsia="zh-CN"/>
        </w:rPr>
        <w:br/>
      </w:r>
      <w:r>
        <w:rPr>
          <w:lang w:eastAsia="zh-CN"/>
        </w:rPr>
        <w:t xml:space="preserve">    4、不断改进培训方式，积极探索新的培训模式。 </w:t>
      </w:r>
      <w:r>
        <w:rPr>
          <w:lang w:eastAsia="zh-CN"/>
        </w:rPr>
        <w:br/>
      </w:r>
      <w:r>
        <w:rPr>
          <w:lang w:eastAsia="zh-CN"/>
        </w:rPr>
        <w:t xml:space="preserve">    （二）存在的问题和不足 </w:t>
      </w:r>
      <w:r>
        <w:rPr>
          <w:lang w:eastAsia="zh-CN"/>
        </w:rPr>
        <w:br/>
      </w:r>
      <w:r>
        <w:rPr>
          <w:lang w:eastAsia="zh-CN"/>
        </w:rPr>
        <w:t xml:space="preserve">    1、培训工作考核少，造成培训“参加与不参加一个样，学好学孬一个样”的消极局面，导致培训工作的被动。 </w:t>
      </w:r>
      <w:r>
        <w:rPr>
          <w:lang w:eastAsia="zh-CN"/>
        </w:rPr>
        <w:br/>
      </w:r>
      <w:r>
        <w:rPr>
          <w:lang w:eastAsia="zh-CN"/>
        </w:rPr>
        <w:t xml:space="preserve">    2、培训形式缺乏创新。只是一味的采用“上面讲、下面听”的形式，呆板、枯燥，提不起学员的兴趣，导致学员注意力不集中，影响了培训效果。 </w:t>
      </w:r>
      <w:r>
        <w:rPr>
          <w:lang w:eastAsia="zh-CN"/>
        </w:rPr>
        <w:br/>
      </w:r>
      <w:r>
        <w:rPr>
          <w:lang w:eastAsia="zh-CN"/>
        </w:rPr>
        <w:t xml:space="preserve">    3、原则性不强。不能严格执行培训纪律和有关规定，对违反者睁一只眼闭一只眼，不能按章办事，这是导致培训纪律松懈、秩序较乱的主要原因。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4、在年中所做培训中我们还不难发现，一部分人员感觉培训过于频繁，另外一部分员工则反应得不到相应培训，这是一个不容回避的问题，作为致力于学习型组织的企业，首要的培训任务是要使全员树立培训意识，为企业发展和自我发展充电。而培训层面的不均衡，更是需要20__年去大力改善。</w:t>
      </w:r>
      <w:r>
        <w:rPr>
          <w:lang w:eastAsia="zh-CN"/>
        </w:rPr>
        <w:t xml:space="preserve"> </w:t>
      </w:r>
      <w:r>
        <w:rPr>
          <w:lang w:eastAsia="zh-CN"/>
        </w:rPr>
        <w:br/>
      </w:r>
      <w:r>
        <w:rPr>
          <w:lang w:eastAsia="zh-CN"/>
        </w:rPr>
        <w:t xml:space="preserve">    5、内部讲师普遍不高，有待提高，制作课件水平不足，自主研发课程能力有所欠缺，所以，以上需要改善，进一步规范内部讲师管理，提升内部讲师授课水平，推行内部讲师认证，真正打造一支合格称职的内训师队伍。 </w:t>
      </w:r>
      <w:r>
        <w:rPr>
          <w:lang w:eastAsia="zh-CN"/>
        </w:rPr>
        <w:br/>
      </w:r>
      <w:r>
        <w:rPr>
          <w:lang w:eastAsia="zh-CN"/>
        </w:rPr>
        <w:t xml:space="preserve">    四、改进措施 </w:t>
      </w:r>
      <w:r>
        <w:rPr>
          <w:lang w:eastAsia="zh-CN"/>
        </w:rPr>
        <w:br/>
      </w:r>
      <w:r>
        <w:rPr>
          <w:lang w:eastAsia="zh-CN"/>
        </w:rPr>
        <w:t xml:space="preserve">    （一）有利条件 </w:t>
      </w:r>
      <w:r>
        <w:rPr>
          <w:lang w:eastAsia="zh-CN"/>
        </w:rPr>
        <w:br/>
      </w:r>
      <w:r>
        <w:rPr>
          <w:lang w:eastAsia="zh-CN"/>
        </w:rPr>
        <w:t xml:space="preserve">    1、公司改制后，改制企业的机构、人员做完调整后，改制企业员工的综合素质和工作技能的提高，以及企业文化的再建，必然是下一阶段的工作重点，培训工作的任务必将增加，良好的培训效果和质量也会越来越得到公司领导的重视。 </w:t>
      </w:r>
      <w:r>
        <w:rPr>
          <w:lang w:eastAsia="zh-CN"/>
        </w:rPr>
        <w:br/>
      </w:r>
      <w:r>
        <w:rPr>
          <w:lang w:eastAsia="zh-CN"/>
        </w:rPr>
        <w:t xml:space="preserve">    2、随着MQMS体系《培训管理程序文件》的发布，公司教育培训体系正在初步建立，培训工作有了制度的`指导和约束，将大大的有利于以后工作的展开。 </w:t>
      </w:r>
      <w:r>
        <w:rPr>
          <w:lang w:eastAsia="zh-CN"/>
        </w:rPr>
        <w:br/>
      </w:r>
      <w:r>
        <w:rPr>
          <w:lang w:eastAsia="zh-CN"/>
        </w:rPr>
        <w:t xml:space="preserve">    （二）具体措施 </w:t>
      </w:r>
      <w:r>
        <w:rPr>
          <w:lang w:eastAsia="zh-CN"/>
        </w:rPr>
        <w:br/>
      </w:r>
      <w:r>
        <w:rPr>
          <w:lang w:eastAsia="zh-CN"/>
        </w:rPr>
        <w:t xml:space="preserve">    1、作好培训基础工作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培训管理程序文件》虽已发布，在具体执行过程中一定还会遇到各种困难，还需要我们的不断总结和及时调整。在具体工作流程上还需要进一步理顺，在管理制度上还需要多方面补充。还要进一步加强培训资料的收集和培训器材的配置，加强相关工作人员的专业素质培训。</w:t>
      </w:r>
      <w:r>
        <w:rPr>
          <w:lang w:eastAsia="zh-CN"/>
        </w:rPr>
        <w:t xml:space="preserve"> </w:t>
      </w:r>
      <w:r>
        <w:rPr>
          <w:lang w:eastAsia="zh-CN"/>
        </w:rPr>
        <w:br/>
      </w:r>
      <w:r>
        <w:rPr>
          <w:lang w:eastAsia="zh-CN"/>
        </w:rPr>
        <w:t xml:space="preserve">    2、建立培训资源网络，进一步丰富企业培训资源。 </w:t>
      </w:r>
      <w:r>
        <w:rPr>
          <w:lang w:eastAsia="zh-CN"/>
        </w:rPr>
        <w:br/>
      </w:r>
      <w:r>
        <w:rPr>
          <w:lang w:eastAsia="zh-CN"/>
        </w:rPr>
        <w:t xml:space="preserve">    公司业务的广泛性也决定了公司各部门培训需求的广泛性。为了较好的满足公司成员的培训需求，选择合适的培训课程，培训讲师，配置合适的培训资源，我们必须要取得大量及时、准确的培训信息，扩大培训业务联系，建立起自己有效的培训资源网络。特别是要积极与比较强势的专业机构保持好战略性的合作伙伴关系，及时掌握前沿的动态信息，并横向了解到业界相关的热门需求，调整思路，并就某些具体项目达成合作协议。 </w:t>
      </w:r>
      <w:r>
        <w:rPr>
          <w:lang w:eastAsia="zh-CN"/>
        </w:rPr>
        <w:br/>
      </w:r>
      <w:r>
        <w:rPr>
          <w:lang w:eastAsia="zh-CN"/>
        </w:rPr>
        <w:t xml:space="preserve">    3、重点建立一支富有实践经验，熟悉现实情形的内部讲师团队 </w:t>
      </w:r>
      <w:r>
        <w:rPr>
          <w:lang w:eastAsia="zh-CN"/>
        </w:rPr>
        <w:br/>
      </w:r>
      <w:r>
        <w:rPr>
          <w:lang w:eastAsia="zh-CN"/>
        </w:rPr>
        <w:t xml:space="preserve">    培训需求的多元性和企业内培训资源的有限性的矛盾，已经越来越突出。建立一支富有实践经验，熟悉现实情形的内部讲师团队就变的越来越重要了。培养起自己的内部讲师团队，首先大大节约了公司有限的培训经费，其次，为公司培养了一批各个领域内的专家，再次，也可以在员工中树立起学习的榜样，培养员工的自主学习思想。以往的实践表明，听过公司内部领导讲课的员工都能觉出，企业高级主管对企业经营认识之深刻、解释之透彻更容易让大家接受和理解，应该积极倡导高级主管都为培训工作做出良好的表率。在具体措施上，重点加强对管理人员各项培训的同时，也从制度上明确、选拔优秀管理人员作为企业内部讲师。并建立起一套企业内部讲师的日常管理、激励、考核制度。 </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人力资源培训工作总结范文大全篇5 </w:t>
      </w:r>
      <w:r>
        <w:rPr>
          <w:lang w:eastAsia="zh-CN"/>
        </w:rPr>
        <w:br/>
      </w:r>
      <w:r>
        <w:rPr>
          <w:lang w:eastAsia="zh-CN"/>
        </w:rPr>
        <w:t xml:space="preserve">    20__年的工作已经圆满结束，在本年度的工作当中，公司人力资源部认真建立、健全公司人力资源管理系统，确保人力资源工作按照公司发展目标日趋科学化、规范化，制订和实施人力资源部年度工作目标和工作计划，按月做出预算及工作计划，提前完成了公司年度总目标。20__年，公司的培训主要以内部培训为主，基本无外部培训。内训的重点是新员工入职培训，具体情况总结如下： </w:t>
      </w:r>
      <w:r>
        <w:rPr>
          <w:lang w:eastAsia="zh-CN"/>
        </w:rPr>
        <w:br/>
      </w:r>
      <w:r>
        <w:rPr>
          <w:lang w:eastAsia="zh-CN"/>
        </w:rPr>
        <w:t xml:space="preserve">    1、落实和优化“伙伴制度” </w:t>
      </w:r>
      <w:r>
        <w:rPr>
          <w:lang w:eastAsia="zh-CN"/>
        </w:rPr>
        <w:br/>
      </w:r>
      <w:r>
        <w:rPr>
          <w:lang w:eastAsia="zh-CN"/>
        </w:rPr>
        <w:t xml:space="preserve">    “伙伴制度”其实跟导师制差不多，“伙伴”的主要职责包括： </w:t>
      </w:r>
      <w:r>
        <w:rPr>
          <w:lang w:eastAsia="zh-CN"/>
        </w:rPr>
        <w:br/>
      </w:r>
      <w:r>
        <w:rPr>
          <w:lang w:eastAsia="zh-CN"/>
        </w:rPr>
        <w:t xml:space="preserve">    入职当天，认识各部门负责人及本部门所有同事等；入职一周内，“伙伴”将引导您or与您共进第一周的午餐，并引导您熟悉公司周边交通、就餐、购物、就医等生活配套设施；入职一个月内，“伙伴”将引导您了解公司文化、制度、流程等，有任何生活or工作流方面的需求可第一时间寻求“伙伴”的帮助。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员工入职前，就会提前与部门负责人确定“伙伴”，今年在“伙伴”的安排上，大多都会选择小组的负责人，直接带新人，以前主要是安排职位相关的。另外，公司在下半年增加了“伙伴—新员工沟通交流会”，公司每两周举办一次，参与人员为试用期员工及员工的“伙伴”，员工转正后不参加此会。主要形式为：新员工发言：主要包括本周“重点工作”、“个人感受和体会”和“主要问题及建议”三个方面；伙伴点评：对新员工本周工作及表现加以点评，提出指导意见。hr会记录每位新员工的发言，建立台账，跟进其中提到的问题。</w:t>
      </w:r>
      <w:r>
        <w:rPr>
          <w:lang w:eastAsia="zh-CN"/>
        </w:rPr>
        <w:t xml:space="preserve"> </w:t>
      </w:r>
      <w:r>
        <w:rPr>
          <w:lang w:eastAsia="zh-CN"/>
        </w:rPr>
        <w:br/>
      </w:r>
      <w:r>
        <w:rPr>
          <w:lang w:eastAsia="zh-CN"/>
        </w:rPr>
        <w:t xml:space="preserve">    2、定期举办新员工入职培训 </w:t>
      </w:r>
      <w:r>
        <w:rPr>
          <w:lang w:eastAsia="zh-CN"/>
        </w:rPr>
        <w:br/>
      </w:r>
      <w:r>
        <w:rPr>
          <w:lang w:eastAsia="zh-CN"/>
        </w:rPr>
        <w:t xml:space="preserve">    新员工入职培训主要由三部分组成：入职当天指引、部门主管组织的部门级培训及公司级的#39;强化培训。 </w:t>
      </w:r>
      <w:r>
        <w:rPr>
          <w:lang w:eastAsia="zh-CN"/>
        </w:rPr>
        <w:br/>
      </w:r>
      <w:r>
        <w:rPr>
          <w:lang w:eastAsia="zh-CN"/>
        </w:rPr>
        <w:t xml:space="preserve">    20__年共组织新员工入职培训6次，参与人员共48人。原则上是每月举办一次新员工入职培训，但某些月份入职员工不多，一般新员工有8人左右，就会视情况举办一次公司级的强化培训。考虑到有些员工可能入职时间会超过一个月才参加公司级的培训，所以在培训的内容上做了调整，入职当天的指引相比去年会更详细一些，主要目的是让员工了解公司的基本制度。 </w:t>
      </w:r>
      <w:r>
        <w:rPr>
          <w:lang w:eastAsia="zh-CN"/>
        </w:rPr>
        <w:br/>
      </w:r>
      <w:r>
        <w:rPr>
          <w:lang w:eastAsia="zh-CN"/>
        </w:rPr>
        <w:t xml:space="preserve">    需要改善的地方：新员工入职培训是重点，但同时要加强业务部门的操作流程培训，以及业务相关理论知识的培训。 </w:t>
      </w:r>
      <w:r>
        <w:rPr>
          <w:lang w:eastAsia="zh-CN"/>
        </w:rPr>
        <w:br/>
      </w:r>
      <w:r>
        <w:rPr>
          <w:lang w:eastAsia="zh-CN"/>
        </w:rPr>
        <w:t xml:space="preserve">    以上就是公司人力资源部本年度培训工作总结，在以后的工作中，人力资源部将继续结合公司战略发展规划，不断完善和优化相关制度建设，力争打造一个更富有凝聚力的创业团队！ </w:t>
      </w:r>
      <w:r>
        <w:rPr>
          <w:lang w:eastAsia="zh-CN"/>
        </w:rPr>
        <w:br/>
      </w:r>
      <w:r>
        <w:rPr>
          <w:lang w:eastAsia="zh-CN"/>
        </w:rPr>
        <w:t xml:space="preserve">    人力资源培训工作总结范文大全篇6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这次的活动我从头到尾都有参与，首先说一下策划问题，策划的过程我们开了很多次会，每次会给出了不同意见，但是都有一个特点：效率低。尤其是我们本着让干事们知情的意思将干事们列为出席对象，但是其实干事们对于这种秉承中国机关“有话则长，无话更长”的会议并不感兴趣，所以，我认为以后开会的对象应该有所控制，在保证意见公平的情况下尽量减少与会人数，以避免人多口杂的情况。</w:t>
      </w:r>
      <w:r>
        <w:rPr>
          <w:lang w:eastAsia="zh-CN"/>
        </w:rPr>
        <w:t xml:space="preserve"> </w:t>
      </w:r>
      <w:r>
        <w:rPr>
          <w:lang w:eastAsia="zh-CN"/>
        </w:rPr>
        <w:br/>
      </w:r>
      <w:r>
        <w:rPr>
          <w:lang w:eastAsia="zh-CN"/>
        </w:rPr>
        <w:t xml:space="preserve">    其次，我们在这次活动中表现的最大的问题就是时间统筹和分工。 </w:t>
      </w:r>
      <w:r>
        <w:rPr>
          <w:lang w:eastAsia="zh-CN"/>
        </w:rPr>
        <w:br/>
      </w:r>
      <w:r>
        <w:rPr>
          <w:lang w:eastAsia="zh-CN"/>
        </w:rPr>
        <w:t xml:space="preserve">    在写策划的时候，我们都将时间尽可能的细化了，但是在现场我们发现我们的计划几乎都是完全失去了原来的指导意义，上午我们的集中出发花费了太多时间，以致于上午只能进行破冰和盲阵两个游戏，七巧板游戏被逼到下午，然后中午的烧烤阶段有点拖延，进一步将下午的时间表破坏，在超时一个钟头之余还有几个环节被迫取消。不是说计划的不好，我们也临场因应这情况进行了紧急安排和处理，但是我觉得起码这种“时间不足”情况应该加入到”危机处理”这一块，在事前构思好。在危机处理的构思往往只有小问题，一向缺乏对大问题的#39;危机调控…… </w:t>
      </w:r>
      <w:r>
        <w:rPr>
          <w:lang w:eastAsia="zh-CN"/>
        </w:rPr>
        <w:br/>
      </w:r>
      <w:r>
        <w:rPr>
          <w:lang w:eastAsia="zh-CN"/>
        </w:rPr>
        <w:t xml:space="preserve">    时间的拖拉还有一个原因，就是这次分工的不明确，按之前构思，我们打算随机安排人员进行工作，但是今天所见，在每开始一个新项目时，总有一个面面相觑的时刻，这样虽说不是大事，但是单单从培训师的角度，便已经觉得这样子的工作人员实在与“及格”二字相差远矣，而且因为游戏地点和烧烤场相隔有一段距离，物质来回运送的时候有点混乱，这也是“七巧板”游戏拖延的原因。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本来我们预想过在这种户外场所进行交流会显得沉闷，但是今天参加者都显得很高兴，虽然这是建立在他们玩了游戏以后的剩余反应上，但我们觉得，这也说明了问题。其实有些时候我们想问题可以不必过于标新立异，但可以适当冒险，就例如今天可以将七巧板环节适当改短，将分享互动加长，这对于一心来吸收经验的参加者来说更加有吸引力，这次做得最好的，我认为是与培训师的沟通，因为这个位置是培训的灵魂，而今天喜桐师兄真的是举重若轻地将这个培训的节奏和主题控制着，而且就我所收集的非正式意见来说，大家对分享那一块非常满意，并希望加大比重。</w:t>
      </w:r>
      <w:r>
        <w:rPr>
          <w:lang w:eastAsia="zh-CN"/>
        </w:rPr>
        <w:t xml:space="preserve"> </w:t>
      </w:r>
      <w:r>
        <w:rPr>
          <w:lang w:eastAsia="zh-CN"/>
        </w:rPr>
        <w:br/>
      </w:r>
      <w:r>
        <w:rPr>
          <w:lang w:eastAsia="zh-CN"/>
        </w:rPr>
        <w:t xml:space="preserve">    今天在听了分享以后，我其实有很多感想，因为除了一些我们平时会谈到的，我还注意到了几点： </w:t>
      </w:r>
      <w:r>
        <w:rPr>
          <w:lang w:eastAsia="zh-CN"/>
        </w:rPr>
        <w:br/>
      </w:r>
      <w:r>
        <w:rPr>
          <w:lang w:eastAsia="zh-CN"/>
        </w:rPr>
        <w:t xml:space="preserve">    1、品牌活动的割舍和做事的魄力 </w:t>
      </w:r>
      <w:r>
        <w:rPr>
          <w:lang w:eastAsia="zh-CN"/>
        </w:rPr>
        <w:br/>
      </w:r>
      <w:r>
        <w:rPr>
          <w:lang w:eastAsia="zh-CN"/>
        </w:rPr>
        <w:t xml:space="preserve">    无论社联部门还是社团，都是有着自己的品牌活动的，例如我们人力资源部的“三色激流”和“鹰翔计划”，但是要知道任何活动都有其存在时效和价值，当我们的活动不仅不能进一步扩大影响，而且还对自身形象造成时候，我们应该考虑如何去将之革新，或者更加决绝，当断则断。这就是我们工作时的一个魄力问题。 </w:t>
      </w:r>
      <w:r>
        <w:rPr>
          <w:lang w:eastAsia="zh-CN"/>
        </w:rPr>
        <w:br/>
      </w:r>
      <w:r>
        <w:rPr>
          <w:lang w:eastAsia="zh-CN"/>
        </w:rPr>
        <w:t xml:space="preserve">    2、有形和无形品牌 </w:t>
      </w:r>
      <w:r>
        <w:rPr>
          <w:lang w:eastAsia="zh-CN"/>
        </w:rPr>
        <w:br/>
      </w:r>
      <w:r>
        <w:rPr>
          <w:lang w:eastAsia="zh-CN"/>
        </w:rPr>
        <w:t xml:space="preserve">    我们会经常提到建设品牌，但是这个话题一般都直接就与办活动挂钩了，今天才想到了我们同样可以考虑无形品牌的问题，“什么叫无形品牌？就是一说起来就让所有人会想起你的社团”这句话不仅是一个目标，更是一种标准，建设品牌的标准。 </w:t>
      </w:r>
      <w:r>
        <w:rPr>
          <w:lang w:eastAsia="zh-CN"/>
        </w:rPr>
        <w:br/>
      </w:r>
      <w:r>
        <w:rPr>
          <w:lang w:eastAsia="zh-CN"/>
        </w:rPr>
        <w:t xml:space="preserve">    人力资源培训工作总结范文大全篇7 </w:t>
      </w:r>
      <w:r>
        <w:rPr>
          <w:lang w:eastAsia="zh-CN"/>
        </w:rPr>
        <w:br/>
      </w:r>
      <w:r>
        <w:rPr>
          <w:lang w:eastAsia="zh-CN"/>
        </w:rPr>
        <w:t xml:space="preserve">    整理这篇总结的时候已经是晚上11：30，用了一个小时的时间从见习的第一天12月5日看到了12月30日，总体感觉自己真的有变化，并且很多不一样，但是对于自己变化的速度不满意。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在工作的心态上的转变，从第一天就想打退堂鼓离开，一直到在企业坚持了45天，不算长，但是这样的坚持是对自己不停的鼓励换来的，无数次想放弃的想法，只因为不停的告诉自己再坚持一点点吧，或许会有不一样的感悟，就这样走过了45天。从最初对企业的无限质疑，到现在一点点的认可并感受到快乐。从最开始__离开时我的无法控制的情绪，到平稳度过了那个不稳定时期，并且现在已经能够得当的管理自己的情绪。从为企业工作的观念转变为为自己工作等等，这诸多的心态上的转变，都鉴证了自己的成长。 </w:t>
      </w:r>
      <w:r>
        <w:rPr>
          <w:lang w:eastAsia="zh-CN"/>
        </w:rPr>
        <w:br/>
      </w:r>
      <w:r>
        <w:rPr>
          <w:lang w:eastAsia="zh-CN"/>
        </w:rPr>
        <w:t xml:space="preserve">    在工作习惯上的转变，从最初认为简单枯燥的工作是没有意义的事情，到现在看重每一次晨会夕会，并且认真记录，从开始反抗声音与形体这样重复的练习，到现在意识到他们的重要性并且收获了上千次练习给自己带来的成长，开始对领导领导安排的工作会先质疑，现在学会了先执行，再感悟，才有发言权。原先的自己会轻易给出承诺，而现在明白一诺千金，只要是答应领导的，就一定志在完成。原先的自己不懂观察，对身边人的工作漠不关心，现在学会了洞察他人的优点，原先的自己只会考虑自己的感受，现在学会了顾全大局。原先给自己制定的计划不切实际，无法完成，现在每天的计划，争取志在完成。从原先的被动接受工作，到现在的逐渐主动做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在工作技能的成长上，学会了情绪管理，时间管理，针对职场的基本技能掌握有很多成长，倾听能力，洞察能力，形体声音的能力，总结逻辑能力等，都有着显著的进步。工作日志的字数从最初的100字到现在的__多字很轻松。从最初的5人访问量到现在的最多28人，平均15人，超越最初20人的目标，很感谢大家对我的关注。工作日志的内容从最初的空洞无物，培训的内容占有大篇幅，到现在的言之有物，明白了工作日志的意义，并且在努力做到志在完成。从最初的学习状态转入了工作状态，每天都已经在用岗位职责的标准来要求自己。</w:t>
      </w:r>
      <w:r>
        <w:rPr>
          <w:lang w:eastAsia="zh-CN"/>
        </w:rPr>
        <w:t xml:space="preserve"> </w:t>
      </w:r>
      <w:r>
        <w:rPr>
          <w:lang w:eastAsia="zh-CN"/>
        </w:rPr>
        <w:br/>
      </w:r>
      <w:r>
        <w:rPr>
          <w:lang w:eastAsia="zh-CN"/>
        </w:rPr>
        <w:t xml:space="preserve">    在工作内容上，最初到企业，见习期的目的仅仅是了解hr的工作职能，对hr充满了迷茫，现在，已经不仅明确了解了hr的四大模块---招聘、培训、员工关系、绩效考核。还掌握了其中的部分内容。 </w:t>
      </w:r>
      <w:r>
        <w:rPr>
          <w:lang w:eastAsia="zh-CN"/>
        </w:rPr>
        <w:br/>
      </w:r>
      <w:r>
        <w:rPr>
          <w:lang w:eastAsia="zh-CN"/>
        </w:rPr>
        <w:t xml:space="preserve">    对于招聘面试部分，最初是一点都没有头绪，迷茫。现在对于面试，有了很多内容，起初我的认识只是从感官上判断合适与不合适，现在知道最主要的是将这个人与岗位职责相匹配，能够胜任岗位职责的人是最合适的，在企业招人中要的是最合适的，而不是最优秀的。意识到一个人的形体礼仪在面试中也占有很主要的分量。工作习惯是可以在接触时就通过行为察觉到的，我们可以从面试的初期就通过他的行为了解她的工作习惯。品质始终是企业用人标准中第一重要。最后需要考虑的就是企业给予的薪资对方能否接受，在即将入职前，分析这个人的优势与劣势，劣势部分企业是否能够帮助改变，并在最终是否真正适合岗位的需要给予评估。针对失败的面试者，也要说出原因来。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在简历的筛选部分，最初完全没有概念，现在有了清晰的界定，拿到一份简历首先我要关注她的工作经验，以往工作经验与岗位职责是否匹配，这对与她能否胜任此份工作起着决定性的作用，其次观针对工作经历部分的叙述，明确对方是将工作职责的简单的罗列还是有所心得体验，有所新得体验的是在这个领域有所感悟有所提高的，并且一定是善于总结的，也体现着一种良好的工作习惯，这与罗列工作职责的`应聘者有性质上的不同，再次关注每份工作的工作年限，年限长的说明工作干的还不错，而且有韧性。以及整体的工作经验是否是沿着一条主线在晋升的，沿着一条主线的说明对于自己有清晰的定位，明确自己的工作目标，而且经验也相对比较丰富，我还要看一下这份简历的可信度，前后是否呼应，如果以上都满足，我会具体关注毕业院校的所在专业的情况，以及既往企业是否优秀。最后将简历做三个档次的分级，普通关注，重点关注，非常优秀。在拿到重点关注的简历时，我首先会针对简历提出自己的疑问，然后将这些疑问带到面试中去，逐一解开。</w:t>
      </w:r>
      <w:r>
        <w:rPr>
          <w:lang w:eastAsia="zh-CN"/>
        </w:rPr>
        <w:t xml:space="preserve"> </w:t>
      </w:r>
      <w:r>
        <w:rPr>
          <w:lang w:eastAsia="zh-CN"/>
        </w:rPr>
        <w:br/>
      </w:r>
      <w:r>
        <w:rPr>
          <w:lang w:eastAsia="zh-CN"/>
        </w:rPr>
        <w:t xml:space="preserve">    在校招的准备，意义，协调，宣讲方面都有了新的认识，在员工的入职程序，入职沟通方面也有了一定掌握。 </w:t>
      </w:r>
      <w:r>
        <w:rPr>
          <w:lang w:eastAsia="zh-CN"/>
        </w:rPr>
        <w:br/>
      </w:r>
      <w:r>
        <w:rPr>
          <w:lang w:eastAsia="zh-CN"/>
        </w:rPr>
        <w:t xml:space="preserve">    翻看自己的日志才明白在潜移默化中已经进步的这样多，但是总觉得进步的还太慢，在接下来的日子里我需要做的工作是加速度。 </w:t>
      </w:r>
      <w:r>
        <w:rPr>
          <w:lang w:eastAsia="zh-CN"/>
        </w:rPr>
        <w:br/>
      </w:r>
      <w:r>
        <w:rPr>
          <w:lang w:eastAsia="zh-CN"/>
        </w:rPr>
        <w:t xml:space="preserve">    人力资源培训工作总结范文大全篇8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公司人力资源__年6月成立以来，在总部领导的亲切关怀及业务部门的正确指导下，在公司领导的大力支持下，紧紧围绕公司发展战略及年度工作目标，努力克服人员新、经验少、任务重、时间紧等各种困难，积极开展组织机构及编制调整、生产技术骨干调配、薪酬绩效管理、员工培训、社保管理等各方面工作，并取得了一定成绩，现总结汇报如下：</w:t>
      </w:r>
      <w:r>
        <w:rPr>
          <w:lang w:eastAsia="zh-CN"/>
        </w:rPr>
        <w:t xml:space="preserve"> </w:t>
      </w:r>
      <w:r>
        <w:rPr>
          <w:lang w:eastAsia="zh-CN"/>
        </w:rPr>
        <w:br/>
      </w:r>
      <w:r>
        <w:rPr>
          <w:lang w:eastAsia="zh-CN"/>
        </w:rPr>
        <w:t xml:space="preserve">    第一部分20__年重点工作回顾 </w:t>
      </w:r>
      <w:r>
        <w:rPr>
          <w:lang w:eastAsia="zh-CN"/>
        </w:rPr>
        <w:br/>
      </w:r>
      <w:r>
        <w:rPr>
          <w:lang w:eastAsia="zh-CN"/>
        </w:rPr>
        <w:t xml:space="preserve">    一、认真执行政策法规制度，有力促进职能管理工作 </w:t>
      </w:r>
      <w:r>
        <w:rPr>
          <w:lang w:eastAsia="zh-CN"/>
        </w:rPr>
        <w:br/>
      </w:r>
      <w:r>
        <w:rPr>
          <w:lang w:eastAsia="zh-CN"/>
        </w:rPr>
        <w:t xml:space="preserve">    (一)建立周例会制度，促进有效完成工作任务。部门成立后，一直坚持每周召开一次部门工作会议，学习传达公司相关会议及上级工作指示精神，研讨部门主要工作，检查总结上周工作落实情况，了解掌握人员思想及工作绩效表现，制定本周工作计划。周例会对于部门内部学习培训及各项工作任务的有效落实发挥了积极作用，半年共召开会议30多次，印发纪要30期，周报10期。 </w:t>
      </w:r>
      <w:r>
        <w:rPr>
          <w:lang w:eastAsia="zh-CN"/>
        </w:rPr>
        <w:br/>
      </w:r>
      <w:r>
        <w:rPr>
          <w:lang w:eastAsia="zh-CN"/>
        </w:rPr>
        <w:t xml:space="preserve">    (二)系统学习规章制度，不断提高政策业务水平。组织全员系统学习了人力资源管理手册、人力资源管理体系文件、岗位说明书等相关制度文件，使大家进一步掌握本岗位的工作原则、规章制度、业务流程等政策制度。通过学习，部门人员业务水平、办事能力、工作效率得到明显提高。 </w:t>
      </w:r>
      <w:r>
        <w:rPr>
          <w:lang w:eastAsia="zh-CN"/>
        </w:rPr>
        <w:br/>
      </w:r>
      <w:r>
        <w:rPr>
          <w:lang w:eastAsia="zh-CN"/>
        </w:rPr>
        <w:t xml:space="preserve">    (三)建立健全规章制度，规范职能管理工作。修订了公司人事委员会议事规则、培训业务流程、休假管理办法、项目津贴发放规定等规章制度，进一步促进公司重大人事事项决策及人事、薪酬、培训等相关工作的规范化。 </w:t>
      </w:r>
      <w:r>
        <w:rPr>
          <w:lang w:eastAsia="zh-CN"/>
        </w:rPr>
        <w:br/>
      </w:r>
      <w:r>
        <w:rPr>
          <w:lang w:eastAsia="zh-CN"/>
        </w:rPr>
        <w:t xml:space="preserve">    二、建立装置试车组织机构，推动项目投产筹备工作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一)征求意见，构思方案。根据化学总部对华鹤公司组织机构设置的指导方针，结合华鹤公司领导成员分工及专业技术人员的力量分布状况，我们在听取兄弟基地单位建议、征求公司基层技术人员意见的基础上，按照分块负责、统一协调、整体推进的思路，提出试车期间成立过渡性机构的建议。</w:t>
      </w:r>
      <w:r>
        <w:rPr>
          <w:lang w:eastAsia="zh-CN"/>
        </w:rPr>
        <w:t xml:space="preserve"> </w:t>
      </w:r>
      <w:r>
        <w:rPr>
          <w:lang w:eastAsia="zh-CN"/>
        </w:rPr>
        <w:br/>
      </w:r>
      <w:r>
        <w:rPr>
          <w:lang w:eastAsia="zh-CN"/>
        </w:rPr>
        <w:t xml:space="preserve">    (二)反复研讨，会议决策。以领导职责分工为主线，我们拟定出试车组织机构草案，并在分管领导的指导下进行反复修改完善，最终通过了公司人事委员会会议讨论审批。 </w:t>
      </w:r>
      <w:r>
        <w:rPr>
          <w:lang w:eastAsia="zh-CN"/>
        </w:rPr>
        <w:br/>
      </w:r>
      <w:r>
        <w:rPr>
          <w:lang w:eastAsia="zh-CN"/>
        </w:rPr>
        <w:t xml:space="preserve">    (三)机构建立，职能发挥。按照人事会决议，项目试车机构分为生产调度中心、化肥部、公用工程部、机电仪部四块。经过一段时间的运作，各模块的职能发挥比较顺畅。作为试车作业职能管理部门生产调度中心开展了试车物资计划、启动锅炉及水系统试车工作协调等大量成效明显的试车筹备组织指挥工作。化肥部、公用工程部和机电仪部作为试车直接作业单位，分别有效开展了班组建设、技术培训、设备安装检查、正常倒班作业等工作。试车组织机构职能发挥作用的良好开端，为明年顺利进入实质试车阶段奠定了坚实基础。 </w:t>
      </w:r>
      <w:r>
        <w:rPr>
          <w:lang w:eastAsia="zh-CN"/>
        </w:rPr>
        <w:br/>
      </w:r>
      <w:r>
        <w:rPr>
          <w:lang w:eastAsia="zh-CN"/>
        </w:rPr>
        <w:t xml:space="preserve">    三、积极开展人才招聘工作，加快配置生产技术骨干 </w:t>
      </w:r>
      <w:r>
        <w:rPr>
          <w:lang w:eastAsia="zh-CN"/>
        </w:rPr>
        <w:br/>
      </w:r>
      <w:r>
        <w:rPr>
          <w:lang w:eastAsia="zh-CN"/>
        </w:rPr>
        <w:t xml:space="preserve">    (一)多种渠道，广纳贤能。我们主要采取发布广告、网上搜索、员工推荐、实地走访等方式，按照岗位编制要求筛选应聘对象，同时认真开展简历信息收集整理、背景调查、双向沟通了解等工作，以致达成共识约定面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二)按章办事，严格把关。我们严格遵守集体面试决策、分管领导审批的流程录用每一位成品人才。面试工作组由人事部门、用人单位、公司分管领导等人员组成，录用审批环节必须通过用人单位的分管领导和公司总经理。</w:t>
      </w:r>
      <w:r>
        <w:rPr>
          <w:lang w:eastAsia="zh-CN"/>
        </w:rPr>
        <w:t xml:space="preserve"> </w:t>
      </w:r>
      <w:r>
        <w:rPr>
          <w:lang w:eastAsia="zh-CN"/>
        </w:rPr>
        <w:br/>
      </w:r>
      <w:r>
        <w:rPr>
          <w:lang w:eastAsia="zh-CN"/>
        </w:rPr>
        <w:t xml:space="preserve">    (三)骨干到位，发挥作用。公司20__年新招聘技术骨干50名，其中技术监督5名，班长人选20名，主操21名，其他4名。新到位生产技术骨干，普遍表现出适应工作环境较快、工作积极性较高、工作责任心较强、完成工作任务较好的状况。目前看来，公司骨干招聘工作取得了一定的成果。 </w:t>
      </w:r>
      <w:r>
        <w:rPr>
          <w:lang w:eastAsia="zh-CN"/>
        </w:rPr>
        <w:br/>
      </w:r>
      <w:r>
        <w:rPr>
          <w:lang w:eastAsia="zh-CN"/>
        </w:rPr>
        <w:t xml:space="preserve">    四、积极配合群众路线活动，认真组织专题民主生活会 </w:t>
      </w:r>
      <w:r>
        <w:rPr>
          <w:lang w:eastAsia="zh-CN"/>
        </w:rPr>
        <w:br/>
      </w:r>
      <w:r>
        <w:rPr>
          <w:lang w:eastAsia="zh-CN"/>
        </w:rPr>
        <w:t xml:space="preserve">    (一)征求意见，查找不足。配合公司领导做好多层次、多方面征求意见建议工作，公司领导分别与化肥部、公用工程部、机电仪部、调度中心等单位以及共青团组织进行了座谈，收集到9个方面29条意见建议。 </w:t>
      </w:r>
      <w:r>
        <w:rPr>
          <w:lang w:eastAsia="zh-CN"/>
        </w:rPr>
        <w:br/>
      </w:r>
      <w:r>
        <w:rPr>
          <w:lang w:eastAsia="zh-CN"/>
        </w:rPr>
        <w:t xml:space="preserve">    (二)分析检查，形成材料。严格按照总部在篇幅、内容、格式上的要求，认真做好班子及成员民主生活会分析检查发言材料撰写的组织收集整理工作，完成全部会议材料6万字的汇编成册工作。期间积极协助公司党政主要领导起草班子发言材料初稿，并多次经过分别征求班子成员意见，反复修改形成终稿。班子发言材料得到总部领导的充分肯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三)精细服务，会议圆满。10月11日公司领导班子专题民主生活会如期召开。会前我们认真完成会议材料准备、会场布置、人员通知等相关会务工作。会后按时完成了领导讲话整理、会议宣传报道、会议情况报告、班子发言材料修改等文秘工作。</w:t>
      </w:r>
      <w:r>
        <w:rPr>
          <w:lang w:eastAsia="zh-CN"/>
        </w:rPr>
        <w:t xml:space="preserve"> </w:t>
      </w:r>
      <w:r>
        <w:rPr>
          <w:lang w:eastAsia="zh-CN"/>
        </w:rPr>
        <w:br/>
      </w:r>
      <w:r>
        <w:rPr>
          <w:lang w:eastAsia="zh-CN"/>
        </w:rPr>
        <w:t xml:space="preserve">    五、认真做好员工工资发放工作，发挥薪酬正激励作用 </w:t>
      </w:r>
      <w:r>
        <w:rPr>
          <w:lang w:eastAsia="zh-CN"/>
        </w:rPr>
        <w:br/>
      </w:r>
      <w:r>
        <w:rPr>
          <w:lang w:eastAsia="zh-CN"/>
        </w:rPr>
        <w:t xml:space="preserve">    (一)掌握政策，改进方法。组织薪酬管理岗位人员认真学习掌握有关工资管理方面的规章制度及电算化基础理论知识，使工资管理人员的政策水平和电算化能力得到明显提高，对工资表格和薪酬项目运算公式进行优化修改设计。 </w:t>
      </w:r>
      <w:r>
        <w:rPr>
          <w:lang w:eastAsia="zh-CN"/>
        </w:rPr>
        <w:br/>
      </w:r>
      <w:r>
        <w:rPr>
          <w:lang w:eastAsia="zh-CN"/>
        </w:rPr>
        <w:t xml:space="preserve">    (二)抓紧时间，认真履职。薪酬岗位人员站在完成使命的高度，紧叮劳动合同约定的工资发放日，认真落实收集信息变动表、考勤报表、考核结果等基础性工作，同时加班加点进行数据录入、过程计算、结果复核等大量繁杂工作，并积极联络协调资金部门、审批领导、银行机构等各环节。 </w:t>
      </w:r>
      <w:r>
        <w:rPr>
          <w:lang w:eastAsia="zh-CN"/>
        </w:rPr>
        <w:br/>
      </w:r>
      <w:r>
        <w:rPr>
          <w:lang w:eastAsia="zh-CN"/>
        </w:rPr>
        <w:t xml:space="preserve">    (三)及时发薪，有效激励。经过坚持不懈的积极努力、各级领导的大力支持、相关部门的密切配合，半年来，公司月度工资一直持之以恒的做到按时发放，从不拖延。抓紧抓好此项工作得到总部领导和公司员工的一致好评，同时也充分体现了公司对员工切身利益的高度重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六、精细组织劳资统计工作，认真完成人工成本预算。按照化学总部的工作安排，我们对20__年的工资、奖金、福利、社保等人工成本支出情况进行了认真统计分析，走访基层单位进行调研征求意见，充分考虑新增加人员数量、项目建设加班补贴、试车工作加班补贴、援助单位人员额外费用等特殊因素，完成了20__年公司人工成本预算工作，此项工作对公司20__年人工成本管理工作具体十分重要的指导意义。</w:t>
      </w:r>
      <w:r>
        <w:rPr>
          <w:lang w:eastAsia="zh-CN"/>
        </w:rPr>
        <w:t xml:space="preserve"> </w:t>
      </w:r>
      <w:r>
        <w:rPr>
          <w:lang w:eastAsia="zh-CN"/>
        </w:rPr>
        <w:br/>
      </w:r>
      <w:r>
        <w:rPr>
          <w:lang w:eastAsia="zh-CN"/>
        </w:rPr>
        <w:t xml:space="preserve">    七、努力开展绩效考核工作，员工工作业绩有所提升。我们按照公司绩效考核管理体系，积极开展公司绩效考核工作。月度坚持按照绩效考核结果核算发放员工效益奖金，年度坚持开展全员考核和干部述职考评工作，并把考核结果作为员工岗位晋升及薪酬待遇调整的重要依据。绩效考核对于推动公司重点工作发挥了积极的促进作用，特别是直接参与项目建设的广大员工，能够克服各种困难使项目建设保持按计划推进的良好状态。 </w:t>
      </w:r>
      <w:r>
        <w:rPr>
          <w:lang w:eastAsia="zh-CN"/>
        </w:rPr>
        <w:br/>
      </w:r>
      <w:r>
        <w:rPr>
          <w:lang w:eastAsia="zh-CN"/>
        </w:rPr>
        <w:t xml:space="preserve">    八、全面开展培训工作，推动全员提高综合素质 </w:t>
      </w:r>
      <w:r>
        <w:rPr>
          <w:lang w:eastAsia="zh-CN"/>
        </w:rPr>
        <w:br/>
      </w:r>
      <w:r>
        <w:rPr>
          <w:lang w:eastAsia="zh-CN"/>
        </w:rPr>
        <w:t xml:space="preserve">    (一)培训工作全面展开。我们积极协调培训资源，完善培训制度，制定培训计划，采用内部培训、外出培训、外请讲师内训、技术交流等形式，努力提升全员综合素质。全年共举办公司级培训52期，外出培训17期，新员工入职培训5期，培训总课时42417小时。 </w:t>
      </w:r>
      <w:r>
        <w:rPr>
          <w:lang w:eastAsia="zh-CN"/>
        </w:rPr>
        <w:br/>
      </w:r>
      <w:r>
        <w:rPr>
          <w:lang w:eastAsia="zh-CN"/>
        </w:rPr>
        <w:t xml:space="preserve">    (二)培训工作形式多样。我们开展了新兵训练营军训、入厂系统教育培训、师徒协议签订、班组长演讲比赛等丰富多彩的教育培训活动，这些活动对于促进公司企业文化建设、员工技能提升发挥了积极作用。 </w:t>
      </w:r>
      <w:r>
        <w:rPr>
          <w:lang w:eastAsia="zh-CN"/>
        </w:rPr>
        <w:br/>
      </w:r>
      <w:r>
        <w:rPr>
          <w:lang w:eastAsia="zh-CN"/>
        </w:rPr>
        <w:t xml:space="preserve">    九、切实抓紧操作员工培训，充分准备试车技术力量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一)抓好驻厂跟班培训，全面提升操作技能。我们派往海南、内蒙、渭化等地工厂共112人，分别安排在气化、合成、尿素、水处理、分析、电气、仪表、机修等岗位进行跟班参与生产作业实践学习，取得了预期成效，他们对所学的生产工艺原理、安全操作规程、装置结构特点等基础知识有了全面的了解和掌握。</w:t>
      </w:r>
      <w:r>
        <w:rPr>
          <w:lang w:eastAsia="zh-CN"/>
        </w:rPr>
        <w:t xml:space="preserve"> </w:t>
      </w:r>
      <w:r>
        <w:rPr>
          <w:lang w:eastAsia="zh-CN"/>
        </w:rPr>
        <w:br/>
      </w:r>
      <w:r>
        <w:rPr>
          <w:lang w:eastAsia="zh-CN"/>
        </w:rPr>
        <w:t xml:space="preserve">    (二)开展岗位必备技能培训，确保依法持证上岗。根据国家相关安全生产作业法规，组织压力容器作业、焊接作业、合成氨操作工等特种设备及特殊工种作业的安全技能和操作技能培训共7期3652人次，取证率100%，为一线岗位人员依法持证上岗做好充分准备。 </w:t>
      </w:r>
      <w:r>
        <w:rPr>
          <w:lang w:eastAsia="zh-CN"/>
        </w:rPr>
        <w:br/>
      </w:r>
      <w:r>
        <w:rPr>
          <w:lang w:eastAsia="zh-CN"/>
        </w:rPr>
        <w:t xml:space="preserve">    (三)积极参与安装调试，切实掌握工艺流程。我们从培训学习角度关注生产操作员工参与项目建设的；三查四定；工作，此项工作使员工从中深入学习掌握装置的设备结构、工艺原理等基础技术技能，为今后顺利进入正常生产作业奠定基础。 </w:t>
      </w:r>
      <w:r>
        <w:rPr>
          <w:lang w:eastAsia="zh-CN"/>
        </w:rPr>
        <w:br/>
      </w:r>
      <w:r>
        <w:rPr>
          <w:lang w:eastAsia="zh-CN"/>
        </w:rPr>
        <w:t xml:space="preserve">    十、克服各种困难，积极协调沟通，及时完成员工社保及公积金缴纳、人身意外险投保等工作 </w:t>
      </w:r>
      <w:r>
        <w:rPr>
          <w:lang w:eastAsia="zh-CN"/>
        </w:rPr>
        <w:br/>
      </w:r>
      <w:r>
        <w:rPr>
          <w:lang w:eastAsia="zh-CN"/>
        </w:rPr>
        <w:t xml:space="preserve">    (一)特殊情况下妥善处理医疗保险管理问题。针对员工来源广和社保缴纳情况复杂的情况，我们对不同类型员工的#39;社保情况进行梳理，针对系统内调配的员工，在地方政策允许下，做到社保费用异地缴纳并尽量享受相关待遇。完成了海南基地外派人员异地就医的办理工作；建立内蒙基地外派人员医疗保险门诊及住院费用报销流程。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https://d.book118.com/907061106103006051</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7061106103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