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田径教练员的工作总结（32篇）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田径教练员的工作总结（精选32篇）</w:t>
      </w:r>
      <w:r>
        <w:rPr>
          <w:lang w:eastAsia="zh-CN"/>
        </w:rPr>
        <w:br/>
      </w:r>
      <w:r>
        <w:rPr>
          <w:lang w:eastAsia="zh-CN"/>
        </w:rPr>
        <w:t xml:space="preserve">    田径教练员的工作总结 篇1 </w:t>
      </w:r>
      <w:r>
        <w:rPr>
          <w:lang w:eastAsia="zh-CN"/>
        </w:rPr>
        <w:br/>
      </w:r>
      <w:r>
        <w:rPr>
          <w:lang w:eastAsia="zh-CN"/>
        </w:rPr>
        <w:t>　　20__—20__学年在忙碌中即将离我们远去。我校田径队在20__年冬季取得了全镇第_名的成绩</w:t>
      </w:r>
      <w:r>
        <w:rPr>
          <w:lang w:eastAsia="zh-CN"/>
        </w:rPr>
        <w:br/>
      </w:r>
      <w:r>
        <w:rPr>
          <w:lang w:eastAsia="zh-CN"/>
        </w:rPr>
        <w:t>　　成绩的取得，是区教文体局领导对我校田径工作的支持与关心，是学校领导高度重视，是田径训练教练员队伍科学的训练和不计辛劳的付出，是全体运动员克服各种困难、努力训练的结果。</w:t>
      </w:r>
      <w:r>
        <w:rPr>
          <w:lang w:eastAsia="zh-CN"/>
        </w:rPr>
        <w:br/>
      </w:r>
      <w:r>
        <w:rPr>
          <w:lang w:eastAsia="zh-CN"/>
        </w:rPr>
        <w:t>　　第一，区领导对我校田径工作的重视。从陈局、徐科、陈科专门为我校田径工作而驱车赶来与校领导进行协商，就可见区领导对我校田径工作的重视程度。__年，池老师、徐老师多次到我校进行田径训练指导，池老师还为我校田径教练做了一回生动形象的讲课。可以说，区领导的重视，对我校的田径工作是一种鞭策，更是一种鼓励。这里，还要感谢区教文体局在财力上给予我们一定的训练经费，这是对我们训练工作的肯定和鼓励。</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第二，学校领导的高度重视。学校专门成立了体育工作领导小组，由沈校长担任组长，分管副校长主抓体育工作。开学初，学校就紧急部署体育工作，蒋副校长亲自主持了会议。另外，学校加大资金投入，排除万难，逐步完善体育设施建设，化解“巧妇难为无米之炊”的困难。在硬件方面，学校不断创造优越的体育教学及训练条件，所属的4所完小已有3所建成了标准的200米田径场，预备__年把最后一所学校操场也改建成200米田径场；学校通过校务委员会，积极落实奖励机制，对教练员日常训练、获奖情况等进行物质上的奖励；与各完小签订《田径训练动态协议书》，对田径教练员进行考核等等。</w:t>
      </w:r>
      <w:r>
        <w:rPr>
          <w:lang w:eastAsia="zh-CN"/>
        </w:rPr>
        <w:br/>
      </w:r>
      <w:r>
        <w:rPr>
          <w:lang w:eastAsia="zh-CN"/>
        </w:rPr>
        <w:t>　　第三，教练员科学的训练。教练员们面对每次比赛，不骄不躁，努力探讨科学训练法，在成绩面前，善于总结比赛经验，认真寻找差距，分析比赛得失，力求知己知彼，努力挖掘自身优势，制定新目标，落实赛后的努力方向，培养后备人才，加强后备人才的管理与训练。同时，把握一切学习机会，这样有效地促进了体育工作循序渐进，稳步进取。根据学生实际情况，详细制订年、月、周、日、训练计划。以一年为一个大周期，制订出各阶段训练计划，精心备好各阶段训练计划，训练课后认真写好课后心得笔记。运动水平的提高，训练时间是保证。学校坚持每周9——10次训练课，早上7：00——8：00，下午3：10——4：30，到了寒假、暑假期间，我们的老师把它充分利用起来，除了必要的休息时间，体育教师和学生冒着寒风、顶着烈日坚持训练。</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第四，运动员们努力训练。作为一名小学生，他的课务量其实并不是很大，然而，每一次的考试，往往会影响学生的积极性。学校积极做好这方面工作，对各班主任老师、任课老师说明情况。学生也积极克服困难，力求在有限的时间中，既要保持学习成绩，又不能缺席训练。在训练中，有些学生腿酸了、脚腕痛了，但他们仍旧坚持训练。特别是寒暑假，大人在外面也有点吃不消，更何况小小的他们，然而运动员们仍旧坚持着。努力的训练，也终究换来了好的成绩。</w:t>
      </w:r>
      <w:r>
        <w:rPr>
          <w:lang w:eastAsia="zh-CN"/>
        </w:rPr>
        <w:t xml:space="preserve"> 回顾一年，我们取得了很好的成绩，然而在成绩背后，我也深深感到了不足。第一，训练器材还没有跟上各项赛事的标准，特别是完小，练背跃式跳高没有垫子、练跨栏没有栏架等等，当然，这些将在明年应该有一个质的飞跃；第二，学校大，对于运动员的`选拔还存在这样或那样的问题，村小一些好的运动员很难被发现；第三，田径教练员课务量重，不但要担任一所学校体育工作的负责老师，还要坚持每天的田径训练，有些体育老师还要担任副班主任，中午、晚托还要督班，这些，影响了正常的田径训练工作，给训练带来了一定的困难。第四，低年龄组运动员还不能挑起大梁。这次达标对抗赛，虽说我校9岁组成绩还是不错，但与王江泾小学相比，还是有一点差距，如何在9岁组运动员身上挖掘，将直接决定明年区团体总分的走向。</w:t>
      </w:r>
      <w:r>
        <w:rPr>
          <w:lang w:eastAsia="zh-CN"/>
        </w:rPr>
        <w:br/>
      </w:r>
      <w:r>
        <w:rPr>
          <w:lang w:eastAsia="zh-CN"/>
        </w:rPr>
        <w:t xml:space="preserve">    田径教练员的工作总结 篇2 </w:t>
      </w:r>
      <w:r>
        <w:rPr>
          <w:lang w:eastAsia="zh-CN"/>
        </w:rPr>
        <w:br/>
      </w:r>
      <w:r>
        <w:rPr>
          <w:lang w:eastAsia="zh-CN"/>
        </w:rPr>
        <w:t>　　我校田径队每年都要参加什邡市级田径运动会。田径是基础项目,为了更好推动学校体育课外活动的开展,增强了学生的体质。通过本年度学校田径业余训练,我们总结出以下几点 一、提高运动员自身素质</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学校的业余田径训练是培养体育人才的基地,体育教师肩负着培养和输送人才的重任。体育教师必须明确本职工作,树立起责任感和事业心,这样才能脚踏实地地进行工作.其次体育教师要有敬业精神,体育教师工作辛苦,社会上对体育训练仍有偏见.特别是与某些主科比较起来,学生仍存在重视文化知识学习轻视体育的思想,这对我们开展业余训练带许多困难我觉得,作为体育教师,我们对体育课和业余训工作的重要性要有足够的认识,而不能放松消极的心里,用我们自身的言语和行为改变学生.为培育养德、智、体、美、劳全面发展的人才，为增强学生体质做出应有的贡献，这样才无愧于我们的事业和责任。体育教师还要有吃苦奉献精神。体育训练工作既是脑力劳动，又是体力劳动，没有顽强的吃苦精神和无私奉献精神是不行的。我们的工作环境，绝大部分是“露天训练”，“夏天太阳晒，冬天寒风吹”，而且工作量大，除了每天上2—3节体育课外，早晚要训练等；我们还要不断充实自己，要善于积累经验，总结成败得失，勇于思考敢于创新。不断提高自己的素质。</w:t>
      </w:r>
      <w:r>
        <w:rPr>
          <w:lang w:eastAsia="zh-CN"/>
        </w:rPr>
        <w:t xml:space="preserve"> 二、认真选好体育苗子</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我们只是田径的业余训练，不是田径专业队训练，学生的条件好不好并不重要，关键是能挖掘他们的潜能进行比赛。我觉得，不论是专业队还是业余队，选苗工作一样不可忽视。俗语说：选才的成功就等于训练成功的一半。因此我把选苗的工作看作是训练的前提，有了好苗，就有成功的希望，如果忽视了这一点，就会事倍功半。然而，选苗工作，必须不辞劳苦地深入到各班，在体育课各项的'活动仔细观察每个学生的表现，要处理好这个衔接问题，首先我要同本校教师沟通好，其次选苗工作还贯穿在一年四季,无论在操场上课,课外活动场所,处处留意,发现好苗子作好记录。更重要的是在集训，目的是观察学生各人的反应、模仿、步型、灵敏、耐力、弹跳等能力表现如何。这样选苗比较准确，入训练队后田径队伍也较稳定，运动水平也会提高得更快。</w:t>
      </w:r>
      <w:r>
        <w:rPr>
          <w:lang w:eastAsia="zh-CN"/>
        </w:rPr>
        <w:t xml:space="preserve"> 三、制定训练计划，积极开展训练</w:t>
      </w:r>
      <w:r>
        <w:rPr>
          <w:lang w:eastAsia="zh-CN"/>
        </w:rPr>
        <w:br/>
      </w:r>
      <w:r>
        <w:rPr>
          <w:lang w:eastAsia="zh-CN"/>
        </w:rPr>
        <w:t>　　我们认为水平较高运动员的培养，不可能一练就能把水平很快提高，必须要有长远的训练计划。不急于求成，特别是田赛项目，要有长远计划也要有近期训练目标。计划内容的安排应重视基础训练和基本运动能力培养。先发展学生协调能力和基本运动能力，后根据专项的需要及运动员的特点对学生进行全面体质训练，进而把专项技术训练紧密结合起来.在训练内容上重点加强基础素质训练和一些基本的运动技能，使学生从小养成正确的跑、跳、投的姿势，培养节奏感，速度等良好感觉。在训练方法上，根据学生的实际情况，我采用多次训练法，每周训练9次，其中早5次，每次1小时，下午5次，每次40分钟，训练期间除特殊天气外都坚持训练。每周计划是根据总计划和各气候因素以及比赛任务要求而制定的。我的指导思想是：先进行各项素质练习，特别是加强力量和弹跳训练，如：发展腿步力量和弹跳力，采用连续台阶登高眺，20米蛙跳，1000米耐力跑，40米单足跳等来提高肌肉力量和爆发力。后解决技术问题。一般是早上训练以基本素质为主，傍晚以专项素质和专项技术为主。此外，每次都把柔韧性练习作为准备运动，结束时带有技术性放松练习放在训练的结束前进行。</w:t>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在技术训练方面，只有掌握好的技术，才能充分发挥学生的身体训练水平，创造优异成绩，我在运动训练的同时强调技术，在学生一进队开始抓好素质训练，随着学生身体素质的提高，进而完善基本技术训练使他们建立起一个正确的训练模式，如：蹲踞式跳远的腾空动作，仅仅是示范、讲解、练习是不够的，如果让学生作单杠上的悬垂练习，体会空中动作，那就会少走许多弯路，收到事半功倍的效果。在训练中，还要常常注意利用一些手段去刺激学生，克服心理障碍，挖掘潜力，如训练跳高时，横杆的实际高度是110cm,是该运动员从未跳过的高度，而我在告诉学生是会说成事105cm，是他原来所能眺过的高度，而学生不会有什么怀疑，如此，学生在心理上就不会出现障碍且又激发出其最大的潜力及跳高欲，奋力拼搏的结果是可想而之的。</w:t>
      </w:r>
      <w:r>
        <w:rPr>
          <w:lang w:eastAsia="zh-CN"/>
        </w:rPr>
        <w:br/>
      </w:r>
      <w:r>
        <w:rPr>
          <w:lang w:eastAsia="zh-CN"/>
        </w:rPr>
        <w:t>　　严格训练，严格要求，是提高运动技术水平的好办法。我认为，首先要使学生明确严格训练的目的，并按基础和水平，因材施教，更要使学生懂得完成任务的重要性和必要性。训练后多与学生谈心，听取学生反馈的意见。学生在接受老师的训练时，总是要注意老师的解析，体育教师的示范，体育教师必须从自己的</w:t>
      </w:r>
      <w:r>
        <w:rPr>
          <w:lang w:eastAsia="zh-CN"/>
        </w:rPr>
        <w:br/>
      </w:r>
      <w:r>
        <w:rPr>
          <w:lang w:eastAsia="zh-CN"/>
        </w:rPr>
        <w:t>　　言论、行为、训练表现给学生一个好榜样。严格他说，要建立严格的训练常规。要求学生做到的，老师必须首先做到，这样才能取得良好的训练效果。</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总之在训练上要坚持不懈,不怕苦,不怕累,踏踏实实完成训练工作。通过采用多种形式训练方法，较好调动学生积极性，在我们老师和学生共同努力下，在本学期我校参加什邡市传统项目田径比赛，我们也取得可喜的成绩。男子100米获第一第二名，男子跳远第一名，男子跳高第三名,女子100米第三名，女子铅球第一名,女子跳高第二名。</w:t>
      </w:r>
      <w:r>
        <w:rPr>
          <w:lang w:eastAsia="zh-CN"/>
        </w:rPr>
        <w:br/>
      </w:r>
      <w:r>
        <w:rPr>
          <w:lang w:eastAsia="zh-CN"/>
        </w:rPr>
        <w:t>　　当然在训练过程中我们还存在不足的地方.如在训练过程中队员出现远动损伤,比赛中队员出现怯场现象.这些现象最主要的原因是因为在训练过程中我们只注重抓队员身体素质和远东技术的训练,而忽略了对队员心理的正确引导及培养.因而在今后的训练中我们应做到双管齐下,在提高队员远动水平的同时抓好学生心理素质的培养. 我们相信在今后的训练中,只要改进训练方法,我校田径水平会登上新的高度。</w:t>
      </w:r>
      <w:r>
        <w:rPr>
          <w:lang w:eastAsia="zh-CN"/>
        </w:rPr>
        <w:br/>
      </w:r>
      <w:r>
        <w:rPr>
          <w:lang w:eastAsia="zh-CN"/>
        </w:rPr>
        <w:t xml:space="preserve">    田径教练员的工作总结 篇3 </w:t>
      </w:r>
      <w:r>
        <w:rPr>
          <w:lang w:eastAsia="zh-CN"/>
        </w:rPr>
        <w:br/>
      </w:r>
      <w:r>
        <w:rPr>
          <w:lang w:eastAsia="zh-CN"/>
        </w:rPr>
        <w:t>　　田径是我校传统项目，我校田径训练推动了学校的体育活动，增强了学生的体质，提高了学生的运动水平，提升了我校的知名度。近年来的工作使我强烈地认识到抓学校田径训练，离不开以下几个方面：</w:t>
      </w:r>
      <w:r>
        <w:rPr>
          <w:lang w:eastAsia="zh-CN"/>
        </w:rPr>
        <w:br/>
      </w:r>
      <w:r>
        <w:rPr>
          <w:lang w:eastAsia="zh-CN"/>
        </w:rPr>
        <w:t>　　一、教练的责任感和事业心</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学校的业余田径训练是培养体育人才的基地，体育教师肩负着为祖国培养和输送人才的重任。首先必须明确本职工作，树立起责任感和事业心，这样才能脚踏实地地进行工作。其次体育教师要有敬业精神。体育教师工作辛苦，社会上对体育训练仍有偏见。特别是与某些主科比较起来，社会、家长、学生仍存在重视文化知识学习轻视体育的思想，这对我们开展业余训练带来许多困难。体育组教师对体育课和业余训练工作的重要性要有足够的认识，而不能自轻自贱，用我们自身的言语和行为改变社会的偏见。为培养德、智、体、美、劳全面发展的人才，为增强学生体质做出应有的贡献，这样才无愧于我们的事业和责任。</w:t>
      </w:r>
      <w:r>
        <w:rPr>
          <w:lang w:eastAsia="zh-CN"/>
        </w:rPr>
        <w:br/>
      </w:r>
      <w:r>
        <w:rPr>
          <w:lang w:eastAsia="zh-CN"/>
        </w:rPr>
        <w:t>　　体育教师还要有吃苦奉献精神。体育训练工作既是脑力劳动，又是体力劳动，工作时间长，体力消耗大，工作辛苦，没有顽强的吃苦精神和无私奉献精神是不行的。我们的工作环境长期是“露天作业”，“夏天太阳猛，冬天西北风”，而且工作量大，除了每天上了3一4节课外，早、晚要带运动队训练，此外还有各项体育竞赛的训练、组织和实施等；我们还要不断充实自己，要善于积累经验，总结成败得失，勇于思考敢于创新，不断提高自身的素质。</w:t>
      </w:r>
      <w:r>
        <w:rPr>
          <w:lang w:eastAsia="zh-CN"/>
        </w:rPr>
        <w:br/>
      </w:r>
      <w:r>
        <w:rPr>
          <w:lang w:eastAsia="zh-CN"/>
        </w:rPr>
        <w:t>　　二、科学的选苗</w:t>
      </w:r>
      <w:r>
        <w:rPr>
          <w:lang w:eastAsia="zh-CN"/>
        </w:rPr>
        <w:br/>
      </w:r>
      <w:r>
        <w:rPr>
          <w:lang w:eastAsia="zh-CN"/>
        </w:rPr>
        <w:t>　　我们只是学校的业余训练，不是运动专业队训练，学生的条件不好，关键是能应付比赛。不论是专业队还是业余队，选苗工作一样不可忽视。俗语说：选材的成功就等于训练成功的一半。因此我把选苗的工作看作是训练的前提，有了好苗，就有成功的希望，如果忽视了这一点，就会事倍功半。然而，选苗工作必须不辞劳苦地深入到各乡各镇初中和小学，甚至要深入到周边学校去发现，去挖掘，这个工作我们应该尽早去做，才能做到心中有数，有的放矢。</w:t>
      </w:r>
      <w:r>
        <w:rPr>
          <w:lang w:eastAsia="zh-CN"/>
        </w:rPr>
        <w:br/>
      </w:r>
      <w:r>
        <w:rPr>
          <w:lang w:eastAsia="zh-CN"/>
        </w:rPr>
        <w:t>　　三、科学严格的训练</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科学训练，严格要求，是提高运动技术水平的好办法。首先要使学生明确科学训练的目的，并按个人的基础和水平，因材施教，更要使学生懂得完成任务的重要性和必要性。训练后多与学生谈心，听取学生反馈意见。建立严格的训练常规，要求学生做到的，老师必须首先做到，这样才能取得良好的训练效果。</w:t>
      </w:r>
      <w:r>
        <w:rPr>
          <w:lang w:eastAsia="zh-CN"/>
        </w:rPr>
        <w:br/>
      </w:r>
      <w:r>
        <w:rPr>
          <w:lang w:eastAsia="zh-CN"/>
        </w:rPr>
        <w:t>　　四、学生良好的训练素养</w:t>
      </w:r>
      <w:r>
        <w:rPr>
          <w:lang w:eastAsia="zh-CN"/>
        </w:rPr>
        <w:br/>
      </w:r>
      <w:r>
        <w:rPr>
          <w:lang w:eastAsia="zh-CN"/>
        </w:rPr>
        <w:t>　　要带好学校田径队，首先要加强对运动员的思想教育。例如经常讲一些我国优秀运动员刻苦训练，顽强拼搏创佳绩为国争光的事例，使学生树立起认真训练，为校争光、为己争气的信念。</w:t>
      </w:r>
      <w:r>
        <w:rPr>
          <w:lang w:eastAsia="zh-CN"/>
        </w:rPr>
        <w:br/>
      </w:r>
      <w:r>
        <w:rPr>
          <w:lang w:eastAsia="zh-CN"/>
        </w:rPr>
        <w:t>　　其次，单有学生自身的积极性是不够的，还要经常与家长取得联系，定时向家长汇报其子女在学校的情况，使家长做到心中有数；定时召开家长会，让家长进一步了解其子女在校的表现和学习训练情况，以便能够更好地督促子女学习和训练，做到有的放矢，构成家长、学校齐抓共管的体系。这也是学生取得成功的一个重要方面。</w:t>
      </w:r>
      <w:r>
        <w:rPr>
          <w:lang w:eastAsia="zh-CN"/>
        </w:rPr>
        <w:br/>
      </w:r>
      <w:r>
        <w:rPr>
          <w:lang w:eastAsia="zh-CN"/>
        </w:rPr>
        <w:t>　　总之，教育教学无万能之法，也无定法，但贵在得法。它的关键在于极大限度地去挖掘学生的潜能，增强他们的.自信，培养他们的意志，养成学习和训练的习惯。因此，我认为要不断地鼓励学生，找到他们的“闪光点”，唤起他们在“黎明前的黑暗”，才能使他们达到希望的彼岸，才能收到意想不到的效果。</w:t>
      </w:r>
      <w:r>
        <w:rPr>
          <w:lang w:eastAsia="zh-CN"/>
        </w:rPr>
        <w:br/>
      </w:r>
      <w:r>
        <w:rPr>
          <w:lang w:eastAsia="zh-CN"/>
        </w:rPr>
        <w:t xml:space="preserve">    田径教练员的工作总结 篇4 </w:t>
      </w:r>
      <w:r>
        <w:rPr>
          <w:lang w:eastAsia="zh-CN"/>
        </w:rPr>
        <w:br/>
      </w:r>
      <w:r>
        <w:rPr>
          <w:lang w:eastAsia="zh-CN"/>
        </w:rPr>
        <w:t>　　田径是我校传统项目，我校田径训练推动了学校的体育活动，增强了学生的体质，提高了学生的运动水平，提升了我校的知名度。近年来的工作使我强烈地认识到抓学校田径训练，离不开以下几个方面：</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一、教练的责任感和事业心</w:t>
      </w:r>
      <w:r>
        <w:rPr>
          <w:lang w:eastAsia="zh-CN"/>
        </w:rPr>
        <w:br/>
      </w:r>
      <w:r>
        <w:rPr>
          <w:lang w:eastAsia="zh-CN"/>
        </w:rPr>
        <w:t>　　学校的田径训练是培养体育人才的基地，体育教师肩负着为祖国培养和输送人才的重任。首先必须明确本职工作，树立起责任感和事业心，这样才能脚踏实地地进行工作。其次体育教师要有敬业精神。我觉得，作为体育教师，我们对体育课和业余训练工作的重要性要有足够的认识。为培养德、智、体、美、劳全面发展的人才，为增强学生体质做出应有的贡献，这样才无愧于我们的事业和责任。体育教师还要有吃苦奉献精神。体育训练工作既是脑力劳动，又是体力劳动，工作时间长，体力消耗大，工作辛苦，没有顽强的吃苦精神和无私奉献精神是不行的。我们的工作环境长期是“露天作业”，“夏天太阳猛，冬天西北风”，而且工作量大，除了每天上了3一4节课外，早、晚要带运动队训练，此外还有各项体育竞赛的训练、组织和实施等；我们还要不断充实自己，要善于积累经验，总结成败得失，勇于思考敢于创新，不断提高自身的素质。</w:t>
      </w:r>
      <w:r>
        <w:rPr>
          <w:lang w:eastAsia="zh-CN"/>
        </w:rPr>
        <w:br/>
      </w:r>
      <w:r>
        <w:rPr>
          <w:lang w:eastAsia="zh-CN"/>
        </w:rPr>
        <w:t>　　　　二、科学的选苗</w:t>
      </w:r>
      <w:r>
        <w:rPr>
          <w:lang w:eastAsia="zh-CN"/>
        </w:rPr>
        <w:br/>
      </w:r>
      <w:r>
        <w:rPr>
          <w:lang w:eastAsia="zh-CN"/>
        </w:rPr>
        <w:t>　　俗语说：选材的成功就等于训练成功的一半。因此我把选苗的工作看作是训练的前提，有了好苗，就有成功的希望，如果忽视了这一点，就会事倍功半。要做到心中有数，有的放矢。</w:t>
      </w:r>
      <w:r>
        <w:rPr>
          <w:lang w:eastAsia="zh-CN"/>
        </w:rPr>
        <w:br/>
      </w:r>
      <w:r>
        <w:rPr>
          <w:lang w:eastAsia="zh-CN"/>
        </w:rPr>
        <w:t>　　　　三、科学严格的训练</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科学训练，严格要求，是提高运动技术水平的好办法。首先要使学生明确科学训练的目的`，并按个人的基础和水平，因材施教，更要使学生懂得完成任务的重要性和必要性。训练后多与学生谈心，听取学生反馈意见。建立严格的训练常规，要求学生做到的，老师必须首先做到，这样才能取得良好的训练效果。</w:t>
      </w:r>
      <w:r>
        <w:rPr>
          <w:lang w:eastAsia="zh-CN"/>
        </w:rPr>
        <w:br/>
      </w:r>
      <w:r>
        <w:rPr>
          <w:lang w:eastAsia="zh-CN"/>
        </w:rPr>
        <w:t>　　　　四、学生良好的训练素养</w:t>
      </w:r>
      <w:r>
        <w:rPr>
          <w:lang w:eastAsia="zh-CN"/>
        </w:rPr>
        <w:br/>
      </w:r>
      <w:r>
        <w:rPr>
          <w:lang w:eastAsia="zh-CN"/>
        </w:rPr>
        <w:t>　　要带好学校田径队，首先要加强对运动员的思想教育。例如经常讲一些我国优秀运动员刻苦训练，顽强拼搏创佳绩为国争光的事例，使学生树立起认真训练，为校争光、为己争气的信念。第二，单有学生自身的积极性是不够的，还要经常与家长取得联系，定时向家长汇报其子女在学校的情况，使家长做到心中有数；定时召开家长会，让家长进一步了解其子女在校的表现和学习训练情况，以便能够更好地督促子女学习和训练，做到有的放矢，构成家长、学校齐抓共管的体系。这也是学生取得成功的一个重要方面。</w:t>
      </w:r>
      <w:r>
        <w:rPr>
          <w:lang w:eastAsia="zh-CN"/>
        </w:rPr>
        <w:br/>
      </w:r>
      <w:r>
        <w:rPr>
          <w:lang w:eastAsia="zh-CN"/>
        </w:rPr>
        <w:t>　　总之，教育教学无万能之法，也无定法，但贵在得法。它的关键在于极大限度地去挖掘学生的潜能，增强他们的自信，培养他们的意志，养成学习和训练的习惯。因此，我认为要不断地鼓励学生，找到他们的“闪光点”，唤起他们在“黎明前的黑暗”，才能使他们达到希望的彼岸，才能收到意想不到的效果。</w:t>
      </w:r>
      <w:r>
        <w:rPr>
          <w:lang w:eastAsia="zh-CN"/>
        </w:rPr>
        <w:br/>
      </w:r>
      <w:r>
        <w:rPr>
          <w:lang w:eastAsia="zh-CN"/>
        </w:rPr>
        <w:t xml:space="preserve">    田径教练员的工作总结 篇5 </w:t>
      </w:r>
      <w:r>
        <w:rPr>
          <w:lang w:eastAsia="zh-CN"/>
        </w:rPr>
        <w:br/>
      </w:r>
      <w:r>
        <w:rPr>
          <w:lang w:eastAsia="zh-CN"/>
        </w:rPr>
        <w:t>　　20__年什邡中学校田径队活动工作总结 我校田径队每年都要参加什邡市级田径运动会。田径是基础项目,为了更好推动学校体育课外活动的开展,增强了学生的体质。通过本年度学校田径业余训练,我们总结出以下几点：</w:t>
      </w:r>
      <w:r>
        <w:rPr>
          <w:lang w:eastAsia="zh-CN"/>
        </w:rPr>
        <w:br/>
      </w:r>
      <w:r>
        <w:rPr>
          <w:lang w:eastAsia="zh-CN"/>
        </w:rPr>
        <w:t>　　一、提高运动员自身素质</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学校的业余田径训练是培养体育人才的基地,体育教师肩负着培养和输送人才的重任。体育教师必须明确本职工作,树立起责任感和事业心,这样才能脚踏实地地进行工作.其次体育教师要有敬业精神,体育教师工作辛苦,社会上对体育训练仍有偏见.特别是与某些主科比较起来,学生仍存在重视文化知识学习轻视体育的思想,这对我们开展业余训练带许多困难我觉得,作为体育教师,我们对体育课和业余训工作的重要性要有足够的认识,而不能放松消极的心里,用我们自身的言语和行为改变学生.为培育养德、智、体、美、劳全面发展的人才，为增强学生体质做出应有的贡献，这样才无愧于我们的事业和责任。体育教师还要有吃苦奉献精神。体育训练工作既是脑力劳动，又是体力劳动，没有顽强的吃苦精神和无私奉献精神是不行的。我们的工作环境，绝大部分是“露天训练”，“夏天太阳晒，冬天寒风吹”，而且工作量大，除了每天上2—3节体育课外，早晚要训练等；我们还要不断充实自己，要善于积累经验，总结成败得失，勇于思考敢于创新。不断提高自己的素质。</w:t>
      </w:r>
      <w:r>
        <w:rPr>
          <w:lang w:eastAsia="zh-CN"/>
        </w:rPr>
        <w:br/>
      </w:r>
      <w:r>
        <w:rPr>
          <w:lang w:eastAsia="zh-CN"/>
        </w:rPr>
        <w:t>　　二、认真选好体育苗子</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们只是田径的业余训练，不是田径专业队训练，学生的条件好不好并不重要，关键是能挖掘他们的潜能进行比赛。我觉得，不论是专业队还是业余队，选苗工作一样不可忽视。俗语说：选才的成功就等于训练成功的一半。因此我把选苗的工作看作是训练的前提，有了好苗，就有成功的希望，如果忽视了这一点，就会事倍功半。然而，选苗工作，必须不辞劳苦地深入到各班，在体育课各项的活动仔细观察每个学生的表现，要处理好这个衔接问题，首先我要同本校教师沟通好，其次选苗工作还贯穿在一年四季,无论在操场上课,课外活动场所,处处留意,发现好苗子作好记录。更重要的是在集训，目的是观察学生各人的反应、模仿、步型、灵敏、耐力、弹跳等能力表现如何。这样选苗比较准确，入训练队后田径队伍也较稳定，运动水平也会提高得更快。</w:t>
      </w:r>
      <w:r>
        <w:rPr>
          <w:lang w:eastAsia="zh-CN"/>
        </w:rPr>
        <w:br/>
      </w:r>
      <w:r>
        <w:rPr>
          <w:lang w:eastAsia="zh-CN"/>
        </w:rPr>
        <w:t>　　三、制定训练计划，积极开展训练</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我们认为水平较高运动员的培养，不可能一练就能把水平很快提高，必须要有长远的训练计划。不急于求成，特别是田赛项目，要有长远计划也要有近期训练目标。计划内容的安排应重视基础训练和基本运动能力培养。先发展学生协调能力和基本运动能力，后根据专项的需要及运动员的特点对学生进行全面体质训练，进而把专项技术训练紧密结合起来.在训练内容上重点加强基础素质训练和一些基本的运动技能，使学生从小养成正确的跑、跳、投的姿势，培养节奏感，速度等良好感觉。在训练方法上，根据学生的实际情况，我采用多次训练法，每周训练9次，其中早5次，每次1小时，下午5次，每次40分钟，训练期间除特殊天气外都坚持训练。每周计划是根据总计划和各气候因素以及比赛任务要求而制定的。我的指导思想是：先进行各项素质练习，特别是加强力量和弹跳训练，如：发展腿步力量和弹跳力，采用连续台阶登高眺，20米蛙跳，1000米耐力跑，40米单足跳等来提高肌肉力量和爆发力。后解决技术问题。一般是早上训练以基本素质为主，傍晚以专项素质和专项技术为主。此外，每次都把柔韧性练习作为准备运动，结束时带有技术性放松练习放在训练的结束前进行。</w:t>
      </w:r>
      <w:r>
        <w:rPr>
          <w:lang w:eastAsia="zh-CN"/>
        </w:rPr>
        <w:br/>
      </w:r>
      <w:r>
        <w:rPr>
          <w:lang w:eastAsia="zh-CN"/>
        </w:rPr>
        <w:t>　　在技术训练方面，只有掌握好的技术，才能充分发挥学生的身体训练水平，创造优异成绩，我在运动训练的同时强调技术，在学生一进队开始抓好素质训练，随着学生身体素质的提高，进而完善基本技术训练使他们建立起一个正确的训练模式，如：蹲踞式跳远的腾空动作，仅仅是示范、讲解、练习是不够的，如果让学生作单杠上的悬垂练习，体会空中动作，那就会少走许多弯路，收到事半功倍的效果。在训练中，还要常常注意利用一些手段去刺激学生，克服心理障碍，挖掘潜力，如训练跳高时，横杆的实际高度是110cm,是该运动员从未跳过的高度，而我在告诉学生是会说成事105cm，是他原来所能眺过的高度，而学生不会有什么怀疑，如此，学生在心理上就不会出现障碍且又激发出其最大的潜力及跳高欲，奋力拼搏的结果是可想而之的。</w:t>
      </w:r>
      <w:r>
        <w:rPr>
          <w:lang w:eastAsia="zh-CN"/>
        </w:rPr>
        <w:br/>
      </w:r>
      <w:r>
        <w:rPr>
          <w:lang w:eastAsia="zh-CN"/>
        </w:rPr>
        <w:t>　　严格训练，严格要求，是提高运动技术水平的好办法。我认为，首先要使学生明确严格训练的目的，并按基础和水平，因材施教，更要使学生懂得完成任务的重要性和必要性。训练后多与学生谈心，听取学生反馈的意见。学生在接受老师的训练时，总是要注意老师的解析，体育教师的示范，体育教师必须从自己的言论、行为、训练表现给学生一个好榜样。严格他说，要建立严格的训练常规。要求学生做到的，老师必须首先做到，这样才能取得良好的训练效果。</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总之在训练上要坚持不懈,不怕苦,不怕累,踏踏实实完成训练工作。通过采用多种形式训练方法，较好调动学生积极性，在我们老师和学生共同努力下，在本学期我校参加什邡市传统项目田径比赛，我们也取得可喜的成绩。男子100米获第一第二名，男子跳远第一名，男子跳高第三名,女子100米第三名，女子铅球第一名,女子跳高第二名。</w:t>
      </w:r>
      <w:r>
        <w:rPr>
          <w:lang w:eastAsia="zh-CN"/>
        </w:rPr>
        <w:br/>
      </w:r>
      <w:r>
        <w:rPr>
          <w:lang w:eastAsia="zh-CN"/>
        </w:rPr>
        <w:t>　　当然在训练过程中我们还存在不足的地方.如在训练过程中队员出现远动损伤,比赛中队员出现怯场现象.这些现象最主要的原因是因为在训练过程中我们只注重抓队员身体素质和远东技术的训练,而忽略了对队员心理的正确引导及培养.因而在今后的训练中我们应做到双管齐下,在提高队员远动水平的同时抓好学生心理素质的培养。</w:t>
      </w:r>
      <w:r>
        <w:rPr>
          <w:lang w:eastAsia="zh-CN"/>
        </w:rPr>
        <w:br/>
      </w:r>
      <w:r>
        <w:rPr>
          <w:lang w:eastAsia="zh-CN"/>
        </w:rPr>
        <w:t>　　我们相信在今后的训练中,只要改进训练方法,我校田径水平会登上新的高度。</w:t>
      </w:r>
      <w:r>
        <w:rPr>
          <w:lang w:eastAsia="zh-CN"/>
        </w:rPr>
        <w:br/>
      </w:r>
      <w:r>
        <w:rPr>
          <w:lang w:eastAsia="zh-CN"/>
        </w:rPr>
        <w:t xml:space="preserve">    田径教练员的工作总结 篇6 </w:t>
      </w:r>
      <w:r>
        <w:rPr>
          <w:lang w:eastAsia="zh-CN"/>
        </w:rPr>
        <w:br/>
      </w:r>
      <w:r>
        <w:rPr>
          <w:lang w:eastAsia="zh-CN"/>
        </w:rPr>
        <w:t>　　学校的田径训练是培养体育人才的基地，体育教师肩负着为祖国培养和输送人才的重任。必须明确本职工作，树立起责任感和事业心，这样才能脚踏实地地进行工作。特别是与某些主科比较起来，社会、家长、学生仍存在重视文化知识学习轻视体育的思想，这对我们开展业余训练带许多困难。</w:t>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我觉得，作为体育教师，我们对体育课和业余训练工作的重要性要有足够的认识，而不能自轻自贱，用我们自身的言语和行为改变社会的偏见。为培养德、智、体、美、劳全面发展的人才，为增强学生体质做出应有的贡献，这样才无愧于我们的事业和责任。体育教师还要有吃苦奉献精神。体育训练工作既是脑力劳动，又是体力劳动，工作时间长，体力消耗大，工作辛苦，没有顽强的吃苦精神和无私奉献精神是不行的。我们的工作环境，绝大部分是</w:t>
      </w:r>
      <w:r>
        <w:rPr>
          <w:lang w:eastAsia="zh-CN"/>
        </w:rPr>
        <w:br/>
      </w:r>
      <w:r>
        <w:rPr>
          <w:lang w:eastAsia="zh-CN"/>
        </w:rPr>
        <w:t>　　不论是专业队还是业余队，选苗工作一样不可忽视。俗语说：选材的'成功就等于训练成功的一半。因此我把选苗的工作看作是训练的前提，有了好苗，就有成功的希望，如果忽视了这一点，就会事倍功半。然而，选苗工作，必须不辞劳苦地深入到各班，除了仔细观察每个学生的表现后，而且还必须是住宿生。无论在操场上课，课外活动等活动场所，处处留意，发现好苗去问，并作好记录。目的是观察学生各人的反应、模仿、步型、灵敏、耐力、弹跳等能力表现如何。这样选苗比较准确，人队后队伍也较稳定，运动水平也会提高得更快。</w:t>
      </w:r>
      <w:r>
        <w:rPr>
          <w:lang w:eastAsia="zh-CN"/>
        </w:rPr>
        <w:br/>
      </w:r>
      <w:r>
        <w:rPr>
          <w:lang w:eastAsia="zh-CN"/>
        </w:rPr>
        <w:t>　　严格训练，严格要求，是提高运动技术水平的好办法。我认</w:t>
      </w:r>
      <w:r>
        <w:rPr>
          <w:lang w:eastAsia="zh-CN"/>
        </w:rPr>
        <w:br/>
      </w:r>
      <w:r>
        <w:rPr>
          <w:lang w:eastAsia="zh-CN"/>
        </w:rPr>
        <w:t xml:space="preserve">    田径教练员的工作总结 篇7 </w:t>
      </w:r>
      <w:r>
        <w:rPr>
          <w:lang w:eastAsia="zh-CN"/>
        </w:rPr>
        <w:br/>
      </w:r>
      <w:r>
        <w:rPr>
          <w:lang w:eastAsia="zh-CN"/>
        </w:rPr>
        <w:t>　　以田径为教育突破口，以培养全面、和谐发展的跨世纪人才为目标。本学期，本课题以课程改革和创建特色契机，深化课题研究，在以体辅德、启智、促劳中提高学生综合素质，促进教师专业发展，现总结如下：</w:t>
      </w:r>
      <w:r>
        <w:rPr>
          <w:lang w:eastAsia="zh-CN"/>
        </w:rPr>
        <w:br/>
      </w:r>
      <w:r>
        <w:rPr>
          <w:lang w:eastAsia="zh-CN"/>
        </w:rPr>
        <w:t>　　一、</w:t>
      </w:r>
      <w:r>
        <w:rPr>
          <w:lang w:eastAsia="zh-CN"/>
        </w:rPr>
        <w:t xml:space="preserve"> 处理好项目确定与学生个性、兴趣之间矛盾。</w:t>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本学期，本课题在研究中遇到这样一个问题：我们给本队制定的特色项目有许多学生不感兴趣，表明田径校本课程的开发不能很好面对学生个性。我组织有关学生会干部两次进行集中讨论，最后决定，在原有的特色活动项目基础上，重新设立“田径”这个项目，让学生根据自己爱好、兴趣自主参与活动项目。</w:t>
      </w:r>
      <w:r>
        <w:rPr>
          <w:lang w:eastAsia="zh-CN"/>
        </w:rPr>
        <w:br/>
      </w:r>
      <w:r>
        <w:rPr>
          <w:lang w:eastAsia="zh-CN"/>
        </w:rPr>
        <w:t>　　　　二、营造校园文化。</w:t>
      </w:r>
      <w:r>
        <w:rPr>
          <w:lang w:eastAsia="zh-CN"/>
        </w:rPr>
        <w:br/>
      </w:r>
      <w:r>
        <w:rPr>
          <w:lang w:eastAsia="zh-CN"/>
        </w:rPr>
        <w:t>　　校本课程是校本科研的一种形式。在校本科研中，我们将校本课程开发与学校相结合起来。因地制宜，营造具有浓郁的田径特色景点。让这些景点成为具有文化品味和精神感动场所。具体做法：</w:t>
      </w:r>
      <w:r>
        <w:rPr>
          <w:lang w:eastAsia="zh-CN"/>
        </w:rPr>
        <w:br/>
      </w:r>
      <w:r>
        <w:rPr>
          <w:lang w:eastAsia="zh-CN"/>
        </w:rPr>
        <w:t>　　1、形成一个活动长上场所：小组练习、单个练习、不同年级的'练习。</w:t>
      </w:r>
      <w:r>
        <w:rPr>
          <w:lang w:eastAsia="zh-CN"/>
        </w:rPr>
        <w:br/>
      </w:r>
      <w:r>
        <w:rPr>
          <w:lang w:eastAsia="zh-CN"/>
        </w:rPr>
        <w:t>　　2、网上观看名人事迹，使我队田径文化变得更加厚重。3、建设特色景点：我们学校有一个好的活动场所，各班有一个不同的兴趣小组，本学期，还要求各小组进行个性展示，有的小组制作班级练习计划。</w:t>
      </w:r>
      <w:r>
        <w:rPr>
          <w:lang w:eastAsia="zh-CN"/>
        </w:rPr>
        <w:br/>
      </w:r>
      <w:r>
        <w:rPr>
          <w:lang w:eastAsia="zh-CN"/>
        </w:rPr>
        <w:t>　　　　三、 开展活动。</w:t>
      </w:r>
      <w:r>
        <w:rPr>
          <w:lang w:eastAsia="zh-CN"/>
        </w:rPr>
        <w:br/>
      </w:r>
      <w:r>
        <w:rPr>
          <w:lang w:eastAsia="zh-CN"/>
        </w:rPr>
        <w:t>　　本学期，以活动为中心，促进师生共同成长。</w:t>
      </w:r>
      <w:r>
        <w:rPr>
          <w:lang w:eastAsia="zh-CN"/>
        </w:rPr>
        <w:br/>
      </w:r>
      <w:r>
        <w:rPr>
          <w:lang w:eastAsia="zh-CN"/>
        </w:rPr>
        <w:t>　　（1）校本培训。根据本课题实际，我本人经常进行现代教育技术培训技能培训。我利用晚上时间在电教室学习，使我能熟练掌握现代教育技术。“打铁须自身硬”。</w:t>
      </w:r>
      <w:r>
        <w:rPr>
          <w:lang w:eastAsia="zh-CN"/>
        </w:rPr>
        <w:br/>
      </w:r>
      <w:r>
        <w:rPr>
          <w:lang w:eastAsia="zh-CN"/>
        </w:rPr>
        <w:t>　　（2）教学研究。本学期，经常组织学生干部进行校本课程知识学习。立足课堂，经常开展集体练习、理论学习及课堂教学观摩等形式活动。</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3）开展各种比赛。通过各种比赛，激发师生的积极性，同时给学生以满足感。同时，在家长会上，进行小型比赛供家长参观。通过这些活动开展，给师生一个展示才华舞台，同时也使学校田径特色进步得到社会及家长认可。</w:t>
      </w:r>
      <w:r>
        <w:rPr>
          <w:lang w:eastAsia="zh-CN"/>
        </w:rPr>
        <w:br/>
      </w:r>
      <w:r>
        <w:rPr>
          <w:lang w:eastAsia="zh-CN"/>
        </w:rPr>
        <w:t>　　在以后的教学中，我要继续学习田径知识，以促进教师和学生的共同提高，让我们的校本课程上一个新台阶。田径队工作总结</w:t>
      </w:r>
      <w:r>
        <w:rPr>
          <w:lang w:eastAsia="zh-CN"/>
        </w:rPr>
        <w:br/>
      </w:r>
      <w:r>
        <w:rPr>
          <w:lang w:eastAsia="zh-CN"/>
        </w:rPr>
        <w:t>　　以田径为教育突破口，以培养全面、和谐发展的跨世纪人才为目标。本学期，本课题以课程改革和创建特色契机，深化课题研究，在以体辅德、启智、促劳中提高学生综合素质，促进教师专业发展，现总结如下：</w:t>
      </w:r>
      <w:r>
        <w:rPr>
          <w:lang w:eastAsia="zh-CN"/>
        </w:rPr>
        <w:br/>
      </w:r>
      <w:r>
        <w:rPr>
          <w:lang w:eastAsia="zh-CN"/>
        </w:rPr>
        <w:t>　　一、 处理好项目确定与学生个性、兴趣之间矛盾。 本学期，本课题在研究中遇到这样一个问题：我们给本队制定的特色项目有许多学生不感兴趣，表明田径校本课程的开发不能很好面对学生个性。我组织有关学生会干部两次进行集中讨论，最后决定，在原有的特色活动项目基础上，重新设立“田径”这个项目，让学生根据自己爱好、兴趣自主参与活动项目。</w:t>
      </w:r>
      <w:r>
        <w:rPr>
          <w:lang w:eastAsia="zh-CN"/>
        </w:rPr>
        <w:br/>
      </w:r>
      <w:r>
        <w:rPr>
          <w:lang w:eastAsia="zh-CN"/>
        </w:rPr>
        <w:t>　　　　二、营造校园文化。</w:t>
      </w:r>
      <w:r>
        <w:rPr>
          <w:lang w:eastAsia="zh-CN"/>
        </w:rPr>
        <w:br/>
      </w:r>
      <w:r>
        <w:rPr>
          <w:lang w:eastAsia="zh-CN"/>
        </w:rPr>
        <w:t>　　校本课程是校本科研的一种形式。在校本科研中，我们将校本课程开发与学校相结合起来。因地制宜，营造具有浓郁的田径特色景点。让这些景点成为具有文化品味和精神感动场所。具体做法：</w:t>
      </w:r>
      <w:r>
        <w:rPr>
          <w:lang w:eastAsia="zh-CN"/>
        </w:rPr>
        <w:br/>
      </w:r>
      <w:r>
        <w:rPr>
          <w:lang w:eastAsia="zh-CN"/>
        </w:rPr>
        <w:t>　　1、形成一个活动长上场所：小组练习、单个练习、不同年级的练习。</w:t>
      </w:r>
      <w:r>
        <w:rPr>
          <w:lang w:eastAsia="zh-CN"/>
        </w:rPr>
        <w:br/>
      </w:r>
      <w:r>
        <w:rPr>
          <w:lang w:eastAsia="zh-CN"/>
        </w:rPr>
        <w:t>　　2、网上观看名人事迹，使我队田径文化变得更加厚重。</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3、建设特色景点：我们学校有一个好的活动场所，各班有一个不同的兴趣小组，本学期，还要求各小组进行个性展示，有的小组制作班级练习计划。</w:t>
      </w:r>
      <w:r>
        <w:rPr>
          <w:lang w:eastAsia="zh-CN"/>
        </w:rPr>
        <w:br/>
      </w:r>
      <w:r>
        <w:rPr>
          <w:lang w:eastAsia="zh-CN"/>
        </w:rPr>
        <w:t>　　　　三、 开展活动。</w:t>
      </w:r>
      <w:r>
        <w:rPr>
          <w:lang w:eastAsia="zh-CN"/>
        </w:rPr>
        <w:br/>
      </w:r>
      <w:r>
        <w:rPr>
          <w:lang w:eastAsia="zh-CN"/>
        </w:rPr>
        <w:t>　　本学期，以活动为中心，促进师生共同成长。</w:t>
      </w:r>
      <w:r>
        <w:rPr>
          <w:lang w:eastAsia="zh-CN"/>
        </w:rPr>
        <w:br/>
      </w:r>
      <w:r>
        <w:rPr>
          <w:lang w:eastAsia="zh-CN"/>
        </w:rPr>
        <w:t>　　（1）校本培训。根据本课题实际，我本人经常进行现代教育技术培训技能培训。我利用晚上时间在电教室学习，使我能熟练掌握现代教育技术。“打铁须自身硬”。</w:t>
      </w:r>
      <w:r>
        <w:rPr>
          <w:lang w:eastAsia="zh-CN"/>
        </w:rPr>
        <w:br/>
      </w:r>
      <w:r>
        <w:rPr>
          <w:lang w:eastAsia="zh-CN"/>
        </w:rPr>
        <w:t>　　（2）教学研究。本学期，经常组织学生干部进行校本课程知识学习。立足课堂，经常开展集体练习、理论学习及课堂教学观摩等形式活动。</w:t>
      </w:r>
      <w:r>
        <w:rPr>
          <w:lang w:eastAsia="zh-CN"/>
        </w:rPr>
        <w:br/>
      </w:r>
      <w:r>
        <w:rPr>
          <w:lang w:eastAsia="zh-CN"/>
        </w:rPr>
        <w:t>　　（3）开展各种比赛。通过各种比赛，激发师生的积极性，同时给学生以满足感。同时，在家长会上，进行小型比赛供家长参观。通过这些活动开展，给师生一个展示才华舞台，同时也使学校田径特色进步得到社会及家长认可。</w:t>
      </w:r>
      <w:r>
        <w:rPr>
          <w:lang w:eastAsia="zh-CN"/>
        </w:rPr>
        <w:br/>
      </w:r>
      <w:r>
        <w:rPr>
          <w:lang w:eastAsia="zh-CN"/>
        </w:rPr>
        <w:t xml:space="preserve">    田径教练员的工作总结 篇8 </w:t>
      </w:r>
      <w:r>
        <w:rPr>
          <w:lang w:eastAsia="zh-CN"/>
        </w:rPr>
        <w:br/>
      </w:r>
      <w:r>
        <w:rPr>
          <w:lang w:eastAsia="zh-CN"/>
        </w:rPr>
        <w:t>　　20__—20__学年在忙碌中即将离我们远去。我校田径队在20__年冬季取得了全镇第二名的成绩成绩的取得，是区教文体局领导对我校田径工作的支持与关心，是学校领导高度重视，是田径训练教练员队伍科学的训练和不计辛劳的付出，是全体运动员克服各种困难、努力训练的结果。</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第一，区领导对我校田径工作的重视。从陈局、徐科、陈科专门为我校田径工作而驱车赶来与校领导进行协商，就可见区领导对我校田径工作的重视程度。08年，池老师、徐老师多次到我校进行田径训练指导，池老师还为我校田径教练做了一回生动形象的讲课。可以说，区领导的重视，对我校的田径工作是一种鞭策，更是一种鼓励。这里，还要感谢区教文体局在财力上给予我们一定的训练经费，这是对我们训练工作的肯定和鼓励。</w:t>
      </w:r>
      <w:r>
        <w:rPr>
          <w:lang w:eastAsia="zh-CN"/>
        </w:rPr>
        <w:br/>
      </w:r>
      <w:r>
        <w:rPr>
          <w:lang w:eastAsia="zh-CN"/>
        </w:rPr>
        <w:t>　　第二，学校领导的高度重视。学校专门成立了体育工作领导小组，由沈校长担任组长，分管副校长主抓体育工作。开学初，学校就紧急部署体育工作，蒋副校长亲自主持了会议。另外，学校加大资金投入，排除万难，逐步完善体育设施建设，化解“巧妇难为无米之炊”的困难。在硬件方面，学校不断创造优越的体育教学及训练条件，所属的4所完小已有3所建成了标准的200米田径场，预备09年把最后一所学校操场也改建成200米田径场；学校通过校务委员会，积极落实奖励机制，对教练员日常训练、获奖情况等进行物质上的奖励；与各完小签订《田径训练动态协议书》，对田径教练员进行考核等等。</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第三，教练员科学的训练。教练员们面对每次比赛，不骄不躁，努力探讨科学训练法，在成绩面前，善于总结比赛经验，认真寻找差距，分析比赛得失，力求知己知彼，努力挖掘自身优势，制定新目标，落实赛后的努力方向，培养后备人才，加强后备人才的管理与训练。同时，把握一切学习机会，这样有效地促进了体育工作循序渐进，稳步进取。根据学生实际情况，详细制订年、月、周、日、训练计划。以一年为一个大周期，制订出各阶段训练计划，精心备好各阶段训练计划，训练课后认真写好课后心得笔记。运动水平的提高，训练时间是保证。学校坚持每周9——10次训练课，早上7：00——8：00，下午3：10——4：30，到了寒假、暑假期间，我们的老师把它充分利用起来，除了必要的休息时间，体育教师和学生冒着寒风、顶着烈日坚持训练。</w:t>
      </w:r>
      <w:r>
        <w:rPr>
          <w:lang w:eastAsia="zh-CN"/>
        </w:rPr>
        <w:br/>
      </w:r>
      <w:r>
        <w:rPr>
          <w:lang w:eastAsia="zh-CN"/>
        </w:rPr>
        <w:t>　　第四，运动员们努力训练。作为一名小学生，他的课务量其实并不是很大，然而，每一次的考试，往往会影响学生的积极性。学校积极做好这方面工作，对各班主任老师、任课老师说明情况。学生也积极克服困难，力求在有限的时间中，既要保持学习成绩，又不能缺席训练。在训练中，有些学生腿酸了、脚腕痛了，但他们仍旧坚持训练。特别是寒暑假，大人在外面也有点吃不消，更何况小小的他们，然而运动员们仍旧坚持着。努力的训练，也终究换来了好的成绩。</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回顾一年，我们取得了很好的成绩，然而在成绩背后，我也深深感到了不足。第一，训练器材还没有跟上各项赛事的标准，特别是完小，练背跃式跳高没有垫子、练跨栏没有栏架等等，当然，这些将在明年应该有一个质的飞跃；第二，学校大，对于运动员的选拔还存在这样或那样的问题，村小一些好的运动员很难被发现；第三，田径教练员课务量重，不但要担任一所学校体育工作的负责老师，还要坚持每天的田径训练，有些体育老师还要担任副班主任，中午、晚托还要督班，这些，影响了正常的田径训练工作，给训练带来了一定的困难。第四，低年龄组运动员还不能挑起大梁。这次达标对抗赛，虽说我校9岁组成绩还是不错，但与王江泾小学相比，还是有一点差距，如何在9岁组运动员身上挖掘，将直接决定明年区团体总分的走向。</w:t>
      </w:r>
      <w:r>
        <w:rPr>
          <w:lang w:eastAsia="zh-CN"/>
        </w:rPr>
        <w:br/>
      </w:r>
      <w:r>
        <w:rPr>
          <w:lang w:eastAsia="zh-CN"/>
        </w:rPr>
        <w:t>　　任何事情想取得成功，都必须经历磨砺。越磨砺，越光芒。我相信，只要通过区领导、校领导和体育教师的共同努力，明年我校的田径工作还会再上一个台阶。</w:t>
      </w:r>
      <w:r>
        <w:rPr>
          <w:lang w:eastAsia="zh-CN"/>
        </w:rPr>
        <w:br/>
      </w:r>
      <w:r>
        <w:rPr>
          <w:lang w:eastAsia="zh-CN"/>
        </w:rPr>
        <w:t xml:space="preserve">    田径教练员的工作总结 篇9 </w:t>
      </w:r>
      <w:r>
        <w:rPr>
          <w:lang w:eastAsia="zh-CN"/>
        </w:rPr>
        <w:br/>
      </w:r>
      <w:r>
        <w:rPr>
          <w:lang w:eastAsia="zh-CN"/>
        </w:rPr>
        <w:t>　　一学期的工作即将结束，这一学期中，在完成课堂教学的情况下，利用业余时间组织学生进行田径训练。在学校各级领导的关心和各科老师的支持下，我校田径队员从幼稚走向成熟。下面将本学期的训练工作总结如下：</w:t>
      </w:r>
      <w:r>
        <w:rPr>
          <w:lang w:eastAsia="zh-CN"/>
        </w:rPr>
        <w:br/>
      </w:r>
      <w:r>
        <w:rPr>
          <w:lang w:eastAsia="zh-CN"/>
        </w:rPr>
        <w:t>　　一、得到领导支持，取得老师配合</w:t>
      </w:r>
      <w:r>
        <w:rPr>
          <w:lang w:eastAsia="zh-CN"/>
        </w:rPr>
        <w:br/>
      </w:r>
      <w:r>
        <w:rPr>
          <w:lang w:eastAsia="zh-CN"/>
        </w:rPr>
        <w:t>　　本学年伊始，在校长的组织与帮助下，各学科老师的支持下，继续进行田径队的训练工作。在训练前认真制定每周的训练计划，从二~六年级中挑选运动员，并同各班班主任了解训练队中学生的学习情况，同家长取得一致认可。训练开始后，经常与领导和教师间去听取训练队的意见和建议，对提到的问题进行一一处理。如果学生学习成绩下降，就采取短时停训的办法，促使其提高学习成绩；对品质薄弱的队员，进行思想教育，勒令其改正。</w:t>
      </w:r>
      <w:r>
        <w:rPr>
          <w:lang w:eastAsia="zh-CN"/>
        </w:rPr>
        <w:br/>
      </w:r>
      <w:r>
        <w:rPr>
          <w:lang w:eastAsia="zh-CN"/>
        </w:rPr>
        <w:t>　　二、积累训练经验，开展系统训练</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田径队训练队员主要以跑为主，其中分为短跑和中长跑，还有投掷项目。在训练过程中，边找资料，边做记录。然后针对每个学生的特点进行分项，编写行之有效的训练计划。</w:t>
      </w:r>
      <w:r>
        <w:rPr>
          <w:lang w:eastAsia="zh-CN"/>
        </w:rPr>
        <w:br/>
      </w:r>
      <w:r>
        <w:rPr>
          <w:lang w:eastAsia="zh-CN"/>
        </w:rPr>
        <w:t>　　三、存在不足</w:t>
      </w:r>
      <w:r>
        <w:rPr>
          <w:lang w:eastAsia="zh-CN"/>
        </w:rPr>
        <w:br/>
      </w:r>
      <w:r>
        <w:rPr>
          <w:lang w:eastAsia="zh-CN"/>
        </w:rPr>
        <w:t>　　1.学生参加业余学习班过多与训练时间冲突。</w:t>
      </w:r>
      <w:r>
        <w:rPr>
          <w:lang w:eastAsia="zh-CN"/>
        </w:rPr>
        <w:br/>
      </w:r>
      <w:r>
        <w:rPr>
          <w:lang w:eastAsia="zh-CN"/>
        </w:rPr>
        <w:t>　　2.运动量安排不够适当。</w:t>
      </w:r>
      <w:r>
        <w:rPr>
          <w:lang w:eastAsia="zh-CN"/>
        </w:rPr>
        <w:br/>
      </w:r>
      <w:r>
        <w:rPr>
          <w:lang w:eastAsia="zh-CN"/>
        </w:rPr>
        <w:t>　　3.学校场地与比赛场地不符，学生比赛难以适应。</w:t>
      </w:r>
      <w:r>
        <w:rPr>
          <w:lang w:eastAsia="zh-CN"/>
        </w:rPr>
        <w:br/>
      </w:r>
      <w:r>
        <w:rPr>
          <w:lang w:eastAsia="zh-CN"/>
        </w:rPr>
        <w:t>　　4.学生比赛经验不足，心理素质和意志品质差。</w:t>
      </w:r>
      <w:r>
        <w:rPr>
          <w:lang w:eastAsia="zh-CN"/>
        </w:rPr>
        <w:br/>
      </w:r>
      <w:r>
        <w:rPr>
          <w:lang w:eastAsia="zh-CN"/>
        </w:rPr>
        <w:t>　　5.学生条件不错，但不愿意参加训练，得不到家长的有利支持。 以上是本学年度田径队训练工作的一个简要总结，在今后的训练工作中，要发扬优点，改进不足，为学校体育工作发挥自己的最大力量。</w:t>
      </w:r>
      <w:r>
        <w:rPr>
          <w:lang w:eastAsia="zh-CN"/>
        </w:rPr>
        <w:br/>
      </w:r>
      <w:r>
        <w:rPr>
          <w:lang w:eastAsia="zh-CN"/>
        </w:rPr>
        <w:t xml:space="preserve">    田径教练员的工作总结 篇10 </w:t>
      </w:r>
      <w:r>
        <w:rPr>
          <w:lang w:eastAsia="zh-CN"/>
        </w:rPr>
        <w:br/>
      </w:r>
      <w:r>
        <w:rPr>
          <w:lang w:eastAsia="zh-CN"/>
        </w:rPr>
        <w:t>　　本人于20__年从事机动车驾驶培训工作至今已有七年之久，从普通驾驶员成为一名机动车驾驶培训教练员，到一名驾校经理我深知自己责任重大，教练员作为驾驶员的启蒙老师，工作在道路交通安全教育事业的第一线，其个人情操，职业道德，施教能力，甚至言谈举止都直接影响到驾驶员的素质，驾驶习惯，驾驶技能和驾驶风格。教练员肩负着沉甸甸的社会责任，人民群众幸福安康的关键，作为一名“安全驾驶的引路人”，我一直严格要求自己，在教学过程中坚持“安全第一，严格教学，服务学员，保证质量”在广大学员当中及社会上赢得了良好的口碑，连续七年零事故，零投诉，回顾七年从教工作。现总结如下：</w:t>
      </w:r>
      <w:r>
        <w:rPr>
          <w:lang w:eastAsia="zh-CN"/>
        </w:rPr>
        <w:br/>
      </w:r>
      <w:r>
        <w:rPr>
          <w:lang w:eastAsia="zh-CN"/>
        </w:rPr>
        <w:t>　　一：加强学习，提高自身素质：</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打铁还须自身硬，要想做一名优秀的教练员不是简单的做示范动作还应该具备“良好的沟通能力，扎实的理论知识，过硬的驾驶本领，良好的服务态度”等综合素质。要做到这些，在日常教学中，我认真学习和熟练掌握《教学大纲》内容，从课时安排，教学目标，教学项目，教学内容，教学目的等方面入手，认真组织教学，提前制定教学方案，做到教学课时分配合理，根据学员个性特点，因材施教。七年来我认真学习新知识，订阅了大量有关 驾校书籍。白天教学员学习，管理好驾校一切工作，做好经理的职责，下班后检查车辆。晚上看书学习，与有经验的教练共同探讨教学法。七年来在我的带领下</w:t>
      </w:r>
      <w:r>
        <w:rPr>
          <w:lang w:eastAsia="zh-CN"/>
        </w:rPr>
        <w:br/>
      </w:r>
      <w:r>
        <w:rPr>
          <w:lang w:eastAsia="zh-CN"/>
        </w:rPr>
        <w:t>　　没有发生过重大安全事故。全体员工团结一致，共同努力，整个驾校收生率逐年提高，费用略有下降，设施不断更新，制度不断完善。培养出来的学员安全文明，驾驶技能好。得到社会认可。</w:t>
      </w:r>
      <w:r>
        <w:rPr>
          <w:lang w:eastAsia="zh-CN"/>
        </w:rPr>
        <w:br/>
      </w:r>
      <w:r>
        <w:rPr>
          <w:lang w:eastAsia="zh-CN"/>
        </w:rPr>
        <w:t>　　二：理论结合实际，提高培训质量</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我一直坚持在培训学员时期结合所掌握的理论知识并充分运用日常教学当中，做到“规范教学，文明教学，安全教学，廉洁教学”做到‘因材施教，公平施教’达到了学员的满意度高，培训质量过硬的良好效果，依据基础学习阶段，动作提高阶段，动作熟练阶段，动作协调完善阶段的驾驶技能形成四个阶段进行训练。每年制定工作计划时我都规定教练员每年的学习时间和技术考核制度。廉洁制度规定：教练员不能向学员索取财物，不能叫学员请吃饭。我带头做到。七年来我从没违反过驾校的纪律制度，尊纪守法从不参与黄、赌、毒等违法行为，受到有关部门的多次表扬和奖励。</w:t>
      </w:r>
      <w:r>
        <w:rPr>
          <w:lang w:eastAsia="zh-CN"/>
        </w:rPr>
        <w:br/>
      </w:r>
      <w:r>
        <w:rPr>
          <w:lang w:eastAsia="zh-CN"/>
        </w:rPr>
        <w:t>　　我七年来一直坚持的原则，只有做到廉价教学，学员才能信服你，才能营造一个良好的学车氛围，从而为自己树立无形的口碑，为驾校树立品牌，为行业树立新风。面对吃拿卡要，大部分教练也认为这样不好。教好学员是自己的职责和本分，自己已经获得了相应的报酬，不应该向学员伸手，加重学员负担，但是大家都这样做，我不这样做，显得我清高，担心会被孤立，可是不太愿意约束自己，不愿从自己做起，所以随波逐流。但是大家都忘记了“勿以善小而不为，勿以恶小而为之的古训。忘记了做人做事都要讲原则，讲尺度。如果我们每天都把自己一名教师来要求，如果我们把汽车驾驶教练不仅仅一项工作</w:t>
      </w:r>
      <w:r>
        <w:rPr>
          <w:lang w:eastAsia="zh-CN"/>
        </w:rPr>
        <w:br/>
      </w:r>
      <w:r>
        <w:rPr>
          <w:lang w:eastAsia="zh-CN"/>
        </w:rPr>
        <w:t>　　来完成，而是将其当作一种事业来做，那么我们就不会对发生在驾校中那些吃拿卡要的现象感到无所谓了。随着社会的快速发展，汽车逐渐进入百姓家庭，学车的人越来越多直接导致学员素质参差不齐针对驾驶技能的掌握的速度有快有慢，学员的智商，知识生理和心理等诸多方面的差异，影响其对知识的学习能力，教练应当以人为本，在了解学员的生理和心理特点，学习的自觉性和学习态度，对各种教学方法的接受程度等基础上选择合适的教学方法，让学员养成良好的动作习惯，先僵化，再固化，然后再优化，动作必须遵循“实践，认识，再实践，再认识，循环往复不断提高，以致无穷。而这些情况对教练员的要求更高，不能以简单粗暴的方法进行教学，只能做到因才施教，因人施教，才能达到教学要求。</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三：服务学员，为学员表率</w:t>
      </w:r>
      <w:r>
        <w:rPr>
          <w:lang w:eastAsia="zh-CN"/>
        </w:rPr>
        <w:br/>
      </w:r>
      <w:r>
        <w:rPr>
          <w:lang w:eastAsia="zh-CN"/>
        </w:rPr>
        <w:t>　　驾校教练员应该重新给自己的职业定位，提高服务质量，从根本上清除驾培“服务死角”。在驾校，教练员是学员与驾校之间的桥梁，是驾校的化身，驾校教练员出售的是两个产品“技术和态度”。因此学员对驾校服务质量的优劣的判断很大程度上取决于教练的服务态度，驾培市场越来越规范，学员对教练员的服务也越来越高。所以要求教练员对待学员要像春天一样我温暖，对待工作要像夏天一样火热，对待技术要像秋天一样成熟，对待安全隐患要像冬天一样残酷无情。服务就是广告，服务就是招生，作为一名教练员，你的服务意识有多少，就会得到多少回报，你的服务率决定你的回报率。作为驾校教练员，我们要把学员当成自己的亲人，那么只有找出学员的需求点和感动点，才能更有针对性改进培训和招生工作。关心学员和学员沟通是领导职责。20__年有一学员在学习期间因家庭有事影响学习，我了解到马上借给他1200元让他回家。过几天，他处理好家庭事回来非常感谢。每期学员培训结业后，我都会以电话联系、登门回访等形式对其跟踪服务，及时了解他们在驾驶过程中遇到的一些困难并帮助解决，提醒学员不开英雄车、不开疲劳车、不开赌气车、不要酒后开车。保证了自己和他人家庭的幸福为“文明交通、平安交通”的社会贡献力量。</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七年来我的工作业绩，我感觉很欣慰，有自己的辛苦与汗水，有自己的不断努力，但同时也离不开教练员和学员的大力支持。在今后的工作中，我将再接再励，努力学习业务知识，提高教学质量，爱岗敬业，立足本职工作。还继续努力，始终把学员的培养放在第一位，本着全心全意为学员服务，一切从学员利益出发，努力工作，做好一个驾校教练员的本职工作，在不断的改革与创新中求得更大的发展，为社会和单位的发展做出自己应尽的贡献。</w:t>
      </w:r>
      <w:r>
        <w:rPr>
          <w:lang w:eastAsia="zh-CN"/>
        </w:rPr>
        <w:br/>
      </w:r>
      <w:r>
        <w:rPr>
          <w:lang w:eastAsia="zh-CN"/>
        </w:rPr>
        <w:t xml:space="preserve">    田径教练员的工作总结 篇11 </w:t>
      </w:r>
      <w:r>
        <w:rPr>
          <w:lang w:eastAsia="zh-CN"/>
        </w:rPr>
        <w:br/>
      </w:r>
      <w:r>
        <w:rPr>
          <w:lang w:eastAsia="zh-CN"/>
        </w:rPr>
        <w:t>　　20__年5月4日—5月10日，我有幸参加了“学转英超”在大连的足球教练员培训活动，在这次培训中，我有幸接触到来自英超的四位足球教练员：罗比·厄尔，杰夫·努南，安迪·福斯特，李·洛克雷。他们风趣、幽默的教学形式，让我感受到英超教练们独特的教学风格。这六天的培训，让我收获很多。</w:t>
      </w:r>
      <w:r>
        <w:rPr>
          <w:lang w:eastAsia="zh-CN"/>
        </w:rPr>
        <w:br/>
      </w:r>
      <w:r>
        <w:rPr>
          <w:lang w:eastAsia="zh-CN"/>
        </w:rPr>
        <w:t>　　在这六天里，前三天我们进行的是技术技能学习，第四天和第五天是我们运用英超的教学理念备课，并给自己的学员上课，每人30分钟时间，第六天是检验我们的学习成果，给大连市市内四个区的足球学校的小学生上一节“全英超式”的展示课。</w:t>
      </w:r>
      <w:r>
        <w:rPr>
          <w:lang w:eastAsia="zh-CN"/>
        </w:rPr>
        <w:br/>
      </w:r>
      <w:r>
        <w:rPr>
          <w:lang w:eastAsia="zh-CN"/>
        </w:rPr>
        <w:t>　　一、不同的教学理念营造不同的教学风格。</w:t>
      </w:r>
      <w:r>
        <w:rPr>
          <w:lang w:eastAsia="zh-CN"/>
        </w:rPr>
        <w:br/>
      </w:r>
      <w:r>
        <w:rPr>
          <w:lang w:eastAsia="zh-CN"/>
        </w:rPr>
        <w:t>　　在这次培训中，英超教练独特的教学风格，让我耳目一新。在教学中，英超教练从来不先讲动作要领，而是让学员们做各种练习，在练习中，学员会通过亲身体验提出各种各样的问题，教练员则在回答问题中，告诉你他为什么要这样做和这样做的教学效果。杰夫是我们组的教练，他特别强调，不要害怕你的学生犯错误，他们犯的错误越多，你的教学效果越好。他们的这种教学模式很像我们学校的“先试后导，先练后讲”的教学策略。</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教学中，外教们特别强调游戏的运用，在前三天的技术教学中，他们在一上午四个小时的训练中，几乎都是让我们在游戏中度过的，大家玩的.既开心又学到很多的技术。吉夫教练告诉我们，一定要“保护”好孩子们的学习兴趣，让他们对我们每次课的学习都充满想象和期待。不要让孩子做过多的机械式的练习，那样会影响他们学习的积极性和创造性的。</w:t>
      </w:r>
      <w:r>
        <w:rPr>
          <w:lang w:eastAsia="zh-CN"/>
        </w:rPr>
        <w:br/>
      </w:r>
      <w:r>
        <w:rPr>
          <w:lang w:eastAsia="zh-CN"/>
        </w:rPr>
        <w:t>　　在游戏教学中，外教们特别强调对身体的利用，他们说，如果一名队员在比赛中不会利用自己的身体，那么他将永远不会成为一名优秀的足球运动员的。在这里，罗比讲了梅西的例子，梅西是阿根廷的国脚和西班牙巴塞罗那的进攻核心，他脚感很好，技术出众，速度奇快，视野宽广，而他的身高只有1.68米，体重较校但是这么小的身高却能在欧洲高水平的联赛中成为球队的核心，关键在于他对身体的利用。梅西在比赛中，除了身体护球做的很好之外，他还会利用对方的身体，当他和比他强壮的队员对抗时，他会用身体去挤靠对方，当对方用力抵抗时，他就会借助对方的力量，将自己弹出去，进而摆脱对方的防守。因此，罗比说，在比赛中，我们不但要教会学生利用好自己的身体，更要利用好对方的身体……</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中国国家队曾被称为头球队，因为我们国家队对队员的选拔标准之一就是必须有良好的身体条件，这样，我们在身体对抗中就能取得优势。但是通过罗比讲解，我认为，我们错了，我们的国家队需要的不是身体条件的队员，而是“利用身体”能力的队员，国家队如此，校足球队亦如此，所以，在以后的训练中我要加强学生利用身体能力的训练。</w:t>
      </w:r>
      <w:r>
        <w:rPr>
          <w:lang w:eastAsia="zh-CN"/>
        </w:rPr>
        <w:br/>
      </w:r>
      <w:r>
        <w:rPr>
          <w:lang w:eastAsia="zh-CN"/>
        </w:rPr>
        <w:t>　　二、“学转英超”足球理念的更深层次的含义。</w:t>
      </w:r>
      <w:r>
        <w:rPr>
          <w:lang w:eastAsia="zh-CN"/>
        </w:rPr>
        <w:br/>
      </w:r>
      <w:r>
        <w:rPr>
          <w:lang w:eastAsia="zh-CN"/>
        </w:rPr>
        <w:t>　　在参加“学转英超”的足球教练员培训班之前，我只是认为，这是一次单纯的足球教练员培训，但是，在上玩第五天的理论课后，彻底的改变了我的想法，原来足球也可以做这样的事情。</w:t>
      </w:r>
      <w:r>
        <w:rPr>
          <w:lang w:eastAsia="zh-CN"/>
        </w:rPr>
        <w:br/>
      </w:r>
      <w:r>
        <w:rPr>
          <w:lang w:eastAsia="zh-CN"/>
        </w:rPr>
        <w:t>　　在培训的第五天，正赶上下雨，所以，我们临时将室外的展示活动改到室内的理论课，外教们好像有预感似的，早就准备好了教学的内容，罗比给我们上了一堂印象深刻的“理论课”。在这节课上，罗比先给我们16个动物，告诉我们每个动物的特点，然后让我们给他们安排阵容，并说出你这样安排的理由，这个的活动非常有创意，它让我们在活动中，根据每个队员的特点学习安排比赛阵型的同时，又大大的激发了我们的学习热情，我很喜欢这样的活动。这项活动结束后，罗比给我们放了一段影片，他们在印度拍摄的，一段关于足球改变贫穷孩子生活方式的纪录片，罗比说，那是他们在印度做过的工作。他说“学转英超”这个项目的最终目的是服务于社区的，我们通过这几天的培训，将我们学到的技术、技能和训练方法，帮助那些没有条件和能力，但又对足球这项运动感兴趣的孩子们，掌握一些足球的技术技能，让他们对生活充满希望和建立自信，这是一项公益活动。所以，在课程的最后一天，四个英超教练分别跟每一个队员进行谈话，询问我们是否愿意义务参加这样的活动，并将我们在这里学到的东西回去传授给我们的社区孩子，最后给愿意参与这项活动的队员进行备案。</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在我的印象中，体育的作用就是锻炼学生的身体，提高他们的身体、心理等素质，从来没有想过运用足球等体育活动运用到社区中去帮助其他孩子，远离毒品、网吧、人身伤害等社会一些社会不良因素，帮助贫穷的孩子们建立自信，帮助那些性格孤僻的孩子们主动地接纳别人和帮助他人。从这一点上看，英国人对体育的理解确实比我们深得多。非常感谢学校给我这次参加“学转英超”的学习机会，我真的有很大的收获，这些收获对我来说是受益终身。</w:t>
      </w:r>
      <w:r>
        <w:rPr>
          <w:lang w:eastAsia="zh-CN"/>
        </w:rPr>
        <w:br/>
      </w:r>
      <w:r>
        <w:rPr>
          <w:lang w:eastAsia="zh-CN"/>
        </w:rPr>
        <w:t>　　在这次学习快结束的时候，英国大使馆文化处的官员说，将在大连这次培训的44人中选出5—7人参加明年4月份在上海的第二轮的培训，如果可能的话，还将选出几名优秀的学员去英国，实地体验英超文化。在和英超教练告别时，吉弗跟我说希望在英国见到我，我说，我一定会去英国！</w:t>
      </w:r>
      <w:r>
        <w:rPr>
          <w:lang w:eastAsia="zh-CN"/>
        </w:rPr>
        <w:br/>
      </w:r>
      <w:r>
        <w:rPr>
          <w:lang w:eastAsia="zh-CN"/>
        </w:rPr>
        <w:t xml:space="preserve">    田径教练员的工作总结 篇12 </w:t>
      </w:r>
      <w:r>
        <w:rPr>
          <w:lang w:eastAsia="zh-CN"/>
        </w:rPr>
        <w:br/>
      </w:r>
      <w:r>
        <w:rPr>
          <w:lang w:eastAsia="zh-CN"/>
        </w:rPr>
        <w:t>　　初次走上教师这一神圣岗位，我感到无比自豪，而在这第一学期，学校任命我担任学校初中部学生柔道项目的训练教学，我感谢学校能信任我，给我这个发挥特长的机会。</w:t>
      </w:r>
      <w:r>
        <w:rPr>
          <w:lang w:eastAsia="zh-CN"/>
        </w:rPr>
        <w:br/>
      </w:r>
      <w:r>
        <w:rPr>
          <w:lang w:eastAsia="zh-CN"/>
        </w:rPr>
        <w:t>　　柔道是一门讲究礼节，注重全面身心培养的运动，融合了竞技与防身的多种特点，主张运用自己全部气力、体力、智力以最合理、最有效的方法制服对手的健身武艺。因此，练得柔道可使体小力弱者能够制服体大力强者，还能在攻防技艺的磨练中加强心身两方面的修养，掌握了柔道的精神实质，能提高自我修养，为社会做有益的贡献。而对初中生训练柔道我应该做到以下几个目标：</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（一）促进儿童身心的健康发展，通过学习提高学习兴趣，发展柔道技能。</w:t>
      </w:r>
      <w:r>
        <w:rPr>
          <w:lang w:eastAsia="zh-CN"/>
        </w:rPr>
        <w:br/>
      </w:r>
      <w:r>
        <w:rPr>
          <w:lang w:eastAsia="zh-CN"/>
        </w:rPr>
        <w:t>　　（二）培养儿童专注学习的态度、建立积极向上的人生观。</w:t>
      </w:r>
      <w:r>
        <w:rPr>
          <w:lang w:eastAsia="zh-CN"/>
        </w:rPr>
        <w:br/>
      </w:r>
      <w:r>
        <w:rPr>
          <w:lang w:eastAsia="zh-CN"/>
        </w:rPr>
        <w:t>　　（三）带动学校的运动氛围，提高学校的体育向心力和体育凝聚力。</w:t>
      </w:r>
      <w:r>
        <w:rPr>
          <w:lang w:eastAsia="zh-CN"/>
        </w:rPr>
        <w:br/>
      </w:r>
      <w:r>
        <w:rPr>
          <w:lang w:eastAsia="zh-CN"/>
        </w:rPr>
        <w:t>　　在本学期的训练过程中，我计划自己要应该做到以下几个方面。</w:t>
      </w:r>
      <w:r>
        <w:rPr>
          <w:lang w:eastAsia="zh-CN"/>
        </w:rPr>
        <w:br/>
      </w:r>
      <w:r>
        <w:rPr>
          <w:lang w:eastAsia="zh-CN"/>
        </w:rPr>
        <w:t>　　一、工作要求</w:t>
      </w:r>
      <w:r>
        <w:rPr>
          <w:lang w:eastAsia="zh-CN"/>
        </w:rPr>
        <w:br/>
      </w:r>
      <w:r>
        <w:rPr>
          <w:lang w:eastAsia="zh-CN"/>
        </w:rPr>
        <w:t>　　1.使学生初步认识自己的身体和掌握在柔道训练中锻炼身体的简单知识及方法，学会一些体育、卫生保健的安全常识，培养认真锻炼身体的态度。 2.初步学习柔道的基本技术，进一步发展身体素质，提高身体基本活动能力。</w:t>
      </w:r>
      <w:r>
        <w:rPr>
          <w:lang w:eastAsia="zh-CN"/>
        </w:rPr>
        <w:br/>
      </w:r>
      <w:r>
        <w:rPr>
          <w:lang w:eastAsia="zh-CN"/>
        </w:rPr>
        <w:t>　　3.培养学习各项柔道基本技术的兴趣和积极性，以及勇敢，顽强，胜不骄、败不馁，自觉遵守规则，团结协作等优良品质。</w:t>
      </w:r>
      <w:r>
        <w:rPr>
          <w:lang w:eastAsia="zh-CN"/>
        </w:rPr>
        <w:br/>
      </w:r>
      <w:r>
        <w:rPr>
          <w:lang w:eastAsia="zh-CN"/>
        </w:rPr>
        <w:t>　　4.加强与学校领导的交流，以得到更多的支持。 5.经常钻研业务，加强理论学习，提高训练能力。</w:t>
      </w:r>
      <w:r>
        <w:rPr>
          <w:lang w:eastAsia="zh-CN"/>
        </w:rPr>
        <w:br/>
      </w:r>
      <w:r>
        <w:rPr>
          <w:lang w:eastAsia="zh-CN"/>
        </w:rPr>
        <w:t>　　二、教学安全</w:t>
      </w:r>
      <w:r>
        <w:rPr>
          <w:lang w:eastAsia="zh-CN"/>
        </w:rPr>
        <w:br/>
      </w:r>
      <w:r>
        <w:rPr>
          <w:lang w:eastAsia="zh-CN"/>
        </w:rPr>
        <w:t>　　柔道训练中的安全问题是我们所必须重视的问题。首先，我们要有强烈的责任心，用满腔的热情去关爱学生，对学生充满爱心。教学前，应认真加强学生的安全教育，对学生认真讲解柔道训练过程中容易出现的危险情况和注意事项；在教学中，应时刻注意学生的学习情况，以免发生意想不到的伤害事故。</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虽然柔道对我来说很专业，但是能学不一定能教，初次当一名人民教师，我很激动也很忐忑，我只希望能够在教学中教好学生，让学生认识柔道，学会柔道。以上是我在本学期柔道教学中的一些简单计划，有不妥之处，请各位领导批评指正。</w:t>
      </w:r>
      <w:r>
        <w:rPr>
          <w:lang w:eastAsia="zh-CN"/>
        </w:rPr>
        <w:br/>
      </w:r>
      <w:r>
        <w:rPr>
          <w:lang w:eastAsia="zh-CN"/>
        </w:rPr>
        <w:t xml:space="preserve">    田径教练员的工作总结 篇13 </w:t>
      </w:r>
      <w:r>
        <w:rPr>
          <w:lang w:eastAsia="zh-CN"/>
        </w:rPr>
        <w:br/>
      </w:r>
      <w:r>
        <w:rPr>
          <w:lang w:eastAsia="zh-CN"/>
        </w:rPr>
        <w:t>　　中职生正处在生长发育的高峰期，协调性、灵敏性素质较好。身体各器官机能、系统尚未发育成熟。因此要针对中职生的身体素质特征及心理特征制定科学的训练计划，逐步提高训练水平。主要体现在几个方面：培养团结奋斗的集体主义精神和顽强拼搏的意志品质；学习和掌握篮球的基本知识、技术和战术；加强身体素质训练。中学生喜欢内容新颖，生动活泼训练方法，在训练中采用生动、直观的训练方法。抓住篮球训练内在的特点、规律、要点、难点，解决主要问题，进行反复练习。多表扬、多鼓励，及时纠正多余、错误的技术动作，多用游戏练习激发他们的训练积极性。</w:t>
      </w:r>
      <w:r>
        <w:rPr>
          <w:lang w:eastAsia="zh-CN"/>
        </w:rPr>
        <w:br/>
      </w:r>
      <w:r>
        <w:rPr>
          <w:lang w:eastAsia="zh-CN"/>
        </w:rPr>
        <w:t>　　中职学校学生普遍篮球基础较差，虽然部分队员身体素质相对较好，跑跳能力比较强，但是所有队员对篮球都很陌生，连最基本的运球、传球、投篮都不会，训练上难度很大。着重从篮球的基础入手，加强篮球基础知识的讲授及在训练中让队员明白运球、传接球是篮球比赛中的关键技术，通过熟练掌握基本技术和娴熟的基础配合，在比赛中赢得主动权。</w:t>
      </w:r>
      <w:r>
        <w:rPr>
          <w:lang w:eastAsia="zh-CN"/>
        </w:rPr>
        <w:br/>
      </w:r>
      <w:r>
        <w:rPr>
          <w:lang w:eastAsia="zh-CN"/>
        </w:rPr>
        <w:t xml:space="preserve">    田径教练员的工作总结 篇14 </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我是20__年开始从事机动车教练员工作的，在几年的驾驶工作中，我严格遵守道路安全相关法规和有关章程，并在教学工作中不断学习新的车辆维护、维修技术和驾驶技能，在驾驶实践中逐渐树立起严守规章、安全第一的观念，在当年汽车性能、驾驶条件相对较差的情况下，不惧烈日酷暑，勤勤恳恳、兢兢业业，认真完成单位交派的各项训练工作，几年来未出现一起安全责任事故，为单位取得经济效益做出了自己的贡献。通过几年磨练，我的驾驶技术也得到了长足的进步，现将将我个人教练工作总结如下:</w:t>
      </w:r>
      <w:r>
        <w:rPr>
          <w:lang w:eastAsia="zh-CN"/>
        </w:rPr>
        <w:br/>
      </w:r>
      <w:r>
        <w:rPr>
          <w:lang w:eastAsia="zh-CN"/>
        </w:rPr>
        <w:t>　　一、注重理论知识,坚持与时俱进,学习新的道路交通安全法规和驾驶技能,不断充实自己.工作中,不仅向学生传授驾驶技能,而且对其进行道德教育,使学员形成文明行车,安全礼让的驾驶观.</w:t>
      </w:r>
      <w:r>
        <w:rPr>
          <w:lang w:eastAsia="zh-CN"/>
        </w:rPr>
        <w:br/>
      </w:r>
      <w:r>
        <w:rPr>
          <w:lang w:eastAsia="zh-CN"/>
        </w:rPr>
        <w:t>　　二、坚持质量兴校的原则,认真执行学年教学计划,理论联系实际,不断研究教学方法,改进教学手段,在年度教练员考核中取得优异成贯,并被任命为教练组长.</w:t>
      </w:r>
      <w:r>
        <w:rPr>
          <w:lang w:eastAsia="zh-CN"/>
        </w:rPr>
        <w:br/>
      </w:r>
      <w:r>
        <w:rPr>
          <w:lang w:eastAsia="zh-CN"/>
        </w:rPr>
        <w:t>　　三、本着精心教练,以人为本的教学宗旨,因材施教,把握每位学员的思想情绪,了解每位学员的要求特点,扬长避短,调动和引导每位学员的积极性,在我和学员的共同努力和配合下,不仅教学成果可喜:每期学员的考试及格率都</w:t>
      </w:r>
      <w:r>
        <w:rPr>
          <w:lang w:eastAsia="zh-CN"/>
        </w:rPr>
        <w:br/>
      </w:r>
      <w:r>
        <w:rPr>
          <w:lang w:eastAsia="zh-CN"/>
        </w:rPr>
        <w:t>　　在百分之八十五以上,而且在学校和学员中已形成很好的口碑.</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四、在车辆管理工作中，积极贯彻上级有关车辆管理的政策、法令，并及时请示、汇报、研究、传达布置上级对交通安全工作的指示和要求，做好交通安全工作，每年按市车辆管理所和交通管理部门的要求进行所属车辆年检、驾驶员的年审，负责对驾驶员按时进行法纪、法规教育，并指导、监督考核驾驶员操作水平，提供单位监督驾驶员上岗审核意见，进行车辆驾驶职业道德教育和安全行车教育，增强法纪观念，确保行车安全。</w:t>
      </w:r>
      <w:r>
        <w:rPr>
          <w:lang w:eastAsia="zh-CN"/>
        </w:rPr>
        <w:br/>
      </w:r>
      <w:r>
        <w:rPr>
          <w:lang w:eastAsia="zh-CN"/>
        </w:rPr>
        <w:t>　　随着我国汽车工业的高速发展和新技术在汽车领域的大量运用，要求驾驶员不断掌握车辆驾驶、维护、保养以及管理的新知识和新理论，以此来推动单位车辆管理工作的规范化、合理化。</w:t>
      </w:r>
      <w:r>
        <w:rPr>
          <w:lang w:eastAsia="zh-CN"/>
        </w:rPr>
        <w:br/>
      </w:r>
      <w:r>
        <w:rPr>
          <w:lang w:eastAsia="zh-CN"/>
        </w:rPr>
        <w:t>　　在今后的工作中，我仍将坚持学习业务知识，提高解决疑难问题和车辆故障的能力，切实贯彻各项交通安全法律法规，努力提高车辆管理水平，立足本职工作，敬业爱岗。工作中,我与同事和谐相处,互相学习和促进,我爱车护车,经常对车辆进行擦洗和保养,因为我的勤劳和细心,车辆在教学工作中没有出现过任何故障.</w:t>
      </w:r>
      <w:r>
        <w:rPr>
          <w:lang w:eastAsia="zh-CN"/>
        </w:rPr>
        <w:br/>
      </w:r>
      <w:r>
        <w:rPr>
          <w:lang w:eastAsia="zh-CN"/>
        </w:rPr>
        <w:t>　　在今后的工作中,我仍将努力学习业务知识,提高教学质量,敬业爱岗,立足本职工作,为社会和单位的发展做出自己</w:t>
      </w:r>
      <w:r>
        <w:rPr>
          <w:lang w:eastAsia="zh-CN"/>
        </w:rPr>
        <w:br/>
      </w:r>
      <w:r>
        <w:rPr>
          <w:lang w:eastAsia="zh-CN"/>
        </w:rPr>
        <w:t xml:space="preserve">    田径教练员的工作总结 篇15 </w:t>
      </w:r>
      <w:r>
        <w:rPr>
          <w:lang w:eastAsia="zh-CN"/>
        </w:rPr>
        <w:br/>
      </w:r>
      <w:r>
        <w:rPr>
          <w:lang w:eastAsia="zh-CN"/>
        </w:rPr>
        <w:t>　　这个学期的篮球训练工作即将结束。虽然今年没参加什么比赛，但是队员们训练还是很认真和刻苦的。这学期开始，我就组队每天训练这批队员，大部分队员们也都准时来参加训练。</w:t>
      </w:r>
      <w:r>
        <w:rPr>
          <w:lang w:eastAsia="zh-CN"/>
        </w:rPr>
        <w:br/>
      </w:r>
      <w:r>
        <w:rPr>
          <w:lang w:eastAsia="zh-CN"/>
        </w:rPr>
        <w:t>　　今年带队训练小结如下：</w:t>
      </w:r>
      <w:r>
        <w:rPr>
          <w:lang w:eastAsia="zh-CN"/>
        </w:rPr>
        <w:br/>
      </w:r>
      <w:r>
        <w:rPr>
          <w:lang w:eastAsia="zh-CN"/>
        </w:rPr>
        <w:t>　　一、训练的安排要有一个通盘的阶段考虑。</w:t>
      </w:r>
      <w:r>
        <w:rPr>
          <w:lang w:eastAsia="zh-CN"/>
        </w:rPr>
        <w:br/>
      </w:r>
      <w:r>
        <w:rPr>
          <w:lang w:eastAsia="zh-CN"/>
        </w:rPr>
        <w:t>　　本年度的训练计划虽然有许多不甚完善的地方(如各种技战术的教学在时间允许的条件下，应提前进行，后期再训练提高)，但总的来说，今年的训练目标比较明确，针对性更强;</w:t>
      </w:r>
      <w:r>
        <w:rPr>
          <w:lang w:eastAsia="zh-CN"/>
        </w:rPr>
        <w:br/>
      </w:r>
    </w:p>
    <w:p w:rsidR="001B1F19" w14:textId="27C3F48A">
      <w:pPr>
        <w:rPr>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二、队员有一定的身高，充沛的体力是参加训练的物质基础，因此耐力训练每堂课都没少。</w:t>
      </w:r>
      <w:r>
        <w:rPr>
          <w:lang w:eastAsia="zh-CN"/>
        </w:rPr>
        <w:br/>
      </w:r>
      <w:r>
        <w:rPr>
          <w:lang w:eastAsia="zh-CN"/>
        </w:rPr>
        <w:t>　　三、投篮是篮球运动的核心技术，是篮球运动的魅力点，是学生最感兴趣的练习，行进间运球投篮在中学女子学生篮球比赛中尤为关键，今年我校女子篮球队通过突出强化了投篮技术练习，使全队的投篮命中率较高;四、打小比赛时教练员的临场指挥往往决定着比赛的成败，如球队采用的战略战术是否对头，教练员的用人是否恰当，教练员的指挥和临场情绪是否有利于队员的发挥等等;五、对队员的思想动员工作关键时刻显威力，“两军相逢勇者胜”，士气高昂、斗志旺盛、求胜欲强的球队常常可以弥补实力上的不足，战斗力得到较大的提高。 今年我队的不足之处在于：一是阵容还不够整齐，每次总会有队员有各种理由来不参加训练，我认为在我们学校里，如何培养和激发女生打篮球的兴趣是个重要的环节，希望以后个别队员要加强集体荣誉感的培养。二是有2—3名主力队员基本功还不扎实，在比赛时会明显吃亏，应该有针对性加强指导。三是队员球风还不够泼辣，拼抢不够凶狠，可能与队员自身性格有关。</w:t>
      </w:r>
      <w:r>
        <w:rPr>
          <w:lang w:eastAsia="zh-CN"/>
        </w:rPr>
        <w:br/>
      </w:r>
      <w:r>
        <w:rPr>
          <w:lang w:eastAsia="zh-CN"/>
        </w:rPr>
        <w:t>　　四是在个别战术演练时，队员还不太适应，失误有所增加，反映了平时这方面训练的欠缺。五是队员尤其是前锋快攻意识不强，速度较慢，无法打出像样的快攻战术，阵地进攻时战术变化少，持球突破能力不强。这些教训都需要在以后组织篮球队训练时认真吸取。</w:t>
      </w:r>
      <w:r>
        <w:rPr>
          <w:lang w:eastAsia="zh-CN"/>
        </w:rPr>
        <w:br/>
      </w:r>
      <w:r>
        <w:rPr>
          <w:lang w:eastAsia="zh-CN"/>
        </w:rPr>
        <w:t xml:space="preserve">    田径教练员的工作总结 篇16 </w:t>
      </w:r>
      <w:r>
        <w:rPr>
          <w:lang w:eastAsia="zh-CN"/>
        </w:rPr>
        <w:br/>
      </w:r>
    </w:p>
    <w:p w:rsidR="001B1F19" w14:textId="27C3F48A">
      <w:pPr>
        <w:rPr>
          <w:lang w:eastAsia="zh-CN"/>
        </w:rPr>
      </w:pPr>
      <w:r>
        <w:rPr>
          <w:lang w:eastAsia="zh-CN"/>
        </w:rPr>
        <w:t>　　伴随着四年一度的全运会的结束的钟声，我们迎来的崭新的朝阳。回首过去四年的点滴工作，有硕果累累的喜悦，有与运动员协同攻关的艰辛，也有遇到困难和挫折时的惆怅，而更多的则是心底里多了一份厚重和责任，作为拳击教练的我必须明确本职工作，树立起强烈的责任感和事业心，这样才能脚踏实地地进行工作，不辜负各级领导的关怀和信任。现将这四年的拳击训练如下：</w:t>
      </w:r>
      <w:r>
        <w:rPr>
          <w:lang w:eastAsia="zh-CN"/>
        </w:rPr>
        <w:br/>
      </w:r>
      <w:r>
        <w:rPr>
          <w:lang w:eastAsia="zh-CN"/>
        </w:rPr>
        <w:t>　　一、全心投入拳击训练，做甘于奉献的敬业人</w:t>
      </w:r>
      <w:r>
        <w:rPr>
          <w:lang w:eastAsia="zh-CN"/>
        </w:rPr>
        <w:br/>
      </w:r>
      <w:r>
        <w:rPr>
          <w:lang w:eastAsia="zh-CN"/>
        </w:rPr>
        <w:t>　　首先拳击教练要有敬业精神，拳击训练工作辛苦，运动员更是觉得难以承受。我觉得，作为拳击教练，我们对拳击训练工作的重要性要有足够的认识，并且以身作则，必须用我们自身的言语和行为激发运动员的热情和上进的信心，这样才无愧于我们的事业和责任。拳击教练还要有吃苦奉献精神，拳击训练工作既是脑力劳动，又是体力劳动，工作时间长，体力消耗大，工作辛苦，没有顽强的吃苦精神和无私奉献精神是不行的。</w:t>
      </w:r>
      <w:r>
        <w:rPr>
          <w:lang w:eastAsia="zh-CN"/>
        </w:rPr>
        <w:br/>
      </w:r>
      <w:r>
        <w:rPr>
          <w:lang w:eastAsia="zh-CN"/>
        </w:rPr>
        <w:t>　　其次拳击训练还要有很强的科学性和艺术性，在空余时间我不断充实自己，利用网络进行学习提高，经常向资深教练请教。在训练中勇于思考、敢于创新，不计得失，积累经验，不断提高自身的业务能力。</w:t>
      </w:r>
      <w:r>
        <w:rPr>
          <w:lang w:eastAsia="zh-CN"/>
        </w:rPr>
        <w:br/>
      </w:r>
      <w:r>
        <w:rPr>
          <w:lang w:eastAsia="zh-CN"/>
        </w:rPr>
        <w:t>　　二、认真选拔拳击苗子，为训练打好基础</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https://d.book118.com/907160042136006046</w:t>
        </w:r>
      </w:hyperlink>
    </w:p>
    <w:p w:rsidR="001B1F19">
      <w:pPr>
        <w:rPr>
          <w:lang w:eastAsia="zh-CN"/>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0716004213600604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