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2024辅导工作总结（34篇）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2024辅导工作总结（精选34篇）</w:t>
      </w:r>
      <w:r>
        <w:rPr>
          <w:lang w:eastAsia="zh-CN"/>
        </w:rPr>
        <w:br/>
      </w:r>
      <w:r>
        <w:rPr>
          <w:lang w:eastAsia="zh-CN"/>
        </w:rPr>
        <w:t xml:space="preserve">    2024辅导工作总结 篇1 </w:t>
      </w:r>
      <w:r>
        <w:rPr>
          <w:lang w:eastAsia="zh-CN"/>
        </w:rPr>
        <w:br/>
      </w:r>
      <w:r>
        <w:rPr>
          <w:lang w:eastAsia="zh-CN"/>
        </w:rPr>
        <w:t>　　素质教育是面向全体学生，而不是面向少数学生。面向全体，正是面向有差异的每一个个体，根据不同学生的实际，促进他们全体发展。因此，坚持面向全体学生，更应侧重需要帮助的学生，研究需要帮助的学生，转化需要帮助的学生。了总结经验，更好地做好学困生的转化工作，现对本学期工作总结如下:</w:t>
      </w:r>
      <w:r>
        <w:rPr>
          <w:lang w:eastAsia="zh-CN"/>
        </w:rPr>
        <w:br/>
      </w:r>
      <w:r>
        <w:rPr>
          <w:lang w:eastAsia="zh-CN"/>
        </w:rPr>
        <w:t>　　一、尊重需要特殊关爱的学生。</w:t>
      </w:r>
      <w:r>
        <w:rPr>
          <w:lang w:eastAsia="zh-CN"/>
        </w:rPr>
        <w:br/>
      </w:r>
      <w:r>
        <w:rPr>
          <w:lang w:eastAsia="zh-CN"/>
        </w:rPr>
        <w:t>　　帮助他们找回自尊和自信。需要帮助的学生在集体中往往受冷落，不被重视，大都存在自卑感，失落感，缺乏自信；孤独、烦恼又不便诉说。他们更加渴望得到关怀、同情、理解和尊重。因此如果对他们冷眼相待，甚至讽刺挖苦，只会伤害他们已经脆弱的自尊和自信、损伤他们已经很小的学习积极性，使需要帮助的学生困上加困。因此，我对需要帮助的学生首要的工作是尊重他们。</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第一，和需要帮助的学生交朋友，多做他们的思想工作，帮助他们分析自己的优势与不足，指出前进的方向。告诉他们生活中都会遇到困难和挫折，能够战胜他们的人才是生活中的强者，鼓励他们敢于正视现实，扬起理想的风帆，发挥自身潜能，战胜困难和挫折，找回自尊和自信，做一个快乐的人，一个自强不息的人。</w:t>
      </w:r>
      <w:r>
        <w:rPr>
          <w:lang w:eastAsia="zh-CN"/>
        </w:rPr>
        <w:br/>
      </w:r>
      <w:r>
        <w:rPr>
          <w:lang w:eastAsia="zh-CN"/>
        </w:rPr>
        <w:t>　　第二，善于发现他们的闪光点，及时给予表扬和鼓励。让他们也能享受成功的快乐，找回自信和自尊，激起他们克服困难的信心和勇气，力争上游。</w:t>
      </w:r>
      <w:r>
        <w:rPr>
          <w:lang w:eastAsia="zh-CN"/>
        </w:rPr>
        <w:br/>
      </w:r>
      <w:r>
        <w:rPr>
          <w:lang w:eastAsia="zh-CN"/>
        </w:rPr>
        <w:t>　　第三，多宽容需要帮助的学生，允许他们有失误、有反复。学习本身就是一件比较困难的事情，需要帮助的学生由于基础差、能力弱等原因，学习好就更不容易。他们对于较浅显的、比较容易掌握的知识，学习兴趣更浓一点，学习效果也搞好一点。反之就会又产生畏难情绪，导致作业错误多，或者停滞不前。这时，最需要老师真诚的关心和体贴，实践证明，谁能在需要帮助的学生心田上种下自尊、自信的种子，谁就能找到开启需要帮助的学生心灵的钥匙，谁就能为他们铺设一条通向成功的道路。</w:t>
      </w:r>
      <w:r>
        <w:rPr>
          <w:lang w:eastAsia="zh-CN"/>
        </w:rPr>
        <w:br/>
      </w:r>
      <w:r>
        <w:rPr>
          <w:lang w:eastAsia="zh-CN"/>
        </w:rPr>
        <w:t>　　二、改进教法指导学法</w:t>
      </w:r>
      <w:r>
        <w:rPr>
          <w:lang w:eastAsia="zh-CN"/>
        </w:rPr>
        <w:br/>
      </w:r>
      <w:r>
        <w:rPr>
          <w:lang w:eastAsia="zh-CN"/>
        </w:rPr>
        <w:t>　　提高需要帮助的学生的学习兴趣。当代杰出的教育心理学家布鲁纳回答教师“怎样教”这个问题时提出：“一定要培养学生的兴趣，要使学生对一个学科有兴趣的最好办法是使这个学科值得学习”。教师启发引导他们自悟明理，尝试成功，感受乐趣，给他们注入学活知识的灵丹妙药，从而充分发挥脑力功能。在教学中我是这样做的:</w:t>
      </w:r>
      <w:r>
        <w:rPr>
          <w:lang w:eastAsia="zh-CN"/>
        </w:rPr>
        <w:br/>
      </w:r>
      <w:r>
        <w:rPr>
          <w:lang w:eastAsia="zh-CN"/>
        </w:rPr>
        <w:t>　　第一，联系实际，讲述知识在实际生活中的应用，讲课时注意增强趣味性，重视课堂练习的教学。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第二，借用有关生活实例，为学生创设与教学内容有关的意境，提出有关的问题，以引起学生的好奇与思考。</w:t>
      </w:r>
      <w:r>
        <w:rPr>
          <w:lang w:eastAsia="zh-CN"/>
        </w:rPr>
        <w:br/>
      </w:r>
      <w:r>
        <w:rPr>
          <w:lang w:eastAsia="zh-CN"/>
        </w:rPr>
        <w:t>　　第三，在教学中引导学生寻找生活中的数学问题，既可积累数学知识，更是培养需要帮助的学生学习数学兴趣的、最佳途径。第四，应用多媒体辅助教学，充分吸引需要帮助的学生的注意力，注意运用艺术性的教学语言，用顺口溜、故事等引导需要帮助的学生进入积极思维状态。</w:t>
      </w:r>
      <w:r>
        <w:rPr>
          <w:lang w:eastAsia="zh-CN"/>
        </w:rPr>
        <w:br/>
      </w:r>
      <w:r>
        <w:rPr>
          <w:lang w:eastAsia="zh-CN"/>
        </w:rPr>
        <w:t>　　第五，教学中贯彻“因材施教”的原则，对需要帮助的学生合理定标，分层分组，加强辅导。平时布置作业、考查区别对待，平时布置作业、考查区别对待。</w:t>
      </w:r>
      <w:r>
        <w:rPr>
          <w:lang w:eastAsia="zh-CN"/>
        </w:rPr>
        <w:br/>
      </w:r>
      <w:r>
        <w:rPr>
          <w:lang w:eastAsia="zh-CN"/>
        </w:rPr>
        <w:t>　　第六，许多需要帮助的学生不愿动脑思考，一遇问题就问老师和同学。通过训练不仅激发了该生的学习兴趣，而且使学生体验到克服困难取胜的喜悦。</w:t>
      </w:r>
      <w:r>
        <w:rPr>
          <w:lang w:eastAsia="zh-CN"/>
        </w:rPr>
        <w:br/>
      </w:r>
      <w:r>
        <w:rPr>
          <w:lang w:eastAsia="zh-CN"/>
        </w:rPr>
        <w:t>　　总之,通过自己的努力,我班的需要帮助的学生都有了很大的进步。虽然取得了一定的成绩，但也还存在着一些问题，如教育、教学方法、手段还有些粗糙，还有待改进。我坚信只要为师者持之以恒，教学得法需要帮助的学生会越少。我会继续努力，争取把工作做得更出色。</w:t>
      </w:r>
      <w:r>
        <w:rPr>
          <w:lang w:eastAsia="zh-CN"/>
        </w:rPr>
        <w:br/>
      </w:r>
      <w:r>
        <w:rPr>
          <w:lang w:eastAsia="zh-CN"/>
        </w:rPr>
        <w:t xml:space="preserve">    2024辅导工作总结 篇2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本人20__年8月参加工作，在担任思想政治辅导员并兼任学生党支部书记。工作三年有余，始终坚持“以人为本，为学生服务，做学生的良师益友”的原则，以加强“三风建设”(班风、学风、舍风)为抓手大力推进学生的思想整治教育工作，深入了解了学生的思想状况与学习、实习、生活情况，使自己的工作思路与方式方法适合本班的学生，从而取得事半功倍的效果，由于辅导员工作时间不长，还需不断积累经验，查漏补缺，以期今后的工作更高的台阶。现将具体工作总结如下：</w:t>
      </w:r>
      <w:r>
        <w:rPr>
          <w:lang w:eastAsia="zh-CN"/>
        </w:rPr>
        <w:br/>
      </w:r>
      <w:r>
        <w:rPr>
          <w:lang w:eastAsia="zh-CN"/>
        </w:rPr>
        <w:t>　　一、加强自身的理论学习，提高个人的综合素质</w:t>
      </w:r>
      <w:r>
        <w:rPr>
          <w:lang w:eastAsia="zh-CN"/>
        </w:rPr>
        <w:br/>
      </w:r>
      <w:r>
        <w:rPr>
          <w:lang w:eastAsia="zh-CN"/>
        </w:rPr>
        <w:t>　　辅导员的第一要务是开展好思想政治教育工作。辅导员自身的思想素质理论水平是决定思想政治工作成败的关键。辅导员的综合素质对创建良好的班集体，全面提高学生的综合素质，举要举足轻重的作用。所以要规范学生的行为，首先要规范自己的行为。想提高学生的素质，首先要提高自身的素质。要使学生坚定正确的政治信念，从而树立科学的世界观、人生观和价值观，首先自己要有坚定的理想信念和正确的世界观和人生观、价值观。</w:t>
      </w:r>
      <w:r>
        <w:rPr>
          <w:lang w:eastAsia="zh-CN"/>
        </w:rPr>
        <w:br/>
      </w:r>
      <w:r>
        <w:rPr>
          <w:lang w:eastAsia="zh-CN"/>
        </w:rPr>
        <w:t>　　在日常工作中，认真学习中国共产党的理论体系、路线、方针和政策以及学校的各项规章制度，为自己的工作和制定班级各项制度的制定提供理论依据，使自己的工作更加规范化、科学化。同时，在工作中始终坚持做到为人师表，以身作则，率先垂范，要求学生做到的，自己带头做到。要求学生讲文明礼貌，自己首先做到要尊重每一位学生人格。教育他们热爱班级、搞好团结。我时刻注意自己的一言一行，努力成为学生学习的榜样，成为学生愿和我掏心窝的好朋友。</w:t>
      </w:r>
      <w:r>
        <w:rPr>
          <w:lang w:eastAsia="zh-CN"/>
        </w:rPr>
        <w:br/>
      </w:r>
      <w:r>
        <w:rPr>
          <w:lang w:eastAsia="zh-CN"/>
        </w:rPr>
        <w:t>　　二、以加强“三风建设”为抓手，积极推进思想政治教育工作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以加强“三风建设”为抓手，积极推进班级日常管理工作。所带20__级有106人，如今都进入实习阶段，分布在全国各地实习，但我始终保持电话、网络联系，学生的行为、行动始终在自己的掌控之内，在学生管理上坚持以学生为主体，以学生的成长成才为目标：服务学生，培养学生，关心学生的学习、实习和生活，从正面教育和引导广大学生，培养学生的自我管理意识，集体荣誉意识和独立自强思想。进一步增强学生的社会责任感，历史使命感，更好的发挥他们的聪明才智，加强团结合作精神。</w:t>
      </w:r>
      <w:r>
        <w:rPr>
          <w:lang w:eastAsia="zh-CN"/>
        </w:rPr>
        <w:br/>
      </w:r>
      <w:r>
        <w:rPr>
          <w:lang w:eastAsia="zh-CN"/>
        </w:rPr>
        <w:t>　　1、抓学习，重临床技能操作，加强学风建设。随着学生即将进入毕业实习阶段，鼓励认真刻苦学习的学生，扎实临床技能操作，为顺利完成临床实习做好准备和基础。</w:t>
      </w:r>
      <w:r>
        <w:rPr>
          <w:lang w:eastAsia="zh-CN"/>
        </w:rPr>
        <w:br/>
      </w:r>
      <w:r>
        <w:rPr>
          <w:lang w:eastAsia="zh-CN"/>
        </w:rPr>
        <w:t>　　2、完善班级制度管理，加强“班风、舍风”建设，提高安全管理。在班级管理方面，根据近期学生易出现的问题，进一步完善班级管理制度，加强班风建设。在宿舍安全管理方面，进行相关的安全知识再教育，增强他们的安全、防范意识，防范不安全事故的发生。在班级学习与管理中，我不断去反省沉思，不断去学习，为了给予学生营造一个安全、舒适、和谐的学习环境。</w:t>
      </w:r>
      <w:r>
        <w:rPr>
          <w:lang w:eastAsia="zh-CN"/>
        </w:rPr>
        <w:br/>
      </w:r>
      <w:r>
        <w:rPr>
          <w:lang w:eastAsia="zh-CN"/>
        </w:rPr>
        <w:t>　　3、严格临床抽查和晚上查寝制度，根据我们班级制定“一日生活制度”要求，不定期进行临床科室抽查学生实习情况，制定严格的请销假，时刻掌握实习学生的动态情况，外地实习学生，始终保持电话联系、沟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4、不断充实和完善自己。以丰富班级文化和宿舍文化为抓手，深入开展班级主题实践活动，如开展形式多样的主题班会和趣味体育活动等，激发同学们的学习热情和班级荣誉感。定期抽查学生考勤和就寝，加强辅导员与任课教师的交流，及时掌握学生的学习状况。利用诚信主题班会、墙报等形式对学生进行考风诚信教育。营造良好的班级学习气氛。充分利用各班党团阵地，组织班级参加各种课外活动，加强学生自我管理。</w:t>
      </w:r>
      <w:r>
        <w:rPr>
          <w:lang w:eastAsia="zh-CN"/>
        </w:rPr>
        <w:br/>
      </w:r>
      <w:r>
        <w:rPr>
          <w:lang w:eastAsia="zh-CN"/>
        </w:rPr>
        <w:t>　　三、重技能、提素质，提高学生就业竞争力</w:t>
      </w:r>
      <w:r>
        <w:rPr>
          <w:lang w:eastAsia="zh-CN"/>
        </w:rPr>
        <w:br/>
      </w:r>
      <w:r>
        <w:rPr>
          <w:lang w:eastAsia="zh-CN"/>
        </w:rPr>
        <w:t>　　注重毕业班学生就业工作。全面落实就业指导中心的安排意见，按照学校学生就业目标管理责任书中就业目标考核要求，致力提高毕业生本身的知识结构和能力素质以及临床操作技能。科学有效地开展好毕业生就业指导日常工作，特别注意加强毕业生心理调试和职业倾向性咨询。通过多种形式的教育,根据毕业生的性格特征与气质、能力类型,帮助毕业生认识自己的个性特点，引导毕业生正确进行就业定位，从而不断提高毕业生就业竞争力。</w:t>
      </w:r>
      <w:r>
        <w:rPr>
          <w:lang w:eastAsia="zh-CN"/>
        </w:rPr>
        <w:br/>
      </w:r>
      <w:r>
        <w:rPr>
          <w:lang w:eastAsia="zh-CN"/>
        </w:rPr>
        <w:t>　　四、关注贫困生工作、切实做好奖、贷、勤、助工作</w:t>
      </w:r>
      <w:r>
        <w:rPr>
          <w:lang w:eastAsia="zh-CN"/>
        </w:rPr>
        <w:br/>
      </w:r>
      <w:r>
        <w:rPr>
          <w:lang w:eastAsia="zh-CN"/>
        </w:rPr>
        <w:t>　　学生一入学，搜集信息，仔细认真审核贫困生信息，建立完善的贫困生库，做好贫困生建档工作，时刻关注贫困生生活、学习情况。</w:t>
      </w:r>
      <w:r>
        <w:rPr>
          <w:lang w:eastAsia="zh-CN"/>
        </w:rPr>
        <w:br/>
      </w:r>
      <w:r>
        <w:rPr>
          <w:lang w:eastAsia="zh-CN"/>
        </w:rPr>
        <w:t xml:space="preserve">    2024辅导工作总结 篇3 </w:t>
      </w:r>
      <w:r>
        <w:rPr>
          <w:lang w:eastAsia="zh-CN"/>
        </w:rPr>
        <w:br/>
      </w:r>
      <w:r>
        <w:rPr>
          <w:lang w:eastAsia="zh-CN"/>
        </w:rPr>
        <w:t>　　长期以来，在学校领导的关心与支持和全年段老师的密切配合下，我们在“培优转差”工作过程中，能依照计划，根据实际情况，有步骤、有措施地实施落实“培优转差”的内容，计划中要求达到的目标基本能实现。</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1.学会快速阅读直接从书中获取知识是一条重要的途径，即使是教科书中的知识，也不能纯粹依靠老师的讲解来学习。一个掌握阅读技能的学生，能够更迅速、更顺利地掌握知识，学的更主动，更轻松。在实际学习中，许多同学习惯于上课听讲，下课做作业，即使是教科书也不甚阅读，更不用说大量阅读课外书籍。长期下去造成的结果是不会读书，没有形成熟练的阅读技能，对学习的发展造成严重阻碍，这可能是很多同学在学业上落伍的一个重要原因。我们讲的阅读技能并不是指能简单的读，而是指在阅读的同时能思考，在思考的同时能阅读的能力，是指能够根据不同书籍的模式迅速分清主次、把握书中内容的一种技能。这就要求同学必须多读书，注意了解不同书籍的特点和阅读技巧，加强读思结合，并且有意识地加快阅读速度，逐渐形成快速阅读技能。</w:t>
      </w:r>
      <w:r>
        <w:rPr>
          <w:lang w:eastAsia="zh-CN"/>
        </w:rPr>
        <w:br/>
      </w:r>
      <w:r>
        <w:rPr>
          <w:lang w:eastAsia="zh-CN"/>
        </w:rPr>
        <w:t>　　2.学会快速书写中学阶段课业负担比较重，如果没有掌握快速书写的技能，这种负担会更加沉重。比如课堂上跟不上老师的速度记录笔记，课后完成作业用时过多，考试因书写太慢而答不完试卷等，这些现象都与书写技能有关。可以说书写技能是我们借以掌握知识的工具，这种工具所处的状态将决定我们能否有效而合理地使用时间。那些书写速度慢的同学对此应引起足够的注意，自觉地加强这方面的训练，尽快掌握这一技能。当然，快速书写的同时还要保证字迹的清楚与规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3.学会做笔记做笔记是一种与动手相结合的学习行为，有助于对知识的理解和记忆，是一种必须掌握的技能。中学生的学习笔记主要有课堂笔记、读书笔记和复习笔记等，课堂笔记应注意结合教材进行记录，不能全抄全录老师的板书。读书笔记应注意做好圈点勾批，所谓“不动笔墨不读书”。</w:t>
      </w:r>
      <w:r>
        <w:rPr>
          <w:lang w:eastAsia="zh-CN"/>
        </w:rPr>
        <w:br/>
      </w:r>
      <w:r>
        <w:rPr>
          <w:lang w:eastAsia="zh-CN"/>
        </w:rPr>
        <w:t>　　在前一段时间里，虽然我们取得了一定的成绩，但我们也还存在着一些问题，如教育、教学方法、手段还有些粗糙，还有待改进。但我们相信只要学校的支持、老师的配合，我们“培优转差”工作一定能越做越好的。</w:t>
      </w:r>
      <w:r>
        <w:rPr>
          <w:lang w:eastAsia="zh-CN"/>
        </w:rPr>
        <w:br/>
      </w:r>
      <w:r>
        <w:rPr>
          <w:lang w:eastAsia="zh-CN"/>
        </w:rPr>
        <w:t xml:space="preserve">    2024辅导工作总结 篇4 </w:t>
      </w:r>
      <w:r>
        <w:rPr>
          <w:lang w:eastAsia="zh-CN"/>
        </w:rPr>
        <w:br/>
      </w:r>
      <w:r>
        <w:rPr>
          <w:lang w:eastAsia="zh-CN"/>
        </w:rPr>
        <w:t>　　现在很多家长素质较低，无能力对孩子的学习进行辅导而更多的家长出门打工，把孩子扔给爷爷奶奶照顾，只管孩子能吃好住好就行，对孩子的学习和心理无暇顾及，这些学生的性格常常表现为自私、以我为主，合作互助意识差。</w:t>
      </w:r>
      <w:r>
        <w:rPr>
          <w:lang w:eastAsia="zh-CN"/>
        </w:rPr>
        <w:br/>
      </w:r>
      <w:r>
        <w:rPr>
          <w:lang w:eastAsia="zh-CN"/>
        </w:rPr>
        <w:t>　　针对这种情况，开学初制订了相应的数学学困生转化工作计划，经过一个学期的转化，有了一定的效果，但是，很不理想。为使今后的工作取得一定的进步，现在对本学期的转化工作简单的总结如下。</w:t>
      </w:r>
      <w:r>
        <w:rPr>
          <w:lang w:eastAsia="zh-CN"/>
        </w:rPr>
        <w:br/>
      </w:r>
      <w:r>
        <w:rPr>
          <w:lang w:eastAsia="zh-CN"/>
        </w:rPr>
        <w:t>　　一、教育情况</w:t>
      </w:r>
      <w:r>
        <w:rPr>
          <w:lang w:eastAsia="zh-CN"/>
        </w:rPr>
        <w:br/>
      </w:r>
      <w:r>
        <w:rPr>
          <w:lang w:eastAsia="zh-CN"/>
        </w:rPr>
        <w:t>　　在对他们加强心理素质的教育过程中，首先要对他们施以爱心，从情感入手。从积极的情感入手，对学生进行思想品德教育。</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1、学困生的心理障碍往往与他们情感及意志薄弱有密切关系。所以在教育过程中，教师应树立人本主义的学生观与教育观，尊重学困生的情感与尊严，挖掘非智力因素，用期望的春风融化覆盖在他们心灵中的冻土，从而帮助他们克服自卑心理和戒备心理。</w:t>
      </w:r>
      <w:r>
        <w:rPr>
          <w:lang w:eastAsia="zh-CN"/>
        </w:rPr>
        <w:br/>
      </w:r>
      <w:r>
        <w:rPr>
          <w:lang w:eastAsia="zh-CN"/>
        </w:rPr>
        <w:t>　　2、对学生的逆反心理，我们应注意借助师生双方的心理交往，建立良好的人际关系，运用疏泄的方法，深入了解前因后果，主动接近他们，通过谈心疏通思想，才有可能解开他们思想疙瘩，澄清是非，并通过做好班级学生、家长工作，形成团结、友爱、互助的学习生活环境，减轻学困生的逆反心理压力。</w:t>
      </w:r>
      <w:r>
        <w:rPr>
          <w:lang w:eastAsia="zh-CN"/>
        </w:rPr>
        <w:br/>
      </w:r>
      <w:r>
        <w:rPr>
          <w:lang w:eastAsia="zh-CN"/>
        </w:rPr>
        <w:t>　　3、对于厌学的心理，我们可以通过调查，了解产生厌学的原因，并有针对性地开展愉快教育、成功教育，如让学生从获得一定的学习成功感，学生变厌学为乐学，促进学困生自我意识的发展。对学困生的教育要因人而异，教师首先以真诚的爱心去爱护学生，使师生之间产生心灵的共鸣、达成心灵的沟通。同他们谈心，介绍学习方法，帮助他们解决实际困难，表扬他们的进步，鼓励他们前进。古人说：亲其师，才能信其道。教师对学生亲如家人，易于消除学生的胆怯的心理障碍。</w:t>
      </w:r>
      <w:r>
        <w:rPr>
          <w:lang w:eastAsia="zh-CN"/>
        </w:rPr>
        <w:br/>
      </w:r>
      <w:r>
        <w:rPr>
          <w:lang w:eastAsia="zh-CN"/>
        </w:rPr>
        <w:t>　　4、建立学困生、弱课生个案。</w:t>
      </w:r>
      <w:r>
        <w:rPr>
          <w:lang w:eastAsia="zh-CN"/>
        </w:rPr>
        <w:br/>
      </w:r>
      <w:r>
        <w:rPr>
          <w:lang w:eastAsia="zh-CN"/>
        </w:rPr>
        <w:t>　　二、教学对策</w:t>
      </w:r>
      <w:r>
        <w:rPr>
          <w:lang w:eastAsia="zh-CN"/>
        </w:rPr>
        <w:br/>
      </w:r>
      <w:r>
        <w:rPr>
          <w:lang w:eastAsia="zh-CN"/>
        </w:rPr>
        <w:t>　　1、教给学生学习的方法与窍门，树立学好的“心理优势”，如教给学生循环记忆法，演练技能等，使他们首先树立起信心。</w:t>
      </w:r>
      <w:r>
        <w:rPr>
          <w:lang w:eastAsia="zh-CN"/>
        </w:rPr>
        <w:br/>
      </w:r>
      <w:r>
        <w:rPr>
          <w:lang w:eastAsia="zh-CN"/>
        </w:rPr>
        <w:t>　　2、要使学生不断看到成绩，看到进步，不断强化“心理优势”。学生看到自己的进步，看到成绩在上升，因而逐步就有了信心，就有了学习积极性。有了积极性，就肯学习。肯学习，成绩必然会提高。成绩进步了，心理优势就得到加强，形成良性循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3、实施分层教学，开展小组合作学习。为了便于向学习困难者施教，可根据班上学困生所占的比例来实施分层教学。</w:t>
      </w:r>
      <w:r>
        <w:rPr>
          <w:lang w:eastAsia="zh-CN"/>
        </w:rPr>
        <w:br/>
      </w:r>
      <w:r>
        <w:rPr>
          <w:lang w:eastAsia="zh-CN"/>
        </w:rPr>
        <w:t>　　4、建立新的评价体系，对学困生进行鼓励性评价，激励，唤。避免用一把尺子衡量，只从分数高低对所有学生进行分等。对学困生，应按他们的实际，进行激励性评价，使评价有利于他们的发展进步，有利于发展学困生的某些长处。</w:t>
      </w:r>
      <w:r>
        <w:rPr>
          <w:lang w:eastAsia="zh-CN"/>
        </w:rPr>
        <w:br/>
      </w:r>
      <w:r>
        <w:rPr>
          <w:lang w:eastAsia="zh-CN"/>
        </w:rPr>
        <w:t>　　5、抓好学困生、弱课生的课外个别辅导。课外辅导是教学中一个不可缺少的重要组成部分，尤其是对于学困生和弱课生的课外辅导，可以弥补课堂教学的不足，解决他们在课堂上存在的困难。</w:t>
      </w:r>
      <w:r>
        <w:rPr>
          <w:lang w:eastAsia="zh-CN"/>
        </w:rPr>
        <w:br/>
      </w:r>
      <w:r>
        <w:rPr>
          <w:lang w:eastAsia="zh-CN"/>
        </w:rPr>
        <w:t>　　三、辅导方法</w:t>
      </w:r>
      <w:r>
        <w:rPr>
          <w:lang w:eastAsia="zh-CN"/>
        </w:rPr>
        <w:br/>
      </w:r>
      <w:r>
        <w:rPr>
          <w:lang w:eastAsia="zh-CN"/>
        </w:rPr>
        <w:t>　　1、目的辅导，认识到学习的重要性，从而产生强烈愿望，推动他们积极学习，为下一步的辅导打好基础；</w:t>
      </w:r>
      <w:r>
        <w:rPr>
          <w:lang w:eastAsia="zh-CN"/>
        </w:rPr>
        <w:br/>
      </w:r>
      <w:r>
        <w:rPr>
          <w:lang w:eastAsia="zh-CN"/>
        </w:rPr>
        <w:t>　　2、学法辅导，学困生碰到困难就会怨恨自己“笨”，从而产生心理障碍；所以要向他们介绍科学的学习方法和记忆法，让他们亲自实验与总结，还可召开学习方法讨论会，使学生互相交流，让学困生从同学处得到学习方法指导；</w:t>
      </w:r>
      <w:r>
        <w:rPr>
          <w:lang w:eastAsia="zh-CN"/>
        </w:rPr>
        <w:br/>
      </w:r>
      <w:r>
        <w:rPr>
          <w:lang w:eastAsia="zh-CN"/>
        </w:rPr>
        <w:t>　　3、书面辅导，书面作业与试卷，最能反映出学生的学习水平。对于学困生，当面指出他们的错误并要求其订正，最好再出一些补充题让他们练习巩固，增强信心；</w:t>
      </w:r>
      <w:r>
        <w:rPr>
          <w:lang w:eastAsia="zh-CN"/>
        </w:rPr>
        <w:br/>
      </w:r>
      <w:r>
        <w:rPr>
          <w:lang w:eastAsia="zh-CN"/>
        </w:rPr>
        <w:t>　　4、及时跟踪检查。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学困生和弱课生有不同的心理发展水平，不同的知识基础及不同的学习态度、个性特点，要转化他们是一项复杂而艰巨的任务。但只要积极探索，不断积累经验，针对不同类型的学困生施与不同的教育教学对策，并多给后进生一份关爱，充分发挥他们的主观能动性，最终将使学困生、弱课生昂首跨入先进行列之中。</w:t>
      </w:r>
      <w:r>
        <w:rPr>
          <w:lang w:eastAsia="zh-CN"/>
        </w:rPr>
        <w:br/>
      </w:r>
      <w:r>
        <w:rPr>
          <w:lang w:eastAsia="zh-CN"/>
        </w:rPr>
        <w:t xml:space="preserve">    2024辅导工作总结 篇5 </w:t>
      </w:r>
      <w:r>
        <w:rPr>
          <w:lang w:eastAsia="zh-CN"/>
        </w:rPr>
        <w:br/>
      </w:r>
      <w:r>
        <w:rPr>
          <w:lang w:eastAsia="zh-CN"/>
        </w:rPr>
        <w:t>　　转化后进生是每个老师义不容辞的职责。每个班在不同程度上都有后进生，可如何对待他们呢？首先做到不厌弃他们，然后根据后进生的特点和形成原因做好转化工作。在我班后进生身上表现出来是由于自控能力差、基础差、年龄差距大造成的。只有分析后进生形成的原因，才能帮助他们克服缺点和毛病。这是我们科任老师份内的责任，因此，我是这样对待后进生的：</w:t>
      </w:r>
      <w:r>
        <w:rPr>
          <w:lang w:eastAsia="zh-CN"/>
        </w:rPr>
        <w:br/>
      </w:r>
      <w:r>
        <w:rPr>
          <w:lang w:eastAsia="zh-CN"/>
        </w:rPr>
        <w:t>　　一、关心热爱后进生</w:t>
      </w:r>
      <w:r>
        <w:rPr>
          <w:lang w:eastAsia="zh-CN"/>
        </w:rPr>
        <w:br/>
      </w:r>
      <w:r>
        <w:rPr>
          <w:lang w:eastAsia="zh-CN"/>
        </w:rPr>
        <w:t>　　由于后进生存在不少的缺点和错误，因此经常受到老师们的批评，家长的指责，同学们的白眼。他们往往在同学中抬不起头。他们更需要的是老师的关心，家庭、集体的温暖。实践证明，要转化后进生，只有使后进生动情。我们只有用心灵的温暖去医治他们心灵的创伤，用精神的甘露去洗涤他们精神上的污垢，只有消除了后进生对老师、家长、同学的对立情绪，才能开展转化工作。日常生活中，我从各方面去关心他们：在学习上热情地给予指导，遇到困难时给予真诚的帮助，有了点滴进步及时鼓励，犯了错误进行耐心地教育，使他们时时感到老师的爱护与关心，使逐步改正错误和缺点。</w:t>
      </w:r>
      <w:r>
        <w:rPr>
          <w:lang w:eastAsia="zh-CN"/>
        </w:rPr>
        <w:br/>
      </w:r>
      <w:r>
        <w:rPr>
          <w:lang w:eastAsia="zh-CN"/>
        </w:rPr>
        <w:t>　　二、了解后进生形成的原因是转化工作的先决条件</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要做好转化后进生的工作，就得深入了解，全面分析后进生的特点和形成原因，坚持在了解中教育，在教育中了解。每接一个新的班级，我首先会从各方面去了解学生情况，特别是后进生的情况：双差生是哪些，家庭教育如何，主要问题是什么？单差生是哪些，家庭教育如何，主要问题是什么？在新的学期开学前，做到心中有数。</w:t>
      </w:r>
      <w:r>
        <w:rPr>
          <w:lang w:eastAsia="zh-CN"/>
        </w:rPr>
        <w:br/>
      </w:r>
      <w:r>
        <w:rPr>
          <w:lang w:eastAsia="zh-CN"/>
        </w:rPr>
        <w:t>　　实践证明，只有全面了解后进生的情况，才能有的放矢，做好转化后进生的工作。</w:t>
      </w:r>
      <w:r>
        <w:rPr>
          <w:lang w:eastAsia="zh-CN"/>
        </w:rPr>
        <w:br/>
      </w:r>
      <w:r>
        <w:rPr>
          <w:lang w:eastAsia="zh-CN"/>
        </w:rPr>
        <w:t>　　三、对后进生要因势利导，坚持一分为二</w:t>
      </w:r>
      <w:r>
        <w:rPr>
          <w:lang w:eastAsia="zh-CN"/>
        </w:rPr>
        <w:br/>
      </w:r>
      <w:r>
        <w:rPr>
          <w:lang w:eastAsia="zh-CN"/>
        </w:rPr>
        <w:t>　　后进生的缺点较多，也较突出，容易被大家发现。他们也有优点和长处，只不过不太明显和突出，时常被大家忽视。往往这一点就不利于调动后进生自身的积极因素去克服消极因素。我认为，作为一个科任老师就应该注意发现后进生的微小进步，坚持一分为二，优点给予充分的肯定，积极引导，有时创造条件让他们施展自己的长处，以自身的长处逐步克服一些短处，从中让他们看到希望，增强进步的信心。我班一位学生，不仅成绩差，纪律、习惯也差，时常扰乱课堂，老师们对他都很有意见，进行多次教育，常和家长联系，但效果不大。</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总之，通向孩子心灵之路的并不是肥沃的田野。在这片肥沃的土地上要获得丰收，需要辛勤耕耘，加强田间管理，更需要温暖的阳光、湿润的雨露。只有教师的爱化为阳光、化作雨露，才能滋润出一批批破土而出的幼苗。对后进生，我们更要倾注爱心，以尊重、赏识唤起他们的进取心，以真诚、宽容激发他们的上进心，努力消除他们的心理障碍，引导他们力争上游、健康成长。只要我们从热爱学生的真诚愿望出发，动之以情，深于父母，晓之以理，细如雨丝，一定能更好地做好后进生的转化工作。</w:t>
      </w:r>
      <w:r>
        <w:rPr>
          <w:lang w:eastAsia="zh-CN"/>
        </w:rPr>
        <w:br/>
      </w:r>
      <w:r>
        <w:rPr>
          <w:lang w:eastAsia="zh-CN"/>
        </w:rPr>
        <w:t xml:space="preserve">    2024辅导工作总结 篇6 </w:t>
      </w:r>
      <w:r>
        <w:rPr>
          <w:lang w:eastAsia="zh-CN"/>
        </w:rPr>
        <w:br/>
      </w:r>
      <w:r>
        <w:rPr>
          <w:lang w:eastAsia="zh-CN"/>
        </w:rPr>
        <w:t>　　(一)、班级管理</w:t>
      </w:r>
      <w:r>
        <w:rPr>
          <w:lang w:eastAsia="zh-CN"/>
        </w:rPr>
        <w:br/>
      </w:r>
      <w:r>
        <w:rPr>
          <w:lang w:eastAsia="zh-CN"/>
        </w:rPr>
        <w:t>　　孩子们这学期是在幼儿园生活中的最后阶段，学前班是一个很关键的阶段。为了让幼儿顺利地进入且适应小学的生活，必须培养幼儿的各方面习惯以及能力是非常重要的。让幼儿学会自理能力，自主学习能力做为主要培养。</w:t>
      </w:r>
      <w:r>
        <w:rPr>
          <w:lang w:eastAsia="zh-CN"/>
        </w:rPr>
        <w:br/>
      </w:r>
      <w:r>
        <w:rPr>
          <w:lang w:eastAsia="zh-CN"/>
        </w:rPr>
        <w:t>　　1、第一周没有正式上课，专门训练养成习惯与常规。</w:t>
      </w:r>
      <w:r>
        <w:rPr>
          <w:lang w:eastAsia="zh-CN"/>
        </w:rPr>
        <w:br/>
      </w:r>
      <w:r>
        <w:rPr>
          <w:lang w:eastAsia="zh-CN"/>
        </w:rPr>
        <w:t>　　2、课余时间多让孩子阅读各类书籍(比如：饭后，阅读活动课等)，让孩子养成读书的好习惯。</w:t>
      </w:r>
      <w:r>
        <w:rPr>
          <w:lang w:eastAsia="zh-CN"/>
        </w:rPr>
        <w:br/>
      </w:r>
      <w:r>
        <w:rPr>
          <w:lang w:eastAsia="zh-CN"/>
        </w:rPr>
        <w:t>　　3、课间时间多与孩子沟通，了解孩子的想法、增加师生间的感情。</w:t>
      </w:r>
      <w:r>
        <w:rPr>
          <w:lang w:eastAsia="zh-CN"/>
        </w:rPr>
        <w:br/>
      </w:r>
      <w:r>
        <w:rPr>
          <w:lang w:eastAsia="zh-CN"/>
        </w:rPr>
        <w:t>　　4、一周安排两次看故事片或动画片，培养幼儿的倾听能力与模范故事中有感情的朗读。</w:t>
      </w:r>
      <w:r>
        <w:rPr>
          <w:lang w:eastAsia="zh-CN"/>
        </w:rPr>
        <w:br/>
      </w:r>
      <w:r>
        <w:rPr>
          <w:lang w:eastAsia="zh-CN"/>
        </w:rPr>
        <w:t>　　5、训练幼儿礼貌用语，做个文明礼貌的好孩子。</w:t>
      </w:r>
      <w:r>
        <w:rPr>
          <w:lang w:eastAsia="zh-CN"/>
        </w:rPr>
        <w:br/>
      </w:r>
      <w:r>
        <w:rPr>
          <w:lang w:eastAsia="zh-CN"/>
        </w:rPr>
        <w:t>　　6、对行队列的训练及健身操的加强。</w:t>
      </w:r>
      <w:r>
        <w:rPr>
          <w:lang w:eastAsia="zh-CN"/>
        </w:rPr>
        <w:br/>
      </w:r>
      <w:r>
        <w:rPr>
          <w:lang w:eastAsia="zh-CN"/>
        </w:rPr>
        <w:t>　　7、午休时间的作息要严格遵守，养成午睡的良好习惯。</w:t>
      </w:r>
      <w:r>
        <w:rPr>
          <w:lang w:eastAsia="zh-CN"/>
        </w:rPr>
        <w:br/>
      </w:r>
      <w:r>
        <w:rPr>
          <w:lang w:eastAsia="zh-CN"/>
        </w:rPr>
        <w:t>　　(二)、卫生保育管理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1、做好消毒工作，确保教室及宿舍的通风对流，让幼儿在舒适的环境下健康地成长。</w:t>
      </w:r>
      <w:r>
        <w:rPr>
          <w:lang w:eastAsia="zh-CN"/>
        </w:rPr>
        <w:br/>
      </w:r>
      <w:r>
        <w:rPr>
          <w:lang w:eastAsia="zh-CN"/>
        </w:rPr>
        <w:t>　　2、做好每天的晨检检查，做好预防工作。</w:t>
      </w:r>
      <w:r>
        <w:rPr>
          <w:lang w:eastAsia="zh-CN"/>
        </w:rPr>
        <w:br/>
      </w:r>
      <w:r>
        <w:rPr>
          <w:lang w:eastAsia="zh-CN"/>
        </w:rPr>
        <w:t>　　3、随时注意幼儿的玩具用品，检查看有无携带不安全物品或有无玩具用品损坏导致不安全的情况。</w:t>
      </w:r>
      <w:r>
        <w:rPr>
          <w:lang w:eastAsia="zh-CN"/>
        </w:rPr>
        <w:br/>
      </w:r>
      <w:r>
        <w:rPr>
          <w:lang w:eastAsia="zh-CN"/>
        </w:rPr>
        <w:t>　　4、培养幼儿的卫生习惯：能自己穿衣服、穿鞋子、叠被子。能当老师的小帮手做一些简单的劳动，比如：擦桌子，洗毛巾及扫地。要求幼儿每周回去帮家人做自己力所能及的事，周一向老师汇报。</w:t>
      </w:r>
      <w:r>
        <w:rPr>
          <w:lang w:eastAsia="zh-CN"/>
        </w:rPr>
        <w:br/>
      </w:r>
      <w:r>
        <w:rPr>
          <w:lang w:eastAsia="zh-CN"/>
        </w:rPr>
        <w:t>　　5、用餐能够安静且保持桌面及地板干净。</w:t>
      </w:r>
      <w:r>
        <w:rPr>
          <w:lang w:eastAsia="zh-CN"/>
        </w:rPr>
        <w:br/>
      </w:r>
      <w:r>
        <w:rPr>
          <w:lang w:eastAsia="zh-CN"/>
        </w:rPr>
        <w:t>　　6、让幼儿学会自我保护的意识，比如：不乱玩火、不触摸电、不搞危险动作等。</w:t>
      </w:r>
      <w:r>
        <w:rPr>
          <w:lang w:eastAsia="zh-CN"/>
        </w:rPr>
        <w:br/>
      </w:r>
      <w:r>
        <w:rPr>
          <w:lang w:eastAsia="zh-CN"/>
        </w:rPr>
        <w:t>　　7、体育活动多让孩子锻炼身体或散步晒晒太阳。</w:t>
      </w:r>
      <w:r>
        <w:rPr>
          <w:lang w:eastAsia="zh-CN"/>
        </w:rPr>
        <w:br/>
      </w:r>
      <w:r>
        <w:rPr>
          <w:lang w:eastAsia="zh-CN"/>
        </w:rPr>
        <w:t>　　(三)、教学目标与要求</w:t>
      </w:r>
      <w:r>
        <w:rPr>
          <w:lang w:eastAsia="zh-CN"/>
        </w:rPr>
        <w:br/>
      </w:r>
      <w:r>
        <w:rPr>
          <w:lang w:eastAsia="zh-CN"/>
        </w:rPr>
        <w:t>　　数学：</w:t>
      </w:r>
      <w:r>
        <w:rPr>
          <w:lang w:eastAsia="zh-CN"/>
        </w:rPr>
        <w:br/>
      </w:r>
      <w:r>
        <w:rPr>
          <w:lang w:eastAsia="zh-CN"/>
        </w:rPr>
        <w:t>　　1、《数与计算》这节加以巩固复习十以内的加减法，外扩长新知识。如：二十以内的连加连减，二十以内的竖式加法等。</w:t>
      </w:r>
      <w:r>
        <w:rPr>
          <w:lang w:eastAsia="zh-CN"/>
        </w:rPr>
        <w:br/>
      </w:r>
      <w:r>
        <w:rPr>
          <w:lang w:eastAsia="zh-CN"/>
        </w:rPr>
        <w:t>　　201_年幼儿园学前班工作计划4篇小学作文-初中作文-高中作文-中考作文-高考作文-节日作文及各类中小学生作文2、《认识立体图形》认识长方体、正方体、圆柱体、球体及空间位置。复习长方形、正方形、圆形、三角形、梯形加于巩固。</w:t>
      </w:r>
      <w:r>
        <w:rPr>
          <w:lang w:eastAsia="zh-CN"/>
        </w:rPr>
        <w:br/>
      </w:r>
      <w:r>
        <w:rPr>
          <w:lang w:eastAsia="zh-CN"/>
        </w:rPr>
        <w:t>　　3、《认识几时半》在认识正点钟的基础上加强增进新的知识点。</w:t>
      </w:r>
      <w:r>
        <w:rPr>
          <w:lang w:eastAsia="zh-CN"/>
        </w:rPr>
        <w:br/>
      </w:r>
      <w:r>
        <w:rPr>
          <w:lang w:eastAsia="zh-CN"/>
        </w:rPr>
        <w:t>　　4、《趣题》与孩子们一起分享趣味题的乐趣。</w:t>
      </w:r>
      <w:r>
        <w:rPr>
          <w:lang w:eastAsia="zh-CN"/>
        </w:rPr>
        <w:br/>
      </w:r>
      <w:r>
        <w:rPr>
          <w:lang w:eastAsia="zh-CN"/>
        </w:rPr>
        <w:t>　　科学常识：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1、认识海洋世界，自己动手描画出一幅海洋世界图画，了解一些在海洋生存的动物。</w:t>
      </w:r>
      <w:r>
        <w:rPr>
          <w:lang w:eastAsia="zh-CN"/>
        </w:rPr>
        <w:br/>
      </w:r>
      <w:r>
        <w:rPr>
          <w:lang w:eastAsia="zh-CN"/>
        </w:rPr>
        <w:t>　　2、进入动物世界了解它们的特征与生活。</w:t>
      </w:r>
      <w:r>
        <w:rPr>
          <w:lang w:eastAsia="zh-CN"/>
        </w:rPr>
        <w:br/>
      </w:r>
      <w:r>
        <w:rPr>
          <w:lang w:eastAsia="zh-CN"/>
        </w:rPr>
        <w:t>　　3、了解人体一些器官的用途与特点。</w:t>
      </w:r>
      <w:r>
        <w:rPr>
          <w:lang w:eastAsia="zh-CN"/>
        </w:rPr>
        <w:br/>
      </w:r>
      <w:r>
        <w:rPr>
          <w:lang w:eastAsia="zh-CN"/>
        </w:rPr>
        <w:t>　　4、学习简单的电路，让孩子们认识与了解一些简单的线路。</w:t>
      </w:r>
      <w:r>
        <w:rPr>
          <w:lang w:eastAsia="zh-CN"/>
        </w:rPr>
        <w:br/>
      </w:r>
      <w:r>
        <w:rPr>
          <w:lang w:eastAsia="zh-CN"/>
        </w:rPr>
        <w:t>　　美工操作：</w:t>
      </w:r>
      <w:r>
        <w:rPr>
          <w:lang w:eastAsia="zh-CN"/>
        </w:rPr>
        <w:br/>
      </w:r>
      <w:r>
        <w:rPr>
          <w:lang w:eastAsia="zh-CN"/>
        </w:rPr>
        <w:t>　　1、让幼儿利用平时对人物的影响，自己动手对人物、动物、景物的动静态进行绘画。</w:t>
      </w:r>
      <w:r>
        <w:rPr>
          <w:lang w:eastAsia="zh-CN"/>
        </w:rPr>
        <w:br/>
      </w:r>
      <w:r>
        <w:rPr>
          <w:lang w:eastAsia="zh-CN"/>
        </w:rPr>
        <w:t>　　2、让幼儿动手玩玩、画画折动物、植物手工。</w:t>
      </w:r>
      <w:r>
        <w:rPr>
          <w:lang w:eastAsia="zh-CN"/>
        </w:rPr>
        <w:br/>
      </w:r>
      <w:r>
        <w:rPr>
          <w:lang w:eastAsia="zh-CN"/>
        </w:rPr>
        <w:t>　　社会情感：</w:t>
      </w:r>
      <w:r>
        <w:rPr>
          <w:lang w:eastAsia="zh-CN"/>
        </w:rPr>
        <w:br/>
      </w:r>
      <w:r>
        <w:rPr>
          <w:lang w:eastAsia="zh-CN"/>
        </w:rPr>
        <w:t>　　以幼儿身边的事进行教学活动，加入现实中的事让孩子们在这科目中学习及联系现实生活中的事进行实践活动。</w:t>
      </w:r>
      <w:r>
        <w:rPr>
          <w:lang w:eastAsia="zh-CN"/>
        </w:rPr>
        <w:br/>
      </w:r>
      <w:r>
        <w:rPr>
          <w:lang w:eastAsia="zh-CN"/>
        </w:rPr>
        <w:t>　　(四)、家园沟通工作</w:t>
      </w:r>
      <w:r>
        <w:rPr>
          <w:lang w:eastAsia="zh-CN"/>
        </w:rPr>
        <w:br/>
      </w:r>
      <w:r>
        <w:rPr>
          <w:lang w:eastAsia="zh-CN"/>
        </w:rPr>
        <w:t>　　随着社会的进步，少生优生的观念也越来越强。独生子女居多，娇生惯养。其实家庭的教学很重要，可现在的孩子父母都特别溺爱，饭来张口衣来伸手的，舍不的严也舍不得打。这对幼儿的成长无形之中让的养成一些很不良的习惯与行为，使之父母希望把这重任交于老师，那么教师必须要做好家园沟通的工作，多与家长沟通了解孩子在家的情况。</w:t>
      </w:r>
      <w:r>
        <w:rPr>
          <w:lang w:eastAsia="zh-CN"/>
        </w:rPr>
        <w:br/>
      </w:r>
      <w:r>
        <w:rPr>
          <w:lang w:eastAsia="zh-CN"/>
        </w:rPr>
        <w:t>　　1、家园沟通是双向的，电话与面聊经常沟通，结合每个孩子的不同与需要与家长交流，让家长了解幼儿在幼儿园的表现及教师需了解幼儿在家的情况进行双方面结合教学。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2、让家长了解我们的教学目标及教学工作。</w:t>
      </w:r>
      <w:r>
        <w:rPr>
          <w:lang w:eastAsia="zh-CN"/>
        </w:rPr>
        <w:br/>
      </w:r>
      <w:r>
        <w:rPr>
          <w:lang w:eastAsia="zh-CN"/>
        </w:rPr>
        <w:t>　　3、父母是孩子的榜样，应以身作则，让孩子有样学样。</w:t>
      </w:r>
      <w:r>
        <w:rPr>
          <w:lang w:eastAsia="zh-CN"/>
        </w:rPr>
        <w:br/>
      </w:r>
      <w:r>
        <w:rPr>
          <w:lang w:eastAsia="zh-CN"/>
        </w:rPr>
        <w:t xml:space="preserve">    2024辅导工作总结 篇7 </w:t>
      </w:r>
      <w:r>
        <w:rPr>
          <w:lang w:eastAsia="zh-CN"/>
        </w:rPr>
        <w:br/>
      </w:r>
      <w:r>
        <w:rPr>
          <w:lang w:eastAsia="zh-CN"/>
        </w:rPr>
        <w:t>　　自任教以来，我坚定“精诚所至，金石为开”的信念去做好学困生的转化辅导工作。因为我知道要全面提高一个班级全体学生的学习质量，很重要的一条是要尽力做好学困生的转化工作。下面是本学期以来对学困生转化教育工作总结。</w:t>
      </w:r>
      <w:r>
        <w:rPr>
          <w:lang w:eastAsia="zh-CN"/>
        </w:rPr>
        <w:br/>
      </w:r>
      <w:r>
        <w:rPr>
          <w:lang w:eastAsia="zh-CN"/>
        </w:rPr>
        <w:t>　　一、深入细致了解学困生特点：</w:t>
      </w:r>
      <w:r>
        <w:rPr>
          <w:lang w:eastAsia="zh-CN"/>
        </w:rPr>
        <w:br/>
      </w:r>
      <w:r>
        <w:rPr>
          <w:lang w:eastAsia="zh-CN"/>
        </w:rPr>
        <w:t>　　本学期，我新接班的六年级，知情的老师都会说这个班不好接，因为学困生多。期初，我到班级上了几节课就发现存在的毛病多多：学习目的不明确，态度不端正，思想分散；上课规矩很差，做小动作，偷吃零食，伏在桌上乱七八糟；听说读写欠规范；作业拖拖拉拉，上交不及时，书写杂乱等。我开始深入了解原因，走近学生，从交谈起步，让学生有话敢向老师说；走近低年级教师，了解本班的发展经过；走近家庭访问，听听家长的声音。经了解发现存在以下三个特点：</w:t>
      </w:r>
      <w:r>
        <w:rPr>
          <w:lang w:eastAsia="zh-CN"/>
        </w:rPr>
        <w:br/>
      </w:r>
      <w:r>
        <w:rPr>
          <w:lang w:eastAsia="zh-CN"/>
        </w:rPr>
        <w:t>　　（1）父母外出打工，监控不到，爷爷奶奶无能为力。</w:t>
      </w:r>
      <w:r>
        <w:rPr>
          <w:lang w:eastAsia="zh-CN"/>
        </w:rPr>
        <w:br/>
      </w:r>
      <w:r>
        <w:rPr>
          <w:lang w:eastAsia="zh-CN"/>
        </w:rPr>
        <w:t>　　（2）子女少，从小父母过分溺爱，任其所以，养成好逸恶劳的习惯。</w:t>
      </w:r>
      <w:r>
        <w:rPr>
          <w:lang w:eastAsia="zh-CN"/>
        </w:rPr>
        <w:br/>
      </w:r>
      <w:r>
        <w:rPr>
          <w:lang w:eastAsia="zh-CN"/>
        </w:rPr>
        <w:t>　　（3）教师一年一变动，没有持之以恒的养成教育，缺乏上进心。</w:t>
      </w:r>
      <w:r>
        <w:rPr>
          <w:lang w:eastAsia="zh-CN"/>
        </w:rPr>
        <w:br/>
      </w:r>
      <w:r>
        <w:rPr>
          <w:lang w:eastAsia="zh-CN"/>
        </w:rPr>
        <w:t>　　二、适时教育</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学困生有一个契机问题，这就是要抓住其心理发生矛盾的转折点以适时教育。在学困生烦恼时，渴望得到人们的理解和尉籍，班主任要用师爱和集体的温暖，去帮助他；在学困生困难时，班主任应及时鼓励并给以具体援助；在学困生悲观时，班主任应引导学生看到光明，从错误中吸取教训；在学困生激动时，班主任要抓住这种情感泼动，把他从行为过错中转化过来。</w:t>
      </w:r>
      <w:r>
        <w:rPr>
          <w:lang w:eastAsia="zh-CN"/>
        </w:rPr>
        <w:br/>
      </w:r>
      <w:r>
        <w:rPr>
          <w:lang w:eastAsia="zh-CN"/>
        </w:rPr>
        <w:t>　　于是，我在教学中，始终坚持多方面激发其学习兴趣，培养其积极独立思维能力和合作意识。</w:t>
      </w:r>
      <w:r>
        <w:rPr>
          <w:lang w:eastAsia="zh-CN"/>
        </w:rPr>
        <w:br/>
      </w:r>
      <w:r>
        <w:rPr>
          <w:lang w:eastAsia="zh-CN"/>
        </w:rPr>
        <w:t>　　三、有的放矢，因人而异地采取措施：掌握学困生的思想特点，用爱心和耐心来做好思想鼓动工作。</w:t>
      </w:r>
      <w:r>
        <w:rPr>
          <w:lang w:eastAsia="zh-CN"/>
        </w:rPr>
        <w:br/>
      </w:r>
      <w:r>
        <w:rPr>
          <w:lang w:eastAsia="zh-CN"/>
        </w:rPr>
        <w:t>　　1、与学困生建立和谐融洽的关系。</w:t>
      </w:r>
      <w:r>
        <w:rPr>
          <w:lang w:eastAsia="zh-CN"/>
        </w:rPr>
        <w:br/>
      </w:r>
      <w:r>
        <w:rPr>
          <w:lang w:eastAsia="zh-CN"/>
        </w:rPr>
        <w:t>　　关心和爱护后进的学生。这是做好学困生思想工作的重要的前提，爱护学困生是打开后生的心扉的金钥匙。学困生需要温暖，更需要信任和关爱，所以教育要讲究艺术，做到爱中有严，严中有爱，耐心帮助他们提高思想认识，不能把他们当作无药可治的病人，任何一个后进生都可以找到闪光点，对他们的缺点，要树立本性可移的信念，用炽热的爱，去点燃他们心灵中的火把：自信心、自尊心、上进心。</w:t>
      </w:r>
      <w:r>
        <w:rPr>
          <w:lang w:eastAsia="zh-CN"/>
        </w:rPr>
        <w:br/>
      </w:r>
      <w:r>
        <w:rPr>
          <w:lang w:eastAsia="zh-CN"/>
        </w:rPr>
        <w:t>　　2、用爱的心与学困生的情感交流。</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有个故事可以启发我们：一把坚实的大锁挂在铁门上，一根铁杆费了九牛二虎之力，还是无法将它撬开。钥匙来了，它瘦小的身子钻进锁孔，只轻轻一转，那大锁就“啪”地一声打开了。铁杆奇怪地问：“为什么我费了那么大力气也打不开，而你却轻而易举地就把它打开了呢？”钥匙说：“因为我最了解他的心。”进入心灵的频道!人际沟通的金钥匙。</w:t>
      </w:r>
      <w:r>
        <w:rPr>
          <w:lang w:eastAsia="zh-CN"/>
        </w:rPr>
        <w:br/>
      </w:r>
      <w:r>
        <w:rPr>
          <w:lang w:eastAsia="zh-CN"/>
        </w:rPr>
        <w:t>　　平时我注意观察学生的动态，根据学生不同的性格特点，采用不同的疏导方法与学生进行交流。如好动好玩者，课间跟他们一起玩，在玩中讲道理，规范课堂秩序；爱偷吃零食者，有备请吃糖果，说说吃零食应注意时间、空间、数量等，让其意识到课上吃零食是很坏的影响；对作业不按时交和书写潦草的，先减少作业量，要求及时完成，书写工整，以示老师的扶贫关爱，按老师要求做到的，及时表扬鼓励，使其树立信心慢慢与其他同学齐步前进。</w:t>
      </w:r>
      <w:r>
        <w:rPr>
          <w:lang w:eastAsia="zh-CN"/>
        </w:rPr>
        <w:br/>
      </w:r>
      <w:r>
        <w:rPr>
          <w:lang w:eastAsia="zh-CN"/>
        </w:rPr>
        <w:t>　　3、提高课堂艺术，激发兴趣。</w:t>
      </w:r>
      <w:r>
        <w:rPr>
          <w:lang w:eastAsia="zh-CN"/>
        </w:rPr>
        <w:br/>
      </w:r>
      <w:r>
        <w:rPr>
          <w:lang w:eastAsia="zh-CN"/>
        </w:rPr>
        <w:t>　　采用生动灵活的教学艺术，让学生在学中乐，学中仿，学中用，从而激发兴趣。学习能动性培养起来，建立起主动性，效率自然得以提高。差生由于心理上怕说不好而不敢开口，我尽量将比较简单的问题让他们回答；这样学困生开口的习惯就会慢慢的养成。时间长了，学困生的参与意识大大地加强，习惯成自然，消除了畏惧心理，就能在和谐轻松的气氛中学习。</w:t>
      </w:r>
      <w:r>
        <w:rPr>
          <w:lang w:eastAsia="zh-CN"/>
        </w:rPr>
        <w:br/>
      </w:r>
      <w:r>
        <w:rPr>
          <w:lang w:eastAsia="zh-CN"/>
        </w:rPr>
        <w:t>　　4、帮助学困生列计划定目标。</w:t>
      </w:r>
      <w:r>
        <w:rPr>
          <w:lang w:eastAsia="zh-CN"/>
        </w:rPr>
        <w:br/>
      </w:r>
      <w:r>
        <w:rPr>
          <w:lang w:eastAsia="zh-CN"/>
        </w:rPr>
        <w:t xml:space="preserve">    2024辅导工作总结 篇8 </w:t>
      </w:r>
      <w:r>
        <w:rPr>
          <w:lang w:eastAsia="zh-CN"/>
        </w:rPr>
        <w:br/>
      </w:r>
      <w:r>
        <w:rPr>
          <w:lang w:eastAsia="zh-CN"/>
        </w:rPr>
        <w:t>　　一学期以来，在学校领导、老师们的关心和支持下，我在对学生进行课外辅导工作过程中，能根据实际情况，有步骤、有措施地实施落实"培优补差"的内容，使学生能较好的得到发展。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通过内化教育，学生的学习动机，学习积极性大大地被调动起来，不管是优等生或是差生，现都能明确自己的学习目的，不是为别人，而是为自己；学习风气较以前有明显的变化，以前是"要我学"，现在是"我要学"。通过不断的加强训练，老师帮助学生获取一个个小成功，学生的自信心，意志力得到很大的提高。现将一学期来的工作总结如下：</w:t>
      </w:r>
      <w:r>
        <w:rPr>
          <w:lang w:eastAsia="zh-CN"/>
        </w:rPr>
        <w:br/>
      </w:r>
      <w:r>
        <w:rPr>
          <w:lang w:eastAsia="zh-CN"/>
        </w:rPr>
        <w:t>　　1、教学观念的积极转化，家长的热心配合。</w:t>
      </w:r>
      <w:r>
        <w:rPr>
          <w:lang w:eastAsia="zh-CN"/>
        </w:rPr>
        <w:br/>
      </w:r>
      <w:r>
        <w:rPr>
          <w:lang w:eastAsia="zh-CN"/>
        </w:rPr>
        <w:t>　　在工作过程中，教师的观念能积极转化，由以前看分数，注重优生的辅导，对潜能生耐心不足，"恨铁不成钢"，急功近利的心态转变为能正确看待每一个学生，以培养学生素质的提高为自己工作的重点。在工作过程中能个体分析，群体分析，确立发展目标和措施，找出每个学生的优点，缺点，潜在的优点，缺点，新的生长点。用发展的眼光看自己，分析别人。积极对待学生的每一个闪光点，施以恰如其分的鼓励性评价，家长能热心配合，使得每一位学生能安心于课堂的学习，把潜能生的厌学情绪抑制在一个最低点上。</w:t>
      </w:r>
      <w:r>
        <w:rPr>
          <w:lang w:eastAsia="zh-CN"/>
        </w:rPr>
        <w:br/>
      </w:r>
      <w:r>
        <w:rPr>
          <w:lang w:eastAsia="zh-CN"/>
        </w:rPr>
        <w:t>　　2、在班级里建立学生的学习档案，依此进行分层，设立不同层次的学习帮扶小组，确立学习目标。</w:t>
      </w:r>
      <w:r>
        <w:rPr>
          <w:lang w:eastAsia="zh-CN"/>
        </w:rPr>
        <w:br/>
      </w:r>
      <w:r>
        <w:rPr>
          <w:lang w:eastAsia="zh-CN"/>
        </w:rPr>
        <w:t>　　在班级里努力营造一个良好的学习氛围，改变老师补课，留课的陋习，把问题交给学生去独立解决，老师起指导作用。其次，依据学生的能力，对各层次的学生分别有不同的完成目标，由易而难，逐层推进。</w:t>
      </w:r>
      <w:r>
        <w:rPr>
          <w:lang w:eastAsia="zh-CN"/>
        </w:rPr>
        <w:br/>
      </w:r>
      <w:r>
        <w:rPr>
          <w:lang w:eastAsia="zh-CN"/>
        </w:rPr>
        <w:t>　　3、实行"低、小、多、快"的教法改革，充分发挥学生相互教育，自我教育的作用。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摸清学生相关准备知识，基础，能力和心理准备的实际，把起点放在学生努力一下就可以达到的水平上，使新旧知识产生联结，形成网络。根据学生实际，确定能达到的实际进度，把教学的步子放小，把教学内容按由易到难，由简到繁的原则分解成合理的层次，分层推进。在实际教学中，根据本学生实际精心设计每一节课，力争做到精讲精练。快速反馈，及时发现学生存在的问题，及时矫正及调节教学进度，从而有效地提高课堂教学的效益，避免课后大面积补课。</w:t>
      </w:r>
      <w:r>
        <w:rPr>
          <w:lang w:eastAsia="zh-CN"/>
        </w:rPr>
        <w:br/>
      </w:r>
      <w:r>
        <w:rPr>
          <w:lang w:eastAsia="zh-CN"/>
        </w:rPr>
        <w:t>　　在对学生进行课外辅导的过程中，我采取了这样一些措施：</w:t>
      </w:r>
      <w:r>
        <w:rPr>
          <w:lang w:eastAsia="zh-CN"/>
        </w:rPr>
        <w:br/>
      </w:r>
      <w:r>
        <w:rPr>
          <w:lang w:eastAsia="zh-CN"/>
        </w:rPr>
        <w:t>　　1、培优重在拔尖，补差重在提高。</w:t>
      </w:r>
      <w:r>
        <w:rPr>
          <w:lang w:eastAsia="zh-CN"/>
        </w:rPr>
        <w:br/>
      </w:r>
      <w:r>
        <w:rPr>
          <w:lang w:eastAsia="zh-CN"/>
        </w:rPr>
        <w:t>　　2、课堂上有意识给他们制造机会，让优生吃得饱，让差生吃得好。</w:t>
      </w:r>
      <w:r>
        <w:rPr>
          <w:lang w:eastAsia="zh-CN"/>
        </w:rPr>
        <w:br/>
      </w:r>
      <w:r>
        <w:rPr>
          <w:lang w:eastAsia="zh-CN"/>
        </w:rPr>
        <w:t>　　3、课外辅导，利用每天下午的第三节课的时间，组织学生加以辅导训练。</w:t>
      </w:r>
      <w:r>
        <w:rPr>
          <w:lang w:eastAsia="zh-CN"/>
        </w:rPr>
        <w:br/>
      </w:r>
      <w:r>
        <w:rPr>
          <w:lang w:eastAsia="zh-CN"/>
        </w:rPr>
        <w:t>　　4、发挥优生的优势，指名让他带一名差生，介绍方法让差生懂得怎样学，激起他们的学习兴趣。</w:t>
      </w:r>
      <w:r>
        <w:rPr>
          <w:lang w:eastAsia="zh-CN"/>
        </w:rPr>
        <w:br/>
      </w:r>
      <w:r>
        <w:rPr>
          <w:lang w:eastAsia="zh-CN"/>
        </w:rPr>
        <w:t>　　5、对于差生主要引导他们多学习，多重复，在熟练的基础上不断提高自己的分析推理能力，尤其是学习态度的转变和学习积极性的提高方面要花大力气。</w:t>
      </w:r>
      <w:r>
        <w:rPr>
          <w:lang w:eastAsia="zh-CN"/>
        </w:rPr>
        <w:br/>
      </w:r>
      <w:r>
        <w:rPr>
          <w:lang w:eastAsia="zh-CN"/>
        </w:rPr>
        <w:t>　　6、优生鼓励他们多做创新的事情，拓展自己的知识面。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在本学期的时间里，虽然取得了一定的成绩，但也还存在着一些问题，如教育、教学方法、手段还有些粗糙，还有待改进。但我相信只要学校的支持、老师的配合，我的“培优补差”工作一定能越做越好。</w:t>
      </w:r>
      <w:r>
        <w:rPr>
          <w:lang w:eastAsia="zh-CN"/>
        </w:rPr>
        <w:br/>
      </w:r>
      <w:r>
        <w:rPr>
          <w:lang w:eastAsia="zh-CN"/>
        </w:rPr>
        <w:t xml:space="preserve">    2024辅导工作总结 篇9 </w:t>
      </w:r>
      <w:r>
        <w:rPr>
          <w:lang w:eastAsia="zh-CN"/>
        </w:rPr>
        <w:br/>
      </w:r>
      <w:r>
        <w:rPr>
          <w:lang w:eastAsia="zh-CN"/>
        </w:rPr>
        <w:t>　　为了全面提高二年级一班全体学生的学习质量，我知道很重要的一条是要尽力做好学困生的转化工作。为此，我根据后进生形成的原因，有的放矢地做好他们的思想教育工作，采取措施提高他们的学习成绩，在这方面做了大量工作，也取得了一定的成绩。为了总结经验，更好地做好学困生的转化工作，现对本期学困生的转化工作总结如下：</w:t>
      </w:r>
      <w:r>
        <w:rPr>
          <w:lang w:eastAsia="zh-CN"/>
        </w:rPr>
        <w:br/>
      </w:r>
      <w:r>
        <w:rPr>
          <w:lang w:eastAsia="zh-CN"/>
        </w:rPr>
        <w:t>　　一、分析学困生特点：</w:t>
      </w:r>
      <w:r>
        <w:rPr>
          <w:lang w:eastAsia="zh-CN"/>
        </w:rPr>
        <w:br/>
      </w:r>
      <w:r>
        <w:rPr>
          <w:lang w:eastAsia="zh-CN"/>
        </w:rPr>
        <w:t>　　我班的学困生存在的主要毛病就是：学习目的不明确，态度不端正，作业拖拖拉拉，上交不及时，没有家长监控，而且书写太乱。心理方面也存在有以下三个特点：</w:t>
      </w:r>
      <w:r>
        <w:rPr>
          <w:lang w:eastAsia="zh-CN"/>
        </w:rPr>
        <w:br/>
      </w:r>
      <w:r>
        <w:rPr>
          <w:lang w:eastAsia="zh-CN"/>
        </w:rPr>
        <w:t>　　（1）自尊和得不到尊重的矛盾。</w:t>
      </w:r>
      <w:r>
        <w:rPr>
          <w:lang w:eastAsia="zh-CN"/>
        </w:rPr>
        <w:br/>
      </w:r>
      <w:r>
        <w:rPr>
          <w:lang w:eastAsia="zh-CN"/>
        </w:rPr>
        <w:t>　　（2）好胜而不能取胜的矛盾。</w:t>
      </w:r>
      <w:r>
        <w:rPr>
          <w:lang w:eastAsia="zh-CN"/>
        </w:rPr>
        <w:br/>
      </w:r>
      <w:r>
        <w:rPr>
          <w:lang w:eastAsia="zh-CN"/>
        </w:rPr>
        <w:t>　　（3）上进心与意志薄弱的矛盾。</w:t>
      </w:r>
      <w:r>
        <w:rPr>
          <w:lang w:eastAsia="zh-CN"/>
        </w:rPr>
        <w:br/>
      </w:r>
      <w:r>
        <w:rPr>
          <w:lang w:eastAsia="zh-CN"/>
        </w:rPr>
        <w:t>　　二、有的放矢地采取措施：</w:t>
      </w:r>
      <w:r>
        <w:rPr>
          <w:lang w:eastAsia="zh-CN"/>
        </w:rPr>
        <w:br/>
      </w:r>
      <w:r>
        <w:rPr>
          <w:lang w:eastAsia="zh-CN"/>
        </w:rPr>
        <w:t>　　剖析学困生思想特点，以爱心来做好思想鼓动工作。</w:t>
      </w:r>
      <w:r>
        <w:rPr>
          <w:lang w:eastAsia="zh-CN"/>
        </w:rPr>
        <w:br/>
      </w:r>
      <w:r>
        <w:rPr>
          <w:lang w:eastAsia="zh-CN"/>
        </w:rPr>
        <w:t>　　1、了解学困生，建立和谐融洽的师生关系。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关心和爱护后进的学生。这是做好学困生思想工作的一个重要的前提条件，爱护学困生是打开后生的心扉的金钥匙。学困生更需要温暖、信任和热爱，所以教育要讲究艺术，做到爱中有严，严中有爱，耐心帮助他们提高思想认识，不能把他们当作后进生看待，任何一个后进身上都可以找到闪光点，对他们的缺点要树立本性可移的信念，用炽热的爱去点燃他们心灵中的三把火：自信心、自尊心、上进心。</w:t>
      </w:r>
      <w:r>
        <w:rPr>
          <w:lang w:eastAsia="zh-CN"/>
        </w:rPr>
        <w:br/>
      </w:r>
      <w:r>
        <w:rPr>
          <w:lang w:eastAsia="zh-CN"/>
        </w:rPr>
        <w:t>　　2、重视课内课外与学困生的情感交流。</w:t>
      </w:r>
      <w:r>
        <w:rPr>
          <w:lang w:eastAsia="zh-CN"/>
        </w:rPr>
        <w:br/>
      </w:r>
      <w:r>
        <w:rPr>
          <w:lang w:eastAsia="zh-CN"/>
        </w:rPr>
        <w:t>　　富有新意的课初开端。每堂成功的课都有一个好的开端。课初开端主要任务是使教学一开始便能紧紧抓住学生的注意力，主要方法是富有新意、不拘一格、时间长短适当。</w:t>
      </w:r>
      <w:r>
        <w:rPr>
          <w:lang w:eastAsia="zh-CN"/>
        </w:rPr>
        <w:br/>
      </w:r>
      <w:r>
        <w:rPr>
          <w:lang w:eastAsia="zh-CN"/>
        </w:rPr>
        <w:t>　　3、优化课堂，激发兴趣。</w:t>
      </w:r>
      <w:r>
        <w:rPr>
          <w:lang w:eastAsia="zh-CN"/>
        </w:rPr>
        <w:br/>
      </w:r>
      <w:r>
        <w:rPr>
          <w:lang w:eastAsia="zh-CN"/>
        </w:rPr>
        <w:t>　　采用灵活多变的教学方法，让学生在做中学，学中用，从而激发兴趣，学地主动，提高效率。差生由于羞怯心理往往怕开口，我尽量将难易适度的问题去问他们；这样学困生开口的习惯慢慢的养成。一学期下来，学困生的参与意识大大地加强，消除了畏惧心理，能在和谐轻松的气氛中学习。</w:t>
      </w:r>
      <w:r>
        <w:rPr>
          <w:lang w:eastAsia="zh-CN"/>
        </w:rPr>
        <w:br/>
      </w:r>
      <w:r>
        <w:rPr>
          <w:lang w:eastAsia="zh-CN"/>
        </w:rPr>
        <w:t>　　4、列计划，定目标。</w:t>
      </w:r>
      <w:r>
        <w:rPr>
          <w:lang w:eastAsia="zh-CN"/>
        </w:rPr>
        <w:br/>
      </w:r>
      <w:r>
        <w:rPr>
          <w:lang w:eastAsia="zh-CN"/>
        </w:rPr>
        <w:t>　　学生有了学习数学的兴趣，帮助他们列出学习计划。由于他们基础较差，课后也及时的督促他们进行复习和巩固。学困生之所以差，没有奋斗目标是一重要原因，我在对每位学困生全面了解的基础上，给他们制定了短期学习目标和长期学习目标，让他们经常达到自己的目标，并尝试成功的喜悦，激发他们学习的动力。</w:t>
      </w:r>
      <w:r>
        <w:rPr>
          <w:lang w:eastAsia="zh-CN"/>
        </w:rPr>
        <w:br/>
      </w:r>
      <w:r>
        <w:rPr>
          <w:lang w:eastAsia="zh-CN"/>
        </w:rPr>
        <w:t>　　5、家校配合，共同督促。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对于学困生来说，要想进步自然要付出的更多。在校期间由老师督促，回家之后的家庭作业就要靠家长督促了。只有学校与家长能够配合起来，共同的努力，学困生的转化工作才能取得很好效果。</w:t>
      </w:r>
      <w:r>
        <w:rPr>
          <w:lang w:eastAsia="zh-CN"/>
        </w:rPr>
        <w:br/>
      </w:r>
      <w:r>
        <w:rPr>
          <w:lang w:eastAsia="zh-CN"/>
        </w:rPr>
        <w:t>　　6、同学间的互助。</w:t>
      </w:r>
      <w:r>
        <w:rPr>
          <w:lang w:eastAsia="zh-CN"/>
        </w:rPr>
        <w:br/>
      </w:r>
      <w:r>
        <w:rPr>
          <w:lang w:eastAsia="zh-CN"/>
        </w:rPr>
        <w:t>　　让学习好的同学与学困生结成对于互相帮助，既取得好的效果又密切了同学关系。这样，有助予养成差生的良好的心态。</w:t>
      </w:r>
      <w:r>
        <w:rPr>
          <w:lang w:eastAsia="zh-CN"/>
        </w:rPr>
        <w:br/>
      </w:r>
      <w:r>
        <w:rPr>
          <w:lang w:eastAsia="zh-CN"/>
        </w:rPr>
        <w:t>　　总之，教学是一门学问，上课是一门艺术。要想教好学，上好课，保证每个学生都能取得好的。成绩更是很难。不过作为教师我们有责任教好每一个学生，帮助每一个学生实现自己的人生价值。对于学困生的转化工作势在必行，而且必须做好。以上是我的一点做法与体会。希望每一位教师能够重视差生，多多的转化学困生。这也是抓好整体教学的关键所在。学困生有他们的共性，也有个性，我们要从每个学困生的实际出发，采取生动活泼、灵活多样的教育方法，因材施教，引导他们健康成长。</w:t>
      </w:r>
      <w:r>
        <w:rPr>
          <w:lang w:eastAsia="zh-CN"/>
        </w:rPr>
        <w:br/>
      </w:r>
      <w:r>
        <w:rPr>
          <w:lang w:eastAsia="zh-CN"/>
        </w:rPr>
        <w:t xml:space="preserve">    2024辅导工作总结 篇10 </w:t>
      </w:r>
      <w:r>
        <w:rPr>
          <w:lang w:eastAsia="zh-CN"/>
        </w:rPr>
        <w:br/>
      </w:r>
      <w:r>
        <w:rPr>
          <w:lang w:eastAsia="zh-CN"/>
        </w:rPr>
        <w:t>　　上半学期我担任五年级数学教学工作。一直认真学习，深入研究教学方法。立足现在，放眼未来，为使今后的教学工作取得更大的进步，现对本学期教学工作作出总结，希望能发扬优点，克服不足，总结经验教训，继往开来，以促进教育工作更上一层楼。经过一个学期的努力，可以说紧张忙碌而收获多多。</w:t>
      </w:r>
      <w:r>
        <w:rPr>
          <w:lang w:eastAsia="zh-CN"/>
        </w:rPr>
        <w:br/>
      </w:r>
      <w:r>
        <w:rPr>
          <w:lang w:eastAsia="zh-CN"/>
        </w:rPr>
        <w:t>　　一、备好课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认真备课，不但备学生而且备教材备教法，根据教材内容及学生的实际，设计课的类型，拟定采用的教学方法，并对教学过程的程序及时间安排都作了详细的记录，认真备好电子教案。每一课都做到有备而来，每堂课都在课前做好充分的准备，并制作各种利于吸引学生注意力的有趣教具，课后及时对该课作出总结。</w:t>
      </w:r>
      <w:r>
        <w:rPr>
          <w:lang w:eastAsia="zh-CN"/>
        </w:rPr>
        <w:br/>
      </w:r>
      <w:r>
        <w:rPr>
          <w:lang w:eastAsia="zh-CN"/>
        </w:rPr>
        <w:t>　　二、增强上课技能，提高教学质量</w:t>
      </w:r>
      <w:r>
        <w:rPr>
          <w:lang w:eastAsia="zh-CN"/>
        </w:rPr>
        <w:br/>
      </w:r>
      <w:r>
        <w:rPr>
          <w:lang w:eastAsia="zh-CN"/>
        </w:rPr>
        <w:t>　　一堂准备充分的课，会令学生和老师都获益不浅。例如我在讲授《认识人民币》的时候，这课教学难度比较大。一年级儿童年龄小，对于用钱买到东西这等价交换的方法不是很明白。为了上好这堂课，我认真研究了课文，找出了重点，难点，准备有针对性地讲。为了突出人民币的商品功能和在社会生活中的重要作用，我在这方面做了精心的安排。为了令教学生动，不沉闷，我还为此准备了大量的教具，授课时就胸有成竹了。如出示了主题图3幅逼真的购物、乘车、存钱的画面，即只要进行商品交换，就要用到人民币。</w:t>
      </w:r>
      <w:r>
        <w:rPr>
          <w:lang w:eastAsia="zh-CN"/>
        </w:rPr>
        <w:br/>
      </w:r>
      <w:r>
        <w:rPr>
          <w:lang w:eastAsia="zh-CN"/>
        </w:rPr>
        <w:t>　　同时，联系学生的日常生活，教育学生将平时的零花钱积攒起来，积少成多后，将这些钱用来办更多更有意义的事情，如买好书捐赠给贫困的同伴等等。另外，新教材还多处精心创设购物情境，让学生在购物活动中认识人民币。通过活动，使学生在买卖商品中掌握人民币的有关知识，提高社会交往和社会实践能力。可见，认真备课对教学十分重要。</w:t>
      </w:r>
      <w:r>
        <w:rPr>
          <w:lang w:eastAsia="zh-CN"/>
        </w:rPr>
        <w:br/>
      </w:r>
      <w:r>
        <w:rPr>
          <w:lang w:eastAsia="zh-CN"/>
        </w:rPr>
        <w:t>　　增强上课技能，提高教学质量，使讲解清晰化，条理化，准确化，条理化，准确化，情感化，生动化，做到线索清晰，层次分明，言简意赅，深入浅出。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在课堂上特别注意调动学生的积极性，加强师生交流，充分体现学生的主体作用，让学生学得容易，学得轻松，学得愉快;注意精讲精练，在课堂上老师讲得尽量少，学生动口动手动脑尽量多;同时在每一堂课上都充分考虑每一个层次的学生学习需求和学习能力，让各个层次的学生都得到提高。现在学生普遍反映喜欢上数学课，就连以前极讨厌数学的学生都乐于上课了。</w:t>
      </w:r>
      <w:r>
        <w:rPr>
          <w:lang w:eastAsia="zh-CN"/>
        </w:rPr>
        <w:br/>
      </w:r>
      <w:r>
        <w:rPr>
          <w:lang w:eastAsia="zh-CN"/>
        </w:rPr>
        <w:t>　　要提高教学质量，还要做好课后辅导工作，小学生爱动、好玩，缺乏自控能力，常在学习上不能按时完成作业，有的学生抄袭作业。</w:t>
      </w:r>
      <w:r>
        <w:rPr>
          <w:lang w:eastAsia="zh-CN"/>
        </w:rPr>
        <w:br/>
      </w:r>
      <w:r>
        <w:rPr>
          <w:lang w:eastAsia="zh-CN"/>
        </w:rPr>
        <w:t>　　针对这种问题，抓好学生的思想教育，并使这一工作贯彻到对学生的学习指导中去，还要做好对学生学习的辅导和帮助工作，尤其在后进生的转化上，对后进生努力做到从友善开始，比如，握握他的手，摸摸他的头，或帮助整理衣服。从赞美着手，所有的人都渴望得到别人的理解和尊重，所以，和差生交谈时，对他的处境、想法表示深刻的理解和尊重，还有在批评学生之前，先谈谈自己工作的不足。</w:t>
      </w:r>
      <w:r>
        <w:rPr>
          <w:lang w:eastAsia="zh-CN"/>
        </w:rPr>
        <w:br/>
      </w:r>
      <w:r>
        <w:rPr>
          <w:lang w:eastAsia="zh-CN"/>
        </w:rPr>
        <w:t>　　三、做好后进生的辅导工作</w:t>
      </w:r>
      <w:r>
        <w:rPr>
          <w:lang w:eastAsia="zh-CN"/>
        </w:rPr>
        <w:br/>
      </w:r>
      <w:r>
        <w:rPr>
          <w:lang w:eastAsia="zh-CN"/>
        </w:rPr>
        <w:t>　　在课后，为不同层次的学生进行相应的辅导，以满足不同层次的学生的需求，避免了一刀切的弊端，同时加大了后进生的辅导力度。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对后进生的辅导，并不限于学习知识性的辅导，更重要的是学习思想的辅导，要提高后进生的成绩，首先要解决他们心结，让他们意识到学习的重要性和必要性，使之对学习萌发兴趣。要通过各种途径激发他们的求知欲和上进心，让他们意识到学习并不是一项任务，也不是一件痛苦的事情。而是充满乐趣的。从而自觉的把身心投放到学习中去。这样，后进生的转化，就由原来的简单粗暴、强制学习转化到自觉的求知上来。使学习成为他们自我意识力度一部分。</w:t>
      </w:r>
      <w:r>
        <w:rPr>
          <w:lang w:eastAsia="zh-CN"/>
        </w:rPr>
        <w:br/>
      </w:r>
      <w:r>
        <w:rPr>
          <w:lang w:eastAsia="zh-CN"/>
        </w:rPr>
        <w:t>　　在此基础上，再教给他们学习的方法，提高他们的技能。并认真细致地做好查漏补缺工作。后进生通常存在很多知识断层，这些都是后进生转化过程中的难点，在做好后进生的转化工作时，要特别注意给他们补习功课，把他们以前学习的知识断层补充完整，这样，他们就会学得轻松，进步也快，兴趣和求知欲也会随之增加。</w:t>
      </w:r>
      <w:r>
        <w:rPr>
          <w:lang w:eastAsia="zh-CN"/>
        </w:rPr>
        <w:br/>
      </w:r>
      <w:r>
        <w:rPr>
          <w:lang w:eastAsia="zh-CN"/>
        </w:rPr>
        <w:t>　　四、博采众长，提高教学水平</w:t>
      </w:r>
      <w:r>
        <w:rPr>
          <w:lang w:eastAsia="zh-CN"/>
        </w:rPr>
        <w:br/>
      </w:r>
      <w:r>
        <w:rPr>
          <w:lang w:eastAsia="zh-CN"/>
        </w:rPr>
        <w:t>　　欲给学生一滴水，老师先要有一桶水，尤其是在当今知识更新非常迅速的年代，为更好地适应教学工作。我明白：今天的学习就是为了明天的工作，教师自身素质的提高就是为了更好地干好教育工作。教到老，学到老，才会永远站在教育领域的前端。</w:t>
      </w:r>
      <w:r>
        <w:rPr>
          <w:lang w:eastAsia="zh-CN"/>
        </w:rPr>
        <w:br/>
      </w:r>
      <w:r>
        <w:rPr>
          <w:lang w:eastAsia="zh-CN"/>
        </w:rPr>
        <w:t>　　在教学中，虚心请教其他老师，在教学上，有疑必问。在各个章节的学习上都积极征求其他老师的意见，学习他们的方法，同时，多听老师的课，做到边听边讲，学习别人的优点，克服自己的不足，并常常邀请其他老师来听课，征求他们的意见，改进工作。</w:t>
      </w:r>
      <w:r>
        <w:rPr>
          <w:lang w:eastAsia="zh-CN"/>
        </w:rPr>
        <w:br/>
      </w:r>
      <w:r>
        <w:rPr>
          <w:lang w:eastAsia="zh-CN"/>
        </w:rPr>
        <w:t>　　五、一份耕耘，一份收获</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经过一个学期的努力，期末考就是一种考验。无论成绩高低，都体现了我在这学期的教学成果。我明白到这并不是最重要的，重要的是在本学期后如何自我提高，如何共同提高学生的数学水平。因此，无论怎样辛苦，我都会继续努力，多问，多想，多向同事学习，争取进步。</w:t>
      </w:r>
      <w:r>
        <w:rPr>
          <w:lang w:eastAsia="zh-CN"/>
        </w:rPr>
        <w:br/>
      </w:r>
      <w:r>
        <w:rPr>
          <w:lang w:eastAsia="zh-CN"/>
        </w:rPr>
        <w:t>　　教学工作苦乐相伴。我将本着勤学、善思、实干的准则，一如既往，再接再厉，把工作搞得更好。以上就是我在本学期的教学工作总结。由于经验颇浅，许多地方存在不足，希望在未来的日子里，能与各位老师共同参研教学工作，力争取得更好成绩。</w:t>
      </w:r>
      <w:r>
        <w:rPr>
          <w:lang w:eastAsia="zh-CN"/>
        </w:rPr>
        <w:br/>
      </w:r>
      <w:r>
        <w:rPr>
          <w:lang w:eastAsia="zh-CN"/>
        </w:rPr>
        <w:t>　　今后社会对教师的素质要求更高，在今后的教育教学工作中，我将更严格要求自己，努力工作，发扬优点，改正缺点，开拓前进，为美好的明天奉献自己的力量。</w:t>
      </w:r>
      <w:r>
        <w:rPr>
          <w:lang w:eastAsia="zh-CN"/>
        </w:rPr>
        <w:br/>
      </w:r>
      <w:r>
        <w:rPr>
          <w:lang w:eastAsia="zh-CN"/>
        </w:rPr>
        <w:t xml:space="preserve">    2024辅导工作总结 篇11 </w:t>
      </w:r>
      <w:r>
        <w:rPr>
          <w:lang w:eastAsia="zh-CN"/>
        </w:rPr>
        <w:br/>
      </w:r>
      <w:r>
        <w:rPr>
          <w:lang w:eastAsia="zh-CN"/>
        </w:rPr>
        <w:t>　　学生因各自的原因，导致成绩差。有的自身理解力很差、记忆力差，接受新知识的能力也很差，就算课堂上认真听课，努力完成老师的作业，成绩还是无法提高。有的自身接受新知识能力差和理解力差，基础一直以来都不扎实，但课堂上又不听课，经常讲话、玩小动作，作业马虎应付，家长不重视，成绩当然无法提高。针对以上两种类型，我采取如下的方法进行转化。</w:t>
      </w:r>
      <w:r>
        <w:rPr>
          <w:lang w:eastAsia="zh-CN"/>
        </w:rPr>
        <w:br/>
      </w:r>
      <w:r>
        <w:rPr>
          <w:lang w:eastAsia="zh-CN"/>
        </w:rPr>
        <w:t>　　一、加强思想沟通，纠正他们的学习态度，确立学习目标。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利用课余时间找他们谈话，经常过问他们的学习成绩，聊一下生活上其它的事情，让他们觉得老师是值得他们交住的朋友，只要他们有什么心事，我都尽量帮助他们解决。此外，还主动与家长取得联系，了解他们在家表现，与家长一起制定方案和目标，努力帮助他们改正不好的学习习惯。注意培养良好的师生关系，尽量让学生喜欢我，如果他们喜欢我，就会很乐意听你的课，也会很乐意地完成你布置的各项作业。</w:t>
      </w:r>
      <w:r>
        <w:rPr>
          <w:lang w:eastAsia="zh-CN"/>
        </w:rPr>
        <w:br/>
      </w:r>
      <w:r>
        <w:rPr>
          <w:lang w:eastAsia="zh-CN"/>
        </w:rPr>
        <w:t>　　二、多点表扬，少点批评。</w:t>
      </w:r>
      <w:r>
        <w:rPr>
          <w:lang w:eastAsia="zh-CN"/>
        </w:rPr>
        <w:br/>
      </w:r>
      <w:r>
        <w:rPr>
          <w:lang w:eastAsia="zh-CN"/>
        </w:rPr>
        <w:t>　　大凡是人都喜欢听到人家的表扬，不喜欢别人批评自己。作为一名成绩差的学生，他自己也不好受，所以做老师一定要记住多些表扬少些批评。课堂上积极提问他们，如果他做到敢于发言，不管他说的对不对，都要及时表扬他，让他养成思考和回答问题的好习惯。每次考试成绩进步了，都进行全班表扬，让差生也体会到成功的喜悦，让他们感觉到老师对待他们和对待班里的优生一样受到老师的尊重。这样他们的学习动力就有了，也会积极配合老师完成各项作业。</w:t>
      </w:r>
      <w:r>
        <w:rPr>
          <w:lang w:eastAsia="zh-CN"/>
        </w:rPr>
        <w:br/>
      </w:r>
      <w:r>
        <w:rPr>
          <w:lang w:eastAsia="zh-CN"/>
        </w:rPr>
        <w:t>　　三、根据差生的要求及时改进教法。</w:t>
      </w:r>
      <w:r>
        <w:rPr>
          <w:lang w:eastAsia="zh-CN"/>
        </w:rPr>
        <w:br/>
      </w:r>
      <w:r>
        <w:rPr>
          <w:lang w:eastAsia="zh-CN"/>
        </w:rPr>
        <w:t>　　一节课不能只顾及优生也不去管差生。因此针对老师的上课风格及方法，除了征求优生的意见也要询问差生的要求。根据他们反馈的情况及时对自己的教学方法进行改进，努力去适应他们。因此在备课环节，优先考虑学生情况，再考虑教学方法。</w:t>
      </w:r>
      <w:r>
        <w:rPr>
          <w:lang w:eastAsia="zh-CN"/>
        </w:rPr>
        <w:br/>
      </w:r>
      <w:r>
        <w:rPr>
          <w:lang w:eastAsia="zh-CN"/>
        </w:rPr>
        <w:t>　　四、建立差生档案，利用课余时间辅导。</w:t>
      </w:r>
      <w:r>
        <w:rPr>
          <w:lang w:eastAsia="zh-CN"/>
        </w:rPr>
        <w:br/>
      </w:r>
      <w:r>
        <w:rPr>
          <w:lang w:eastAsia="zh-CN"/>
        </w:rPr>
        <w:t>　　对每一名学困生，在每次单元测验完成后，分别记录他们的错题，并进行归类保管，汇总哪一项不过关，再单独辅导。辅导方法:针对他们每一项分别出一些题目，先学习知识点，再讲解题方法，在辅导时，能一题多解的，老师都会罗列出来，让学生进行选择合适自己的解题方法，逐项辅导过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五、家校互动，教给家长辅导方法，尽量让家长抽空辅导小孩。</w:t>
      </w:r>
      <w:r>
        <w:rPr>
          <w:lang w:eastAsia="zh-CN"/>
        </w:rPr>
        <w:br/>
      </w:r>
      <w:r>
        <w:rPr>
          <w:lang w:eastAsia="zh-CN"/>
        </w:rPr>
        <w:t>　　利用学校现有平台，将每天布置的作业，小孩在校表现情况，每天学习的知识以及辅导方法发到家长们的手机上。只要家长肯抽时间主动去辅导小孩，小孩的进步是明显的。当家长看到自己小孩的进步，他们也会尝到甜头，坚定信心辅导下去。</w:t>
      </w:r>
      <w:r>
        <w:rPr>
          <w:lang w:eastAsia="zh-CN"/>
        </w:rPr>
        <w:br/>
      </w:r>
      <w:r>
        <w:rPr>
          <w:lang w:eastAsia="zh-CN"/>
        </w:rPr>
        <w:t>　　只要让学困生看到自己在老师的辅导下，每次考试都进步一点，让他们有信心坚持下去，不断给他们鼓励，给他们信心，成绩自然就会提高起来。同时，自己也不断改进教学方法，寻找适合差生的辅导方法，及时给差生一些方法指导，让他们掌握一些方法。牺牲自己一些休息时间来换取学生的进步，我认为是作为一名教师应该尽的责任。我始终相信:有辛勤的付出就会有回报。</w:t>
      </w:r>
      <w:r>
        <w:rPr>
          <w:lang w:eastAsia="zh-CN"/>
        </w:rPr>
        <w:br/>
      </w:r>
      <w:r>
        <w:rPr>
          <w:lang w:eastAsia="zh-CN"/>
        </w:rPr>
        <w:t xml:space="preserve">    2024辅导工作总结 篇12 </w:t>
      </w:r>
      <w:r>
        <w:rPr>
          <w:lang w:eastAsia="zh-CN"/>
        </w:rPr>
        <w:br/>
      </w:r>
      <w:r>
        <w:rPr>
          <w:lang w:eastAsia="zh-CN"/>
        </w:rPr>
        <w:t>　　20__年远程研修在海南温暖的冬日阳光里开始了。作为海南省东方市、乐东县和琼中县高中教师全员远程研修辅导老师之一，自从接受这个工作后，我感到责任重大。为了做好工作，我认真观看中国教师教育网研修平台中的《辅导教师工作手册》和《学员学习手册》，明白辅导老师的职责和对学员要求。</w:t>
      </w:r>
      <w:r>
        <w:rPr>
          <w:lang w:eastAsia="zh-CN"/>
        </w:rPr>
        <w:br/>
      </w:r>
      <w:r>
        <w:rPr>
          <w:lang w:eastAsia="zh-CN"/>
        </w:rPr>
        <w:t>　　在本次研修中我担任高中地理历史政治3班的辅导员，我班共有来自东方市的高中地理历史政治学科的老师102名，涉及三个不同科目的老师，映入眼帘的信息量是非常之大。</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远程研修改变了我的生活，我几乎每天都登录平台，以信息发送、班级论坛、公告的方式通知每位学员及时利用时间学习研修和完成作业。我进入“班级论坛”了解班级学员他们关注的课堂方向，同时我自己发贴、回帖，向老师们求教于教学上的问题。同时对老师的提出的问题也尽力给以解答。</w:t>
      </w:r>
      <w:r>
        <w:rPr>
          <w:lang w:eastAsia="zh-CN"/>
        </w:rPr>
        <w:br/>
      </w:r>
      <w:r>
        <w:rPr>
          <w:lang w:eastAsia="zh-CN"/>
        </w:rPr>
        <w:t>　　老师们发布的“研修日志”和“我的教学故事”，我认真阅读并推荐优秀作品，还有批阅我班的历史作业并推荐优秀作业。我品读老师的日志、点评、作业等，从中汲取营养，补充自身教学欠缺之处，在研修这个平台，众多不相识的老师他们的思想在交流、在碰撞。</w:t>
      </w:r>
      <w:r>
        <w:rPr>
          <w:lang w:eastAsia="zh-CN"/>
        </w:rPr>
        <w:br/>
      </w:r>
      <w:r>
        <w:rPr>
          <w:lang w:eastAsia="zh-CN"/>
        </w:rPr>
        <w:t>　　按照要求我共布置了两篇作业，分别在11月份和12月份分两次布置的。制作了两期班级学习简报，向学员介绍了本班的研修情况并展示本班学员的优秀作品，也介绍名家对“有效教学”的见解帮助学员开阔视野。</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利用时间我自己也学习了历史学科的七门课程和通识课程的四门，对必修二课程的处理和选修课程的处理在认识上和实践操作上都有提高，对赵德成教授讲授的教学评价感触深。回想自身教学评价单一、单调还有对学生的条件性评价这些都是我在课堂教学中需要改进的。还有暴露出自身对教学理论的学习不足，布卢姆发布_版的认知领域教育目标，介绍了认识过程维度——回忆、理解、应用、分析、评价和创造，对每个维度都分了不同的层次和类别，了解这个对我们制订教学目标帮助太大了。而我平时在教学中对“理解”这个词常用，听完讲座才发觉这个词用的不对，应要根据教学内容分为不同的层次运用，比如“解释、举例、分类、总结、推断、比较、说明”。经过专家教授的讲解感觉眼前打开一扇窗！为我们的教学指明了方向也为我们指出了阅读的书目。</w:t>
      </w:r>
      <w:r>
        <w:rPr>
          <w:lang w:eastAsia="zh-CN"/>
        </w:rPr>
        <w:br/>
      </w:r>
      <w:r>
        <w:rPr>
          <w:lang w:eastAsia="zh-CN"/>
        </w:rPr>
        <w:t>　　在两个月的研修中，我被老师们的研修热情感动着、鼓舞着，被他们的教学故事吸引着，他们有的是刚走上岗位的新老师，有的是非常有教学经验的中青年老师，有的是快要退休的老教师，我不敢懈怠，切实担当辅导老师的责任来：认真阅读每位学员的作业，筛选推荐优秀作业、制作简报、尽已所知解决学员的困难和困惑等。有时我的工作也做的不尽如人意，但老师们都很支持谅解我的工作。</w:t>
      </w:r>
      <w:r>
        <w:rPr>
          <w:lang w:eastAsia="zh-CN"/>
        </w:rPr>
        <w:br/>
      </w:r>
      <w:r>
        <w:rPr>
          <w:lang w:eastAsia="zh-CN"/>
        </w:rPr>
        <w:t>　　通过研修看到了老师们对提升教学能力的渴望、感受到老师们认真的学习态度。中国教师教育网为老师搭建了自我成长的学习的`平台，给老师提升教学教育能力插上了翅膀，让我们乘着研修的东风继续乘风破浪吧！为东方教育谱新篇而奋斗不息！</w:t>
      </w:r>
      <w:r>
        <w:rPr>
          <w:lang w:eastAsia="zh-CN"/>
        </w:rPr>
        <w:br/>
      </w:r>
      <w:r>
        <w:rPr>
          <w:lang w:eastAsia="zh-CN"/>
        </w:rPr>
        <w:t>　　最后感谢东方市教研室的唐传经老师的推荐、感谢教师网韦老师技术上的指导、感谢研修期间老师们的支持！</w:t>
      </w:r>
      <w:r>
        <w:rPr>
          <w:lang w:eastAsia="zh-CN"/>
        </w:rPr>
        <w:br/>
      </w:r>
      <w:r>
        <w:rPr>
          <w:lang w:eastAsia="zh-CN"/>
        </w:rPr>
        <w:t xml:space="preserve">    2024辅导工作总结 篇13 </w:t>
      </w:r>
      <w:r>
        <w:rPr>
          <w:lang w:eastAsia="zh-CN"/>
        </w:rPr>
        <w:br/>
      </w:r>
      <w:r>
        <w:rPr>
          <w:lang w:eastAsia="zh-CN"/>
        </w:rPr>
        <w:t>　　一、基本情况</w:t>
      </w:r>
      <w:r>
        <w:rPr>
          <w:lang w:eastAsia="zh-CN"/>
        </w:rPr>
        <w:br/>
      </w:r>
      <w:r>
        <w:rPr>
          <w:lang w:eastAsia="zh-CN"/>
        </w:rPr>
        <w:t>　　学前班学生人数有10人，其中男生4人，女生6人，学生大部分年龄大约5岁左右。由于学前班儿童年龄比较小，智力发育也不一样，掌握知识有一定的困难，因此在本学期内，只要求学生儿童掌握10以内数的加减法和一些简单图形分类。</w:t>
      </w:r>
      <w:r>
        <w:rPr>
          <w:lang w:eastAsia="zh-CN"/>
        </w:rPr>
        <w:br/>
      </w:r>
      <w:r>
        <w:rPr>
          <w:lang w:eastAsia="zh-CN"/>
        </w:rPr>
        <w:t>　　二、指导思想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必须全面贯彻国家教学方针，以提高国民素质为根本宗旨，以关注学生的兴趣和经验，努力为学生的学习提供生动、活泼、主动求知的材料与环境。以培养学生的创新精神和实践能力为重点，造就有理想、有道德，有文化、有纪律的德、智、体、美等全面发展的社会主义事业建设者和接班人。通过素质教学，提高学生的思想品德，同时指导儿童认识事物和实物的数量。能数一些实物和图像，随着认识数字的增加，要加强认、写、数、读的训练。适当渗透一些数、认、写的基础知识，过度到加、减法的计算，随着认数的增加，要加强比较数的大、小、多、少的教学和练习，继续加强认、读、数、写的训练做到学生看到物体能认识和数清物体的个数。</w:t>
      </w:r>
      <w:r>
        <w:rPr>
          <w:lang w:eastAsia="zh-CN"/>
        </w:rPr>
        <w:br/>
      </w:r>
      <w:r>
        <w:rPr>
          <w:lang w:eastAsia="zh-CN"/>
        </w:rPr>
        <w:t>　　培养学生从小爱学数学的兴趣，打好数学基础知识，发展儿童的思维能力，培养良好的学习习惯，培养儿童有道德，有文化，守纪律</w:t>
      </w:r>
      <w:r>
        <w:rPr>
          <w:lang w:eastAsia="zh-CN"/>
        </w:rPr>
        <w:br/>
      </w:r>
      <w:r>
        <w:rPr>
          <w:lang w:eastAsia="zh-CN"/>
        </w:rPr>
        <w:t>　　的良好作风，提高儿童的文化素质，调动儿童学习的积极性和主动性，促进儿童的认识能力和建计算能力。</w:t>
      </w:r>
      <w:r>
        <w:rPr>
          <w:lang w:eastAsia="zh-CN"/>
        </w:rPr>
        <w:br/>
      </w:r>
      <w:r>
        <w:rPr>
          <w:lang w:eastAsia="zh-CN"/>
        </w:rPr>
        <w:t>　　三、教学要求</w:t>
      </w:r>
      <w:r>
        <w:rPr>
          <w:lang w:eastAsia="zh-CN"/>
        </w:rPr>
        <w:br/>
      </w:r>
      <w:r>
        <w:rPr>
          <w:lang w:eastAsia="zh-CN"/>
        </w:rPr>
        <w:t>　　1、使儿童初步认识一些物体和图像。</w:t>
      </w:r>
      <w:r>
        <w:rPr>
          <w:lang w:eastAsia="zh-CN"/>
        </w:rPr>
        <w:br/>
      </w:r>
      <w:r>
        <w:rPr>
          <w:lang w:eastAsia="zh-CN"/>
        </w:rPr>
        <w:t>　　2、能数10以内的物体和图像的个数。</w:t>
      </w:r>
      <w:r>
        <w:rPr>
          <w:lang w:eastAsia="zh-CN"/>
        </w:rPr>
        <w:br/>
      </w:r>
      <w:r>
        <w:rPr>
          <w:lang w:eastAsia="zh-CN"/>
        </w:rPr>
        <w:t>　　3、掌握10以内的顺序和大小。</w:t>
      </w:r>
      <w:r>
        <w:rPr>
          <w:lang w:eastAsia="zh-CN"/>
        </w:rPr>
        <w:br/>
      </w:r>
      <w:r>
        <w:rPr>
          <w:lang w:eastAsia="zh-CN"/>
        </w:rPr>
        <w:t>　　4、认识符号“=”“”“﹥”，会使用这些符号表示数的大小。</w:t>
      </w:r>
      <w:r>
        <w:rPr>
          <w:lang w:eastAsia="zh-CN"/>
        </w:rPr>
        <w:br/>
      </w:r>
      <w:r>
        <w:rPr>
          <w:lang w:eastAsia="zh-CN"/>
        </w:rPr>
        <w:t>　　5、初步了解分类的方法，会进行简单的分类。</w:t>
      </w:r>
      <w:r>
        <w:rPr>
          <w:lang w:eastAsia="zh-CN"/>
        </w:rPr>
        <w:br/>
      </w:r>
      <w:r>
        <w:rPr>
          <w:lang w:eastAsia="zh-CN"/>
        </w:rPr>
        <w:t>　　6、使儿童会认、读、数、写1—10以内的数。</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7、使儿童认识加减的意义，并能正确地进行计算，在原有的基础上提高计算能力和计算速度。</w:t>
      </w:r>
      <w:r>
        <w:rPr>
          <w:lang w:eastAsia="zh-CN"/>
        </w:rPr>
        <w:br/>
      </w:r>
      <w:r>
        <w:rPr>
          <w:lang w:eastAsia="zh-CN"/>
        </w:rPr>
        <w:t>　　四、教学措施和方法</w:t>
      </w:r>
      <w:r>
        <w:rPr>
          <w:lang w:eastAsia="zh-CN"/>
        </w:rPr>
        <w:br/>
      </w:r>
      <w:r>
        <w:rPr>
          <w:lang w:eastAsia="zh-CN"/>
        </w:rPr>
        <w:t>　　1、教师要认真备好课，上好课，课后认真批改作业，加强课堂形势的教学和训练，注重启发儿童的思维能力和技能，使儿童学得懂记得牢。对智力差的儿童要多加辅导，严格训练。</w:t>
      </w:r>
      <w:r>
        <w:rPr>
          <w:lang w:eastAsia="zh-CN"/>
        </w:rPr>
        <w:br/>
      </w:r>
      <w:r>
        <w:rPr>
          <w:lang w:eastAsia="zh-CN"/>
        </w:rPr>
        <w:t>　　2、探索单元教学的教法，明确每个单元教学要求和训练，抓住重点，突破难点，采取精讲地练，课内课外结合的做法，使儿童对数有所兴趣，自觉地进行学习。</w:t>
      </w:r>
      <w:r>
        <w:rPr>
          <w:lang w:eastAsia="zh-CN"/>
        </w:rPr>
        <w:br/>
      </w:r>
      <w:r>
        <w:rPr>
          <w:lang w:eastAsia="zh-CN"/>
        </w:rPr>
        <w:t xml:space="preserve">    2024辅导工作总结 篇14 </w:t>
      </w:r>
      <w:r>
        <w:rPr>
          <w:lang w:eastAsia="zh-CN"/>
        </w:rPr>
        <w:br/>
      </w:r>
      <w:r>
        <w:rPr>
          <w:lang w:eastAsia="zh-CN"/>
        </w:rPr>
        <w:t>　　一、学生情况分析：</w:t>
      </w:r>
      <w:r>
        <w:rPr>
          <w:lang w:eastAsia="zh-CN"/>
        </w:rPr>
        <w:br/>
      </w:r>
      <w:r>
        <w:rPr>
          <w:lang w:eastAsia="zh-CN"/>
        </w:rPr>
        <w:t>　　孩子在控制自己行为的能力方面还不是非常好,具有好动不好静,注意力易转移,抽象思维还未完全起步。音准、节奏方面需要时间训练。</w:t>
      </w:r>
      <w:r>
        <w:rPr>
          <w:lang w:eastAsia="zh-CN"/>
        </w:rPr>
        <w:br/>
      </w:r>
      <w:r>
        <w:rPr>
          <w:lang w:eastAsia="zh-CN"/>
        </w:rPr>
        <w:t>　　二、教学目标：</w:t>
      </w:r>
      <w:r>
        <w:rPr>
          <w:lang w:eastAsia="zh-CN"/>
        </w:rPr>
        <w:br/>
      </w:r>
      <w:r>
        <w:rPr>
          <w:lang w:eastAsia="zh-CN"/>
        </w:rPr>
        <w:t>　　①、掌握音乐基础知识(节奏，歌词的认读)。</w:t>
      </w:r>
      <w:r>
        <w:rPr>
          <w:lang w:eastAsia="zh-CN"/>
        </w:rPr>
        <w:br/>
      </w:r>
      <w:r>
        <w:rPr>
          <w:lang w:eastAsia="zh-CN"/>
        </w:rPr>
        <w:t>　　②、使学生体验学习音乐的快乐，培养学生学习音乐的兴趣。</w:t>
      </w:r>
      <w:r>
        <w:rPr>
          <w:lang w:eastAsia="zh-CN"/>
        </w:rPr>
        <w:br/>
      </w:r>
      <w:r>
        <w:rPr>
          <w:lang w:eastAsia="zh-CN"/>
        </w:rPr>
        <w:t>　　③、发展学生的情感、美感、和基本音乐能力。</w:t>
      </w:r>
      <w:r>
        <w:rPr>
          <w:lang w:eastAsia="zh-CN"/>
        </w:rPr>
        <w:br/>
      </w:r>
      <w:r>
        <w:rPr>
          <w:lang w:eastAsia="zh-CN"/>
        </w:rPr>
        <w:t>　　④、在学习歌曲过程中，理解歌曲中所表达的内容。</w:t>
      </w:r>
      <w:r>
        <w:rPr>
          <w:lang w:eastAsia="zh-CN"/>
        </w:rPr>
        <w:br/>
      </w:r>
      <w:r>
        <w:rPr>
          <w:lang w:eastAsia="zh-CN"/>
        </w:rPr>
        <w:t>　　三、重点与难点：</w:t>
      </w:r>
      <w:r>
        <w:rPr>
          <w:lang w:eastAsia="zh-CN"/>
        </w:rPr>
        <w:br/>
      </w:r>
      <w:r>
        <w:rPr>
          <w:lang w:eastAsia="zh-CN"/>
        </w:rPr>
        <w:t>　　①、在歌唱中，把握节奏，音准。并用自然，童真的声音进行演唱。</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②、音乐活动中让学生主动参与、探索、表演、动手实践、使他们有机会创编。</w:t>
      </w:r>
      <w:r>
        <w:rPr>
          <w:lang w:eastAsia="zh-CN"/>
        </w:rPr>
        <w:br/>
      </w:r>
      <w:r>
        <w:rPr>
          <w:lang w:eastAsia="zh-CN"/>
        </w:rPr>
        <w:t>　　四、教学措施：</w:t>
      </w:r>
      <w:r>
        <w:rPr>
          <w:lang w:eastAsia="zh-CN"/>
        </w:rPr>
        <w:br/>
      </w:r>
      <w:r>
        <w:rPr>
          <w:lang w:eastAsia="zh-CN"/>
        </w:rPr>
        <w:t>　　依据学生年龄特点，我计划在音乐教学中运用讲故事、做游戏、即兴表演等各种“动”的形式来充分调动学生对音乐学习的积极性。并使他们限度地学到知识，掌握技能。培养学生的团结协作能力及创新能力，用轻松的课堂形式让学生喜爱音乐课。在上课过程中及时表扬、赞许、记成绩，以提高学生积极进取、积极向上的荣誉感。</w:t>
      </w:r>
      <w:r>
        <w:rPr>
          <w:lang w:eastAsia="zh-CN"/>
        </w:rPr>
        <w:br/>
      </w:r>
      <w:r>
        <w:rPr>
          <w:lang w:eastAsia="zh-CN"/>
        </w:rPr>
        <w:t xml:space="preserve">    2024辅导工作总结 篇15 </w:t>
      </w:r>
      <w:r>
        <w:rPr>
          <w:lang w:eastAsia="zh-CN"/>
        </w:rPr>
        <w:br/>
      </w:r>
      <w:r>
        <w:rPr>
          <w:lang w:eastAsia="zh-CN"/>
        </w:rPr>
        <w:t>　　在这个暑假里，我有幸承担了国培辅导员这一工作任务。这项工作让我从_月_日到_月_日，变得忙碌充实。同时，使自己有机会在第一时间学习到了新课标，自己的专业水平也有了大幅度的提高。</w:t>
      </w:r>
      <w:r>
        <w:rPr>
          <w:lang w:eastAsia="zh-CN"/>
        </w:rPr>
        <w:br/>
      </w:r>
      <w:r>
        <w:rPr>
          <w:lang w:eastAsia="zh-CN"/>
        </w:rPr>
        <w:t>　　一、“课程学习”单元，让自己下学期的工作更加有的放矢了。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上学期，在参加其它培训的时候，就知道了从下学期开始要执行新的课程标准了。但是，新课标的庐山真面目始终也没有全面展现出来。此时，接受了此次国培辅导员的工作，里面的“课程学习”单元，真是让我受益匪浅。关于师德方面的课程，让我真正的感受到教师职业道德的重要性。作为一名教师是否具备良好的职业道德，不仅关系到老师的自身的成长，更重要的是关系到学生的身心健康成长，有时甚至会影响到孩子一生的发展。通过新课标的学习，知道了新课标对各个年段各个方面的具体要求。更重要的是通过专家的解读，不仅明确了新版课标和老版课标的区别，而且也清醒地发现了自己在以往的教学实践中的不足之处及今后的改进方向。同时，专家的解读也从细微之处描述了我们在平时的教学中不容易把握的课型的实际操作的方法，即具体又实际。</w:t>
      </w:r>
      <w:r>
        <w:rPr>
          <w:lang w:eastAsia="zh-CN"/>
        </w:rPr>
        <w:br/>
      </w:r>
      <w:r>
        <w:rPr>
          <w:lang w:eastAsia="zh-CN"/>
        </w:rPr>
        <w:t>　　二、国培工作完成情况。</w:t>
      </w:r>
      <w:r>
        <w:rPr>
          <w:lang w:eastAsia="zh-CN"/>
        </w:rPr>
        <w:br/>
      </w:r>
      <w:r>
        <w:rPr>
          <w:lang w:eastAsia="zh-CN"/>
        </w:rPr>
        <w:t>　　1、根据上级部门对国培辅导员的要求，我首先在学员之前就认真学习了整个国培过程，重点学习了关于新课程标准的专家的讲座和解读，以更好地对学员的学习进行辅导和评价。</w:t>
      </w:r>
      <w:r>
        <w:rPr>
          <w:lang w:eastAsia="zh-CN"/>
        </w:rPr>
        <w:br/>
      </w:r>
      <w:r>
        <w:rPr>
          <w:lang w:eastAsia="zh-CN"/>
        </w:rPr>
        <w:t>　　2、根据要求，我在开班的前5天时间里，每天都去关注学员的注册情况。对于没有及时注册的学员，我先是电话与他们取得联系，督促他们及时注册。但是有的学员留下的电话号码却联系不上，就请同校的老师帮助通知。仍然联系不上的我就与他所在学校的领导取得联系，请他们帮助督促。总之，通过多方努力，所有的学员都能按时注册。</w:t>
      </w:r>
      <w:r>
        <w:rPr>
          <w:lang w:eastAsia="zh-CN"/>
        </w:rPr>
        <w:br/>
      </w:r>
      <w:r>
        <w:rPr>
          <w:lang w:eastAsia="zh-CN"/>
        </w:rPr>
        <w:t>　　3、作业的批改情况。对学员作业的批改我完全是按要求进行的，我对每一位学员的作业都能认真的阅读。然后，在百度中进行搜索，以防止学员原文复制。对于学员的作业不符合要求的，我都能给以详细的指导和建议，有的学员的作业我甚至要反复批改三、四次才合格。</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学员的“创新性成果”真的是让我颇费脑筋了。开始，绝大多数学员对这项作业的要求理解的都不太准确，交上来的作业多数都不对。于是，我就在“班级学习简报”上，刊出了此项作业的写法及具体的格式。之后有的学员的作业已经符合要求了。但是，让然有一些学员不能按要求修改作业。于是，我又利用一期“简报”刊出了班级中写得好的同学的作业作为范本，供其他学员参考。就这样，最后，所有学员的作业都能按要求完成。</w:t>
      </w:r>
      <w:r>
        <w:rPr>
          <w:lang w:eastAsia="zh-CN"/>
        </w:rPr>
        <w:br/>
      </w:r>
      <w:r>
        <w:rPr>
          <w:lang w:eastAsia="zh-CN"/>
        </w:rPr>
        <w:t>　　4、关于班级论坛。在这里我基本上能认真阅读，班级论坛中出现的每一篇发帖和跟帖。而且，能积极地参与学员的讨论。</w:t>
      </w:r>
      <w:r>
        <w:rPr>
          <w:lang w:eastAsia="zh-CN"/>
        </w:rPr>
        <w:br/>
      </w:r>
      <w:r>
        <w:rPr>
          <w:lang w:eastAsia="zh-CN"/>
        </w:rPr>
        <w:t>　　5、按要求完成班级学习简报5篇。</w:t>
      </w:r>
      <w:r>
        <w:rPr>
          <w:lang w:eastAsia="zh-CN"/>
        </w:rPr>
        <w:br/>
      </w:r>
      <w:r>
        <w:rPr>
          <w:lang w:eastAsia="zh-CN"/>
        </w:rPr>
        <w:t>　　三、与学员间建立了深厚的友谊。</w:t>
      </w:r>
      <w:r>
        <w:rPr>
          <w:lang w:eastAsia="zh-CN"/>
        </w:rPr>
        <w:br/>
      </w:r>
      <w:r>
        <w:rPr>
          <w:lang w:eastAsia="zh-CN"/>
        </w:rPr>
        <w:t>　　我的班级中共有80名学员，在做国培辅导员期间，我和学员共同学习、共同讨论。与他们在作业中交流、在QQ中交流。此项工作不仅让我有机会结识这么多优秀的老师，而且，在与他们的学习与交流中也让我从中学到了很多的东西，接触到了很多新鲜的观点和信息。更重要的在这里与他们结下了深厚的友谊，对我们以后的工作必将会大有益处。</w:t>
      </w:r>
      <w:r>
        <w:rPr>
          <w:lang w:eastAsia="zh-CN"/>
        </w:rPr>
        <w:br/>
      </w:r>
      <w:r>
        <w:rPr>
          <w:lang w:eastAsia="zh-CN"/>
        </w:rPr>
        <w:t xml:space="preserve">    2024辅导工作总结 篇16 </w:t>
      </w:r>
      <w:r>
        <w:rPr>
          <w:lang w:eastAsia="zh-CN"/>
        </w:rPr>
        <w:br/>
      </w:r>
      <w:r>
        <w:rPr>
          <w:lang w:eastAsia="zh-CN"/>
        </w:rPr>
        <w:t>　　这个学期我担任八二班物理老师，对我们对学生培优补差工作转化的认识也在逐步深化，理解越来越具体。为了今后教学质量的提高，就学生培优补差培养工作总结如下：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一、了解“特优生”的个性和素质为了更有利于地做好培优工作，应该掌握每个“特优生”的个性，也是他们的气质，性格及情操是很有必要的，为了更好地掌握每个优生的特点及数学综合素质的能力，我经常在课余时间与学生沟通，根据各种现象因势利导，告诉他们如何对待、生活应该有勇敢拼搏的精神，要谦虚谨慎，不能粗心大意，在生活中遇到困难不要害怕，这样既拉近与学生的距离，又了解了优生的个性特点和教育了优生，可谓“一箭双雕”，只有深入了解，才能更好的培养“特优生”，达到理想的效果。</w:t>
      </w:r>
      <w:r>
        <w:rPr>
          <w:lang w:eastAsia="zh-CN"/>
        </w:rPr>
        <w:br/>
      </w:r>
      <w:r>
        <w:rPr>
          <w:lang w:eastAsia="zh-CN"/>
        </w:rPr>
        <w:t>　　二、发挥“特优生”的作用在每一个班“特优生”无疑是班上的学习骨干，也是教师的得力助手，那就要好好发挥他们的聪明才智，如我在六年级两个班采劝一帮一”活动，抓典型带一般帮教“双差生”，让一个“特优生”帮助一个“特差生”，经过一个学期的坚持，班上有好几个“特差生”，已经是中等生了，在班里我非常重视“特优生”的能力，放手让他们大胆的抓好班上的一切事情，尽自己的最大能力做到最好，他们相当于教师的左右手，在学习上，纪律上他们都起到模范带头的作用，很有威信，我利用他们这样优异的成绩、健康的形象在全班起到示范作用。</w:t>
      </w:r>
      <w:r>
        <w:rPr>
          <w:lang w:eastAsia="zh-CN"/>
        </w:rPr>
        <w:br/>
      </w:r>
      <w:r>
        <w:rPr>
          <w:lang w:eastAsia="zh-CN"/>
        </w:rPr>
        <w:t>　　三、正确引导“特优生”人并非圣贤，谁能无过，最伟大的善者也应该有错误的时候吧！何况是不定性的小学生，无论成绩有多优秀的学生也有犯错的时候，这时，面对这些比较有个性的学生就看教师的教育的方法了，教师对优等生犯错行为是不是睁只眼闭只眼，顶多以“以后注意”之类的话语敷衍过去算了，如果是这样的教育方法，只能宠庸学生屡次犯错的习惯、因为学生没有认识到犯错的严重性，而教师没有正确的指出犯错的性质，原因和危害性，给其作具体分析，没有指出改错的途径，可能会养成学屡不改的恶习，这样长期下去，何谈是优秀的学生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8"/>
          <w:cols w:space="425"/>
          <w:titlePg w:val="0"/>
          <w:docGrid w:type="lines" w:linePitch="312"/>
        </w:sectPr>
      </w:pPr>
      <w:r>
        <w:rPr>
          <w:lang w:eastAsia="zh-CN"/>
        </w:rPr>
        <w:t>　　四、加强培养“特优生”着重培养特优生的求知望和学习自觉性，告诉他们学习真本领对前途和社会主义事业作贡献，有很重要的帮助，要使学生理解知识的重要性，从而让他们明白读好书的作用何在，调动“特优生”的学习自觉性激发学习的求知欲望和探索精神，使其在好的基础能更进一层，要想更好的培养“特优生”，首先，教师自己要有渊博的学识，和扎实的专业水平。“要想给学生一杯水，自己要有一桶水”。</w:t>
      </w:r>
      <w:r>
        <w:rPr>
          <w:lang w:eastAsia="zh-CN"/>
        </w:rPr>
        <w:br/>
      </w:r>
      <w:r>
        <w:rPr>
          <w:lang w:eastAsia="zh-CN"/>
        </w:rPr>
        <w:t>　　补差方面</w:t>
      </w:r>
      <w:r>
        <w:rPr>
          <w:lang w:eastAsia="zh-CN"/>
        </w:rPr>
        <w:br/>
      </w:r>
      <w:r>
        <w:rPr>
          <w:lang w:eastAsia="zh-CN"/>
        </w:rPr>
        <w:t>　　1、多鼓励。</w:t>
      </w:r>
      <w:r>
        <w:rPr>
          <w:lang w:eastAsia="zh-CN"/>
        </w:rPr>
        <w:br/>
      </w:r>
      <w:r>
        <w:rPr>
          <w:lang w:eastAsia="zh-CN"/>
        </w:rPr>
        <w:t>　　中学生一般都有很强的自我表现欲。对于后进生，教师若能充分利用他们自我表现欲强的心理，加以积极引导，就可以使他们的内心爆发出积极的感情，从而产生奋发向上的动力。适时地表扬和鼓励是开启后进生心灵的钥匙。</w:t>
      </w:r>
      <w:r>
        <w:rPr>
          <w:lang w:eastAsia="zh-CN"/>
        </w:rPr>
        <w:br/>
      </w:r>
      <w:r>
        <w:rPr>
          <w:lang w:eastAsia="zh-CN"/>
        </w:rPr>
        <w:t>　　2、多关心。</w:t>
      </w:r>
      <w:r>
        <w:rPr>
          <w:lang w:eastAsia="zh-CN"/>
        </w:rPr>
        <w:br/>
      </w:r>
      <w:r>
        <w:rPr>
          <w:lang w:eastAsia="zh-CN"/>
        </w:rPr>
        <w:t>　　对于后进生，我们决不能采取冷漠和歧视的态度。与优等生相比，他们更需要关心和爱护。惩罚和冷漠往往会使他们中的大多数产生逆反心理，这样做，不但于事无补，反而事与愿违。当这些学生出现错误时，处理要慎重，这样才能让错误转化为成长的契机。</w:t>
      </w:r>
      <w:r>
        <w:rPr>
          <w:lang w:eastAsia="zh-CN"/>
        </w:rPr>
        <w:br/>
      </w:r>
      <w:r>
        <w:rPr>
          <w:lang w:eastAsia="zh-CN"/>
        </w:rPr>
        <w:t>　　3、多进行真诚的心理沟通。</w:t>
      </w:r>
      <w:r>
        <w:rPr>
          <w:lang w:eastAsia="zh-CN"/>
        </w:rPr>
        <w:br/>
      </w:r>
      <w:r>
        <w:rPr>
          <w:lang w:eastAsia="zh-CN"/>
        </w:rPr>
        <w:t>　　作为教师要拉下架子，走到学生中间去和学生进行平等地交流，要让自己成为学生的朋友。</w:t>
      </w:r>
      <w:r>
        <w:rPr>
          <w:lang w:eastAsia="zh-CN"/>
        </w:rPr>
        <w:br/>
      </w:r>
      <w:r>
        <w:rPr>
          <w:lang w:eastAsia="zh-CN"/>
        </w:rPr>
        <w:t>　　在实际的工作中，我用真诚换得了后进生的理解，并在此基础上，促使他们产生心理认同。最终使不少学生自觉的改过自新，并取得了较大的进步。</w:t>
      </w:r>
      <w:r>
        <w:rPr>
          <w:lang w:eastAsia="zh-CN"/>
        </w:rPr>
        <w:br/>
      </w:r>
    </w:p>
    <w:p w:rsidR="001B1F19" w14:textId="27C3F48A">
      <w:pPr>
        <w:rPr>
          <w:rFonts w:hint="eastAsia"/>
          <w:lang w:eastAsia="zh-CN"/>
        </w:rPr>
      </w:pPr>
      <w:r>
        <w:rPr>
          <w:lang w:eastAsia="zh-CN"/>
        </w:rPr>
        <w:t>　　一分耕耘就有一分收获，最终在我的努力下，我发现有不少后进生重新站了起来，走到了主动学习的队伍中来，我们有理由相信：在不久的将来，他们会取得更大的成绩。其实在后进生的转化过程中，只要我们做个有心人，细心观察，认真分析其心理特征及形成原因，然后有针对性地做好教育转化和提高工作，就能促进更多的学生由后进赶先进，从而提高学生的整体素质。</w:t>
      </w:r>
      <w:r>
        <w:rPr>
          <w:lang w:eastAsia="zh-CN"/>
        </w:rPr>
        <w:br/>
      </w:r>
      <w:r>
        <w:rPr>
          <w:lang w:eastAsia="zh-CN"/>
        </w:rPr>
        <w:t>　　经过努力，同学在期末考试取得了很好的成绩，由于期末考试试题稍难，尽管不少同学没有取得分数上的提高，但在物理学习上，积极的态度，良好的学习习惯得到很好的锻炼，我会继续努力，不断提高自己的教育教学水平，能更好地教好自己的学科，让学生有更大的提高</w:t>
      </w:r>
      <w:r>
        <w:rPr>
          <w:lang w:eastAsia="zh-CN"/>
        </w:rPr>
        <w:br/>
      </w:r>
      <w:r>
        <w:rPr>
          <w:lang w:eastAsia="zh-CN"/>
        </w:rPr>
        <w:t xml:space="preserve">    2024辅导工作总结 篇17 </w:t>
      </w:r>
      <w:r>
        <w:rPr>
          <w:lang w:eastAsia="zh-CN"/>
        </w:rPr>
        <w:br/>
      </w:r>
      <w:r>
        <w:rPr>
          <w:lang w:eastAsia="zh-CN"/>
        </w:rPr>
        <w:t>　　20__年春季教学工作开始了，在这学期近五个月的时间里，我作为学前班班主任将努力抓好学生的安全工作、德育工作，努力提高学生的思想品德，努力培养他们的良好学习生活习惯，为下学期更好地学习和生活垫下良好的基础。</w:t>
      </w:r>
      <w:r>
        <w:rPr>
          <w:lang w:eastAsia="zh-CN"/>
        </w:rPr>
        <w:br/>
      </w:r>
      <w:r>
        <w:rPr>
          <w:lang w:eastAsia="zh-CN"/>
        </w:rPr>
        <w:t>　　一、班级基本情况</w:t>
      </w:r>
      <w:r>
        <w:rPr>
          <w:lang w:eastAsia="zh-CN"/>
        </w:rPr>
        <w:br/>
      </w:r>
      <w:r>
        <w:rPr>
          <w:lang w:eastAsia="zh-CN"/>
        </w:rPr>
        <w:t>　　学前班共有53名学生，其中男生26人，女生27人。因为本班新来的孩子居多，他们中有些孩子没有读过小班、中班，所以班级情况比较复杂，学习能力、生活能力参差不齐。学生的表达能力较弱，有极个别孩子比较较内向，不爱讲话，其他孩子都很活泼，积极向上。</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https://d.book118.com/908001126106006034</w:t>
        </w:r>
      </w:hyperlink>
    </w:p>
    <w:p w:rsidR="001B1F19">
      <w:pPr>
        <w:rPr>
          <w:rFonts w:hint="eastAsia"/>
          <w:lang w:eastAsia="zh-CN"/>
        </w:rPr>
      </w:pPr>
    </w:p>
    <w:sectPr>
      <w:type w:val="nextPage"/>
      <w:pgSz w:w="11906" w:h="16838"/>
      <w:pgMar w:top="1440" w:right="1800" w:bottom="1440" w:left="1800" w:header="851" w:footer="992" w:gutter="0"/>
      <w:pgNumType w:start="3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908001126106006034"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57</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