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(1944年6月1日</w:t>
      </w:r>
      <w:r>
        <w:t xml:space="preserve"> 意大利</w:t>
      </w:r>
      <w:r>
        <w:t xml:space="preserve"> 罗马郊区)</w:t>
        <w:br/>
        <w:t>第8航&amp;hearts;空&amp;hearts;队从英国攻击德国的同时</w:t>
        <w:br/>
        <w:t>While</w:t>
      </w:r>
      <w:r>
        <w:t xml:space="preserve"> the</w:t>
      </w:r>
      <w:r>
        <w:t xml:space="preserve"> Eighth</w:t>
      </w:r>
      <w:r>
        <w:t xml:space="preserve"> Air</w:t>
      </w:r>
      <w:r>
        <w:t xml:space="preserve"> Force</w:t>
      </w:r>
      <w:r>
        <w:t xml:space="preserve"> was</w:t>
      </w:r>
      <w:r>
        <w:t xml:space="preserve"> hitting</w:t>
      </w:r>
      <w:r>
        <w:t xml:space="preserve"> the</w:t>
      </w:r>
      <w:r>
        <w:t xml:space="preserve"> Germans</w:t>
      </w:r>
      <w:r>
        <w:t xml:space="preserve"> from</w:t>
      </w:r>
      <w:r>
        <w:t xml:space="preserve"> bases</w:t>
      </w:r>
      <w:r>
        <w:t xml:space="preserve"> in</w:t>
      </w:r>
      <w:r>
        <w:t xml:space="preserve"> England,</w:t>
        <w:br/>
        <w:t>第15航&amp;hearts;空&amp;hearts;队则从意大利对他们发起攻击</w:t>
        <w:br/>
        <w:t>the</w:t>
      </w:r>
      <w:r>
        <w:t xml:space="preserve"> 15th</w:t>
      </w:r>
      <w:r>
        <w:t xml:space="preserve"> Air</w:t>
      </w:r>
      <w:r>
        <w:t xml:space="preserve"> Force</w:t>
      </w:r>
      <w:r>
        <w:t xml:space="preserve"> was</w:t>
      </w:r>
      <w:r>
        <w:t xml:space="preserve"> striking</w:t>
      </w:r>
      <w:r>
        <w:t xml:space="preserve"> at</w:t>
      </w:r>
      <w:r>
        <w:t xml:space="preserve"> them</w:t>
      </w:r>
      <w:r>
        <w:t xml:space="preserve"> from</w:t>
      </w:r>
      <w:r>
        <w:t xml:space="preserve"> bases</w:t>
      </w:r>
      <w:r>
        <w:t xml:space="preserve"> in</w:t>
      </w:r>
      <w:r>
        <w:t xml:space="preserve"> Italy.</w:t>
        <w:br/>
        <w:t>第99追击中队参与其中</w:t>
        <w:br/>
        <w:t>The</w:t>
      </w:r>
      <w:r>
        <w:t xml:space="preserve"> 99th</w:t>
      </w:r>
      <w:r>
        <w:t xml:space="preserve"> Pursuit</w:t>
      </w:r>
      <w:r>
        <w:t xml:space="preserve"> Squadron</w:t>
      </w:r>
      <w:r>
        <w:t xml:space="preserve"> was</w:t>
      </w:r>
      <w:r>
        <w:t xml:space="preserve"> part</w:t>
      </w:r>
      <w:r>
        <w:t xml:space="preserve"> of</w:t>
      </w:r>
      <w:r>
        <w:t xml:space="preserve"> that</w:t>
      </w:r>
      <w:r>
        <w:t xml:space="preserve"> effort.</w:t>
        <w:br/>
        <w:t>他们被称为图斯基吉飞行员</w:t>
        <w:br/>
        <w:t>They</w:t>
      </w:r>
      <w:r>
        <w:t xml:space="preserve"> were</w:t>
      </w:r>
      <w:r>
        <w:t xml:space="preserve"> known</w:t>
      </w:r>
      <w:r>
        <w:t xml:space="preserve"> as</w:t>
      </w:r>
      <w:r>
        <w:t xml:space="preserve"> the</w:t>
      </w:r>
      <w:r>
        <w:t xml:space="preserve"> Tuskegee</w:t>
      </w:r>
      <w:r>
        <w:t xml:space="preserve"> Airmen.</w:t>
        <w:br/>
        <w:t>蓝泡泡呼叫队长一号&amp;hearts;</w:t>
      </w:r>
      <w:r>
        <w:t xml:space="preserve"> 等你指令</w:t>
      </w:r>
      <w:r>
        <w:t xml:space="preserve"> 长官</w:t>
        <w:br/>
        <w:t>Bubble</w:t>
      </w:r>
      <w:r>
        <w:t xml:space="preserve"> Blue</w:t>
      </w:r>
      <w:r>
        <w:t xml:space="preserve"> to</w:t>
      </w:r>
      <w:r>
        <w:t xml:space="preserve"> Cap</w:t>
      </w:r>
      <w:r>
        <w:t xml:space="preserve"> One.</w:t>
      </w:r>
      <w:r>
        <w:t xml:space="preserve"> On</w:t>
      </w:r>
      <w:r>
        <w:t xml:space="preserve"> your</w:t>
      </w:r>
      <w:r>
        <w:t xml:space="preserve"> word,</w:t>
      </w:r>
      <w:r>
        <w:t xml:space="preserve"> sir.</w:t>
        <w:br/>
        <w:t>航向</w:t>
        <w:br/>
        <w:t>Heading?</w:t>
        <w:br/>
        <w:t>距离F点还有一分零六秒</w:t>
        <w:br/>
        <w:t>One</w:t>
      </w:r>
      <w:r>
        <w:t xml:space="preserve"> minute,</w:t>
      </w:r>
      <w:r>
        <w:t xml:space="preserve"> six</w:t>
      </w:r>
      <w:r>
        <w:t xml:space="preserve"> seconds</w:t>
      </w:r>
      <w:r>
        <w:t xml:space="preserve"> away</w:t>
      </w:r>
      <w:r>
        <w:t xml:space="preserve"> from</w:t>
      </w:r>
      <w:r>
        <w:t xml:space="preserve"> Point</w:t>
      </w:r>
      <w:r>
        <w:t xml:space="preserve"> Foxtrot.</w:t>
        <w:br/>
        <w:t>准备最后进近</w:t>
      </w:r>
      <w:r>
        <w:t xml:space="preserve"> 纵列阵型</w:t>
      </w:r>
      <w:r>
        <w:t xml:space="preserve"> 闲聊停止</w:t>
        <w:br/>
        <w:t>Prepare</w:t>
      </w:r>
      <w:r>
        <w:t xml:space="preserve"> final</w:t>
      </w:r>
      <w:r>
        <w:t xml:space="preserve"> approach.</w:t>
      </w:r>
      <w:r>
        <w:t xml:space="preserve"> Line</w:t>
      </w:r>
      <w:r>
        <w:t xml:space="preserve"> astern.</w:t>
      </w:r>
      <w:r>
        <w:t xml:space="preserve"> Chatter</w:t>
      </w:r>
      <w:r>
        <w:t xml:space="preserve"> off.</w:t>
        <w:br/>
        <w:t>进入射程</w:t>
      </w:r>
      <w:r>
        <w:t xml:space="preserve"> 投弹</w:t>
        <w:br/>
        <w:t>Coming</w:t>
      </w:r>
      <w:r>
        <w:t xml:space="preserve"> into</w:t>
      </w:r>
      <w:r>
        <w:t xml:space="preserve"> range.</w:t>
      </w:r>
      <w:r>
        <w:t xml:space="preserve"> Bombs</w:t>
      </w:r>
      <w:r>
        <w:t xml:space="preserve"> away!</w:t>
        <w:br/>
        <w:t>七枚直接命中建筑</w:t>
      </w:r>
      <w:r>
        <w:t xml:space="preserve"> 两枚命中车辆</w:t>
        <w:br/>
        <w:t>Seven</w:t>
      </w:r>
      <w:r>
        <w:t xml:space="preserve"> direct</w:t>
      </w:r>
      <w:r>
        <w:t xml:space="preserve"> to</w:t>
      </w:r>
      <w:r>
        <w:t xml:space="preserve"> the</w:t>
      </w:r>
      <w:r>
        <w:t xml:space="preserve"> structure!</w:t>
      </w:r>
      <w:r>
        <w:t xml:space="preserve"> Two</w:t>
      </w:r>
      <w:r>
        <w:t xml:space="preserve"> hits</w:t>
      </w:r>
      <w:r>
        <w:t xml:space="preserve"> on</w:t>
      </w:r>
      <w:r>
        <w:t xml:space="preserve"> vehicles!</w:t>
        <w:br/>
        <w:t>我就记录为直接命中了</w:t>
        <w:br/>
        <w:t>I'd</w:t>
      </w:r>
      <w:r>
        <w:t xml:space="preserve"> log</w:t>
      </w:r>
      <w:r>
        <w:t xml:space="preserve"> that</w:t>
      </w:r>
      <w:r>
        <w:t xml:space="preserve"> as</w:t>
      </w:r>
      <w:r>
        <w:t xml:space="preserve"> a</w:t>
      </w:r>
      <w:r>
        <w:t xml:space="preserve"> direct</w:t>
      </w:r>
      <w:r>
        <w:t xml:space="preserve"> hit.</w:t>
        <w:br/>
        <w:t>(根据唐纳德L.米勒的著作改编)</w:t>
        <w:br/>
        <w:t>空战群英</w:t>
        <w:br/>
        <w:t>第一季第八集</w:t>
        <w:br/>
        <w:t>《第八集》</w:t>
        <w:br/>
        <w:t>500</w:t>
        <w:br/>
        <w:t>500!</w:t>
        <w:br/>
        <w:t>晚安</w:t>
      </w:r>
      <w:r>
        <w:t xml:space="preserve"> 希&amp;hearts;特&amp;hearts;勒&amp;hearts;</w:t>
      </w:r>
      <w:r>
        <w:t xml:space="preserve"> -</w:t>
      </w:r>
      <w:r>
        <w:t xml:space="preserve"> 图斯基吉</w:t>
      </w:r>
      <w:r>
        <w:t xml:space="preserve"> 宝贝</w:t>
      </w:r>
      <w:r>
        <w:t xml:space="preserve"> 500次任务</w:t>
        <w:br/>
        <w:t>Nighty</w:t>
      </w:r>
      <w:r>
        <w:t xml:space="preserve"> night,</w:t>
      </w:r>
      <w:r>
        <w:t xml:space="preserve"> Hitler.</w:t>
      </w:r>
      <w:r>
        <w:t xml:space="preserve"> -</w:t>
      </w:r>
      <w:r>
        <w:t xml:space="preserve"> Tuskegee,</w:t>
      </w:r>
      <w:r>
        <w:t xml:space="preserve"> baby!</w:t>
      </w:r>
      <w:r>
        <w:t xml:space="preserve"> 500</w:t>
      </w:r>
      <w:r>
        <w:t xml:space="preserve"> missions!</w:t>
        <w:br/>
        <w:t>(第99追击中队</w:t>
      </w:r>
      <w:r>
        <w:t xml:space="preserve"> 500次战斗任务)</w:t>
        <w:br/>
        <w:t>来自可怕二人组重达八千六百公斤的吻</w:t>
        <w:br/>
        <w:t>With</w:t>
      </w:r>
      <w:r>
        <w:t xml:space="preserve"> 19,000</w:t>
      </w:r>
      <w:r>
        <w:t xml:space="preserve"> pounds</w:t>
      </w:r>
      <w:r>
        <w:t xml:space="preserve"> of</w:t>
      </w:r>
      <w:r>
        <w:t xml:space="preserve"> kisses</w:t>
      </w:r>
      <w:r>
        <w:t xml:space="preserve"> from</w:t>
      </w:r>
      <w:r>
        <w:t xml:space="preserve"> the</w:t>
      </w:r>
      <w:r>
        <w:t xml:space="preserve"> Gruesome</w:t>
      </w:r>
      <w:r>
        <w:t xml:space="preserve"> Twosome.</w:t>
        <w:br/>
        <w:t>我们完成500次图斯基吉任务了</w:t>
        <w:br/>
        <w:t>500</w:t>
      </w:r>
      <w:r>
        <w:t xml:space="preserve"> Tuskegee</w:t>
      </w:r>
      <w:r>
        <w:t xml:space="preserve"> missions</w:t>
      </w:r>
      <w:r>
        <w:t xml:space="preserve"> under</w:t>
      </w:r>
      <w:r>
        <w:t xml:space="preserve"> our</w:t>
      </w:r>
      <w:r>
        <w:t xml:space="preserve"> belt.</w:t>
        <w:br/>
        <w:t>这是个值得庆祝的理由</w:t>
      </w:r>
      <w:r>
        <w:t xml:space="preserve"> 尉官</w:t>
      </w:r>
      <w:r>
        <w:t xml:space="preserve"> -</w:t>
      </w:r>
      <w:r>
        <w:t xml:space="preserve"> 上尉</w:t>
      </w:r>
      <w:r>
        <w:t xml:space="preserve"> 长官</w:t>
        <w:br/>
        <w:t>That's</w:t>
      </w:r>
      <w:r>
        <w:t xml:space="preserve"> reason</w:t>
      </w:r>
      <w:r>
        <w:t xml:space="preserve"> to</w:t>
      </w:r>
      <w:r>
        <w:t xml:space="preserve"> celebrate,</w:t>
      </w:r>
      <w:r>
        <w:t xml:space="preserve"> Lieutenant.</w:t>
      </w:r>
      <w:r>
        <w:t xml:space="preserve"> -</w:t>
      </w:r>
      <w:r>
        <w:t xml:space="preserve"> Captain,</w:t>
      </w:r>
      <w:r>
        <w:t xml:space="preserve"> sir.</w:t>
        <w:br/>
        <w:t>放轻松</w:t>
      </w:r>
      <w:r>
        <w:t xml:space="preserve"> 亚历克斯</w:t>
      </w:r>
      <w:r>
        <w:t xml:space="preserve"> 我只是来恭喜你的</w:t>
        <w:br/>
        <w:t>Relax,</w:t>
      </w:r>
      <w:r>
        <w:t xml:space="preserve"> Alex.</w:t>
      </w:r>
      <w:r>
        <w:t xml:space="preserve"> I</w:t>
      </w:r>
      <w:r>
        <w:t xml:space="preserve"> was</w:t>
      </w:r>
      <w:r>
        <w:t xml:space="preserve"> just</w:t>
      </w:r>
      <w:r>
        <w:t xml:space="preserve"> coming</w:t>
      </w:r>
      <w:r>
        <w:t xml:space="preserve"> to</w:t>
      </w:r>
      <w:r>
        <w:t xml:space="preserve"> congratulate</w:t>
      </w:r>
      <w:r>
        <w:t xml:space="preserve"> you.</w:t>
        <w:br/>
        <w:t>干得漂亮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一如既往</w:t>
        <w:br/>
        <w:t>Was</w:t>
      </w:r>
      <w:r>
        <w:t xml:space="preserve"> fine</w:t>
      </w:r>
      <w:r>
        <w:t xml:space="preserve"> work</w:t>
      </w:r>
      <w:r>
        <w:t xml:space="preserve"> out</w:t>
      </w:r>
      <w:r>
        <w:t xml:space="preserve"> there</w:t>
      </w:r>
      <w:r>
        <w:t xml:space="preserve"> as</w:t>
      </w:r>
      <w:r>
        <w:t xml:space="preserve"> usual.</w:t>
        <w:br/>
        <w:t>谢谢</w:t>
      </w:r>
      <w:r>
        <w:t xml:space="preserve"> 长官</w:t>
        <w:br/>
        <w:t>Thank</w:t>
      </w:r>
      <w:r>
        <w:t xml:space="preserve"> you,</w:t>
      </w:r>
      <w:r>
        <w:t xml:space="preserve"> sir.</w:t>
        <w:br/>
        <w:t>我是不是得让你上军事法庭</w:t>
      </w:r>
      <w:r>
        <w:t xml:space="preserve"> 你才肯喝一口啤酒</w:t>
        <w:br/>
        <w:t>Am</w:t>
      </w:r>
      <w:r>
        <w:t xml:space="preserve"> I</w:t>
      </w:r>
      <w:r>
        <w:t xml:space="preserve"> gonna</w:t>
      </w:r>
      <w:r>
        <w:t xml:space="preserve"> have</w:t>
      </w:r>
      <w:r>
        <w:t xml:space="preserve"> to</w:t>
      </w:r>
      <w:r>
        <w:t xml:space="preserve"> court-martial</w:t>
      </w:r>
      <w:r>
        <w:t xml:space="preserve"> you</w:t>
      </w:r>
      <w:r>
        <w:t xml:space="preserve"> into</w:t>
      </w:r>
      <w:r>
        <w:t xml:space="preserve"> taking</w:t>
      </w:r>
      <w:r>
        <w:t xml:space="preserve"> a</w:t>
      </w:r>
      <w:r>
        <w:t xml:space="preserve"> sip</w:t>
      </w:r>
      <w:r>
        <w:t xml:space="preserve"> of</w:t>
      </w:r>
      <w:r>
        <w:t xml:space="preserve"> that</w:t>
      </w:r>
      <w:r>
        <w:t xml:space="preserve"> beer?</w:t>
        <w:br/>
        <w:t>不</w:t>
      </w:r>
      <w:r>
        <w:t xml:space="preserve"> 长官</w:t>
        <w:br/>
        <w:t>No,</w:t>
      </w:r>
      <w:r>
        <w:t xml:space="preserve"> sir.</w:t>
        <w:br/>
        <w:t>你很聪明</w:t>
      </w:r>
      <w:r>
        <w:t xml:space="preserve"> 亚历克斯</w:t>
        <w:br/>
        <w:t>You're</w:t>
      </w:r>
      <w:r>
        <w:t xml:space="preserve"> a</w:t>
      </w:r>
      <w:r>
        <w:t xml:space="preserve"> clever</w:t>
      </w:r>
      <w:r>
        <w:t xml:space="preserve"> fella,</w:t>
      </w:r>
      <w:r>
        <w:t xml:space="preserve"> Alex.</w:t>
        <w:br/>
        <w:t>但别想太多</w:t>
      </w:r>
      <w:r>
        <w:t xml:space="preserve"> 这样反而不开心了</w:t>
        <w:br/>
        <w:t>But</w:t>
      </w:r>
      <w:r>
        <w:t xml:space="preserve"> don't</w:t>
      </w:r>
      <w:r>
        <w:t xml:space="preserve"> let</w:t>
      </w:r>
      <w:r>
        <w:t xml:space="preserve"> smart</w:t>
      </w:r>
      <w:r>
        <w:t xml:space="preserve"> be</w:t>
      </w:r>
      <w:r>
        <w:t xml:space="preserve"> the</w:t>
      </w:r>
      <w:r>
        <w:t xml:space="preserve"> enemy</w:t>
      </w:r>
      <w:r>
        <w:t xml:space="preserve"> of</w:t>
      </w:r>
      <w:r>
        <w:t xml:space="preserve"> happy.</w:t>
        <w:br/>
        <w:t>不</w:t>
      </w:r>
      <w:r>
        <w:t xml:space="preserve"> 长官</w:t>
      </w:r>
      <w:r>
        <w:t xml:space="preserve"> 只是...</w:t>
        <w:br/>
        <w:t>No,</w:t>
      </w:r>
      <w:r>
        <w:t xml:space="preserve"> sir.</w:t>
      </w:r>
      <w:r>
        <w:t xml:space="preserve"> It's</w:t>
      </w:r>
      <w:r>
        <w:t xml:space="preserve"> just--</w:t>
        <w:br/>
        <w:t>嗨</w:t>
      </w:r>
      <w:r>
        <w:t xml:space="preserve"> 吼</w:t>
      </w:r>
      <w:r>
        <w:t xml:space="preserve"> 兄弟们</w:t>
        <w:br/>
        <w:t>Hi</w:t>
      </w:r>
      <w:r>
        <w:t xml:space="preserve"> ho,</w:t>
      </w:r>
      <w:r>
        <w:t xml:space="preserve"> men</w:t>
        <w:br/>
        <w:t>图斯基吉来了</w:t>
      </w:r>
      <w:r>
        <w:t xml:space="preserve"> 图斯基吉又来了</w:t>
        <w:br/>
        <w:t>Tuskegee's</w:t>
      </w:r>
      <w:r>
        <w:t xml:space="preserve"> up</w:t>
      </w:r>
      <w:r>
        <w:t xml:space="preserve"> Tuskegee's</w:t>
      </w:r>
      <w:r>
        <w:t xml:space="preserve"> up</w:t>
      </w:r>
      <w:r>
        <w:t xml:space="preserve"> again</w:t>
        <w:br/>
        <w:t>直冲云霄</w:t>
      </w:r>
      <w:r>
        <w:t xml:space="preserve"> 当机立断</w:t>
        <w:br/>
        <w:t>Straight</w:t>
      </w:r>
      <w:r>
        <w:t xml:space="preserve"> into</w:t>
      </w:r>
      <w:r>
        <w:t xml:space="preserve"> the</w:t>
      </w:r>
      <w:r>
        <w:t xml:space="preserve"> sky</w:t>
      </w:r>
      <w:r>
        <w:t xml:space="preserve"> There</w:t>
      </w:r>
      <w:r>
        <w:t xml:space="preserve"> and</w:t>
      </w:r>
      <w:r>
        <w:t xml:space="preserve"> then</w:t>
        <w:br/>
        <w:t>图斯基吉来了</w:t>
      </w:r>
      <w:r>
        <w:t xml:space="preserve"> 图斯基吉又来了</w:t>
        <w:br/>
        <w:t>Tuskegee's</w:t>
      </w:r>
      <w:r>
        <w:t xml:space="preserve"> up</w:t>
      </w:r>
      <w:r>
        <w:t xml:space="preserve"> Tuskegee's</w:t>
      </w:r>
      <w:r>
        <w:t xml:space="preserve"> up</w:t>
      </w:r>
      <w:r>
        <w:t xml:space="preserve"> again</w:t>
        <w:br/>
        <w:t>(意大利</w:t>
      </w:r>
      <w:r>
        <w:t xml:space="preserve"> 拉米特里空军基地)</w:t>
        <w:br/>
        <w:t>别误会</w:t>
      </w:r>
      <w:r>
        <w:t xml:space="preserve"> 上尉</w:t>
        <w:br/>
        <w:t>Don't</w:t>
      </w:r>
      <w:r>
        <w:t xml:space="preserve"> get</w:t>
      </w:r>
      <w:r>
        <w:t xml:space="preserve"> me</w:t>
      </w:r>
      <w:r>
        <w:t xml:space="preserve"> wrong,</w:t>
      </w:r>
      <w:r>
        <w:t xml:space="preserve"> Captain.</w:t>
        <w:br/>
        <w:t>我对我们取得的成就感到非常自豪</w:t>
      </w:r>
      <w:r>
        <w:t xml:space="preserve"> 但...</w:t>
        <w:br/>
        <w:t>I'm</w:t>
      </w:r>
      <w:r>
        <w:t xml:space="preserve"> extremely</w:t>
      </w:r>
      <w:r>
        <w:t xml:space="preserve"> proud</w:t>
      </w:r>
      <w:r>
        <w:t xml:space="preserve"> of</w:t>
      </w:r>
      <w:r>
        <w:t xml:space="preserve"> what</w:t>
      </w:r>
      <w:r>
        <w:t xml:space="preserve"> we've</w:t>
      </w:r>
      <w:r>
        <w:t xml:space="preserve"> accomplished,</w:t>
      </w:r>
      <w:r>
        <w:t xml:space="preserve"> but...</w:t>
        <w:br/>
        <w:t>我们什么时候才能参加更激烈的战斗</w:t>
        <w:br/>
        <w:t>when</w:t>
      </w:r>
      <w:r>
        <w:t xml:space="preserve"> are</w:t>
      </w:r>
      <w:r>
        <w:t xml:space="preserve"> we</w:t>
      </w:r>
      <w:r>
        <w:t xml:space="preserve"> gonna</w:t>
      </w:r>
      <w:r>
        <w:t xml:space="preserve"> get</w:t>
      </w:r>
      <w:r>
        <w:t xml:space="preserve"> into</w:t>
      </w:r>
      <w:r>
        <w:t xml:space="preserve"> some</w:t>
      </w:r>
      <w:r>
        <w:t xml:space="preserve"> heavier</w:t>
      </w:r>
      <w:r>
        <w:t xml:space="preserve"> action?</w:t>
        <w:br/>
        <w:t>他们在讨论让我们加入</w:t>
      </w:r>
      <w:r>
        <w:t xml:space="preserve"> 332战斗机中队的事</w:t>
        <w:br/>
        <w:t>There</w:t>
      </w:r>
      <w:r>
        <w:t xml:space="preserve"> is</w:t>
      </w:r>
      <w:r>
        <w:t xml:space="preserve"> some</w:t>
      </w:r>
      <w:r>
        <w:t xml:space="preserve"> talk</w:t>
      </w:r>
      <w:r>
        <w:t xml:space="preserve"> of</w:t>
      </w:r>
      <w:r>
        <w:t xml:space="preserve"> us</w:t>
      </w:r>
      <w:r>
        <w:t xml:space="preserve"> joining</w:t>
      </w:r>
      <w:r>
        <w:t xml:space="preserve"> up</w:t>
      </w:r>
      <w:r>
        <w:t xml:space="preserve"> with</w:t>
      </w:r>
      <w:r>
        <w:t xml:space="preserve"> the</w:t>
      </w:r>
      <w:r>
        <w:t xml:space="preserve"> 332nd</w:t>
      </w:r>
      <w:r>
        <w:t xml:space="preserve"> fighter</w:t>
      </w:r>
      <w:r>
        <w:t xml:space="preserve"> group</w:t>
        <w:br/>
        <w:t>参加更深入欧洲的任务</w:t>
        <w:br/>
        <w:t>and</w:t>
      </w:r>
      <w:r>
        <w:t xml:space="preserve"> doing</w:t>
      </w:r>
      <w:r>
        <w:t xml:space="preserve"> missions</w:t>
      </w:r>
      <w:r>
        <w:t xml:space="preserve"> further</w:t>
      </w:r>
      <w:r>
        <w:t xml:space="preserve"> into</w:t>
      </w:r>
      <w:r>
        <w:t xml:space="preserve"> Europe.</w:t>
        <w:br/>
        <w:t>真的</w:t>
        <w:br/>
        <w:t>Truly?</w:t>
        <w:br/>
        <w:t>计划正在拟定中</w:t>
        <w:br/>
        <w:t>Plans</w:t>
      </w:r>
      <w:r>
        <w:t xml:space="preserve"> are</w:t>
      </w:r>
      <w:r>
        <w:t xml:space="preserve"> underway.</w:t>
        <w:br/>
        <w:t>96轰炸大队预计几天后会攻击福贾</w:t>
        <w:br/>
        <w:t>The</w:t>
      </w:r>
      <w:r>
        <w:t xml:space="preserve"> 96th</w:t>
      </w:r>
      <w:r>
        <w:t xml:space="preserve"> is</w:t>
      </w:r>
      <w:r>
        <w:t xml:space="preserve"> due</w:t>
      </w:r>
      <w:r>
        <w:t xml:space="preserve"> into</w:t>
      </w:r>
      <w:r>
        <w:t xml:space="preserve"> Foggia</w:t>
      </w:r>
      <w:r>
        <w:t xml:space="preserve"> a</w:t>
      </w:r>
      <w:r>
        <w:t xml:space="preserve"> few</w:t>
      </w:r>
      <w:r>
        <w:t xml:space="preserve"> days</w:t>
      </w:r>
      <w:r>
        <w:t xml:space="preserve"> from</w:t>
      </w:r>
      <w:r>
        <w:t xml:space="preserve"> now.</w:t>
        <w:br/>
        <w:t>我们将第一次在德国上空</w:t>
      </w:r>
      <w:r>
        <w:t xml:space="preserve"> 执行护送任务</w:t>
      </w:r>
      <w:r>
        <w:t xml:space="preserve"> 慕尼黑</w:t>
        <w:br/>
        <w:t>Gonna</w:t>
      </w:r>
      <w:r>
        <w:t xml:space="preserve"> fly</w:t>
      </w:r>
      <w:r>
        <w:t xml:space="preserve"> our</w:t>
      </w:r>
      <w:r>
        <w:t xml:space="preserve"> first</w:t>
      </w:r>
      <w:r>
        <w:t xml:space="preserve"> mission</w:t>
      </w:r>
      <w:r>
        <w:t xml:space="preserve"> over</w:t>
      </w:r>
      <w:r>
        <w:t xml:space="preserve"> Germany.</w:t>
      </w:r>
      <w:r>
        <w:t xml:space="preserve"> An</w:t>
      </w:r>
      <w:r>
        <w:t xml:space="preserve"> escort</w:t>
      </w:r>
      <w:r>
        <w:t xml:space="preserve"> run.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Munich.</w:t>
        <w:br/>
        <w:t>P40战斗机飞不了那么高</w:t>
        <w:br/>
        <w:t>P-40s</w:t>
      </w:r>
      <w:r>
        <w:t xml:space="preserve"> can't</w:t>
      </w:r>
      <w:r>
        <w:t xml:space="preserve"> handle</w:t>
      </w:r>
      <w:r>
        <w:t xml:space="preserve"> that</w:t>
      </w:r>
      <w:r>
        <w:t xml:space="preserve"> type</w:t>
      </w:r>
      <w:r>
        <w:t xml:space="preserve"> of</w:t>
      </w:r>
      <w:r>
        <w:t xml:space="preserve"> altitude.</w:t>
        <w:br/>
        <w:t>可能是用新型飞机</w:t>
      </w:r>
      <w:r>
        <w:t xml:space="preserve"> P51</w:t>
        <w:br/>
        <w:t>New</w:t>
      </w:r>
      <w:r>
        <w:t xml:space="preserve"> birds,</w:t>
      </w:r>
      <w:r>
        <w:t xml:space="preserve"> likely.</w:t>
      </w:r>
      <w:r>
        <w:t xml:space="preserve"> P-51s.</w:t>
        <w:br/>
        <w:t>耐心点</w:t>
      </w:r>
      <w:r>
        <w:t xml:space="preserve"> 我们会知道结果的</w:t>
        <w:br/>
        <w:t>Just</w:t>
      </w:r>
      <w:r>
        <w:t xml:space="preserve"> be</w:t>
      </w:r>
      <w:r>
        <w:t xml:space="preserve"> patient.</w:t>
      </w:r>
      <w:r>
        <w:t xml:space="preserve"> We'll</w:t>
      </w:r>
      <w:r>
        <w:t xml:space="preserve"> see.</w:t>
        <w:br/>
        <w:t>同时呢</w:t>
      </w:r>
      <w:r>
        <w:t xml:space="preserve"> 放松一下</w:t>
        <w:br/>
        <w:t>In</w:t>
      </w:r>
      <w:r>
        <w:t xml:space="preserve"> the</w:t>
      </w:r>
      <w:r>
        <w:t xml:space="preserve"> meantime,</w:t>
      </w:r>
      <w:r>
        <w:t xml:space="preserve"> relax.</w:t>
        <w:br/>
        <w:t>好好享受</w:t>
        <w:br/>
        <w:t>Enjoy.</w:t>
        <w:br/>
        <w:t>是</w:t>
      </w:r>
      <w:r>
        <w:t xml:space="preserve"> 我知道</w:t>
        <w:br/>
        <w:t>Yeah,</w:t>
      </w:r>
      <w:r>
        <w:t xml:space="preserve"> I</w:t>
      </w:r>
      <w:r>
        <w:t xml:space="preserve"> know...</w:t>
        <w:br/>
        <w:t>我觉得很难</w:t>
      </w:r>
      <w:r>
        <w:t xml:space="preserve"> 毕竟...</w:t>
        <w:br/>
        <w:t>It's</w:t>
      </w:r>
      <w:r>
        <w:t xml:space="preserve"> just</w:t>
      </w:r>
      <w:r>
        <w:t xml:space="preserve"> hard</w:t>
      </w:r>
      <w:r>
        <w:t xml:space="preserve"> when--</w:t>
        <w:br/>
        <w:t>毕竟我们有些兄弟已经出战了</w:t>
        <w:br/>
        <w:t>when</w:t>
      </w:r>
      <w:r>
        <w:t xml:space="preserve"> some</w:t>
      </w:r>
      <w:r>
        <w:t xml:space="preserve"> of</w:t>
      </w:r>
      <w:r>
        <w:t xml:space="preserve"> our</w:t>
      </w:r>
      <w:r>
        <w:t xml:space="preserve"> guys</w:t>
      </w:r>
      <w:r>
        <w:t xml:space="preserve"> are</w:t>
      </w:r>
      <w:r>
        <w:t xml:space="preserve"> already</w:t>
      </w:r>
      <w:r>
        <w:t xml:space="preserve"> out</w:t>
      </w:r>
      <w:r>
        <w:t xml:space="preserve"> there.</w:t>
        <w:br/>
        <w:t>又不是说你任务失败而被淘汰</w:t>
      </w:r>
      <w:r>
        <w:t xml:space="preserve"> 亚历克斯</w:t>
      </w:r>
      <w:r>
        <w:t xml:space="preserve"> 现在不要把自己累垮</w:t>
        <w:br/>
        <w:t>You</w:t>
      </w:r>
      <w:r>
        <w:t xml:space="preserve"> didn't</w:t>
      </w:r>
      <w:r>
        <w:t xml:space="preserve"> wash</w:t>
      </w:r>
      <w:r>
        <w:t xml:space="preserve"> out,</w:t>
      </w:r>
      <w:r>
        <w:t xml:space="preserve"> Alex.</w:t>
      </w:r>
      <w:r>
        <w:t xml:space="preserve"> So</w:t>
      </w:r>
      <w:r>
        <w:t xml:space="preserve"> now</w:t>
      </w:r>
      <w:r>
        <w:t xml:space="preserve"> don't</w:t>
      </w:r>
      <w:r>
        <w:t xml:space="preserve"> burn</w:t>
      </w:r>
      <w:r>
        <w:t xml:space="preserve"> yourself</w:t>
      </w:r>
      <w:r>
        <w:t xml:space="preserve"> out.</w:t>
        <w:br/>
        <w:t>一切自有定数</w:t>
        <w:br/>
        <w:t>Everything</w:t>
      </w:r>
      <w:r>
        <w:t xml:space="preserve"> in</w:t>
      </w:r>
      <w:r>
        <w:t xml:space="preserve"> its</w:t>
      </w:r>
      <w:r>
        <w:t xml:space="preserve"> own</w:t>
      </w:r>
      <w:r>
        <w:t xml:space="preserve"> order.</w:t>
        <w:br/>
        <w:t>各垒上都有人</w:t>
      </w:r>
      <w:r>
        <w:t xml:space="preserve"> 第九局上半场</w:t>
        <w:br/>
        <w:t>Bases</w:t>
      </w:r>
      <w:r>
        <w:t xml:space="preserve"> loaded,</w:t>
      </w:r>
      <w:r>
        <w:t xml:space="preserve"> top</w:t>
      </w:r>
      <w:r>
        <w:t xml:space="preserve"> of</w:t>
      </w:r>
      <w:r>
        <w:t xml:space="preserve"> the</w:t>
      </w:r>
      <w:r>
        <w:t xml:space="preserve"> ninth.</w:t>
        <w:br/>
        <w:t>两人出局</w:t>
      </w:r>
      <w:r>
        <w:t xml:space="preserve"> 三个坏球</w:t>
      </w:r>
      <w:r>
        <w:t xml:space="preserve"> 一振</w:t>
        <w:br/>
        <w:t>Two</w:t>
      </w:r>
      <w:r>
        <w:t xml:space="preserve"> outs,</w:t>
      </w:r>
      <w:r>
        <w:t xml:space="preserve"> three</w:t>
      </w:r>
      <w:r>
        <w:t xml:space="preserve"> balls,</w:t>
      </w:r>
      <w:r>
        <w:t xml:space="preserve"> one</w:t>
      </w:r>
      <w:r>
        <w:t xml:space="preserve"> strike.</w:t>
        <w:br/>
        <w:t>纽豪瑟准备就绪</w:t>
      </w:r>
      <w:r>
        <w:t xml:space="preserve"> 投出一记曲线球</w:t>
        <w:br/>
        <w:t>Newhouser</w:t>
      </w:r>
      <w:r>
        <w:t xml:space="preserve"> sets</w:t>
      </w:r>
      <w:r>
        <w:t xml:space="preserve"> and</w:t>
      </w:r>
      <w:r>
        <w:t xml:space="preserve"> delivers</w:t>
      </w:r>
      <w:r>
        <w:t xml:space="preserve"> a</w:t>
      </w:r>
      <w:r>
        <w:t xml:space="preserve"> curve</w:t>
      </w:r>
      <w:r>
        <w:t xml:space="preserve"> ball!</w:t>
        <w:br/>
        <w:t>凯勒用力挥棒</w:t>
      </w:r>
      <w:r>
        <w:t xml:space="preserve"> 打空了</w:t>
      </w:r>
      <w:r>
        <w:t xml:space="preserve"> 二振</w:t>
        <w:br/>
        <w:t>Big</w:t>
      </w:r>
      <w:r>
        <w:t xml:space="preserve"> swing</w:t>
      </w:r>
      <w:r>
        <w:t xml:space="preserve"> and</w:t>
      </w:r>
      <w:r>
        <w:t xml:space="preserve"> a</w:t>
      </w:r>
      <w:r>
        <w:t xml:space="preserve"> miss</w:t>
      </w:r>
      <w:r>
        <w:t xml:space="preserve"> from</w:t>
      </w:r>
      <w:r>
        <w:t xml:space="preserve"> Keller</w:t>
      </w:r>
      <w:r>
        <w:t xml:space="preserve"> for</w:t>
      </w:r>
      <w:r>
        <w:t xml:space="preserve"> strike</w:t>
      </w:r>
      <w:r>
        <w:t xml:space="preserve"> two!</w:t>
        <w:br/>
        <w:t>这次挥击几乎让他摔倒</w:t>
        <w:br/>
        <w:t>That</w:t>
      </w:r>
      <w:r>
        <w:t xml:space="preserve"> hack</w:t>
      </w:r>
      <w:r>
        <w:t xml:space="preserve"> almost</w:t>
      </w:r>
      <w:r>
        <w:t xml:space="preserve"> took</w:t>
      </w:r>
      <w:r>
        <w:t xml:space="preserve"> him</w:t>
      </w:r>
      <w:r>
        <w:t xml:space="preserve"> right</w:t>
      </w:r>
      <w:r>
        <w:t xml:space="preserve"> out</w:t>
      </w:r>
      <w:r>
        <w:t xml:space="preserve"> of</w:t>
      </w:r>
      <w:r>
        <w:t xml:space="preserve"> his</w:t>
      </w:r>
      <w:r>
        <w:t xml:space="preserve"> shoes!</w:t>
        <w:br/>
        <w:t>戈登后退几步</w:t>
        <w:br/>
        <w:t>Gordon</w:t>
      </w:r>
      <w:r>
        <w:t xml:space="preserve"> takes</w:t>
      </w:r>
      <w:r>
        <w:t xml:space="preserve"> a</w:t>
      </w:r>
      <w:r>
        <w:t xml:space="preserve"> couple</w:t>
      </w:r>
      <w:r>
        <w:t xml:space="preserve"> of</w:t>
      </w:r>
      <w:r>
        <w:t xml:space="preserve"> steps</w:t>
      </w:r>
      <w:r>
        <w:t xml:space="preserve"> back...</w:t>
        <w:br/>
        <w:t>嘿</w:t>
      </w:r>
      <w:r>
        <w:t xml:space="preserve"> 巴基</w:t>
      </w:r>
      <w:r>
        <w:t xml:space="preserve"> -</w:t>
      </w:r>
      <w:r>
        <w:t xml:space="preserve"> 走向垒</w:t>
        <w:br/>
        <w:t>Hey,</w:t>
      </w:r>
      <w:r>
        <w:t xml:space="preserve"> Bucky.</w:t>
      </w:r>
      <w:r>
        <w:t xml:space="preserve"> -</w:t>
      </w:r>
      <w:r>
        <w:t xml:space="preserve"> ...toward</w:t>
      </w:r>
      <w:r>
        <w:t xml:space="preserve"> the</w:t>
      </w:r>
      <w:r>
        <w:t xml:space="preserve"> bag.</w:t>
        <w:br/>
        <w:t>巴克</w:t>
      </w:r>
      <w:r>
        <w:t xml:space="preserve"> 这边正在打重要的比赛呢</w:t>
        <w:br/>
        <w:t>Big</w:t>
      </w:r>
      <w:r>
        <w:t xml:space="preserve"> game</w:t>
      </w:r>
      <w:r>
        <w:t xml:space="preserve"> going</w:t>
      </w:r>
      <w:r>
        <w:t xml:space="preserve"> on</w:t>
      </w:r>
      <w:r>
        <w:t xml:space="preserve"> here,</w:t>
      </w:r>
      <w:r>
        <w:t xml:space="preserve"> Buck.</w:t>
        <w:br/>
        <w:t>我和兄弟们想知道比分是多少</w:t>
        <w:br/>
        <w:t>Me</w:t>
      </w:r>
      <w:r>
        <w:t xml:space="preserve"> and</w:t>
      </w:r>
      <w:r>
        <w:t xml:space="preserve"> the</w:t>
      </w:r>
      <w:r>
        <w:t xml:space="preserve"> guys</w:t>
      </w:r>
      <w:r>
        <w:t xml:space="preserve"> were</w:t>
      </w:r>
      <w:r>
        <w:t xml:space="preserve"> wondering</w:t>
      </w:r>
      <w:r>
        <w:t xml:space="preserve"> what</w:t>
      </w:r>
      <w:r>
        <w:t xml:space="preserve"> the</w:t>
      </w:r>
      <w:r>
        <w:t xml:space="preserve"> score</w:t>
      </w:r>
      <w:r>
        <w:t xml:space="preserve"> is.</w:t>
        <w:br/>
        <w:t>少校</w:t>
      </w:r>
      <w:r>
        <w:t xml:space="preserve"> 你还好吗</w:t>
        <w:br/>
        <w:t>You</w:t>
      </w:r>
      <w:r>
        <w:t xml:space="preserve"> okay,</w:t>
      </w:r>
      <w:r>
        <w:t xml:space="preserve"> Major?</w:t>
        <w:br/>
        <w:t>很好</w:t>
      </w:r>
      <w:r>
        <w:t xml:space="preserve"> 我为什么不好</w:t>
        <w:br/>
        <w:t>Yeah.</w:t>
      </w:r>
      <w:r>
        <w:t xml:space="preserve"> Why</w:t>
      </w:r>
      <w:r>
        <w:t xml:space="preserve"> wouldn't</w:t>
      </w:r>
      <w:r>
        <w:t xml:space="preserve"> I</w:t>
      </w:r>
      <w:r>
        <w:t xml:space="preserve"> be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okay?</w:t>
        <w:br/>
        <w:t>随口问问</w:t>
      </w:r>
      <w:r>
        <w:t xml:space="preserve"> 我很好</w:t>
      </w:r>
      <w:r>
        <w:t xml:space="preserve"> 这是事实</w:t>
        <w:br/>
        <w:t>Just</w:t>
      </w:r>
      <w:r>
        <w:t xml:space="preserve"> asking.</w:t>
      </w:r>
      <w:r>
        <w:t xml:space="preserve"> You're</w:t>
      </w:r>
      <w:r>
        <w:t xml:space="preserve"> just</w:t>
      </w:r>
      <w:r>
        <w:t xml:space="preserve"> asking?</w:t>
      </w:r>
      <w:r>
        <w:t xml:space="preserve"> Well,</w:t>
      </w:r>
      <w:r>
        <w:t xml:space="preserve"> I'm</w:t>
      </w:r>
      <w:r>
        <w:t xml:space="preserve"> great,</w:t>
      </w:r>
      <w:r>
        <w:t xml:space="preserve"> is</w:t>
      </w:r>
      <w:r>
        <w:t xml:space="preserve"> the</w:t>
      </w:r>
      <w:r>
        <w:t xml:space="preserve"> truth.</w:t>
        <w:br/>
        <w:t>我被关在这里八个月了</w:t>
        <w:br/>
        <w:t>I've</w:t>
      </w:r>
      <w:r>
        <w:t xml:space="preserve"> been</w:t>
      </w:r>
      <w:r>
        <w:t xml:space="preserve"> here</w:t>
      </w:r>
      <w:r>
        <w:t xml:space="preserve"> for</w:t>
      </w:r>
      <w:r>
        <w:t xml:space="preserve"> eight</w:t>
      </w:r>
      <w:r>
        <w:t xml:space="preserve"> months</w:t>
      </w:r>
      <w:r>
        <w:t xml:space="preserve"> now.</w:t>
        <w:br/>
        <w:t>依然无法脱身</w:t>
      </w:r>
      <w:r>
        <w:t xml:space="preserve"> 浑身发冷</w:t>
      </w:r>
      <w:r>
        <w:t xml:space="preserve"> 依然在吃残羹剩饭</w:t>
        <w:br/>
        <w:t>Still</w:t>
      </w:r>
      <w:r>
        <w:t xml:space="preserve"> trapped,</w:t>
      </w:r>
      <w:r>
        <w:t xml:space="preserve"> still</w:t>
      </w:r>
      <w:r>
        <w:t xml:space="preserve"> cold,</w:t>
      </w:r>
      <w:r>
        <w:t xml:space="preserve"> still</w:t>
      </w:r>
      <w:r>
        <w:t xml:space="preserve"> eating</w:t>
      </w:r>
      <w:r>
        <w:t xml:space="preserve"> scraps.</w:t>
        <w:br/>
        <w:t>依然还在等某件希望渺茫的事发生</w:t>
        <w:br/>
        <w:t>And</w:t>
      </w:r>
      <w:r>
        <w:t xml:space="preserve"> we</w:t>
      </w:r>
      <w:r>
        <w:t xml:space="preserve"> keep</w:t>
      </w:r>
      <w:r>
        <w:t xml:space="preserve"> waiting</w:t>
      </w:r>
      <w:r>
        <w:t xml:space="preserve"> for</w:t>
      </w:r>
      <w:r>
        <w:t xml:space="preserve"> something</w:t>
      </w:r>
      <w:r>
        <w:t xml:space="preserve"> to</w:t>
      </w:r>
      <w:r>
        <w:t xml:space="preserve"> happen</w:t>
      </w:r>
      <w:r>
        <w:t xml:space="preserve"> even</w:t>
      </w:r>
      <w:r>
        <w:t xml:space="preserve"> though</w:t>
      </w:r>
      <w:r>
        <w:t xml:space="preserve"> it</w:t>
      </w:r>
      <w:r>
        <w:t xml:space="preserve"> doesn't.</w:t>
        <w:br/>
        <w:t>现在还好啦</w:t>
      </w:r>
      <w:r>
        <w:t xml:space="preserve"> 至少我们还活着</w:t>
        <w:br/>
        <w:t>It</w:t>
      </w:r>
      <w:r>
        <w:t xml:space="preserve"> could</w:t>
      </w:r>
      <w:r>
        <w:t xml:space="preserve"> be</w:t>
      </w:r>
      <w:r>
        <w:t xml:space="preserve"> worse.</w:t>
      </w:r>
      <w:r>
        <w:t xml:space="preserve"> We</w:t>
      </w:r>
      <w:r>
        <w:t xml:space="preserve"> could</w:t>
      </w:r>
      <w:r>
        <w:t xml:space="preserve"> be</w:t>
      </w:r>
      <w:r>
        <w:t xml:space="preserve"> dead.</w:t>
        <w:br/>
        <w:t>也许对你来说是这样</w:t>
      </w:r>
      <w:r>
        <w:t xml:space="preserve"> 至少我忍&amp;hearts;得了你</w:t>
        <w:br/>
        <w:t>Well,</w:t>
      </w:r>
      <w:r>
        <w:t xml:space="preserve"> maybe</w:t>
      </w:r>
      <w:r>
        <w:t xml:space="preserve"> for</w:t>
      </w:r>
      <w:r>
        <w:t xml:space="preserve"> you.</w:t>
      </w:r>
      <w:r>
        <w:t xml:space="preserve"> At</w:t>
      </w:r>
      <w:r>
        <w:t xml:space="preserve"> least</w:t>
      </w:r>
      <w:r>
        <w:t xml:space="preserve"> that</w:t>
      </w:r>
      <w:r>
        <w:t xml:space="preserve"> I</w:t>
      </w:r>
      <w:r>
        <w:t xml:space="preserve"> could</w:t>
      </w:r>
      <w:r>
        <w:t xml:space="preserve"> stand.</w:t>
        <w:br/>
        <w:t>我忍&amp;hearts;不了这个</w:t>
        <w:br/>
        <w:t>I</w:t>
      </w:r>
      <w:r>
        <w:t xml:space="preserve"> can't</w:t>
      </w:r>
      <w:r>
        <w:t xml:space="preserve"> stand</w:t>
      </w:r>
      <w:r>
        <w:t xml:space="preserve"> this.</w:t>
        <w:br/>
        <w:t>我们在等什么</w:t>
        <w:br/>
        <w:t>What</w:t>
      </w:r>
      <w:r>
        <w:t xml:space="preserve"> are</w:t>
      </w:r>
      <w:r>
        <w:t xml:space="preserve"> we</w:t>
      </w:r>
      <w:r>
        <w:t xml:space="preserve"> waiting</w:t>
      </w:r>
      <w:r>
        <w:t xml:space="preserve"> for?</w:t>
        <w:br/>
        <w:t>我们都觉得会发生某件事</w:t>
      </w:r>
      <w:r>
        <w:t xml:space="preserve"> 也许我们需要来促成此事</w:t>
        <w:br/>
        <w:t>We</w:t>
      </w:r>
      <w:r>
        <w:t xml:space="preserve"> all</w:t>
      </w:r>
      <w:r>
        <w:t xml:space="preserve"> think</w:t>
      </w:r>
      <w:r>
        <w:t xml:space="preserve"> something's</w:t>
      </w:r>
      <w:r>
        <w:t xml:space="preserve"> gonna</w:t>
      </w:r>
      <w:r>
        <w:t xml:space="preserve"> happen.</w:t>
      </w:r>
      <w:r>
        <w:t xml:space="preserve"> Maybe</w:t>
      </w:r>
      <w:r>
        <w:t xml:space="preserve"> we</w:t>
      </w:r>
      <w:r>
        <w:t xml:space="preserve"> need</w:t>
      </w:r>
      <w:r>
        <w:t xml:space="preserve"> to</w:t>
      </w:r>
      <w:r>
        <w:t xml:space="preserve"> make</w:t>
      </w:r>
      <w:r>
        <w:t xml:space="preserve"> it</w:t>
      </w:r>
      <w:r>
        <w:t xml:space="preserve"> happen.</w:t>
        <w:br/>
        <w:t>像那些英国人一样</w:t>
      </w:r>
      <w:r>
        <w:t xml:space="preserve"> 惨遭处决</w:t>
        <w:br/>
        <w:t>Like</w:t>
      </w:r>
      <w:r>
        <w:t xml:space="preserve"> those</w:t>
      </w:r>
      <w:r>
        <w:t xml:space="preserve"> Brits</w:t>
      </w:r>
      <w:r>
        <w:t xml:space="preserve"> did?</w:t>
      </w:r>
      <w:r>
        <w:t xml:space="preserve"> Go</w:t>
      </w:r>
      <w:r>
        <w:t xml:space="preserve"> and</w:t>
      </w:r>
      <w:r>
        <w:t xml:space="preserve"> get</w:t>
      </w:r>
      <w:r>
        <w:t xml:space="preserve"> executed?</w:t>
        <w:br/>
        <w:t>我们必须耐心</w:t>
        <w:br/>
        <w:t>We</w:t>
      </w:r>
      <w:r>
        <w:t xml:space="preserve"> have</w:t>
      </w:r>
      <w:r>
        <w:t xml:space="preserve"> to</w:t>
      </w:r>
      <w:r>
        <w:t xml:space="preserve"> be</w:t>
      </w:r>
      <w:r>
        <w:t xml:space="preserve"> patient.</w:t>
        <w:br/>
        <w:t>1944年6月3日早5点56到5点57分</w:t>
        <w:br/>
        <w:t>5:56</w:t>
      </w:r>
      <w:r>
        <w:t xml:space="preserve"> to</w:t>
      </w:r>
      <w:r>
        <w:t xml:space="preserve"> 5:57</w:t>
      </w:r>
      <w:r>
        <w:t xml:space="preserve"> a.m.</w:t>
      </w:r>
      <w:r>
        <w:t xml:space="preserve"> on</w:t>
      </w:r>
      <w:r>
        <w:t xml:space="preserve"> June</w:t>
      </w:r>
      <w:r>
        <w:t xml:space="preserve"> 3rd,</w:t>
      </w:r>
      <w:r>
        <w:t xml:space="preserve"> 1944.</w:t>
        <w:br/>
        <w:t>距离D日还有三天</w:t>
        <w:br/>
        <w:t>Three</w:t>
      </w:r>
      <w:r>
        <w:t xml:space="preserve"> days</w:t>
      </w:r>
      <w:r>
        <w:t xml:space="preserve"> to</w:t>
      </w:r>
      <w:r>
        <w:t xml:space="preserve"> D-Day.</w:t>
        <w:br/>
        <w:t>这是我接下来72小时里睡的最后一分钟觉</w:t>
        <w:br/>
        <w:t>The</w:t>
      </w:r>
      <w:r>
        <w:t xml:space="preserve"> last</w:t>
      </w:r>
      <w:r>
        <w:t xml:space="preserve"> minute</w:t>
      </w:r>
      <w:r>
        <w:t xml:space="preserve"> of</w:t>
      </w:r>
      <w:r>
        <w:t xml:space="preserve"> sleep</w:t>
      </w:r>
      <w:r>
        <w:t xml:space="preserve"> I'll</w:t>
      </w:r>
      <w:r>
        <w:t xml:space="preserve"> get</w:t>
      </w:r>
      <w:r>
        <w:t xml:space="preserve"> for</w:t>
      </w:r>
      <w:r>
        <w:t xml:space="preserve"> 72</w:t>
      </w:r>
      <w:r>
        <w:t xml:space="preserve"> hours.</w:t>
        <w:br/>
        <w:t>(行动室)</w:t>
        <w:br/>
        <w:t>我们的任务是在登陆艇抵达海滩前几分钟</w:t>
        <w:br/>
        <w:t>Our</w:t>
      </w:r>
      <w:r>
        <w:t xml:space="preserve"> job</w:t>
      </w:r>
      <w:r>
        <w:t xml:space="preserve"> was</w:t>
      </w:r>
      <w:r>
        <w:t xml:space="preserve"> to</w:t>
      </w:r>
      <w:r>
        <w:t xml:space="preserve"> bomb</w:t>
      </w:r>
      <w:r>
        <w:t xml:space="preserve"> the</w:t>
      </w:r>
      <w:r>
        <w:t xml:space="preserve"> German</w:t>
      </w:r>
      <w:r>
        <w:t xml:space="preserve"> defenses</w:t>
      </w:r>
      <w:r>
        <w:t xml:space="preserve"> in</w:t>
      </w:r>
      <w:r>
        <w:t xml:space="preserve"> Normandy</w:t>
        <w:br/>
        <w:t>轰炸德国诺曼底的防御工事</w:t>
        <w:br/>
        <w:t>only</w:t>
      </w:r>
      <w:r>
        <w:t xml:space="preserve"> minutes</w:t>
      </w:r>
      <w:r>
        <w:t xml:space="preserve"> before</w:t>
      </w:r>
      <w:r>
        <w:t xml:space="preserve"> the</w:t>
      </w:r>
      <w:r>
        <w:t xml:space="preserve"> landing</w:t>
      </w:r>
      <w:r>
        <w:t xml:space="preserve"> craft</w:t>
      </w:r>
      <w:r>
        <w:t xml:space="preserve"> hit</w:t>
      </w:r>
      <w:r>
        <w:t xml:space="preserve"> the</w:t>
      </w:r>
      <w:r>
        <w:t xml:space="preserve"> beaches,</w:t>
        <w:br/>
        <w:t>然后在当天接下来的时间里</w:t>
      </w:r>
      <w:r>
        <w:t xml:space="preserve"> 攻击德国内陆的</w:t>
        <w:br/>
        <w:t>and</w:t>
      </w:r>
      <w:r>
        <w:t xml:space="preserve"> then</w:t>
      </w:r>
      <w:r>
        <w:t xml:space="preserve"> spend</w:t>
      </w:r>
      <w:r>
        <w:t xml:space="preserve"> the</w:t>
      </w:r>
      <w:r>
        <w:t xml:space="preserve"> day</w:t>
      </w:r>
      <w:r>
        <w:t xml:space="preserve"> hitting</w:t>
      </w:r>
      <w:r>
        <w:t xml:space="preserve"> German</w:t>
      </w:r>
      <w:r>
        <w:t xml:space="preserve"> bridges,</w:t>
        <w:br/>
        <w:t>桥梁</w:t>
      </w:r>
      <w:r>
        <w:t xml:space="preserve"> 铁路和通讯线路</w:t>
        <w:br/>
        <w:t>railroads</w:t>
      </w:r>
      <w:r>
        <w:t xml:space="preserve"> and</w:t>
      </w:r>
      <w:r>
        <w:t xml:space="preserve"> communication</w:t>
      </w:r>
      <w:r>
        <w:t xml:space="preserve"> lines</w:t>
      </w:r>
      <w:r>
        <w:t xml:space="preserve"> further</w:t>
      </w:r>
      <w:r>
        <w:t xml:space="preserve"> inland.</w:t>
        <w:br/>
        <w:t>一共大约200次任务</w:t>
      </w:r>
      <w:r>
        <w:t xml:space="preserve"> 全都需要飞行计划和地图</w:t>
        <w:br/>
        <w:t>About</w:t>
      </w:r>
      <w:r>
        <w:t xml:space="preserve"> 200</w:t>
      </w:r>
      <w:r>
        <w:t xml:space="preserve"> missions</w:t>
      </w:r>
      <w:r>
        <w:t xml:space="preserve"> in</w:t>
      </w:r>
      <w:r>
        <w:t xml:space="preserve"> total,</w:t>
      </w:r>
      <w:r>
        <w:t xml:space="preserve"> all</w:t>
      </w:r>
      <w:r>
        <w:t xml:space="preserve"> needing</w:t>
      </w:r>
      <w:r>
        <w:t xml:space="preserve"> flight</w:t>
      </w:r>
      <w:r>
        <w:t xml:space="preserve"> plans</w:t>
      </w:r>
      <w:r>
        <w:t xml:space="preserve"> and</w:t>
      </w:r>
      <w:r>
        <w:t xml:space="preserve"> maps.</w:t>
        <w:br/>
        <w:t>24小时</w:t>
        <w:br/>
        <w:t>Twenty-four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hours.</w:t>
        <w:br/>
        <w:t>第一天晚上会让你产生熬夜很容易的错觉</w:t>
        <w:br/>
        <w:t>The</w:t>
      </w:r>
      <w:r>
        <w:t xml:space="preserve"> first</w:t>
      </w:r>
      <w:r>
        <w:t xml:space="preserve"> night</w:t>
      </w:r>
      <w:r>
        <w:t xml:space="preserve"> lies</w:t>
      </w:r>
      <w:r>
        <w:t xml:space="preserve"> to</w:t>
      </w:r>
      <w:r>
        <w:t xml:space="preserve"> you,</w:t>
      </w:r>
      <w:r>
        <w:t xml:space="preserve"> tells</w:t>
      </w:r>
      <w:r>
        <w:t xml:space="preserve"> you</w:t>
      </w:r>
      <w:r>
        <w:t xml:space="preserve"> it's</w:t>
      </w:r>
      <w:r>
        <w:t xml:space="preserve"> easy.</w:t>
        <w:br/>
        <w:t>第二天的第二顿早餐开始</w:t>
      </w:r>
      <w:r>
        <w:t xml:space="preserve"> 保持清醒变成了一种挣扎</w:t>
        <w:br/>
        <w:t>The</w:t>
      </w:r>
      <w:r>
        <w:t xml:space="preserve"> second</w:t>
      </w:r>
      <w:r>
        <w:t xml:space="preserve"> breakfast</w:t>
      </w:r>
      <w:r>
        <w:t xml:space="preserve"> on</w:t>
      </w:r>
      <w:r>
        <w:t xml:space="preserve"> the</w:t>
      </w:r>
      <w:r>
        <w:t xml:space="preserve"> second</w:t>
      </w:r>
      <w:r>
        <w:t xml:space="preserve"> day,</w:t>
      </w:r>
      <w:r>
        <w:t xml:space="preserve"> that's</w:t>
      </w:r>
      <w:r>
        <w:t xml:space="preserve"> when</w:t>
      </w:r>
      <w:r>
        <w:t xml:space="preserve"> the</w:t>
      </w:r>
      <w:r>
        <w:t xml:space="preserve"> fight</w:t>
      </w:r>
      <w:r>
        <w:t xml:space="preserve"> starts.</w:t>
        <w:br/>
        <w:t>我只要一休息就试着联&amp;hearts;系&amp;hearts;桑德拉</w:t>
        <w:br/>
        <w:t>I</w:t>
      </w:r>
      <w:r>
        <w:t xml:space="preserve"> tried</w:t>
      </w:r>
      <w:r>
        <w:t xml:space="preserve"> contacting</w:t>
      </w:r>
      <w:r>
        <w:t xml:space="preserve"> Sandra</w:t>
      </w:r>
      <w:r>
        <w:t xml:space="preserve"> whenever</w:t>
      </w:r>
      <w:r>
        <w:t xml:space="preserve"> I</w:t>
      </w:r>
      <w:r>
        <w:t xml:space="preserve"> had</w:t>
      </w:r>
      <w:r>
        <w:t xml:space="preserve"> a</w:t>
      </w:r>
      <w:r>
        <w:t xml:space="preserve"> break,</w:t>
        <w:br/>
        <w:t>(法国</w:t>
      </w:r>
      <w:r>
        <w:t xml:space="preserve"> 巴黎)</w:t>
        <w:br/>
        <w:t>但我联&amp;hearts;系&amp;hearts;不上她</w:t>
      </w:r>
      <w:r>
        <w:t xml:space="preserve"> 她仿佛消失了一样</w:t>
        <w:br/>
        <w:t>but</w:t>
      </w:r>
      <w:r>
        <w:t xml:space="preserve"> I</w:t>
      </w:r>
      <w:r>
        <w:t xml:space="preserve"> couldn't</w:t>
      </w:r>
      <w:r>
        <w:t xml:space="preserve"> reach</w:t>
      </w:r>
      <w:r>
        <w:t xml:space="preserve"> her.</w:t>
      </w:r>
      <w:r>
        <w:t xml:space="preserve"> It</w:t>
      </w:r>
      <w:r>
        <w:t xml:space="preserve"> was</w:t>
      </w:r>
      <w:r>
        <w:t xml:space="preserve"> like</w:t>
      </w:r>
      <w:r>
        <w:t xml:space="preserve"> she</w:t>
      </w:r>
      <w:r>
        <w:t xml:space="preserve"> vanished.</w:t>
        <w:br/>
        <w:t>证件</w:t>
        <w:br/>
        <w:t>Papers.</w:t>
        <w:br/>
        <w:t>证件</w:t>
      </w:r>
      <w:r>
        <w:t xml:space="preserve"> 你去哪</w:t>
        <w:br/>
        <w:t>Papers.</w:t>
      </w:r>
      <w:r>
        <w:t xml:space="preserve"> Where</w:t>
      </w:r>
      <w:r>
        <w:t xml:space="preserve"> are</w:t>
      </w:r>
      <w:r>
        <w:t xml:space="preserve"> you</w:t>
      </w:r>
      <w:r>
        <w:t xml:space="preserve"> going?</w:t>
        <w:br/>
        <w:t>只是去上班</w:t>
      </w:r>
      <w:r>
        <w:t xml:space="preserve"> 长官</w:t>
        <w:br/>
        <w:t>Only</w:t>
      </w:r>
      <w:r>
        <w:t xml:space="preserve"> to</w:t>
      </w:r>
      <w:r>
        <w:t xml:space="preserve"> my</w:t>
      </w:r>
      <w:r>
        <w:t xml:space="preserve"> work,</w:t>
      </w:r>
      <w:r>
        <w:t xml:space="preserve"> sir.</w:t>
        <w:br/>
        <w:t>32小时</w:t>
      </w:r>
      <w:r>
        <w:t xml:space="preserve"> 第二天的第二个下午</w:t>
        <w:br/>
        <w:t>Thirty-two</w:t>
      </w:r>
      <w:r>
        <w:t xml:space="preserve"> hours.</w:t>
      </w:r>
      <w:r>
        <w:t xml:space="preserve"> The</w:t>
      </w:r>
      <w:r>
        <w:t xml:space="preserve"> second</w:t>
      </w:r>
      <w:r>
        <w:t xml:space="preserve"> afternoon</w:t>
      </w:r>
      <w:r>
        <w:t xml:space="preserve"> on</w:t>
      </w:r>
      <w:r>
        <w:t xml:space="preserve"> the</w:t>
      </w:r>
      <w:r>
        <w:t xml:space="preserve"> second</w:t>
      </w:r>
      <w:r>
        <w:t xml:space="preserve"> day.</w:t>
        <w:br/>
        <w:t>这时咖啡已经没用了</w:t>
        <w:br/>
        <w:t>That's</w:t>
      </w:r>
      <w:r>
        <w:t xml:space="preserve"> when</w:t>
      </w:r>
      <w:r>
        <w:t xml:space="preserve"> coffee</w:t>
      </w:r>
      <w:r>
        <w:t xml:space="preserve"> is</w:t>
      </w:r>
      <w:r>
        <w:t xml:space="preserve"> no</w:t>
      </w:r>
      <w:r>
        <w:t xml:space="preserve"> longer</w:t>
      </w:r>
      <w:r>
        <w:t xml:space="preserve"> enough.</w:t>
        <w:br/>
        <w:t>你得睡觉</w:t>
      </w:r>
      <w:r>
        <w:t xml:space="preserve"> 克罗斯比</w:t>
        <w:br/>
        <w:t>You</w:t>
      </w:r>
      <w:r>
        <w:t xml:space="preserve"> need</w:t>
      </w:r>
      <w:r>
        <w:t xml:space="preserve"> to</w:t>
      </w:r>
      <w:r>
        <w:t xml:space="preserve"> sleep,</w:t>
      </w:r>
      <w:r>
        <w:t xml:space="preserve"> Crosby.</w:t>
        <w:br/>
        <w:t>是</w:t>
      </w:r>
      <w:r>
        <w:t xml:space="preserve"> 等任务结束的</w:t>
        <w:br/>
        <w:t>Yeah.</w:t>
      </w:r>
      <w:r>
        <w:t xml:space="preserve"> When</w:t>
      </w:r>
      <w:r>
        <w:t xml:space="preserve"> the</w:t>
      </w:r>
      <w:r>
        <w:t xml:space="preserve"> mission's</w:t>
      </w:r>
      <w:r>
        <w:t xml:space="preserve"> over.</w:t>
        <w:br/>
        <w:t>而不是吃更多的药</w:t>
      </w:r>
      <w:r>
        <w:t xml:space="preserve"> -</w:t>
      </w:r>
      <w:r>
        <w:t xml:space="preserve"> 我会的...医生</w:t>
      </w:r>
      <w:r>
        <w:t xml:space="preserve"> 我会的</w:t>
        <w:br/>
        <w:t>Not</w:t>
      </w:r>
      <w:r>
        <w:t xml:space="preserve"> take</w:t>
      </w:r>
      <w:r>
        <w:t xml:space="preserve"> more</w:t>
      </w:r>
      <w:r>
        <w:t xml:space="preserve"> pills.</w:t>
      </w:r>
      <w:r>
        <w:t xml:space="preserve"> -</w:t>
      </w:r>
      <w:r>
        <w:t xml:space="preserve"> Yeah,</w:t>
      </w:r>
      <w:r>
        <w:t xml:space="preserve"> I</w:t>
      </w:r>
      <w:r>
        <w:t xml:space="preserve"> will.</w:t>
      </w:r>
      <w:r>
        <w:t xml:space="preserve"> I</w:t>
      </w:r>
      <w:r>
        <w:t xml:space="preserve"> will,</w:t>
      </w:r>
      <w:r>
        <w:t xml:space="preserve"> Doc.</w:t>
      </w:r>
      <w:r>
        <w:t xml:space="preserve"> I</w:t>
      </w:r>
      <w:r>
        <w:t xml:space="preserve"> will.</w:t>
        <w:br/>
        <w:t>任务之后睡</w:t>
        <w:br/>
        <w:t>After.</w:t>
        <w:br/>
        <w:t>每12小时只准吃一片</w:t>
        <w:br/>
        <w:t>Only</w:t>
      </w:r>
      <w:r>
        <w:t xml:space="preserve"> one</w:t>
      </w:r>
      <w:r>
        <w:t xml:space="preserve"> every</w:t>
      </w:r>
      <w:r>
        <w:t xml:space="preserve"> 12</w:t>
      </w:r>
      <w:r>
        <w:t xml:space="preserve"> hours.</w:t>
        <w:br/>
        <w:t>克罗斯</w:t>
      </w:r>
      <w:r>
        <w:t xml:space="preserve"> 听见没</w:t>
      </w:r>
      <w:r>
        <w:t xml:space="preserve"> </w:t>
      </w:r>
      <w:r>
        <w:t xml:space="preserve"> -</w:t>
      </w:r>
      <w:r>
        <w:t xml:space="preserve"> 没问题...听见了</w:t>
      </w:r>
      <w:r>
        <w:t xml:space="preserve"> 大烟斗</w:t>
        <w:br/>
        <w:t>You</w:t>
      </w:r>
      <w:r>
        <w:t xml:space="preserve"> hear</w:t>
      </w:r>
      <w:r>
        <w:t xml:space="preserve"> me,</w:t>
      </w:r>
      <w:r>
        <w:t xml:space="preserve"> Croz?</w:t>
      </w:r>
      <w:r>
        <w:t xml:space="preserve"> -</w:t>
      </w:r>
      <w:r>
        <w:t xml:space="preserve"> No.</w:t>
      </w:r>
      <w:r>
        <w:t xml:space="preserve"> Yeah.</w:t>
      </w:r>
      <w:r>
        <w:t xml:space="preserve"> No,</w:t>
      </w:r>
      <w:r>
        <w:t xml:space="preserve"> I</w:t>
      </w:r>
      <w:r>
        <w:t xml:space="preserve"> hear</w:t>
      </w:r>
      <w:r>
        <w:t xml:space="preserve"> you,</w:t>
      </w:r>
      <w:r>
        <w:t xml:space="preserve"> Smokey.</w:t>
        <w:br/>
        <w:t>听见了</w:t>
        <w:br/>
        <w:t>I</w:t>
      </w:r>
      <w:r>
        <w:t xml:space="preserve"> hear</w:t>
      </w:r>
      <w:r>
        <w:t xml:space="preserve"> you.</w:t>
        <w:br/>
        <w:t>60个小时</w:t>
      </w:r>
      <w:r>
        <w:t xml:space="preserve"> 脑子里开始出现幻觉</w:t>
        <w:br/>
        <w:t>Sixty</w:t>
      </w:r>
      <w:r>
        <w:t xml:space="preserve"> hours.</w:t>
      </w:r>
      <w:r>
        <w:t xml:space="preserve"> Your</w:t>
      </w:r>
      <w:r>
        <w:t xml:space="preserve"> mind</w:t>
      </w:r>
      <w:r>
        <w:t xml:space="preserve"> starts</w:t>
      </w:r>
      <w:r>
        <w:t xml:space="preserve"> playing</w:t>
      </w:r>
      <w:r>
        <w:t xml:space="preserve"> tricks</w:t>
      </w:r>
      <w:r>
        <w:t xml:space="preserve"> on</w:t>
      </w:r>
      <w:r>
        <w:t xml:space="preserve"> you.</w:t>
        <w:br/>
        <w:t>你听见了吧</w:t>
        <w:br/>
        <w:t>You</w:t>
      </w:r>
      <w:r>
        <w:t xml:space="preserve"> can</w:t>
      </w:r>
      <w:r>
        <w:t xml:space="preserve"> hear</w:t>
      </w:r>
      <w:r>
        <w:t xml:space="preserve"> that,</w:t>
      </w:r>
      <w:r>
        <w:t xml:space="preserve"> right?</w:t>
        <w:br/>
        <w:t>什么</w:t>
        <w:br/>
        <w:t>What?</w:t>
      </w:r>
      <w:r>
        <w:t xml:space="preserve"> What?</w:t>
        <w:br/>
        <w:t>拜托</w:t>
      </w:r>
      <w:r>
        <w:t xml:space="preserve"> 你也听见了吧</w:t>
      </w:r>
      <w:r>
        <w:t xml:space="preserve"> 滴答...</w:t>
        <w:br/>
        <w:t>Come</w:t>
      </w:r>
      <w:r>
        <w:t xml:space="preserve"> on.</w:t>
      </w:r>
      <w:r>
        <w:t xml:space="preserve"> You</w:t>
      </w:r>
      <w:r>
        <w:t xml:space="preserve"> can</w:t>
      </w:r>
      <w:r>
        <w:t xml:space="preserve"> hear</w:t>
      </w:r>
      <w:r>
        <w:t xml:space="preserve"> it.</w:t>
      </w:r>
      <w:r>
        <w:t xml:space="preserve"> It's</w:t>
      </w:r>
      <w:r>
        <w:t xml:space="preserve"> the</w:t>
      </w:r>
      <w:r>
        <w:t xml:space="preserve"> tick,</w:t>
      </w:r>
      <w:r>
        <w:t xml:space="preserve"> tick,</w:t>
      </w:r>
      <w:r>
        <w:t xml:space="preserve"> tick,</w:t>
      </w:r>
      <w:r>
        <w:t xml:space="preserve"> tick,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tick...</w:t>
        <w:br/>
        <w:t>我刚为一个任务绘制完路线</w:t>
        <w:br/>
        <w:t>Just</w:t>
      </w:r>
      <w:r>
        <w:t xml:space="preserve"> as</w:t>
      </w:r>
      <w:r>
        <w:t xml:space="preserve"> I'd</w:t>
      </w:r>
      <w:r>
        <w:t xml:space="preserve"> finished</w:t>
      </w:r>
      <w:r>
        <w:t xml:space="preserve"> mapping</w:t>
      </w:r>
      <w:r>
        <w:t xml:space="preserve"> the</w:t>
      </w:r>
      <w:r>
        <w:t xml:space="preserve"> route</w:t>
      </w:r>
      <w:r>
        <w:t xml:space="preserve"> for</w:t>
      </w:r>
      <w:r>
        <w:t xml:space="preserve"> one</w:t>
      </w:r>
      <w:r>
        <w:t xml:space="preserve"> mission,</w:t>
        <w:br/>
        <w:t>行动部就会再给我送来五个任务</w:t>
        <w:br/>
        <w:t>operations</w:t>
      </w:r>
      <w:r>
        <w:t xml:space="preserve"> handed</w:t>
      </w:r>
      <w:r>
        <w:t xml:space="preserve"> down</w:t>
      </w:r>
      <w:r>
        <w:t xml:space="preserve"> five</w:t>
      </w:r>
      <w:r>
        <w:t xml:space="preserve"> more.</w:t>
        <w:br/>
        <w:t>都是高优先级目标</w:t>
        <w:br/>
        <w:t>All</w:t>
      </w:r>
      <w:r>
        <w:t xml:space="preserve"> high-priority</w:t>
      </w:r>
      <w:r>
        <w:t xml:space="preserve"> targets.</w:t>
        <w:br/>
        <w:t>缺觉</w:t>
      </w:r>
      <w:r>
        <w:t xml:space="preserve"> 咖啡</w:t>
      </w:r>
      <w:r>
        <w:t xml:space="preserve"> 提神药</w:t>
      </w:r>
      <w:r>
        <w:t xml:space="preserve"> 压力</w:t>
      </w:r>
      <w:r>
        <w:t xml:space="preserve"> 恐惧</w:t>
      </w:r>
      <w:r>
        <w:t xml:space="preserve"> 超脱感</w:t>
        <w:br/>
        <w:t>The</w:t>
      </w:r>
      <w:r>
        <w:t xml:space="preserve"> lack</w:t>
      </w:r>
      <w:r>
        <w:t xml:space="preserve"> of</w:t>
      </w:r>
      <w:r>
        <w:t xml:space="preserve"> sleep,</w:t>
      </w:r>
      <w:r>
        <w:t xml:space="preserve"> the</w:t>
      </w:r>
      <w:r>
        <w:t xml:space="preserve"> coffee,</w:t>
      </w:r>
      <w:r>
        <w:t xml:space="preserve"> the</w:t>
      </w:r>
      <w:r>
        <w:t xml:space="preserve"> uppers,</w:t>
      </w:r>
      <w:r>
        <w:t xml:space="preserve"> the</w:t>
      </w:r>
      <w:r>
        <w:t xml:space="preserve"> stress,</w:t>
      </w:r>
      <w:r>
        <w:t xml:space="preserve"> the</w:t>
      </w:r>
      <w:r>
        <w:t xml:space="preserve"> fear,</w:t>
      </w:r>
      <w:r>
        <w:t xml:space="preserve"> the</w:t>
      </w:r>
      <w:r>
        <w:t xml:space="preserve"> disconnect.</w:t>
        <w:br/>
        <w:t>加在一起就是一种猛药</w:t>
        <w:br/>
        <w:t>That's</w:t>
      </w:r>
      <w:r>
        <w:t xml:space="preserve"> a</w:t>
      </w:r>
      <w:r>
        <w:t xml:space="preserve"> drug</w:t>
      </w:r>
      <w:r>
        <w:t xml:space="preserve"> in</w:t>
      </w:r>
      <w:r>
        <w:t xml:space="preserve"> itself.</w:t>
        <w:br/>
        <w:t>我想镀金</w:t>
        <w:br/>
        <w:t>I</w:t>
      </w:r>
      <w:r>
        <w:t xml:space="preserve"> am</w:t>
      </w:r>
      <w:r>
        <w:t xml:space="preserve"> interested</w:t>
      </w:r>
      <w:r>
        <w:t xml:space="preserve"> in</w:t>
      </w:r>
      <w:r>
        <w:t xml:space="preserve"> the</w:t>
      </w:r>
      <w:r>
        <w:t xml:space="preserve"> gilding.</w:t>
        <w:br/>
        <w:t>我侦察了整栋楼</w:t>
        <w:br/>
        <w:t>I</w:t>
      </w:r>
      <w:r>
        <w:t xml:space="preserve"> covered</w:t>
      </w:r>
      <w:r>
        <w:t xml:space="preserve"> the</w:t>
      </w:r>
      <w:r>
        <w:t xml:space="preserve"> entire</w:t>
      </w:r>
      <w:r>
        <w:t xml:space="preserve"> building.</w:t>
        <w:br/>
        <w:t>好样的</w:t>
        <w:br/>
        <w:t>Good</w:t>
      </w:r>
      <w:r>
        <w:t xml:space="preserve"> job.</w:t>
        <w:br/>
        <w:t>我们收到了一些来自一个火车站的消息</w:t>
      </w:r>
      <w:r>
        <w:t xml:space="preserve"> 在贝克埃卢安</w:t>
        <w:br/>
        <w:t>We</w:t>
      </w:r>
      <w:r>
        <w:t xml:space="preserve"> received</w:t>
      </w:r>
      <w:r>
        <w:t xml:space="preserve"> some</w:t>
      </w:r>
      <w:r>
        <w:t xml:space="preserve"> news</w:t>
      </w:r>
      <w:r>
        <w:t xml:space="preserve"> from</w:t>
      </w:r>
      <w:r>
        <w:t xml:space="preserve"> a</w:t>
      </w:r>
      <w:r>
        <w:t xml:space="preserve"> train</w:t>
      </w:r>
      <w:r>
        <w:t xml:space="preserve"> station</w:t>
      </w:r>
      <w:r>
        <w:t xml:space="preserve"> in</w:t>
      </w:r>
      <w:r>
        <w:t xml:space="preserve"> Le</w:t>
      </w:r>
      <w:r>
        <w:t xml:space="preserve"> Bec-Hellouin.</w:t>
        <w:br/>
        <w:t>琼会给你任务简介</w:t>
      </w:r>
      <w:r>
        <w:t xml:space="preserve"> 你明天出发</w:t>
        <w:br/>
        <w:t>Jean</w:t>
      </w:r>
      <w:r>
        <w:t xml:space="preserve"> will</w:t>
      </w:r>
      <w:r>
        <w:t xml:space="preserve"> brief</w:t>
      </w:r>
      <w:r>
        <w:t xml:space="preserve"> you</w:t>
      </w:r>
      <w:r>
        <w:t xml:space="preserve"> on</w:t>
      </w:r>
      <w:r>
        <w:t xml:space="preserve"> your</w:t>
      </w:r>
      <w:r>
        <w:t xml:space="preserve"> assignment.</w:t>
      </w:r>
      <w:r>
        <w:t xml:space="preserve"> You</w:t>
      </w:r>
      <w:r>
        <w:t xml:space="preserve"> leave</w:t>
      </w:r>
      <w:r>
        <w:t xml:space="preserve"> tomorrow.</w:t>
        <w:br/>
        <w:t>6&amp;hearts;4&amp;hearts;小时</w:t>
        <w:br/>
        <w:t>Sixty-four</w:t>
      </w:r>
      <w:r>
        <w:t xml:space="preserve"> hours.</w:t>
        <w:br/>
        <w:t>你只是在努力活下去</w:t>
        <w:br/>
        <w:t>You</w:t>
      </w:r>
      <w:r>
        <w:t xml:space="preserve"> just</w:t>
      </w:r>
      <w:r>
        <w:t xml:space="preserve"> try</w:t>
      </w:r>
      <w:r>
        <w:t xml:space="preserve"> to</w:t>
      </w:r>
      <w:r>
        <w:t xml:space="preserve"> survive,</w:t>
        <w:br/>
        <w:t>每吸一口气</w:t>
      </w:r>
      <w:r>
        <w:t xml:space="preserve"> 每迈出一步都很难</w:t>
        <w:br/>
        <w:t>breath</w:t>
      </w:r>
      <w:r>
        <w:t xml:space="preserve"> by</w:t>
      </w:r>
      <w:r>
        <w:t xml:space="preserve"> breath,</w:t>
      </w:r>
      <w:r>
        <w:t xml:space="preserve"> step</w:t>
      </w:r>
      <w:r>
        <w:t xml:space="preserve"> by</w:t>
      </w:r>
      <w:r>
        <w:t xml:space="preserve"> step.</w:t>
        <w:br/>
        <w:t>克罗斯比</w:t>
        <w:br/>
        <w:t>Crosby?</w:t>
        <w:br/>
        <w:t>克罗斯比</w:t>
      </w:r>
      <w:r>
        <w:t xml:space="preserve"> 你必须去睡觉</w:t>
        <w:br/>
        <w:t>Crosby!</w:t>
      </w:r>
      <w:r>
        <w:t xml:space="preserve"> You</w:t>
      </w:r>
      <w:r>
        <w:t xml:space="preserve"> have</w:t>
      </w:r>
      <w:r>
        <w:t xml:space="preserve"> to</w:t>
      </w:r>
      <w:r>
        <w:t xml:space="preserve"> go</w:t>
      </w:r>
      <w:r>
        <w:t xml:space="preserve"> to</w:t>
      </w:r>
      <w:r>
        <w:t xml:space="preserve"> sleep.</w:t>
        <w:br/>
        <w:t>不...我没事</w:t>
      </w:r>
      <w:r>
        <w:t xml:space="preserve"> 我只是必须...</w:t>
        <w:br/>
        <w:t>No,</w:t>
      </w:r>
      <w:r>
        <w:t xml:space="preserve"> no,</w:t>
      </w:r>
      <w:r>
        <w:t xml:space="preserve"> no,</w:t>
      </w:r>
      <w:r>
        <w:t xml:space="preserve"> no,</w:t>
      </w:r>
      <w:r>
        <w:t xml:space="preserve"> no.</w:t>
      </w:r>
      <w:r>
        <w:t xml:space="preserve"> No,</w:t>
      </w:r>
      <w:r>
        <w:t xml:space="preserve"> I'm</w:t>
      </w:r>
      <w:r>
        <w:t xml:space="preserve"> fine.</w:t>
      </w:r>
      <w:r>
        <w:t xml:space="preserve"> I</w:t>
      </w:r>
      <w:r>
        <w:t xml:space="preserve"> just</w:t>
      </w:r>
      <w:r>
        <w:t xml:space="preserve"> gotta...</w:t>
        <w:br/>
        <w:t>完成简报</w:t>
      </w:r>
      <w:r>
        <w:t xml:space="preserve"> -</w:t>
      </w:r>
      <w:r>
        <w:t xml:space="preserve"> 去睡觉</w:t>
      </w:r>
      <w:r>
        <w:t xml:space="preserve"> 克罗斯</w:t>
      </w:r>
      <w:r>
        <w:t xml:space="preserve"> 这是命令</w:t>
      </w:r>
      <w:r>
        <w:t xml:space="preserve"> 立刻去</w:t>
        <w:br/>
        <w:t>...the</w:t>
      </w:r>
      <w:r>
        <w:t xml:space="preserve"> briefing.</w:t>
      </w:r>
      <w:r>
        <w:t xml:space="preserve"> -</w:t>
      </w:r>
      <w:r>
        <w:t xml:space="preserve"> Go</w:t>
      </w:r>
      <w:r>
        <w:t xml:space="preserve"> to</w:t>
      </w:r>
      <w:r>
        <w:t xml:space="preserve"> bed,</w:t>
      </w:r>
      <w:r>
        <w:t xml:space="preserve"> Croz.</w:t>
      </w:r>
      <w:r>
        <w:t xml:space="preserve"> That's</w:t>
      </w:r>
      <w:r>
        <w:t xml:space="preserve"> an</w:t>
      </w:r>
      <w:r>
        <w:t xml:space="preserve"> order.</w:t>
      </w:r>
      <w:r>
        <w:t xml:space="preserve"> Now.</w:t>
        <w:br/>
        <w:t>我不能睡</w:t>
      </w:r>
      <w:r>
        <w:t xml:space="preserve"> 杰克</w:t>
        <w:br/>
        <w:t>I</w:t>
      </w:r>
      <w:r>
        <w:t xml:space="preserve"> can't</w:t>
      </w:r>
      <w:r>
        <w:t xml:space="preserve"> do</w:t>
      </w:r>
      <w:r>
        <w:t xml:space="preserve"> it,</w:t>
      </w:r>
      <w:r>
        <w:t xml:space="preserve"> Jack.</w:t>
        <w:br/>
        <w:t>克罗斯比</w:t>
      </w:r>
      <w:r>
        <w:t xml:space="preserve"> -</w:t>
      </w:r>
      <w:r>
        <w:t xml:space="preserve"> 我没事</w:t>
      </w:r>
      <w:r>
        <w:t xml:space="preserve"> 真的</w:t>
        <w:br/>
        <w:t>Crosby!</w:t>
      </w:r>
      <w:r>
        <w:t xml:space="preserve"> -</w:t>
      </w:r>
      <w:r>
        <w:t xml:space="preserve"> I'm</w:t>
      </w:r>
      <w:r>
        <w:t xml:space="preserve"> fine.</w:t>
      </w:r>
      <w:r>
        <w:t xml:space="preserve"> Truly.</w:t>
        <w:br/>
        <w:t>还有几件事我必须搞定...</w:t>
        <w:br/>
        <w:t>Just</w:t>
      </w:r>
      <w:r>
        <w:t xml:space="preserve"> a</w:t>
      </w:r>
      <w:r>
        <w:t xml:space="preserve"> couple</w:t>
      </w:r>
      <w:r>
        <w:t xml:space="preserve"> of</w:t>
      </w:r>
      <w:r>
        <w:t xml:space="preserve"> more</w:t>
      </w:r>
      <w:r>
        <w:t xml:space="preserve"> things</w:t>
      </w:r>
      <w:r>
        <w:t xml:space="preserve"> I</w:t>
      </w:r>
      <w:r>
        <w:t xml:space="preserve"> gotta</w:t>
      </w:r>
      <w:r>
        <w:t xml:space="preserve"> get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done--</w:t>
        <w:br/>
        <w:t>哈里</w:t>
        <w:br/>
        <w:t>Harry!</w:t>
        <w:br/>
        <w:t>小心</w:t>
        <w:br/>
        <w:t>Watch</w:t>
      </w:r>
      <w:r>
        <w:t xml:space="preserve"> out.</w:t>
        <w:br/>
        <w:t>坐下</w:t>
        <w:br/>
        <w:t>Sit</w:t>
      </w:r>
      <w:r>
        <w:t xml:space="preserve"> down.</w:t>
        <w:br/>
        <w:t>(1944年6月6日</w:t>
      </w:r>
      <w:r>
        <w:t xml:space="preserve"> D日)</w:t>
        <w:br/>
        <w:t>第一次见到这张脸的兄弟</w:t>
      </w:r>
      <w:r>
        <w:t xml:space="preserve"> 我是你们的新指挥官</w:t>
        <w:br/>
        <w:t>For</w:t>
      </w:r>
      <w:r>
        <w:t xml:space="preserve"> those</w:t>
      </w:r>
      <w:r>
        <w:t xml:space="preserve"> of</w:t>
      </w:r>
      <w:r>
        <w:t xml:space="preserve"> you</w:t>
      </w:r>
      <w:r>
        <w:t xml:space="preserve"> seeing</w:t>
      </w:r>
      <w:r>
        <w:t xml:space="preserve"> this</w:t>
      </w:r>
      <w:r>
        <w:t xml:space="preserve"> mug</w:t>
      </w:r>
      <w:r>
        <w:t xml:space="preserve"> for</w:t>
      </w:r>
      <w:r>
        <w:t xml:space="preserve"> the</w:t>
      </w:r>
      <w:r>
        <w:t xml:space="preserve"> first</w:t>
      </w:r>
      <w:r>
        <w:t xml:space="preserve"> time,</w:t>
      </w:r>
      <w:r>
        <w:t xml:space="preserve"> I'm</w:t>
      </w:r>
      <w:r>
        <w:t xml:space="preserve"> your</w:t>
      </w:r>
      <w:r>
        <w:t xml:space="preserve"> new</w:t>
      </w:r>
      <w:r>
        <w:t xml:space="preserve"> CO.</w:t>
        <w:br/>
        <w:t>我叫杰弗里</w:t>
        <w:br/>
        <w:t>Name's</w:t>
      </w:r>
      <w:r>
        <w:t xml:space="preserve"> Jeffrey.</w:t>
        <w:br/>
        <w:t>本尼特中校被派回395中队了</w:t>
        <w:br/>
        <w:t>Lieutenant</w:t>
      </w:r>
      <w:r>
        <w:t xml:space="preserve"> Colonel</w:t>
      </w:r>
      <w:r>
        <w:t xml:space="preserve"> Bennett</w:t>
      </w:r>
      <w:r>
        <w:t xml:space="preserve"> is</w:t>
      </w:r>
      <w:r>
        <w:t xml:space="preserve"> being</w:t>
      </w:r>
      <w:r>
        <w:t xml:space="preserve"> assigned</w:t>
      </w:r>
      <w:r>
        <w:t xml:space="preserve"> back</w:t>
      </w:r>
      <w:r>
        <w:t xml:space="preserve"> to</w:t>
      </w:r>
      <w:r>
        <w:t xml:space="preserve"> the</w:t>
      </w:r>
      <w:r>
        <w:t xml:space="preserve"> 395th,</w:t>
        <w:br/>
        <w:t>但他担当指挥期间做出的改动将维持不变</w:t>
        <w:br/>
        <w:t>but</w:t>
      </w:r>
      <w:r>
        <w:t xml:space="preserve"> the</w:t>
      </w:r>
      <w:r>
        <w:t xml:space="preserve"> changes</w:t>
      </w:r>
      <w:r>
        <w:t xml:space="preserve"> made</w:t>
      </w:r>
      <w:r>
        <w:t xml:space="preserve"> during</w:t>
      </w:r>
      <w:r>
        <w:t xml:space="preserve"> his</w:t>
      </w:r>
      <w:r>
        <w:t xml:space="preserve"> command</w:t>
      </w:r>
      <w:r>
        <w:t xml:space="preserve"> will</w:t>
      </w:r>
      <w:r>
        <w:t xml:space="preserve"> remain.</w:t>
        <w:br/>
        <w:br/>
        <w:t>罗西</w:t>
        <w:br/>
        <w:t>Rosie.</w:t>
        <w:br/>
        <w:t>谢谢你</w:t>
      </w:r>
      <w:r>
        <w:t xml:space="preserve"> 上校</w:t>
        <w:br/>
        <w:t>Thank</w:t>
      </w:r>
      <w:r>
        <w:t xml:space="preserve"> you,</w:t>
      </w:r>
      <w:r>
        <w:t xml:space="preserve"> Colonel.</w:t>
        <w:br/>
        <w:t>兄弟们</w:t>
      </w:r>
      <w:r>
        <w:t xml:space="preserve"> 如果基地全面封锁</w:t>
        <w:br/>
        <w:t>Well,</w:t>
      </w:r>
      <w:r>
        <w:t xml:space="preserve"> boys,</w:t>
      </w:r>
      <w:r>
        <w:t xml:space="preserve"> if</w:t>
      </w:r>
      <w:r>
        <w:t xml:space="preserve"> the</w:t>
      </w:r>
      <w:r>
        <w:t xml:space="preserve"> station</w:t>
      </w:r>
      <w:r>
        <w:t xml:space="preserve"> on</w:t>
      </w:r>
      <w:r>
        <w:t xml:space="preserve"> full</w:t>
      </w:r>
      <w:r>
        <w:t xml:space="preserve"> lockdown,</w:t>
        <w:br/>
        <w:t>几千架飞机集结的声音</w:t>
      </w:r>
      <w:r>
        <w:t xml:space="preserve"> 还不够让你们意识到的话</w:t>
        <w:br/>
        <w:t>sound</w:t>
      </w:r>
      <w:r>
        <w:t xml:space="preserve"> of</w:t>
      </w:r>
      <w:r>
        <w:t xml:space="preserve"> a</w:t>
      </w:r>
      <w:r>
        <w:t xml:space="preserve"> couple</w:t>
      </w:r>
      <w:r>
        <w:t xml:space="preserve"> thousand</w:t>
      </w:r>
      <w:r>
        <w:t xml:space="preserve"> ships</w:t>
      </w:r>
      <w:r>
        <w:t xml:space="preserve"> forming</w:t>
      </w:r>
      <w:r>
        <w:t xml:space="preserve"> up</w:t>
      </w:r>
      <w:r>
        <w:t xml:space="preserve"> weren't</w:t>
      </w:r>
      <w:r>
        <w:t xml:space="preserve"> your</w:t>
      </w:r>
      <w:r>
        <w:t xml:space="preserve"> first</w:t>
      </w:r>
      <w:r>
        <w:t xml:space="preserve"> clues,</w:t>
        <w:br/>
        <w:t>我们距离反&amp;hearts;攻&amp;hearts;欧洲只有几小时了</w:t>
        <w:br/>
        <w:t>we're</w:t>
      </w:r>
      <w:r>
        <w:t xml:space="preserve"> a</w:t>
      </w:r>
      <w:r>
        <w:t xml:space="preserve"> few</w:t>
      </w:r>
      <w:r>
        <w:t xml:space="preserve"> hours</w:t>
      </w:r>
      <w:r>
        <w:t xml:space="preserve"> away</w:t>
      </w:r>
      <w:r>
        <w:t xml:space="preserve"> from</w:t>
      </w:r>
      <w:r>
        <w:t xml:space="preserve"> the</w:t>
      </w:r>
      <w:r>
        <w:t xml:space="preserve"> invasion</w:t>
      </w:r>
      <w:r>
        <w:t xml:space="preserve"> of</w:t>
      </w:r>
      <w:r>
        <w:t xml:space="preserve"> Europe.</w:t>
        <w:br/>
        <w:t>长官</w:t>
      </w:r>
      <w:r>
        <w:t xml:space="preserve"> 有最后的智慧之言吗</w:t>
        <w:br/>
        <w:t>Any</w:t>
      </w:r>
      <w:r>
        <w:t xml:space="preserve"> last</w:t>
      </w:r>
      <w:r>
        <w:t xml:space="preserve"> words</w:t>
      </w:r>
      <w:r>
        <w:t xml:space="preserve"> of</w:t>
      </w:r>
      <w:r>
        <w:t xml:space="preserve"> wisdom,</w:t>
      </w:r>
      <w:r>
        <w:t xml:space="preserve"> sir?</w:t>
        <w:br/>
        <w:t>不</w:t>
      </w:r>
      <w:r>
        <w:t xml:space="preserve"> 我没有什么最后之言</w:t>
      </w:r>
      <w:r>
        <w:t xml:space="preserve"> 因为我们会再见面的</w:t>
        <w:br/>
        <w:t>No,</w:t>
      </w:r>
      <w:r>
        <w:t xml:space="preserve"> I</w:t>
      </w:r>
      <w:r>
        <w:t xml:space="preserve"> don't</w:t>
      </w:r>
      <w:r>
        <w:t xml:space="preserve"> have</w:t>
      </w:r>
      <w:r>
        <w:t xml:space="preserve"> any</w:t>
      </w:r>
      <w:r>
        <w:t xml:space="preserve"> last</w:t>
      </w:r>
      <w:r>
        <w:t xml:space="preserve"> words</w:t>
      </w:r>
      <w:r>
        <w:t xml:space="preserve"> because</w:t>
      </w:r>
      <w:r>
        <w:t xml:space="preserve"> I'm</w:t>
      </w:r>
      <w:r>
        <w:t xml:space="preserve"> gonna</w:t>
      </w:r>
      <w:r>
        <w:t xml:space="preserve"> see</w:t>
      </w:r>
      <w:r>
        <w:t xml:space="preserve"> you</w:t>
      </w:r>
      <w:r>
        <w:t xml:space="preserve"> again.</w:t>
        <w:br/>
        <w:t>好吗</w:t>
        <w:br/>
        <w:t>All</w:t>
      </w:r>
      <w:r>
        <w:t xml:space="preserve"> right?</w:t>
        <w:br/>
        <w:t>起飞</w:t>
      </w:r>
      <w:r>
        <w:t xml:space="preserve"> 完成任务</w:t>
      </w:r>
      <w:r>
        <w:t xml:space="preserve"> 降落</w:t>
        <w:br/>
        <w:t>Just</w:t>
      </w:r>
      <w:r>
        <w:t xml:space="preserve"> take</w:t>
      </w:r>
      <w:r>
        <w:t xml:space="preserve"> off,</w:t>
      </w:r>
      <w:r>
        <w:t xml:space="preserve"> do</w:t>
      </w:r>
      <w:r>
        <w:t xml:space="preserve"> your</w:t>
      </w:r>
      <w:r>
        <w:t xml:space="preserve"> job,</w:t>
      </w:r>
      <w:r>
        <w:t xml:space="preserve"> you</w:t>
      </w:r>
      <w:r>
        <w:t xml:space="preserve"> land,</w:t>
        <w:br/>
        <w:t>然后你来跟我说说智慧之言</w:t>
        <w:br/>
        <w:t>and</w:t>
      </w:r>
      <w:r>
        <w:t xml:space="preserve"> then</w:t>
      </w:r>
      <w:r>
        <w:t xml:space="preserve"> you're</w:t>
      </w:r>
      <w:r>
        <w:t xml:space="preserve"> gonna</w:t>
      </w:r>
      <w:r>
        <w:t xml:space="preserve"> be</w:t>
      </w:r>
      <w:r>
        <w:t xml:space="preserve"> giving</w:t>
      </w:r>
      <w:r>
        <w:t xml:space="preserve"> me</w:t>
      </w:r>
      <w:r>
        <w:t xml:space="preserve"> some</w:t>
      </w:r>
      <w:r>
        <w:t xml:space="preserve"> words</w:t>
      </w:r>
      <w:r>
        <w:t xml:space="preserve"> of</w:t>
      </w:r>
      <w:r>
        <w:t xml:space="preserve"> wisdom.</w:t>
        <w:br/>
        <w:t>每次飞行都是独一无二的一课</w:t>
        <w:br/>
        <w:t>Each</w:t>
      </w:r>
      <w:r>
        <w:t xml:space="preserve"> flight</w:t>
      </w:r>
      <w:r>
        <w:t xml:space="preserve"> is</w:t>
      </w:r>
      <w:r>
        <w:t xml:space="preserve"> its</w:t>
      </w:r>
      <w:r>
        <w:t xml:space="preserve"> own</w:t>
      </w:r>
      <w:r>
        <w:t xml:space="preserve"> lesson.</w:t>
        <w:br/>
        <w:t>好了</w:t>
      </w:r>
      <w:r>
        <w:t xml:space="preserve"> 兄弟们</w:t>
      </w:r>
      <w:r>
        <w:t xml:space="preserve"> 快搞定了</w:t>
        <w:br/>
        <w:t>That's</w:t>
      </w:r>
      <w:r>
        <w:t xml:space="preserve"> it,</w:t>
      </w:r>
      <w:r>
        <w:t xml:space="preserve"> boys.</w:t>
      </w:r>
      <w:r>
        <w:t xml:space="preserve"> It's</w:t>
      </w:r>
      <w:r>
        <w:t xml:space="preserve"> coming.</w:t>
        <w:br/>
        <w:t>好</w:t>
      </w:r>
      <w:r>
        <w:t xml:space="preserve"> 有进展了</w:t>
        <w:br/>
        <w:t>All</w:t>
      </w:r>
      <w:r>
        <w:t xml:space="preserve"> right.</w:t>
      </w:r>
      <w:r>
        <w:t xml:space="preserve"> Now</w:t>
      </w:r>
      <w:r>
        <w:t xml:space="preserve"> we're</w:t>
      </w:r>
      <w:r>
        <w:t xml:space="preserve"> getting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it.</w:t>
        <w:br/>
        <w:t>对</w:t>
      </w:r>
      <w:r>
        <w:t xml:space="preserve"> 继续施压</w:t>
      </w:r>
      <w:r>
        <w:t xml:space="preserve"> 快搞定了</w:t>
        <w:br/>
        <w:t>There</w:t>
      </w:r>
      <w:r>
        <w:t xml:space="preserve"> you</w:t>
      </w:r>
      <w:r>
        <w:t xml:space="preserve"> go.</w:t>
      </w:r>
      <w:r>
        <w:t xml:space="preserve"> Keep</w:t>
      </w:r>
      <w:r>
        <w:t xml:space="preserve"> that</w:t>
      </w:r>
      <w:r>
        <w:t xml:space="preserve"> pressure</w:t>
      </w:r>
      <w:r>
        <w:t xml:space="preserve"> on.</w:t>
      </w:r>
      <w:r>
        <w:t xml:space="preserve"> It's</w:t>
      </w:r>
      <w:r>
        <w:t xml:space="preserve"> coming.</w:t>
        <w:br/>
        <w:t>这就对了</w:t>
      </w:r>
      <w:r>
        <w:t xml:space="preserve"> 西蒙斯</w:t>
      </w:r>
      <w:r>
        <w:t xml:space="preserve"> 继续施压</w:t>
        <w:br/>
        <w:t>There</w:t>
      </w:r>
      <w:r>
        <w:t xml:space="preserve"> you</w:t>
      </w:r>
      <w:r>
        <w:t xml:space="preserve"> go,</w:t>
      </w:r>
      <w:r>
        <w:t xml:space="preserve"> Simmons.</w:t>
      </w:r>
      <w:r>
        <w:t xml:space="preserve"> Keep</w:t>
      </w:r>
      <w:r>
        <w:t xml:space="preserve"> that</w:t>
      </w:r>
      <w:r>
        <w:t xml:space="preserve"> pressure</w:t>
      </w:r>
      <w:r>
        <w:t xml:space="preserve"> on.</w:t>
        <w:br/>
        <w:t>你们这群混&amp;hearts;蛋&amp;hearts;辛苦劳作</w:t>
      </w:r>
      <w:r>
        <w:t xml:space="preserve"> 让这里看起来像个劳&amp;hearts;改&amp;hearts;营</w:t>
        <w:br/>
        <w:t>This</w:t>
      </w:r>
      <w:r>
        <w:t xml:space="preserve"> looks</w:t>
      </w:r>
      <w:r>
        <w:t xml:space="preserve"> like</w:t>
      </w:r>
      <w:r>
        <w:t xml:space="preserve"> a</w:t>
      </w:r>
      <w:r>
        <w:t xml:space="preserve"> work</w:t>
      </w:r>
      <w:r>
        <w:t xml:space="preserve"> camp,</w:t>
      </w:r>
      <w:r>
        <w:t xml:space="preserve"> the</w:t>
      </w:r>
      <w:r>
        <w:t xml:space="preserve"> way</w:t>
      </w:r>
      <w:r>
        <w:t xml:space="preserve"> you</w:t>
      </w:r>
      <w:r>
        <w:t xml:space="preserve"> jackasses</w:t>
      </w:r>
      <w:r>
        <w:t xml:space="preserve"> are</w:t>
      </w:r>
      <w:r>
        <w:t xml:space="preserve"> grinding</w:t>
      </w:r>
      <w:r>
        <w:t xml:space="preserve"> away.</w:t>
        <w:br/>
        <w:t>现在地面松动了</w:t>
      </w:r>
      <w:r>
        <w:t xml:space="preserve"> 我们有机会用木柴生火做饭了</w:t>
        <w:br/>
        <w:t>Now</w:t>
      </w:r>
      <w:r>
        <w:t xml:space="preserve"> the</w:t>
      </w:r>
      <w:r>
        <w:t xml:space="preserve"> ground's</w:t>
      </w:r>
      <w:r>
        <w:t xml:space="preserve"> loosened</w:t>
      </w:r>
      <w:r>
        <w:t xml:space="preserve"> up,</w:t>
      </w:r>
      <w:r>
        <w:t xml:space="preserve"> we</w:t>
      </w:r>
      <w:r>
        <w:t xml:space="preserve"> got</w:t>
      </w:r>
      <w:r>
        <w:t xml:space="preserve"> a</w:t>
      </w:r>
      <w:r>
        <w:t xml:space="preserve"> chance</w:t>
      </w:r>
      <w:r>
        <w:t xml:space="preserve"> of</w:t>
      </w:r>
      <w:r>
        <w:t xml:space="preserve"> getting</w:t>
      </w:r>
      <w:r>
        <w:t xml:space="preserve"> wood</w:t>
      </w:r>
      <w:r>
        <w:t xml:space="preserve"> for</w:t>
      </w:r>
      <w:r>
        <w:t xml:space="preserve"> cook</w:t>
      </w:r>
      <w:r>
        <w:t xml:space="preserve"> fires.</w:t>
        <w:br/>
        <w:t>休息一下</w:t>
      </w:r>
      <w:r>
        <w:t xml:space="preserve"> 来吧</w:t>
      </w:r>
      <w:r>
        <w:t xml:space="preserve"> 我们去玩球</w:t>
        <w:br/>
        <w:t>Take</w:t>
      </w:r>
      <w:r>
        <w:t xml:space="preserve"> a</w:t>
      </w:r>
      <w:r>
        <w:t xml:space="preserve"> break.</w:t>
      </w:r>
      <w:r>
        <w:t xml:space="preserve"> Come</w:t>
      </w:r>
      <w:r>
        <w:t xml:space="preserve"> on.</w:t>
      </w:r>
      <w:r>
        <w:t xml:space="preserve"> Let's</w:t>
      </w:r>
      <w:r>
        <w:t xml:space="preserve"> play</w:t>
      </w:r>
      <w:r>
        <w:t xml:space="preserve"> some</w:t>
      </w:r>
      <w:r>
        <w:t xml:space="preserve"> ball.</w:t>
        <w:br/>
        <w:t>兄弟们</w:t>
      </w:r>
      <w:r>
        <w:t xml:space="preserve"> 想玩球吗</w:t>
      </w:r>
      <w:r>
        <w:t xml:space="preserve"> 不想</w:t>
        <w:br/>
        <w:t>Boys,</w:t>
      </w:r>
      <w:r>
        <w:t xml:space="preserve"> you</w:t>
      </w:r>
      <w:r>
        <w:t xml:space="preserve"> wanna</w:t>
      </w:r>
      <w:r>
        <w:t xml:space="preserve"> play</w:t>
      </w:r>
      <w:r>
        <w:t xml:space="preserve"> some</w:t>
      </w:r>
      <w:r>
        <w:t xml:space="preserve"> ball?</w:t>
      </w:r>
      <w:r>
        <w:t xml:space="preserve"> No?</w:t>
        <w:br/>
        <w:t>默夫</w:t>
      </w:r>
      <w:r>
        <w:t xml:space="preserve"> 玩球吗</w:t>
        <w:br/>
        <w:t>Ball,</w:t>
      </w:r>
      <w:r>
        <w:t xml:space="preserve"> Murph?</w:t>
        <w:br/>
        <w:t>来嘛</w:t>
      </w:r>
      <w:r>
        <w:t xml:space="preserve"> 赤膊队对阵瘦骨嶙峋队</w:t>
      </w:r>
      <w:r>
        <w:t xml:space="preserve"> 如何</w:t>
        <w:br/>
        <w:t>Come</w:t>
      </w:r>
      <w:r>
        <w:t xml:space="preserve"> on.</w:t>
      </w:r>
      <w:r>
        <w:t xml:space="preserve"> Skins</w:t>
      </w:r>
      <w:r>
        <w:t xml:space="preserve"> versus</w:t>
      </w:r>
      <w:r>
        <w:t xml:space="preserve"> Bones.</w:t>
      </w:r>
      <w:r>
        <w:t xml:space="preserve"> What</w:t>
      </w:r>
      <w:r>
        <w:t xml:space="preserve"> do</w:t>
      </w:r>
      <w:r>
        <w:t xml:space="preserve"> you</w:t>
      </w:r>
      <w:r>
        <w:t xml:space="preserve"> say?</w:t>
        <w:br/>
        <w:t>赤膊队可以当客队</w:t>
      </w:r>
      <w:r>
        <w:t xml:space="preserve"> 其实不对</w:t>
        <w:br/>
        <w:t>Skins</w:t>
      </w:r>
      <w:r>
        <w:t xml:space="preserve"> can</w:t>
      </w:r>
      <w:r>
        <w:t xml:space="preserve"> be</w:t>
      </w:r>
      <w:r>
        <w:t xml:space="preserve"> the</w:t>
      </w:r>
      <w:r>
        <w:t xml:space="preserve"> away</w:t>
      </w:r>
      <w:r>
        <w:t xml:space="preserve"> team.</w:t>
      </w:r>
      <w:r>
        <w:t xml:space="preserve"> Actually,</w:t>
      </w:r>
      <w:r>
        <w:t xml:space="preserve"> no.</w:t>
        <w:br/>
        <w:t>不对</w:t>
      </w:r>
      <w:r>
        <w:t xml:space="preserve"> 我们都是客队</w:t>
      </w:r>
      <w:r>
        <w:t xml:space="preserve"> 全都是客队</w:t>
        <w:br/>
        <w:t>No,</w:t>
      </w:r>
      <w:r>
        <w:t xml:space="preserve"> we're</w:t>
      </w:r>
      <w:r>
        <w:t xml:space="preserve"> all</w:t>
      </w:r>
      <w:r>
        <w:t xml:space="preserve"> away.</w:t>
      </w:r>
      <w:r>
        <w:t xml:space="preserve"> We're</w:t>
      </w:r>
      <w:r>
        <w:t xml:space="preserve"> both</w:t>
      </w:r>
      <w:r>
        <w:t xml:space="preserve"> the</w:t>
      </w:r>
      <w:r>
        <w:t xml:space="preserve"> away</w:t>
      </w:r>
      <w:r>
        <w:t xml:space="preserve"> teams.</w:t>
        <w:br/>
        <w:t>那么</w:t>
      </w:r>
      <w:r>
        <w:t xml:space="preserve"> 瘦骨嶙峋队可以先击球</w:t>
      </w:r>
      <w:r>
        <w:t xml:space="preserve"> 双方均同意...</w:t>
        <w:br/>
        <w:t>So</w:t>
      </w:r>
      <w:r>
        <w:t xml:space="preserve"> Bones</w:t>
      </w:r>
      <w:r>
        <w:t xml:space="preserve"> can</w:t>
      </w:r>
      <w:r>
        <w:t xml:space="preserve"> take</w:t>
      </w:r>
      <w:r>
        <w:t xml:space="preserve"> first</w:t>
      </w:r>
      <w:r>
        <w:t xml:space="preserve"> bat</w:t>
      </w:r>
      <w:r>
        <w:t xml:space="preserve"> by</w:t>
      </w:r>
      <w:r>
        <w:t xml:space="preserve"> mutual</w:t>
      </w:r>
      <w:r>
        <w:t xml:space="preserve"> agreement--</w:t>
        <w:br/>
        <w:t>要么帮忙</w:t>
      </w:r>
      <w:r>
        <w:t xml:space="preserve"> 要么滚蛋</w:t>
        <w:br/>
        <w:t>Either</w:t>
      </w:r>
      <w:r>
        <w:t xml:space="preserve"> pitch</w:t>
      </w:r>
      <w:r>
        <w:t xml:space="preserve"> in</w:t>
      </w:r>
      <w:r>
        <w:t xml:space="preserve"> or</w:t>
      </w:r>
      <w:r>
        <w:t xml:space="preserve"> knock</w:t>
      </w:r>
      <w:r>
        <w:t xml:space="preserve"> it</w:t>
      </w:r>
      <w:r>
        <w:t xml:space="preserve"> off.</w:t>
        <w:br/>
        <w:t>你给我闭嘴吧</w:t>
      </w:r>
      <w:r>
        <w:t xml:space="preserve"> -</w:t>
      </w:r>
      <w:r>
        <w:t xml:space="preserve"> 你搞什么</w:t>
        <w:br/>
        <w:t>Why</w:t>
      </w:r>
      <w:r>
        <w:t xml:space="preserve"> don't</w:t>
      </w:r>
      <w:r>
        <w:t xml:space="preserve"> you</w:t>
      </w:r>
      <w:r>
        <w:t xml:space="preserve"> shut</w:t>
      </w:r>
      <w:r>
        <w:t xml:space="preserve"> the</w:t>
      </w:r>
      <w:r>
        <w:t xml:space="preserve"> hell</w:t>
      </w:r>
      <w:r>
        <w:t xml:space="preserve"> up?</w:t>
      </w:r>
      <w:r>
        <w:t xml:space="preserve"> -</w:t>
      </w:r>
      <w:r>
        <w:t xml:space="preserve"> What</w:t>
      </w:r>
      <w:r>
        <w:t xml:space="preserve"> the</w:t>
      </w:r>
      <w:r>
        <w:t xml:space="preserve"> hell's</w:t>
      </w:r>
      <w:r>
        <w:t xml:space="preserve"> wrong</w:t>
      </w:r>
      <w:r>
        <w:t xml:space="preserve"> with</w:t>
      </w:r>
      <w:r>
        <w:t xml:space="preserve"> you?</w:t>
        <w:br/>
        <w:t>你若不帮忙就别碍事</w:t>
        <w:br/>
        <w:t>You</w:t>
      </w:r>
      <w:r>
        <w:t xml:space="preserve"> ain't</w:t>
      </w:r>
      <w:r>
        <w:t xml:space="preserve"> gonna</w:t>
      </w:r>
      <w:r>
        <w:t xml:space="preserve"> help,</w:t>
      </w:r>
      <w:r>
        <w:t xml:space="preserve"> stay</w:t>
      </w:r>
      <w:r>
        <w:t xml:space="preserve"> out</w:t>
      </w:r>
      <w:r>
        <w:t xml:space="preserve"> of</w:t>
      </w:r>
      <w:r>
        <w:t xml:space="preserve"> the</w:t>
      </w:r>
      <w:r>
        <w:t xml:space="preserve"> way.</w:t>
        <w:br/>
        <w:t>你是营地的新老大</w:t>
      </w:r>
      <w:r>
        <w:t xml:space="preserve"> 我碍着你了</w:t>
        <w:br/>
        <w:t>You're</w:t>
      </w:r>
      <w:r>
        <w:t xml:space="preserve"> the</w:t>
      </w:r>
      <w:r>
        <w:t xml:space="preserve"> new</w:t>
      </w:r>
      <w:r>
        <w:t xml:space="preserve"> king</w:t>
      </w:r>
      <w:r>
        <w:t xml:space="preserve"> of</w:t>
      </w:r>
      <w:r>
        <w:t xml:space="preserve"> the</w:t>
      </w:r>
      <w:r>
        <w:t xml:space="preserve"> camp,</w:t>
      </w:r>
      <w:r>
        <w:t xml:space="preserve"> and</w:t>
      </w:r>
      <w:r>
        <w:t xml:space="preserve"> I'm</w:t>
      </w:r>
      <w:r>
        <w:t xml:space="preserve"> just</w:t>
      </w:r>
      <w:r>
        <w:t xml:space="preserve"> in</w:t>
      </w:r>
      <w:r>
        <w:t xml:space="preserve"> the</w:t>
      </w:r>
      <w:r>
        <w:t xml:space="preserve"> way?</w:t>
        <w:br/>
        <w:t>克莱文老大说“不准打棒球</w:t>
        <w:br/>
        <w:t>King</w:t>
      </w:r>
      <w:r>
        <w:t xml:space="preserve"> Cleven</w:t>
      </w:r>
      <w:r>
        <w:t xml:space="preserve"> says,</w:t>
      </w:r>
      <w:r>
        <w:t xml:space="preserve"> "No</w:t>
      </w:r>
      <w:r>
        <w:t xml:space="preserve"> baseball.</w:t>
        <w:br/>
        <w:t>只准干活”</w:t>
      </w:r>
      <w:r>
        <w:t xml:space="preserve"> 他只想干活</w:t>
        <w:br/>
        <w:t>Just</w:t>
      </w:r>
      <w:r>
        <w:t xml:space="preserve"> work,</w:t>
      </w:r>
      <w:r>
        <w:t xml:space="preserve"> work,</w:t>
      </w:r>
      <w:r>
        <w:t xml:space="preserve"> work."</w:t>
      </w:r>
      <w:r>
        <w:t xml:space="preserve"> That's</w:t>
      </w:r>
      <w:r>
        <w:t xml:space="preserve"> all</w:t>
      </w:r>
      <w:r>
        <w:t xml:space="preserve"> he</w:t>
      </w:r>
      <w:r>
        <w:t xml:space="preserve"> wants</w:t>
      </w:r>
      <w:r>
        <w:t xml:space="preserve"> to</w:t>
      </w:r>
      <w:r>
        <w:t xml:space="preserve"> do.</w:t>
        <w:br/>
        <w:t>对不起</w:t>
      </w:r>
      <w:r>
        <w:t xml:space="preserve"> 起来吧</w:t>
        <w:br/>
        <w:t>I'm</w:t>
      </w:r>
      <w:r>
        <w:t xml:space="preserve"> sorry.</w:t>
      </w:r>
      <w:r>
        <w:t xml:space="preserve"> Come</w:t>
      </w:r>
      <w:r>
        <w:t xml:space="preserve"> on.</w:t>
        <w:br/>
        <w:t>不</w:t>
      </w:r>
      <w:r>
        <w:t xml:space="preserve"> 干活去</w:t>
      </w:r>
      <w:r>
        <w:t xml:space="preserve"> 你还有树桩要挖呢</w:t>
        <w:br/>
        <w:t>No,</w:t>
      </w:r>
      <w:r>
        <w:t xml:space="preserve"> work.</w:t>
      </w:r>
      <w:r>
        <w:t xml:space="preserve"> You</w:t>
      </w:r>
      <w:r>
        <w:t xml:space="preserve"> got</w:t>
      </w:r>
      <w:r>
        <w:t xml:space="preserve"> a</w:t>
      </w:r>
      <w:r>
        <w:t xml:space="preserve"> stump</w:t>
      </w:r>
      <w:r>
        <w:t xml:space="preserve"> to</w:t>
      </w:r>
      <w:r>
        <w:t xml:space="preserve"> pull,</w:t>
        <w:br/>
        <w:t>树桩老大</w:t>
      </w:r>
      <w:r>
        <w:t xml:space="preserve"> 干活去</w:t>
      </w:r>
      <w:r>
        <w:t xml:space="preserve"> -</w:t>
      </w:r>
      <w:r>
        <w:t xml:space="preserve"> 好了</w:t>
      </w:r>
      <w:r>
        <w:t xml:space="preserve"> 起来吧</w:t>
      </w:r>
      <w:r>
        <w:t xml:space="preserve"> 疯子</w:t>
        <w:br/>
        <w:t>King</w:t>
      </w:r>
      <w:r>
        <w:t xml:space="preserve"> Stump</w:t>
      </w:r>
      <w:r>
        <w:t xml:space="preserve"> Stumpity</w:t>
      </w:r>
      <w:r>
        <w:t xml:space="preserve"> Stump.</w:t>
      </w:r>
      <w:r>
        <w:t xml:space="preserve"> Get</w:t>
      </w:r>
      <w:r>
        <w:t xml:space="preserve"> to</w:t>
      </w:r>
      <w:r>
        <w:t xml:space="preserve"> work.</w:t>
      </w:r>
      <w:r>
        <w:t xml:space="preserve"> -</w:t>
      </w:r>
      <w:r>
        <w:t xml:space="preserve"> Come</w:t>
      </w:r>
      <w:r>
        <w:t xml:space="preserve"> on.</w:t>
      </w:r>
      <w:r>
        <w:t xml:space="preserve"> Get</w:t>
      </w:r>
      <w:r>
        <w:t xml:space="preserve"> up,</w:t>
      </w:r>
      <w:r>
        <w:t xml:space="preserve"> you</w:t>
      </w:r>
      <w:r>
        <w:t xml:space="preserve"> loony.</w:t>
        <w:br/>
        <w:t>好了</w:t>
      </w:r>
      <w:r>
        <w:t xml:space="preserve"> 起来吧</w:t>
      </w:r>
      <w:r>
        <w:t xml:space="preserve"> -</w:t>
      </w:r>
      <w:r>
        <w:t xml:space="preserve"> 不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回去干活</w:t>
        <w:br/>
        <w:t>Come</w:t>
      </w:r>
      <w:r>
        <w:t xml:space="preserve"> on.</w:t>
      </w:r>
      <w:r>
        <w:t xml:space="preserve"> Get</w:t>
      </w:r>
      <w:r>
        <w:t xml:space="preserve"> up.</w:t>
      </w:r>
      <w:r>
        <w:t xml:space="preserve"> -</w:t>
      </w:r>
      <w:r>
        <w:t xml:space="preserve"> No,</w:t>
      </w:r>
      <w:r>
        <w:t xml:space="preserve"> get</w:t>
      </w:r>
      <w:r>
        <w:t xml:space="preserve"> back</w:t>
      </w:r>
      <w:r>
        <w:t xml:space="preserve"> to</w:t>
      </w:r>
      <w:r>
        <w:t xml:space="preserve"> work.</w:t>
        <w:br/>
        <w:t>起来</w:t>
      </w:r>
      <w:r>
        <w:t xml:space="preserve"> 你这疯子</w:t>
      </w:r>
      <w:r>
        <w:t xml:space="preserve"> -</w:t>
      </w:r>
      <w:r>
        <w:t xml:space="preserve"> 放开我</w:t>
        <w:br/>
        <w:t>Get</w:t>
      </w:r>
      <w:r>
        <w:t xml:space="preserve"> up,</w:t>
      </w:r>
      <w:r>
        <w:t xml:space="preserve"> you</w:t>
      </w:r>
      <w:r>
        <w:t xml:space="preserve"> loony.</w:t>
      </w:r>
      <w:r>
        <w:t xml:space="preserve"> -</w:t>
      </w:r>
      <w:r>
        <w:t xml:space="preserve"> Get</w:t>
      </w:r>
      <w:r>
        <w:t xml:space="preserve"> off</w:t>
      </w:r>
      <w:r>
        <w:t xml:space="preserve"> of</w:t>
      </w:r>
      <w:r>
        <w:t xml:space="preserve"> me.</w:t>
        <w:br/>
        <w:t>放开...</w:t>
      </w:r>
      <w:r>
        <w:t xml:space="preserve"> -</w:t>
      </w:r>
      <w:r>
        <w:t xml:space="preserve"> 怎么样</w:t>
        <w:br/>
        <w:t>Get</w:t>
      </w:r>
      <w:r>
        <w:t xml:space="preserve"> off.</w:t>
      </w:r>
      <w:r>
        <w:t xml:space="preserve"> Get</w:t>
      </w:r>
      <w:r>
        <w:t xml:space="preserve"> off.</w:t>
      </w:r>
      <w:r>
        <w:t xml:space="preserve"> -</w:t>
      </w:r>
      <w:r>
        <w:t xml:space="preserve"> How's</w:t>
      </w:r>
      <w:r>
        <w:t xml:space="preserve"> that?</w:t>
        <w:br/>
        <w:t>受不了了</w:t>
      </w:r>
      <w:r>
        <w:t xml:space="preserve"> 怎么</w:t>
      </w:r>
      <w:r>
        <w:t xml:space="preserve"> 你受不了...</w:t>
        <w:br/>
        <w:t>Can't</w:t>
      </w:r>
      <w:r>
        <w:t xml:space="preserve"> handle</w:t>
      </w:r>
      <w:r>
        <w:t xml:space="preserve"> it?</w:t>
      </w:r>
      <w:r>
        <w:t xml:space="preserve"> What,</w:t>
      </w:r>
      <w:r>
        <w:t xml:space="preserve"> you</w:t>
      </w:r>
      <w:r>
        <w:t xml:space="preserve"> can't</w:t>
      </w:r>
      <w:r>
        <w:t xml:space="preserve"> handle</w:t>
      </w:r>
      <w:r>
        <w:t xml:space="preserve"> i--</w:t>
        <w:br/>
        <w:t>嘿</w:t>
      </w:r>
      <w:r>
        <w:t xml:space="preserve"> 够了</w:t>
      </w:r>
      <w:r>
        <w:t xml:space="preserve"> 两位</w:t>
        <w:br/>
        <w:t>Hey!</w:t>
      </w:r>
      <w:r>
        <w:t xml:space="preserve"> That's</w:t>
      </w:r>
      <w:r>
        <w:t xml:space="preserve"> enough,</w:t>
      </w:r>
      <w:r>
        <w:t xml:space="preserve"> fellas.</w:t>
        <w:br/>
        <w:t>所有人</w:t>
      </w:r>
      <w:r>
        <w:t xml:space="preserve"> 回基地</w:t>
        <w:br/>
        <w:t>Back</w:t>
      </w:r>
      <w:r>
        <w:t xml:space="preserve"> in</w:t>
      </w:r>
      <w:r>
        <w:t xml:space="preserve"> the</w:t>
      </w:r>
      <w:r>
        <w:t xml:space="preserve"> base,</w:t>
      </w:r>
      <w:r>
        <w:t xml:space="preserve"> men!</w:t>
        <w:br/>
        <w:t>怎么回事</w:t>
        <w:br/>
        <w:t>What's</w:t>
      </w:r>
      <w:r>
        <w:t xml:space="preserve"> going</w:t>
      </w:r>
      <w:r>
        <w:t xml:space="preserve"> on?</w:t>
        <w:br/>
        <w:t>回营房&amp;hearts;去</w:t>
        <w:br/>
        <w:t>Back</w:t>
      </w:r>
      <w:r>
        <w:t xml:space="preserve"> in</w:t>
      </w:r>
      <w:r>
        <w:t xml:space="preserve"> the</w:t>
      </w:r>
      <w:r>
        <w:t xml:space="preserve"> barrack.</w:t>
        <w:br/>
        <w:t>看起来德国鬼子有坏消息了</w:t>
        <w:br/>
        <w:t>Looks</w:t>
      </w:r>
      <w:r>
        <w:t xml:space="preserve"> like</w:t>
      </w:r>
      <w:r>
        <w:t xml:space="preserve"> the</w:t>
      </w:r>
      <w:r>
        <w:t xml:space="preserve"> Krauts</w:t>
      </w:r>
      <w:r>
        <w:t xml:space="preserve"> got</w:t>
      </w:r>
      <w:r>
        <w:t xml:space="preserve"> some</w:t>
      </w:r>
      <w:r>
        <w:t xml:space="preserve"> bad</w:t>
      </w:r>
      <w:r>
        <w:t xml:space="preserve"> news.</w:t>
        <w:br/>
        <w:t>他们登陆了</w:t>
      </w:r>
      <w:r>
        <w:t xml:space="preserve"> 不是吗</w:t>
        <w:br/>
        <w:t>They</w:t>
      </w:r>
      <w:r>
        <w:t xml:space="preserve"> landed,</w:t>
      </w:r>
      <w:r>
        <w:t xml:space="preserve"> didn't</w:t>
      </w:r>
      <w:r>
        <w:t xml:space="preserve"> they?</w:t>
        <w:br/>
        <w:t>你认为是这样</w:t>
        <w:br/>
        <w:t>You</w:t>
      </w:r>
      <w:r>
        <w:t xml:space="preserve"> think?</w:t>
        <w:br/>
        <w:t>我们来西欧了</w:t>
      </w:r>
      <w:r>
        <w:t xml:space="preserve"> 终于登陆了</w:t>
        <w:br/>
        <w:t>We're</w:t>
      </w:r>
      <w:r>
        <w:t xml:space="preserve"> in</w:t>
      </w:r>
      <w:r>
        <w:t xml:space="preserve"> Western</w:t>
      </w:r>
      <w:r>
        <w:t xml:space="preserve"> Europe.</w:t>
      </w:r>
      <w:r>
        <w:t xml:space="preserve"> It</w:t>
      </w:r>
      <w:r>
        <w:t xml:space="preserve"> finally</w:t>
      </w:r>
      <w:r>
        <w:t xml:space="preserve"> happened.</w:t>
        <w:br/>
        <w:t>给</w:t>
      </w:r>
      <w:r>
        <w:t xml:space="preserve"> 先生们</w:t>
        <w:br/>
        <w:t>There</w:t>
      </w:r>
      <w:r>
        <w:t xml:space="preserve"> you</w:t>
      </w:r>
      <w:r>
        <w:t xml:space="preserve"> go,</w:t>
      </w:r>
      <w:r>
        <w:t xml:space="preserve"> gentlemen.</w:t>
        <w:br/>
        <w:t>哥们</w:t>
      </w:r>
      <w:r>
        <w:t xml:space="preserve"> -</w:t>
      </w:r>
      <w:r>
        <w:t xml:space="preserve"> 干杯</w:t>
      </w:r>
      <w:r>
        <w:t xml:space="preserve"> 哥们</w:t>
        <w:br/>
        <w:t>Man.</w:t>
      </w:r>
      <w:r>
        <w:t xml:space="preserve"> -</w:t>
      </w:r>
      <w:r>
        <w:t xml:space="preserve"> Cheers,</w:t>
      </w:r>
      <w:r>
        <w:t xml:space="preserve"> man.</w:t>
        <w:br/>
        <w:t>天啊</w:t>
      </w:r>
      <w:r>
        <w:t xml:space="preserve"> 她真美</w:t>
        <w:br/>
        <w:t>Good</w:t>
      </w:r>
      <w:r>
        <w:t xml:space="preserve"> God,</w:t>
      </w:r>
      <w:r>
        <w:t xml:space="preserve"> she's</w:t>
      </w:r>
      <w:r>
        <w:t xml:space="preserve"> a</w:t>
      </w:r>
      <w:r>
        <w:t xml:space="preserve"> beaut.</w:t>
        <w:br/>
        <w:t>她真美</w:t>
      </w:r>
      <w:r>
        <w:t xml:space="preserve"> 乔</w:t>
      </w:r>
      <w:r>
        <w:t xml:space="preserve"> 恭喜</w:t>
        <w:br/>
        <w:t>She's</w:t>
      </w:r>
      <w:r>
        <w:t xml:space="preserve"> beautiful,</w:t>
      </w:r>
      <w:r>
        <w:t xml:space="preserve"> Joe.</w:t>
      </w:r>
      <w:r>
        <w:t xml:space="preserve"> Congratulations.</w:t>
        <w:br/>
        <w:t>谢了</w:t>
      </w:r>
      <w:r>
        <w:t xml:space="preserve"> 梅肯</w:t>
      </w:r>
      <w:r>
        <w:t xml:space="preserve"> 她爸同意了</w:t>
        <w:br/>
        <w:t>Thanks,</w:t>
      </w:r>
      <w:r>
        <w:t xml:space="preserve"> Macon.</w:t>
      </w:r>
      <w:r>
        <w:t xml:space="preserve"> Her</w:t>
      </w:r>
      <w:r>
        <w:t xml:space="preserve"> daddy</w:t>
      </w:r>
      <w:r>
        <w:t xml:space="preserve"> said</w:t>
      </w:r>
      <w:r>
        <w:t xml:space="preserve"> yes.</w:t>
        <w:br/>
        <w:t>我打算在姑妈的后院办婚礼</w:t>
      </w:r>
      <w:r>
        <w:t xml:space="preserve"> 我一回去就办</w:t>
        <w:br/>
        <w:t>Gonna</w:t>
      </w:r>
      <w:r>
        <w:t xml:space="preserve"> do</w:t>
      </w:r>
      <w:r>
        <w:t xml:space="preserve"> it</w:t>
      </w:r>
      <w:r>
        <w:t xml:space="preserve"> in</w:t>
      </w:r>
      <w:r>
        <w:t xml:space="preserve"> my</w:t>
      </w:r>
      <w:r>
        <w:t xml:space="preserve"> auntie's</w:t>
      </w:r>
      <w:r>
        <w:t xml:space="preserve"> backyard</w:t>
      </w:r>
      <w:r>
        <w:t xml:space="preserve"> as</w:t>
      </w:r>
      <w:r>
        <w:t xml:space="preserve"> soon</w:t>
      </w:r>
      <w:r>
        <w:t xml:space="preserve"> as</w:t>
      </w:r>
      <w:r>
        <w:t xml:space="preserve"> I'm</w:t>
      </w:r>
      <w:r>
        <w:t xml:space="preserve"> back.</w:t>
        <w:br/>
        <w:t>那你婚礼九个月后就要当爹了</w:t>
        <w:br/>
        <w:t>You</w:t>
      </w:r>
      <w:r>
        <w:t xml:space="preserve"> gonna</w:t>
      </w:r>
      <w:r>
        <w:t xml:space="preserve"> be</w:t>
      </w:r>
      <w:r>
        <w:t xml:space="preserve"> a</w:t>
      </w:r>
      <w:r>
        <w:t xml:space="preserve"> father</w:t>
      </w:r>
      <w:r>
        <w:t xml:space="preserve"> nine</w:t>
      </w:r>
      <w:r>
        <w:t xml:space="preserve"> months</w:t>
      </w:r>
      <w:r>
        <w:t xml:space="preserve"> after</w:t>
      </w:r>
      <w:r>
        <w:t xml:space="preserve"> that</w:t>
      </w:r>
      <w:r>
        <w:t xml:space="preserve"> then.</w:t>
        <w:br/>
        <w:t>精确到天</w:t>
      </w:r>
      <w:r>
        <w:t xml:space="preserve"> 希望如此...</w:t>
        <w:br/>
        <w:t>To</w:t>
      </w:r>
      <w:r>
        <w:t xml:space="preserve"> the</w:t>
      </w:r>
      <w:r>
        <w:t xml:space="preserve"> day.</w:t>
      </w:r>
      <w:r>
        <w:t xml:space="preserve"> I</w:t>
      </w:r>
      <w:r>
        <w:t xml:space="preserve"> hope</w:t>
      </w:r>
      <w:r>
        <w:t xml:space="preserve"> so.</w:t>
      </w:r>
      <w:r>
        <w:t xml:space="preserve"> I</w:t>
      </w:r>
      <w:r>
        <w:t xml:space="preserve"> hope</w:t>
      </w:r>
      <w:r>
        <w:t xml:space="preserve"> so.</w:t>
        <w:br/>
        <w:t>好了</w:t>
      </w:r>
      <w:r>
        <w:t xml:space="preserve"> 给我看看你的</w:t>
        <w:br/>
        <w:t>Now,</w:t>
      </w:r>
      <w:r>
        <w:t xml:space="preserve"> show</w:t>
      </w:r>
      <w:r>
        <w:t xml:space="preserve"> me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yours.</w:t>
        <w:br/>
        <w:t>你想看我亲爱的</w:t>
      </w:r>
      <w:r>
        <w:t xml:space="preserve"> </w:t>
      </w:r>
      <w:r>
        <w:t xml:space="preserve"> -</w:t>
      </w:r>
      <w:r>
        <w:t xml:space="preserve"> 拜托</w:t>
        <w:br/>
        <w:t>You</w:t>
      </w:r>
      <w:r>
        <w:t xml:space="preserve"> wanna</w:t>
      </w:r>
      <w:r>
        <w:t xml:space="preserve"> see</w:t>
      </w:r>
      <w:r>
        <w:t xml:space="preserve"> my</w:t>
      </w:r>
      <w:r>
        <w:t xml:space="preserve"> sweetheart?</w:t>
      </w:r>
      <w:r>
        <w:t xml:space="preserve"> -</w:t>
      </w:r>
      <w:r>
        <w:t xml:space="preserve"> Come</w:t>
      </w:r>
      <w:r>
        <w:t xml:space="preserve"> on</w:t>
      </w:r>
      <w:r>
        <w:t xml:space="preserve"> now.</w:t>
        <w:br/>
        <w:t>好</w:t>
      </w:r>
      <w:r>
        <w:t xml:space="preserve"> 给</w:t>
        <w:br/>
        <w:t>Okay,</w:t>
      </w:r>
      <w:r>
        <w:t xml:space="preserve"> here</w:t>
      </w:r>
      <w:r>
        <w:t xml:space="preserve"> you</w:t>
      </w:r>
      <w:r>
        <w:t xml:space="preserve"> go.</w:t>
        <w:br/>
        <w:t>天啊</w:t>
      </w:r>
      <w:r>
        <w:t xml:space="preserve"> -</w:t>
      </w:r>
      <w:r>
        <w:t xml:space="preserve"> 看见了吧</w:t>
        <w:br/>
        <w:t>Goodness.</w:t>
      </w:r>
      <w:r>
        <w:t xml:space="preserve"> -</w:t>
      </w:r>
      <w:r>
        <w:t xml:space="preserve"> Now</w:t>
      </w:r>
      <w:r>
        <w:t xml:space="preserve"> you</w:t>
      </w:r>
      <w:r>
        <w:t xml:space="preserve"> see,</w:t>
        <w:br/>
        <w:t>这是9.59公顷的火炬松</w:t>
        <w:br/>
        <w:t>that's</w:t>
      </w:r>
      <w:r>
        <w:t xml:space="preserve"> 23.7</w:t>
      </w:r>
      <w:r>
        <w:t xml:space="preserve"> acres</w:t>
      </w:r>
      <w:r>
        <w:t xml:space="preserve"> of</w:t>
      </w:r>
      <w:r>
        <w:t xml:space="preserve"> loblolly</w:t>
      </w:r>
      <w:r>
        <w:t xml:space="preserve"> pine.</w:t>
        <w:br/>
        <w:t>而且是最好的林地</w:t>
      </w:r>
      <w:r>
        <w:t xml:space="preserve"> 老爷子说会留给我</w:t>
        <w:br/>
        <w:t>Prime</w:t>
      </w:r>
      <w:r>
        <w:t xml:space="preserve"> timberland</w:t>
      </w:r>
      <w:r>
        <w:t xml:space="preserve"> too.</w:t>
      </w:r>
      <w:r>
        <w:t xml:space="preserve"> Man</w:t>
      </w:r>
      <w:r>
        <w:t xml:space="preserve"> said</w:t>
      </w:r>
      <w:r>
        <w:t xml:space="preserve"> he</w:t>
      </w:r>
      <w:r>
        <w:t xml:space="preserve"> gonna</w:t>
      </w:r>
      <w:r>
        <w:t xml:space="preserve"> hold</w:t>
      </w:r>
      <w:r>
        <w:t xml:space="preserve"> it</w:t>
      </w:r>
      <w:r>
        <w:t xml:space="preserve"> for</w:t>
      </w:r>
      <w:r>
        <w:t xml:space="preserve"> me.</w:t>
        <w:br/>
        <w:t>是吗</w:t>
        <w:br/>
        <w:t>Is</w:t>
      </w:r>
      <w:r>
        <w:t xml:space="preserve"> that</w:t>
      </w:r>
      <w:r>
        <w:t xml:space="preserve"> right?</w:t>
        <w:br/>
        <w:t>晚上好</w:t>
      </w:r>
      <w:r>
        <w:t xml:space="preserve"> 上尉</w:t>
        <w:br/>
        <w:t>Evening,</w:t>
      </w:r>
      <w:r>
        <w:t xml:space="preserve"> Captain.</w:t>
        <w:br/>
        <w:t>戴维斯上校</w:t>
        <w:br/>
        <w:t>Colonel</w:t>
      </w:r>
      <w:r>
        <w:t xml:space="preserve"> Davis.</w:t>
        <w:br/>
        <w:t>为慕尼黑干杯</w:t>
        <w:br/>
        <w:t>To</w:t>
      </w:r>
      <w:r>
        <w:t xml:space="preserve"> Munich.</w:t>
        <w:br/>
        <w:t>你知道就算只损失机架轰炸机</w:t>
      </w:r>
      <w:r>
        <w:t xml:space="preserve"> 我也不会为任务干杯的</w:t>
        <w:br/>
        <w:t>Now,</w:t>
      </w:r>
      <w:r>
        <w:t xml:space="preserve"> you</w:t>
      </w:r>
      <w:r>
        <w:t xml:space="preserve"> know</w:t>
      </w:r>
      <w:r>
        <w:t xml:space="preserve"> I</w:t>
      </w:r>
      <w:r>
        <w:t xml:space="preserve"> can't</w:t>
      </w:r>
      <w:r>
        <w:t xml:space="preserve"> toast</w:t>
      </w:r>
      <w:r>
        <w:t xml:space="preserve"> to</w:t>
      </w:r>
      <w:r>
        <w:t xml:space="preserve"> any</w:t>
      </w:r>
      <w:r>
        <w:t xml:space="preserve"> mission</w:t>
      </w:r>
      <w:r>
        <w:t xml:space="preserve"> with</w:t>
      </w:r>
      <w:r>
        <w:t xml:space="preserve"> the</w:t>
      </w:r>
      <w:r>
        <w:t xml:space="preserve"> loss</w:t>
      </w:r>
      <w:r>
        <w:t xml:space="preserve"> of</w:t>
      </w:r>
      <w:r>
        <w:t xml:space="preserve"> even</w:t>
      </w:r>
      <w:r>
        <w:t xml:space="preserve"> a</w:t>
      </w:r>
      <w:r>
        <w:t xml:space="preserve"> few</w:t>
      </w:r>
      <w:r>
        <w:t xml:space="preserve"> bombers.</w:t>
        <w:br/>
        <w:t>我们一架战斗机保护12架轰炸机</w:t>
        <w:br/>
        <w:t>We</w:t>
      </w:r>
      <w:r>
        <w:t xml:space="preserve"> were</w:t>
      </w:r>
      <w:r>
        <w:t xml:space="preserve"> 12</w:t>
      </w:r>
      <w:r>
        <w:t xml:space="preserve"> bombers</w:t>
      </w:r>
      <w:r>
        <w:t xml:space="preserve"> for</w:t>
      </w:r>
      <w:r>
        <w:t xml:space="preserve"> every</w:t>
      </w:r>
      <w:r>
        <w:t xml:space="preserve"> fighter.</w:t>
        <w:br/>
        <w:t>突袭护送任务</w:t>
      </w:r>
      <w:r>
        <w:t xml:space="preserve"> 他们知道我们人手不足</w:t>
        <w:br/>
        <w:t>On</w:t>
      </w:r>
      <w:r>
        <w:t xml:space="preserve"> a</w:t>
      </w:r>
      <w:r>
        <w:t xml:space="preserve"> raid</w:t>
      </w:r>
      <w:r>
        <w:t xml:space="preserve"> escort?</w:t>
      </w:r>
      <w:r>
        <w:t xml:space="preserve"> They</w:t>
      </w:r>
      <w:r>
        <w:t xml:space="preserve"> knew</w:t>
      </w:r>
      <w:r>
        <w:t xml:space="preserve"> we</w:t>
      </w:r>
      <w:r>
        <w:t xml:space="preserve"> were</w:t>
      </w:r>
      <w:r>
        <w:t xml:space="preserve"> spread</w:t>
      </w:r>
      <w:r>
        <w:t xml:space="preserve"> too</w:t>
      </w:r>
      <w:r>
        <w:t xml:space="preserve"> thin.</w:t>
        <w:br/>
        <w:t>只损失几架轰炸机算是大获全胜了</w:t>
        <w:br/>
        <w:t>Only</w:t>
      </w:r>
      <w:r>
        <w:t xml:space="preserve"> losing</w:t>
      </w:r>
      <w:r>
        <w:t xml:space="preserve"> a</w:t>
      </w:r>
      <w:r>
        <w:t xml:space="preserve"> few</w:t>
      </w:r>
      <w:r>
        <w:t xml:space="preserve"> bombers</w:t>
      </w:r>
      <w:r>
        <w:t xml:space="preserve"> is</w:t>
      </w:r>
      <w:r>
        <w:t xml:space="preserve"> a</w:t>
      </w:r>
      <w:r>
        <w:t xml:space="preserve"> major</w:t>
      </w:r>
      <w:r>
        <w:t xml:space="preserve"> victory.</w:t>
        <w:br/>
        <w:t>上面预期的伤亡数字要大得多</w:t>
        <w:br/>
        <w:t>Brass</w:t>
      </w:r>
      <w:r>
        <w:t xml:space="preserve"> was</w:t>
      </w:r>
      <w:r>
        <w:t xml:space="preserve"> expecting</w:t>
      </w:r>
      <w:r>
        <w:t xml:space="preserve"> much</w:t>
      </w:r>
      <w:r>
        <w:t xml:space="preserve"> heavier</w:t>
      </w:r>
      <w:r>
        <w:t xml:space="preserve"> casualties.</w:t>
        <w:br/>
        <w:t>上面不知道自己该预期什么</w:t>
        <w:br/>
        <w:t>Brass</w:t>
      </w:r>
      <w:r>
        <w:t xml:space="preserve"> doesn't</w:t>
      </w:r>
      <w:r>
        <w:t xml:space="preserve"> know</w:t>
      </w:r>
      <w:r>
        <w:t xml:space="preserve"> what</w:t>
      </w:r>
      <w:r>
        <w:t xml:space="preserve"> they</w:t>
      </w:r>
      <w:r>
        <w:t xml:space="preserve"> should</w:t>
      </w:r>
      <w:r>
        <w:t xml:space="preserve"> expect.</w:t>
        <w:br/>
        <w:t>什么是真正可能的</w:t>
        <w:br/>
        <w:t>What's</w:t>
      </w:r>
      <w:r>
        <w:t xml:space="preserve"> really</w:t>
      </w:r>
      <w:r>
        <w:t xml:space="preserve"> possible.</w:t>
        <w:br/>
        <w:t>看看这个屋子吧</w:t>
      </w:r>
      <w:r>
        <w:t xml:space="preserve"> 劳伦斯</w:t>
      </w:r>
      <w:r>
        <w:t xml:space="preserve"> 你看到的和我眼中的一样吗</w:t>
        <w:br/>
        <w:t>Take</w:t>
      </w:r>
      <w:r>
        <w:t xml:space="preserve"> a</w:t>
      </w:r>
      <w:r>
        <w:t xml:space="preserve"> look</w:t>
      </w:r>
      <w:r>
        <w:t xml:space="preserve"> around</w:t>
      </w:r>
      <w:r>
        <w:t xml:space="preserve"> this</w:t>
      </w:r>
      <w:r>
        <w:t xml:space="preserve"> room,</w:t>
      </w:r>
      <w:r>
        <w:t xml:space="preserve"> Lawrence.</w:t>
      </w:r>
      <w:r>
        <w:t xml:space="preserve"> You</w:t>
      </w:r>
      <w:r>
        <w:t xml:space="preserve"> see</w:t>
      </w:r>
      <w:r>
        <w:t xml:space="preserve"> what</w:t>
      </w:r>
      <w:r>
        <w:t xml:space="preserve"> I</w:t>
      </w:r>
      <w:r>
        <w:t xml:space="preserve"> see?</w:t>
        <w:br/>
        <w:t>我看到一群骄傲的飞行员</w:t>
      </w:r>
      <w:r>
        <w:t xml:space="preserve"> 刚刚完成第一次德国上空的任务</w:t>
        <w:br/>
        <w:t>I</w:t>
      </w:r>
      <w:r>
        <w:t xml:space="preserve"> see</w:t>
      </w:r>
      <w:r>
        <w:t xml:space="preserve"> a</w:t>
      </w:r>
      <w:r>
        <w:t xml:space="preserve"> group</w:t>
      </w:r>
      <w:r>
        <w:t xml:space="preserve"> of</w:t>
      </w:r>
      <w:r>
        <w:t xml:space="preserve"> proud</w:t>
      </w:r>
      <w:r>
        <w:t xml:space="preserve"> pilots</w:t>
      </w:r>
      <w:r>
        <w:t xml:space="preserve"> who</w:t>
      </w:r>
      <w:r>
        <w:t xml:space="preserve"> flew</w:t>
      </w:r>
      <w:r>
        <w:t xml:space="preserve"> their</w:t>
      </w:r>
      <w:r>
        <w:t xml:space="preserve"> first</w:t>
      </w:r>
      <w:r>
        <w:t xml:space="preserve"> mission</w:t>
      </w:r>
      <w:r>
        <w:t xml:space="preserve"> over</w:t>
      </w:r>
      <w:r>
        <w:t xml:space="preserve"> Germany.</w:t>
        <w:br/>
        <w:t>他们等不及再来一次了</w:t>
        <w:br/>
        <w:t>Who</w:t>
      </w:r>
      <w:r>
        <w:t xml:space="preserve"> can't</w:t>
      </w:r>
      <w:r>
        <w:t xml:space="preserve"> wait</w:t>
      </w:r>
      <w:r>
        <w:t xml:space="preserve"> to</w:t>
      </w:r>
      <w:r>
        <w:t xml:space="preserve"> suit</w:t>
      </w:r>
      <w:r>
        <w:t xml:space="preserve"> up</w:t>
      </w:r>
      <w:r>
        <w:t xml:space="preserve"> and</w:t>
      </w:r>
      <w:r>
        <w:t xml:space="preserve"> do</w:t>
      </w:r>
      <w:r>
        <w:t xml:space="preserve"> it</w:t>
      </w:r>
      <w:r>
        <w:t xml:space="preserve"> again.</w:t>
        <w:br/>
        <w:t>这群人在远离故乡千里之外的地方</w:t>
        <w:br/>
        <w:t>A</w:t>
      </w:r>
      <w:r>
        <w:t xml:space="preserve"> group</w:t>
      </w:r>
      <w:r>
        <w:t xml:space="preserve"> of</w:t>
      </w:r>
      <w:r>
        <w:t xml:space="preserve"> men,</w:t>
      </w:r>
      <w:r>
        <w:t xml:space="preserve"> thousands</w:t>
      </w:r>
      <w:r>
        <w:t xml:space="preserve"> of</w:t>
      </w:r>
      <w:r>
        <w:t xml:space="preserve"> miles</w:t>
      </w:r>
      <w:r>
        <w:t xml:space="preserve"> away</w:t>
      </w:r>
      <w:r>
        <w:t xml:space="preserve"> from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home,</w:t>
        <w:br/>
        <w:t>终于感觉自己是美国人了</w:t>
        <w:br/>
        <w:t>who</w:t>
      </w:r>
      <w:r>
        <w:t xml:space="preserve"> finally</w:t>
      </w:r>
      <w:r>
        <w:t xml:space="preserve"> feel</w:t>
      </w:r>
      <w:r>
        <w:t xml:space="preserve"> like</w:t>
      </w:r>
      <w:r>
        <w:t xml:space="preserve"> Americans.</w:t>
        <w:br/>
        <w:t>而我看到太多少尉</w:t>
      </w:r>
      <w:r>
        <w:t xml:space="preserve"> 中尉</w:t>
        <w:br/>
        <w:t>And</w:t>
      </w:r>
      <w:r>
        <w:t xml:space="preserve"> I</w:t>
      </w:r>
      <w:r>
        <w:t xml:space="preserve"> see</w:t>
      </w:r>
      <w:r>
        <w:t xml:space="preserve"> too</w:t>
      </w:r>
      <w:r>
        <w:t xml:space="preserve"> many</w:t>
      </w:r>
      <w:r>
        <w:t xml:space="preserve"> second</w:t>
      </w:r>
      <w:r>
        <w:t xml:space="preserve"> lieutenants.</w:t>
      </w:r>
      <w:r>
        <w:t xml:space="preserve"> First</w:t>
      </w:r>
      <w:r>
        <w:t xml:space="preserve"> lieutenants.</w:t>
        <w:br/>
        <w:t>光算任务数</w:t>
      </w:r>
      <w:r>
        <w:t xml:space="preserve"> 这些人就该当上尉</w:t>
      </w:r>
      <w:r>
        <w:t xml:space="preserve"> 少校了</w:t>
        <w:br/>
        <w:t>On</w:t>
      </w:r>
      <w:r>
        <w:t xml:space="preserve"> mission</w:t>
      </w:r>
      <w:r>
        <w:t xml:space="preserve"> counts</w:t>
      </w:r>
      <w:r>
        <w:t xml:space="preserve"> alone,</w:t>
      </w:r>
      <w:r>
        <w:t xml:space="preserve"> I</w:t>
      </w:r>
      <w:r>
        <w:t xml:space="preserve"> see</w:t>
      </w:r>
      <w:r>
        <w:t xml:space="preserve"> men</w:t>
      </w:r>
      <w:r>
        <w:t xml:space="preserve"> who</w:t>
      </w:r>
      <w:r>
        <w:t xml:space="preserve"> should</w:t>
      </w:r>
      <w:r>
        <w:t xml:space="preserve"> already</w:t>
      </w:r>
      <w:r>
        <w:t xml:space="preserve"> be</w:t>
      </w:r>
      <w:r>
        <w:t xml:space="preserve"> captains.</w:t>
      </w:r>
      <w:r>
        <w:t xml:space="preserve"> Majors.</w:t>
        <w:br/>
        <w:t>你我都清楚他们为什么还不是</w:t>
      </w:r>
      <w:r>
        <w:t xml:space="preserve"> 为什么可能永远当不上</w:t>
        <w:br/>
        <w:t>And</w:t>
      </w:r>
      <w:r>
        <w:t xml:space="preserve"> we</w:t>
      </w:r>
      <w:r>
        <w:t xml:space="preserve"> both</w:t>
      </w:r>
      <w:r>
        <w:t xml:space="preserve"> know</w:t>
      </w:r>
      <w:r>
        <w:t xml:space="preserve"> why</w:t>
      </w:r>
      <w:r>
        <w:t xml:space="preserve"> they're</w:t>
      </w:r>
      <w:r>
        <w:t xml:space="preserve"> not</w:t>
      </w:r>
      <w:r>
        <w:t xml:space="preserve"> and</w:t>
      </w:r>
      <w:r>
        <w:t xml:space="preserve"> we</w:t>
      </w:r>
      <w:r>
        <w:t xml:space="preserve"> both</w:t>
      </w:r>
      <w:r>
        <w:t xml:space="preserve"> know</w:t>
      </w:r>
      <w:r>
        <w:t xml:space="preserve"> why</w:t>
      </w:r>
      <w:r>
        <w:t xml:space="preserve"> they</w:t>
      </w:r>
      <w:r>
        <w:t xml:space="preserve"> may</w:t>
      </w:r>
      <w:r>
        <w:t xml:space="preserve"> never</w:t>
      </w:r>
      <w:r>
        <w:t xml:space="preserve"> be.</w:t>
        <w:br/>
        <w:t>大环境改不了啊</w:t>
      </w:r>
      <w:r>
        <w:t xml:space="preserve"> 上校</w:t>
        <w:br/>
        <w:t>Can't</w:t>
      </w:r>
      <w:r>
        <w:t xml:space="preserve"> change</w:t>
      </w:r>
      <w:r>
        <w:t xml:space="preserve"> the</w:t>
      </w:r>
      <w:r>
        <w:t xml:space="preserve"> weather,</w:t>
      </w:r>
      <w:r>
        <w:t xml:space="preserve"> Colonel.</w:t>
        <w:br/>
        <w:t>我们只能不断提升自我</w:t>
      </w:r>
      <w:r>
        <w:t xml:space="preserve"> 另寻出路</w:t>
        <w:br/>
        <w:t>We'll</w:t>
      </w:r>
      <w:r>
        <w:t xml:space="preserve"> just</w:t>
      </w:r>
      <w:r>
        <w:t xml:space="preserve"> keep</w:t>
      </w:r>
      <w:r>
        <w:t xml:space="preserve"> getting</w:t>
      </w:r>
      <w:r>
        <w:t xml:space="preserve"> better</w:t>
      </w:r>
      <w:r>
        <w:t xml:space="preserve"> at</w:t>
      </w:r>
      <w:r>
        <w:t xml:space="preserve"> charting</w:t>
      </w:r>
      <w:r>
        <w:t xml:space="preserve"> new</w:t>
      </w:r>
      <w:r>
        <w:t xml:space="preserve"> courses.</w:t>
        <w:br/>
        <w:t>敬蓝天</w:t>
        <w:br/>
        <w:t>To</w:t>
      </w:r>
      <w:r>
        <w:t xml:space="preserve"> bluer</w:t>
      </w:r>
      <w:r>
        <w:t xml:space="preserve"> skies.</w:t>
        <w:br/>
        <w:t>海阔天空无极限</w:t>
        <w:br/>
        <w:t>Ceiling</w:t>
      </w:r>
      <w:r>
        <w:t xml:space="preserve"> and</w:t>
      </w:r>
      <w:r>
        <w:t xml:space="preserve"> vision</w:t>
      </w:r>
      <w:r>
        <w:t xml:space="preserve"> unlimited.</w:t>
        <w:br/>
        <w:t>嘿</w:t>
      </w:r>
      <w:r>
        <w:t xml:space="preserve"> 丹尼尔斯</w:t>
        <w:br/>
        <w:t>Hey,</w:t>
      </w:r>
      <w:r>
        <w:t xml:space="preserve"> Daniels.</w:t>
        <w:br/>
        <w:t>我们三缺一呢</w:t>
      </w:r>
      <w:r>
        <w:t xml:space="preserve"> 哥们</w:t>
        <w:br/>
        <w:t>We</w:t>
      </w:r>
      <w:r>
        <w:t xml:space="preserve"> need</w:t>
      </w:r>
      <w:r>
        <w:t xml:space="preserve"> a</w:t>
      </w:r>
      <w:r>
        <w:t xml:space="preserve"> fourth,</w:t>
      </w:r>
      <w:r>
        <w:t xml:space="preserve"> man.</w:t>
        <w:br/>
        <w:t>搭档还是单挑</w:t>
        <w:br/>
        <w:t>Partners</w:t>
      </w:r>
      <w:r>
        <w:t xml:space="preserve"> or</w:t>
      </w:r>
      <w:r>
        <w:t xml:space="preserve"> cutthroat?</w:t>
        <w:br/>
        <w:t>你说呢</w:t>
        <w:br/>
        <w:t>What</w:t>
      </w:r>
      <w:r>
        <w:t xml:space="preserve"> you</w:t>
      </w:r>
      <w:r>
        <w:t xml:space="preserve"> think?</w:t>
        <w:br/>
        <w:t>我还怕你再也醒不来了呢</w:t>
        <w:br/>
        <w:t>I</w:t>
      </w:r>
      <w:r>
        <w:t xml:space="preserve"> was</w:t>
      </w:r>
      <w:r>
        <w:t xml:space="preserve"> wondering</w:t>
      </w:r>
      <w:r>
        <w:t xml:space="preserve"> if</w:t>
      </w:r>
      <w:r>
        <w:t xml:space="preserve"> you'd</w:t>
      </w:r>
      <w:r>
        <w:t xml:space="preserve"> ever</w:t>
      </w:r>
      <w:r>
        <w:t xml:space="preserve"> wake</w:t>
      </w:r>
      <w:r>
        <w:t xml:space="preserve"> up.</w:t>
        <w:br/>
        <w:t>该死</w:t>
        <w:br/>
        <w:t>Shit.</w:t>
        <w:br/>
        <w:t>几点了</w:t>
        <w:br/>
        <w:t>What</w:t>
      </w:r>
      <w:r>
        <w:t xml:space="preserve"> time</w:t>
      </w:r>
      <w:r>
        <w:t xml:space="preserve"> is</w:t>
      </w:r>
      <w:r>
        <w:t xml:space="preserve"> it?</w:t>
        <w:br/>
        <w:t>7点半</w:t>
        <w:br/>
        <w:t>7:30.</w:t>
        <w:br/>
        <w:t>7点半</w:t>
        <w:br/>
        <w:t>7:30?</w:t>
        <w:br/>
        <w:t>该死</w:t>
      </w:r>
      <w:r>
        <w:t xml:space="preserve"> 还有时间</w:t>
        <w:br/>
        <w:t>Shit,</w:t>
      </w:r>
      <w:r>
        <w:t xml:space="preserve"> there's</w:t>
      </w:r>
      <w:r>
        <w:t xml:space="preserve"> still</w:t>
      </w:r>
      <w:r>
        <w:t xml:space="preserve"> time.</w:t>
        <w:br/>
        <w:t>还有时间</w:t>
      </w:r>
      <w:r>
        <w:t xml:space="preserve"> 我的裤子呢</w:t>
      </w:r>
      <w:r>
        <w:t xml:space="preserve"> 该死</w:t>
      </w:r>
      <w:r>
        <w:t xml:space="preserve"> 裤子</w:t>
        <w:br/>
        <w:t>There's</w:t>
      </w:r>
      <w:r>
        <w:t xml:space="preserve"> still</w:t>
      </w:r>
      <w:r>
        <w:t xml:space="preserve"> time!</w:t>
      </w:r>
      <w:r>
        <w:t xml:space="preserve"> Where</w:t>
      </w:r>
      <w:r>
        <w:t xml:space="preserve"> are</w:t>
      </w:r>
      <w:r>
        <w:t xml:space="preserve"> my</w:t>
      </w:r>
      <w:r>
        <w:t xml:space="preserve"> pants,</w:t>
      </w:r>
      <w:r>
        <w:t xml:space="preserve"> goddamn</w:t>
      </w:r>
      <w:r>
        <w:t xml:space="preserve"> it?</w:t>
      </w:r>
      <w:r>
        <w:t xml:space="preserve"> Pants.</w:t>
        <w:br/>
        <w:t>裤子</w:t>
      </w:r>
      <w:r>
        <w:t xml:space="preserve"> 我的裤子呢</w:t>
        <w:br/>
        <w:t>Pants!</w:t>
      </w:r>
      <w:r>
        <w:t xml:space="preserve"> Where</w:t>
      </w:r>
      <w:r>
        <w:t xml:space="preserve"> the</w:t>
      </w:r>
      <w:r>
        <w:t xml:space="preserve"> hell</w:t>
      </w:r>
      <w:r>
        <w:t xml:space="preserve"> are</w:t>
      </w:r>
      <w:r>
        <w:t xml:space="preserve"> my</w:t>
      </w:r>
      <w:r>
        <w:t xml:space="preserve"> pants?</w:t>
        <w:br/>
        <w:t>别笑了</w:t>
      </w:r>
      <w:r>
        <w:t xml:space="preserve"> 可恶</w:t>
        <w:br/>
        <w:t>Come</w:t>
      </w:r>
      <w:r>
        <w:t xml:space="preserve"> on,</w:t>
      </w:r>
      <w:r>
        <w:t xml:space="preserve"> goddamn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it!</w:t>
        <w:br/>
        <w:t>星期六早上7点半</w:t>
      </w:r>
      <w:r>
        <w:t xml:space="preserve"> 克罗斯</w:t>
        <w:br/>
        <w:t>7:30</w:t>
      </w:r>
      <w:r>
        <w:t xml:space="preserve"> Saturday</w:t>
      </w:r>
      <w:r>
        <w:t xml:space="preserve"> morning,</w:t>
      </w:r>
      <w:r>
        <w:t xml:space="preserve"> Croz.</w:t>
        <w:br/>
        <w:t>你昏迷了三天</w:t>
        <w:br/>
        <w:t>You've</w:t>
      </w:r>
      <w:r>
        <w:t xml:space="preserve"> been</w:t>
      </w:r>
      <w:r>
        <w:t xml:space="preserve"> out</w:t>
      </w:r>
      <w:r>
        <w:t xml:space="preserve"> of</w:t>
      </w:r>
      <w:r>
        <w:t xml:space="preserve"> it</w:t>
      </w:r>
      <w:r>
        <w:t xml:space="preserve"> for</w:t>
      </w:r>
      <w:r>
        <w:t xml:space="preserve"> three</w:t>
      </w:r>
      <w:r>
        <w:t xml:space="preserve"> days.</w:t>
        <w:br/>
        <w:t>该死</w:t>
        <w:br/>
        <w:t>Fuck.</w:t>
        <w:br/>
        <w:t>我错过了什么</w:t>
        <w:br/>
        <w:t>What'd</w:t>
      </w:r>
      <w:r>
        <w:t xml:space="preserve"> I</w:t>
      </w:r>
      <w:r>
        <w:t xml:space="preserve"> miss?</w:t>
        <w:br/>
        <w:t>(理发)</w:t>
        <w:br/>
        <w:t>克罗斯</w:t>
      </w:r>
      <w:r>
        <w:t xml:space="preserve"> 你错过太多了</w:t>
        <w:br/>
        <w:t>Croz,</w:t>
      </w:r>
      <w:r>
        <w:t xml:space="preserve"> you</w:t>
      </w:r>
      <w:r>
        <w:t xml:space="preserve"> missed</w:t>
      </w:r>
      <w:r>
        <w:t xml:space="preserve"> so</w:t>
      </w:r>
      <w:r>
        <w:t xml:space="preserve"> much.</w:t>
        <w:br/>
        <w:t>我飞了三次任务</w:t>
      </w:r>
      <w:r>
        <w:t xml:space="preserve"> 但头两次...什么都看不见</w:t>
        <w:br/>
        <w:t>I</w:t>
      </w:r>
      <w:r>
        <w:t xml:space="preserve"> did</w:t>
      </w:r>
      <w:r>
        <w:t xml:space="preserve"> three</w:t>
      </w:r>
      <w:r>
        <w:t xml:space="preserve"> sorties,</w:t>
      </w:r>
      <w:r>
        <w:t xml:space="preserve"> but</w:t>
      </w:r>
      <w:r>
        <w:t xml:space="preserve"> I</w:t>
      </w:r>
      <w:r>
        <w:t xml:space="preserve"> couldn't</w:t>
      </w:r>
      <w:r>
        <w:t xml:space="preserve"> see</w:t>
      </w:r>
      <w:r>
        <w:t xml:space="preserve"> any--</w:t>
      </w:r>
      <w:r>
        <w:t xml:space="preserve"> anything</w:t>
      </w:r>
      <w:r>
        <w:t xml:space="preserve"> for</w:t>
      </w:r>
      <w:r>
        <w:t xml:space="preserve"> the</w:t>
      </w:r>
      <w:r>
        <w:t xml:space="preserve"> first</w:t>
      </w:r>
      <w:r>
        <w:t xml:space="preserve"> two.</w:t>
        <w:br/>
        <w:t>然后云层分开了</w:t>
        <w:br/>
        <w:t>And</w:t>
      </w:r>
      <w:r>
        <w:t xml:space="preserve"> then</w:t>
      </w:r>
      <w:r>
        <w:t xml:space="preserve"> the</w:t>
      </w:r>
      <w:r>
        <w:t xml:space="preserve"> clouds</w:t>
      </w:r>
      <w:r>
        <w:t xml:space="preserve"> parted.</w:t>
        <w:br/>
        <w:t>我看见...</w:t>
        <w:br/>
        <w:t>And...</w:t>
        <w:br/>
        <w:t>这种场面空前壮观</w:t>
        <w:br/>
        <w:t>you've</w:t>
      </w:r>
      <w:r>
        <w:t xml:space="preserve"> never</w:t>
      </w:r>
      <w:r>
        <w:t xml:space="preserve"> seen</w:t>
      </w:r>
      <w:r>
        <w:t xml:space="preserve"> anything</w:t>
      </w:r>
      <w:r>
        <w:t xml:space="preserve"> like</w:t>
      </w:r>
      <w:r>
        <w:t xml:space="preserve"> it.</w:t>
        <w:br/>
        <w:t>成百上千的飞机</w:t>
        <w:br/>
        <w:t>Hundreds</w:t>
      </w:r>
      <w:r>
        <w:t xml:space="preserve"> of</w:t>
      </w:r>
      <w:r>
        <w:t xml:space="preserve"> ships.</w:t>
        <w:br/>
        <w:t>成千上万的人</w:t>
        <w:br/>
        <w:t>Thousands</w:t>
      </w:r>
      <w:r>
        <w:t xml:space="preserve"> of</w:t>
      </w:r>
      <w:r>
        <w:t xml:space="preserve"> men.</w:t>
        <w:br/>
        <w:t>我们那天第三次任务</w:t>
      </w:r>
      <w:r>
        <w:t xml:space="preserve"> 攻击了桥梁</w:t>
      </w:r>
      <w:r>
        <w:t xml:space="preserve"> 铁路编组站</w:t>
        <w:br/>
        <w:t>For</w:t>
      </w:r>
      <w:r>
        <w:t xml:space="preserve"> the</w:t>
      </w:r>
      <w:r>
        <w:t xml:space="preserve"> third</w:t>
      </w:r>
      <w:r>
        <w:t xml:space="preserve"> time</w:t>
      </w:r>
      <w:r>
        <w:t xml:space="preserve"> that</w:t>
      </w:r>
      <w:r>
        <w:t xml:space="preserve"> day,</w:t>
      </w:r>
      <w:r>
        <w:t xml:space="preserve"> we</w:t>
      </w:r>
      <w:r>
        <w:t xml:space="preserve"> hit</w:t>
      </w:r>
      <w:r>
        <w:t xml:space="preserve"> bridges,</w:t>
      </w:r>
      <w:r>
        <w:t xml:space="preserve"> rail</w:t>
      </w:r>
      <w:r>
        <w:t xml:space="preserve"> yards,</w:t>
        <w:br/>
        <w:t>通讯中心</w:t>
        <w:br/>
        <w:t>communication</w:t>
      </w:r>
      <w:r>
        <w:t xml:space="preserve"> centers,</w:t>
        <w:br/>
        <w:t>这样德国人无法增援</w:t>
        <w:br/>
        <w:t>so</w:t>
      </w:r>
      <w:r>
        <w:t xml:space="preserve"> the</w:t>
      </w:r>
      <w:r>
        <w:t xml:space="preserve"> Germans</w:t>
      </w:r>
      <w:r>
        <w:t xml:space="preserve"> weren't</w:t>
      </w:r>
      <w:r>
        <w:t xml:space="preserve"> able</w:t>
      </w:r>
      <w:r>
        <w:t xml:space="preserve"> to</w:t>
      </w:r>
      <w:r>
        <w:t xml:space="preserve"> bring</w:t>
      </w:r>
      <w:r>
        <w:t xml:space="preserve"> up</w:t>
      </w:r>
      <w:r>
        <w:t xml:space="preserve"> any</w:t>
      </w:r>
      <w:r>
        <w:t xml:space="preserve"> reinforcements.</w:t>
        <w:br/>
        <w:t>最精彩的要属</w:t>
        <w:br/>
        <w:t>And</w:t>
      </w:r>
      <w:r>
        <w:t xml:space="preserve"> the</w:t>
      </w:r>
      <w:r>
        <w:t xml:space="preserve"> best</w:t>
      </w:r>
      <w:r>
        <w:t xml:space="preserve"> part?</w:t>
        <w:br/>
        <w:t>空中一架德军战斗机都没有</w:t>
        <w:br/>
        <w:t>There</w:t>
      </w:r>
      <w:r>
        <w:t xml:space="preserve"> wasn't</w:t>
      </w:r>
      <w:r>
        <w:t xml:space="preserve"> a</w:t>
      </w:r>
      <w:r>
        <w:t xml:space="preserve"> single</w:t>
      </w:r>
      <w:r>
        <w:t xml:space="preserve"> Luftwaffe</w:t>
      </w:r>
      <w:r>
        <w:t xml:space="preserve"> fighter</w:t>
      </w:r>
      <w:r>
        <w:t xml:space="preserve"> in</w:t>
      </w:r>
      <w:r>
        <w:t xml:space="preserve"> the</w:t>
      </w:r>
      <w:r>
        <w:t xml:space="preserve"> air.</w:t>
        <w:br/>
        <w:t>天空只属于我们</w:t>
        <w:br/>
        <w:t>The</w:t>
      </w:r>
      <w:r>
        <w:t xml:space="preserve"> skies</w:t>
      </w:r>
      <w:r>
        <w:t xml:space="preserve"> were</w:t>
      </w:r>
      <w:r>
        <w:t xml:space="preserve"> ours.</w:t>
        <w:br/>
        <w:t>这些航线都是你制定的</w:t>
      </w:r>
      <w:r>
        <w:t xml:space="preserve"> 哈里</w:t>
        <w:br/>
        <w:t>All</w:t>
      </w:r>
      <w:r>
        <w:t xml:space="preserve"> from</w:t>
      </w:r>
      <w:r>
        <w:t xml:space="preserve"> the</w:t>
      </w:r>
      <w:r>
        <w:t xml:space="preserve"> routes</w:t>
      </w:r>
      <w:r>
        <w:t xml:space="preserve"> you</w:t>
      </w:r>
      <w:r>
        <w:t xml:space="preserve"> plotted,</w:t>
      </w:r>
      <w:r>
        <w:t xml:space="preserve"> Harry.</w:t>
        <w:br/>
        <w:t>惊奇队长</w:t>
      </w:r>
      <w:r>
        <w:t xml:space="preserve"> 难道我的英勇事迹</w:t>
      </w:r>
      <w:r>
        <w:t xml:space="preserve"> 对你来说还不够英勇吗</w:t>
        <w:br/>
        <w:t>Are</w:t>
      </w:r>
      <w:r>
        <w:t xml:space="preserve"> my</w:t>
      </w:r>
      <w:r>
        <w:t xml:space="preserve"> daring</w:t>
      </w:r>
      <w:r>
        <w:t xml:space="preserve"> tales</w:t>
      </w:r>
      <w:r>
        <w:t xml:space="preserve"> of</w:t>
      </w:r>
      <w:r>
        <w:t xml:space="preserve"> heroism</w:t>
      </w:r>
      <w:r>
        <w:t xml:space="preserve"> not</w:t>
      </w:r>
      <w:r>
        <w:t xml:space="preserve"> daring</w:t>
      </w:r>
      <w:r>
        <w:t xml:space="preserve"> enough</w:t>
      </w:r>
      <w:r>
        <w:t xml:space="preserve"> for</w:t>
      </w:r>
      <w:r>
        <w:t xml:space="preserve"> you,</w:t>
      </w:r>
      <w:r>
        <w:t xml:space="preserve"> Captain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Marvel?</w:t>
        <w:br/>
        <w:t>只是...</w:t>
        <w:br/>
        <w:t>Just...</w:t>
        <w:br/>
        <w:t>难以置信</w:t>
      </w:r>
      <w:r>
        <w:t xml:space="preserve"> 我竟然错过了</w:t>
        <w:br/>
        <w:t>I</w:t>
      </w:r>
      <w:r>
        <w:t xml:space="preserve"> just</w:t>
      </w:r>
      <w:r>
        <w:t xml:space="preserve"> can't</w:t>
      </w:r>
      <w:r>
        <w:t xml:space="preserve"> believe</w:t>
      </w:r>
      <w:r>
        <w:t xml:space="preserve"> I</w:t>
      </w:r>
      <w:r>
        <w:t xml:space="preserve"> missed</w:t>
      </w:r>
      <w:r>
        <w:t xml:space="preserve"> it.</w:t>
        <w:br/>
        <w:t>(1944年8月</w:t>
      </w:r>
      <w:r>
        <w:t xml:space="preserve"> D日后两个月)</w:t>
        <w:br/>
        <w:t>红军渡过了维斯瓦河</w:t>
        <w:br/>
        <w:t>...Red</w:t>
      </w:r>
      <w:r>
        <w:t xml:space="preserve"> Army</w:t>
      </w:r>
      <w:r>
        <w:t xml:space="preserve"> have</w:t>
      </w:r>
      <w:r>
        <w:t xml:space="preserve"> crossed</w:t>
      </w:r>
      <w:r>
        <w:t xml:space="preserve"> the</w:t>
      </w:r>
      <w:r>
        <w:t xml:space="preserve"> Vistula</w:t>
      </w:r>
      <w:r>
        <w:t xml:space="preserve"> River...</w:t>
        <w:br/>
        <w:t>维斯瓦河在哪</w:t>
        <w:br/>
        <w:t>Where's</w:t>
      </w:r>
      <w:r>
        <w:t xml:space="preserve"> the</w:t>
      </w:r>
      <w:r>
        <w:t xml:space="preserve"> Vistula</w:t>
      </w:r>
      <w:r>
        <w:t xml:space="preserve"> River?</w:t>
        <w:br/>
        <w:t>维斯瓦河</w:t>
        <w:br/>
        <w:t>Vistula</w:t>
      </w:r>
      <w:r>
        <w:t xml:space="preserve"> River?</w:t>
        <w:br/>
        <w:t>维斯瓦...</w:t>
        <w:br/>
        <w:t>Vistula,</w:t>
      </w:r>
      <w:r>
        <w:t xml:space="preserve"> Vistula...</w:t>
        <w:br/>
        <w:t>在这里</w:t>
        <w:br/>
        <w:t>It's</w:t>
      </w:r>
      <w:r>
        <w:t xml:space="preserve"> here.</w:t>
        <w:br/>
        <w:t>这得有725公里吧</w:t>
      </w:r>
      <w:r>
        <w:t xml:space="preserve"> </w:t>
      </w:r>
      <w:r>
        <w:t xml:space="preserve"> -</w:t>
      </w:r>
      <w:r>
        <w:t xml:space="preserve"> 不</w:t>
      </w:r>
      <w:r>
        <w:t xml:space="preserve"> 不到</w:t>
        <w:br/>
        <w:t>That's</w:t>
      </w:r>
      <w:r>
        <w:t xml:space="preserve"> what,</w:t>
      </w:r>
      <w:r>
        <w:t xml:space="preserve"> 450</w:t>
      </w:r>
      <w:r>
        <w:t xml:space="preserve"> miles?</w:t>
      </w:r>
      <w:r>
        <w:t xml:space="preserve"> -</w:t>
      </w:r>
      <w:r>
        <w:t xml:space="preserve"> No,</w:t>
      </w:r>
      <w:r>
        <w:t xml:space="preserve"> it's</w:t>
      </w:r>
      <w:r>
        <w:t xml:space="preserve"> less.</w:t>
        <w:br/>
        <w:t>我还是觉得很远</w:t>
        <w:br/>
        <w:t>Still</w:t>
      </w:r>
      <w:r>
        <w:t xml:space="preserve"> seems</w:t>
      </w:r>
      <w:r>
        <w:t xml:space="preserve"> pretty</w:t>
      </w:r>
      <w:r>
        <w:t xml:space="preserve"> far</w:t>
      </w:r>
      <w:r>
        <w:t xml:space="preserve"> away</w:t>
      </w:r>
      <w:r>
        <w:t xml:space="preserve"> to</w:t>
      </w:r>
      <w:r>
        <w:t xml:space="preserve"> me.</w:t>
        <w:br/>
        <w:t>是</w:t>
      </w:r>
      <w:r>
        <w:t xml:space="preserve"> 但我们的人在这里</w:t>
      </w:r>
      <w:r>
        <w:t xml:space="preserve"> 几乎到巴黎了</w:t>
        <w:br/>
        <w:t>Yeah,</w:t>
      </w:r>
      <w:r>
        <w:t xml:space="preserve"> but</w:t>
      </w:r>
      <w:r>
        <w:t xml:space="preserve"> now</w:t>
      </w:r>
      <w:r>
        <w:t xml:space="preserve"> our</w:t>
      </w:r>
      <w:r>
        <w:t xml:space="preserve"> guys</w:t>
      </w:r>
      <w:r>
        <w:t xml:space="preserve"> are</w:t>
      </w:r>
      <w:r>
        <w:t xml:space="preserve"> here,</w:t>
      </w:r>
      <w:r>
        <w:t xml:space="preserve"> almost</w:t>
      </w:r>
      <w:r>
        <w:t xml:space="preserve"> at</w:t>
      </w:r>
      <w:r>
        <w:t xml:space="preserve"> Paris.</w:t>
        <w:br/>
        <w:t>希&amp;hearts;特&amp;hearts;勒&amp;hearts;最恐怖的噩梦</w:t>
      </w:r>
      <w:r>
        <w:t xml:space="preserve"> 两线作战</w:t>
        <w:br/>
        <w:t>Hitler's</w:t>
      </w:r>
      <w:r>
        <w:t xml:space="preserve"> worst</w:t>
      </w:r>
      <w:r>
        <w:t xml:space="preserve"> nightmare,</w:t>
      </w:r>
      <w:r>
        <w:t xml:space="preserve"> a</w:t>
      </w:r>
      <w:r>
        <w:t xml:space="preserve"> two-front</w:t>
      </w:r>
      <w:r>
        <w:t xml:space="preserve"> war.</w:t>
        <w:br/>
        <w:t>我们被夹在中间</w:t>
        <w:br/>
        <w:t>With</w:t>
      </w:r>
      <w:r>
        <w:t xml:space="preserve"> us</w:t>
      </w:r>
      <w:r>
        <w:t xml:space="preserve"> right</w:t>
      </w:r>
      <w:r>
        <w:t xml:space="preserve"> between</w:t>
      </w:r>
      <w:r>
        <w:t xml:space="preserve"> them.</w:t>
        <w:br/>
        <w:t>德国鬼子在放我们走之前会杀了我们</w:t>
        <w:br/>
        <w:t>Well,</w:t>
      </w:r>
      <w:r>
        <w:t xml:space="preserve"> the</w:t>
      </w:r>
      <w:r>
        <w:t xml:space="preserve"> Krauts</w:t>
      </w:r>
      <w:r>
        <w:t xml:space="preserve"> will</w:t>
      </w:r>
      <w:r>
        <w:t xml:space="preserve"> slaughter</w:t>
      </w:r>
      <w:r>
        <w:t xml:space="preserve"> us</w:t>
      </w:r>
      <w:r>
        <w:t xml:space="preserve"> before</w:t>
      </w:r>
      <w:r>
        <w:t xml:space="preserve"> they</w:t>
      </w:r>
      <w:r>
        <w:t xml:space="preserve"> let</w:t>
      </w:r>
      <w:r>
        <w:t xml:space="preserve"> us</w:t>
      </w:r>
      <w:r>
        <w:t xml:space="preserve"> go.</w:t>
        <w:br/>
        <w:t>我们不会任人宰割的</w:t>
        <w:br/>
        <w:t>We</w:t>
      </w:r>
      <w:r>
        <w:t xml:space="preserve"> won't</w:t>
      </w:r>
      <w:r>
        <w:t xml:space="preserve"> go</w:t>
      </w:r>
      <w:r>
        <w:t xml:space="preserve"> without</w:t>
      </w:r>
      <w:r>
        <w:t xml:space="preserve"> a</w:t>
      </w:r>
      <w:r>
        <w:t xml:space="preserve"> fight.</w:t>
        <w:br/>
        <w:t>我们必须制&amp;hearts;作&amp;hearts;更多武器</w:t>
      </w:r>
      <w:r>
        <w:t xml:space="preserve"> 能做什么就做什么</w:t>
        <w:br/>
        <w:t>We</w:t>
      </w:r>
      <w:r>
        <w:t xml:space="preserve"> need</w:t>
      </w:r>
      <w:r>
        <w:t xml:space="preserve"> to</w:t>
      </w:r>
      <w:r>
        <w:t xml:space="preserve"> make</w:t>
      </w:r>
      <w:r>
        <w:t xml:space="preserve"> more</w:t>
      </w:r>
      <w:r>
        <w:t xml:space="preserve"> weapons.</w:t>
      </w:r>
      <w:r>
        <w:t xml:space="preserve"> Whatever</w:t>
      </w:r>
      <w:r>
        <w:t xml:space="preserve"> we</w:t>
      </w:r>
      <w:r>
        <w:t xml:space="preserve"> can.</w:t>
        <w:br/>
        <w:br/>
        <w:t>还有另一种情况</w:t>
        <w:br/>
        <w:t>There's</w:t>
      </w:r>
      <w:r>
        <w:t xml:space="preserve"> one</w:t>
      </w:r>
      <w:r>
        <w:t xml:space="preserve"> other</w:t>
      </w:r>
      <w:r>
        <w:t xml:space="preserve"> scenario.</w:t>
        <w:br/>
        <w:t>他们在苏联人解放我们之前</w:t>
      </w:r>
      <w:r>
        <w:t xml:space="preserve"> 强迫我们步行离开这里</w:t>
        <w:br/>
        <w:t>They</w:t>
      </w:r>
      <w:r>
        <w:t xml:space="preserve"> force-march</w:t>
      </w:r>
      <w:r>
        <w:t xml:space="preserve"> us</w:t>
      </w:r>
      <w:r>
        <w:t xml:space="preserve"> out</w:t>
      </w:r>
      <w:r>
        <w:t xml:space="preserve"> of</w:t>
      </w:r>
      <w:r>
        <w:t xml:space="preserve"> here</w:t>
      </w:r>
      <w:r>
        <w:t xml:space="preserve"> before</w:t>
      </w:r>
      <w:r>
        <w:t xml:space="preserve"> the</w:t>
      </w:r>
      <w:r>
        <w:t xml:space="preserve"> Russkies</w:t>
      </w:r>
      <w:r>
        <w:t xml:space="preserve"> can</w:t>
      </w:r>
      <w:r>
        <w:t xml:space="preserve"> set</w:t>
      </w:r>
      <w:r>
        <w:t xml:space="preserve"> us</w:t>
      </w:r>
      <w:r>
        <w:t xml:space="preserve"> free.</w:t>
        <w:br/>
        <w:t>把我们转移到帝国更深的地方</w:t>
      </w:r>
      <w:r>
        <w:t xml:space="preserve"> 比如说巴伐利亚</w:t>
        <w:br/>
        <w:t>Move</w:t>
      </w:r>
      <w:r>
        <w:t xml:space="preserve"> us</w:t>
      </w:r>
      <w:r>
        <w:t xml:space="preserve"> somewhere</w:t>
      </w:r>
      <w:r>
        <w:t xml:space="preserve"> deeper</w:t>
      </w:r>
      <w:r>
        <w:t xml:space="preserve"> in</w:t>
      </w:r>
      <w:r>
        <w:t xml:space="preserve"> the</w:t>
      </w:r>
      <w:r>
        <w:t xml:space="preserve"> Reich,</w:t>
      </w:r>
      <w:r>
        <w:t xml:space="preserve"> say,</w:t>
      </w:r>
      <w:r>
        <w:t xml:space="preserve"> Bavaria.</w:t>
        <w:br/>
        <w:t>我们这些战俘是他们的筹码</w:t>
        <w:br/>
        <w:t>That's</w:t>
      </w:r>
      <w:r>
        <w:t xml:space="preserve"> leverage,</w:t>
      </w:r>
      <w:r>
        <w:t xml:space="preserve"> all</w:t>
      </w:r>
      <w:r>
        <w:t xml:space="preserve"> those</w:t>
      </w:r>
      <w:r>
        <w:t xml:space="preserve"> POWs.</w:t>
        <w:br/>
        <w:t>可他们怎么拿战俘当筹码</w:t>
        <w:br/>
        <w:t>But</w:t>
      </w:r>
      <w:r>
        <w:t xml:space="preserve"> how</w:t>
      </w:r>
      <w:r>
        <w:t xml:space="preserve"> would</w:t>
      </w:r>
      <w:r>
        <w:t xml:space="preserve"> they</w:t>
      </w:r>
      <w:r>
        <w:t xml:space="preserve"> do</w:t>
      </w:r>
    </w:p>
    <w:p>
      <w:r>
        <w:t xml:space="preserve"> that?</w:t>
        <w:br/>
        <w:t>像这样</w:t>
        <w:br/>
        <w:t>Like</w:t>
      </w:r>
      <w:r>
        <w:t xml:space="preserve"> this.</w:t>
        <w:br/>
        <w:t>我们必须立刻着手准备</w:t>
        <w:br/>
        <w:t>We</w:t>
      </w:r>
      <w:r>
        <w:t xml:space="preserve"> need</w:t>
      </w:r>
      <w:r>
        <w:t xml:space="preserve"> to</w:t>
      </w:r>
      <w:r>
        <w:t xml:space="preserve"> start</w:t>
      </w:r>
      <w:r>
        <w:t xml:space="preserve"> preparing</w:t>
      </w:r>
      <w:r>
        <w:t xml:space="preserve"> now.</w:t>
        <w:br/>
        <w:t>节约口粮</w:t>
      </w:r>
      <w:r>
        <w:t xml:space="preserve"> 让兄弟们恢复体格</w:t>
        <w:br/>
        <w:t>Conserving</w:t>
      </w:r>
      <w:r>
        <w:t xml:space="preserve"> rations,</w:t>
      </w:r>
      <w:r>
        <w:t xml:space="preserve"> getting</w:t>
      </w:r>
      <w:r>
        <w:t xml:space="preserve"> the</w:t>
      </w:r>
      <w:r>
        <w:t xml:space="preserve"> men</w:t>
      </w:r>
      <w:r>
        <w:t xml:space="preserve"> in</w:t>
      </w:r>
      <w:r>
        <w:t xml:space="preserve"> shape.</w:t>
        <w:br/>
        <w:t>我们今后做的一切</w:t>
        <w:br/>
        <w:t>Everything</w:t>
      </w:r>
      <w:r>
        <w:t xml:space="preserve"> we</w:t>
      </w:r>
      <w:r>
        <w:t xml:space="preserve"> do</w:t>
      </w:r>
      <w:r>
        <w:t xml:space="preserve"> from</w:t>
      </w:r>
      <w:r>
        <w:t xml:space="preserve"> this</w:t>
      </w:r>
      <w:r>
        <w:t xml:space="preserve"> point</w:t>
      </w:r>
      <w:r>
        <w:t xml:space="preserve"> on</w:t>
        <w:br/>
        <w:t>都必须是为这三种情况作准备</w:t>
        <w:br/>
        <w:t>needs</w:t>
      </w:r>
      <w:r>
        <w:t xml:space="preserve"> to</w:t>
      </w:r>
      <w:r>
        <w:t xml:space="preserve"> be</w:t>
      </w:r>
      <w:r>
        <w:t xml:space="preserve"> to</w:t>
      </w:r>
      <w:r>
        <w:t xml:space="preserve"> prepare</w:t>
      </w:r>
      <w:r>
        <w:t xml:space="preserve"> for</w:t>
      </w:r>
      <w:r>
        <w:t xml:space="preserve"> all</w:t>
      </w:r>
      <w:r>
        <w:t xml:space="preserve"> three</w:t>
      </w:r>
      <w:r>
        <w:t xml:space="preserve"> scenarios.</w:t>
        <w:br/>
        <w:t>大规模处决</w:t>
      </w:r>
      <w:r>
        <w:t xml:space="preserve"> 被迫转移或计划好的战斗</w:t>
        <w:br/>
        <w:t>Mass</w:t>
      </w:r>
      <w:r>
        <w:t xml:space="preserve"> execution,</w:t>
      </w:r>
      <w:r>
        <w:t xml:space="preserve"> forced</w:t>
      </w:r>
      <w:r>
        <w:t xml:space="preserve"> march,</w:t>
      </w:r>
      <w:r>
        <w:t xml:space="preserve"> or</w:t>
      </w:r>
      <w:r>
        <w:t xml:space="preserve"> pitched</w:t>
      </w:r>
      <w:r>
        <w:t xml:space="preserve"> battle.</w:t>
        <w:br/>
        <w:t>天啊</w:t>
        <w:br/>
        <w:t>Christ.</w:t>
        <w:br/>
        <w:t>如果我们能重新占领海岸线...</w:t>
        <w:br/>
        <w:t>If</w:t>
      </w:r>
      <w:r>
        <w:t xml:space="preserve"> we</w:t>
      </w:r>
      <w:r>
        <w:t xml:space="preserve"> could</w:t>
      </w:r>
      <w:r>
        <w:t xml:space="preserve"> retake</w:t>
      </w:r>
      <w:r>
        <w:t xml:space="preserve"> the</w:t>
      </w:r>
      <w:r>
        <w:t xml:space="preserve"> coast...</w:t>
        <w:br/>
        <w:t>先生们</w:t>
      </w:r>
      <w:r>
        <w:t xml:space="preserve"> 要去法国了</w:t>
        <w:br/>
        <w:t>Gentlemen,</w:t>
      </w:r>
      <w:r>
        <w:t xml:space="preserve"> you're</w:t>
      </w:r>
      <w:r>
        <w:t xml:space="preserve"> going</w:t>
      </w:r>
      <w:r>
        <w:t xml:space="preserve"> to</w:t>
      </w:r>
      <w:r>
        <w:t xml:space="preserve"> France.</w:t>
        <w:br/>
        <w:t>立正</w:t>
        <w:br/>
        <w:t>Ah-ten-hut!</w:t>
        <w:br/>
        <w:t>坐</w:t>
        <w:br/>
        <w:t>Be</w:t>
      </w:r>
      <w:r>
        <w:t xml:space="preserve"> seated.</w:t>
        <w:br/>
        <w:t>龙骑兵行动三天后开始</w:t>
        <w:br/>
        <w:t>Operation</w:t>
      </w:r>
      <w:r>
        <w:t xml:space="preserve"> Dragoon</w:t>
      </w:r>
      <w:r>
        <w:t xml:space="preserve"> takes</w:t>
      </w:r>
      <w:r>
        <w:t xml:space="preserve"> place</w:t>
      </w:r>
      <w:r>
        <w:t xml:space="preserve"> in</w:t>
      </w:r>
      <w:r>
        <w:t xml:space="preserve"> three</w:t>
      </w:r>
      <w:r>
        <w:t xml:space="preserve"> days.</w:t>
        <w:br/>
        <w:t>你们的任务让这成为可能</w:t>
        <w:br/>
        <w:t>Your</w:t>
      </w:r>
      <w:r>
        <w:t xml:space="preserve"> mission</w:t>
      </w:r>
      <w:r>
        <w:t xml:space="preserve"> is</w:t>
      </w:r>
      <w:r>
        <w:t xml:space="preserve"> what</w:t>
      </w:r>
      <w:r>
        <w:t xml:space="preserve"> makes</w:t>
      </w:r>
      <w:r>
        <w:t xml:space="preserve"> it</w:t>
      </w:r>
      <w:r>
        <w:t xml:space="preserve"> possible.</w:t>
        <w:br/>
        <w:t>(今日目标)</w:t>
        <w:br/>
        <w:t>马赛</w:t>
        <w:br/>
        <w:t>Marseille.</w:t>
        <w:br/>
        <w:t>圣特罗佩</w:t>
        <w:br/>
        <w:t>Saint-Tropez.</w:t>
        <w:br/>
        <w:t>土伦</w:t>
        <w:br/>
        <w:t>Toulon.</w:t>
        <w:br/>
        <w:t>每个都是我们反&amp;hearts;攻&amp;hearts;部队的关键登陆点</w:t>
        <w:br/>
        <w:t>Each</w:t>
      </w:r>
      <w:r>
        <w:t xml:space="preserve"> critical</w:t>
      </w:r>
      <w:r>
        <w:t xml:space="preserve"> landing</w:t>
      </w:r>
      <w:r>
        <w:t xml:space="preserve"> points</w:t>
      </w:r>
      <w:r>
        <w:t xml:space="preserve"> for</w:t>
      </w:r>
      <w:r>
        <w:t xml:space="preserve"> our</w:t>
      </w:r>
      <w:r>
        <w:t xml:space="preserve"> incoming</w:t>
      </w:r>
      <w:r>
        <w:t xml:space="preserve"> forces.</w:t>
        <w:br/>
        <w:t>我们会有取胜的人力</w:t>
      </w:r>
      <w:r>
        <w:t xml:space="preserve"> 但有一个必要条件</w:t>
        <w:br/>
        <w:t>Now,</w:t>
      </w:r>
      <w:r>
        <w:t xml:space="preserve"> we</w:t>
      </w:r>
      <w:r>
        <w:t xml:space="preserve"> will</w:t>
      </w:r>
      <w:r>
        <w:t xml:space="preserve"> have</w:t>
      </w:r>
      <w:r>
        <w:t xml:space="preserve"> the</w:t>
      </w:r>
      <w:r>
        <w:t xml:space="preserve"> manpower</w:t>
      </w:r>
      <w:r>
        <w:t xml:space="preserve"> to</w:t>
      </w:r>
      <w:r>
        <w:t xml:space="preserve"> prevail</w:t>
      </w:r>
      <w:r>
        <w:t xml:space="preserve"> but</w:t>
      </w:r>
      <w:r>
        <w:t xml:space="preserve"> if,</w:t>
      </w:r>
      <w:r>
        <w:t xml:space="preserve"> and</w:t>
      </w:r>
      <w:r>
        <w:t xml:space="preserve"> only</w:t>
      </w:r>
      <w:r>
        <w:t xml:space="preserve"> if,</w:t>
        <w:br/>
        <w:t>我们必须干掉他们的监控设备</w:t>
        <w:br/>
        <w:t>we</w:t>
      </w:r>
      <w:r>
        <w:t xml:space="preserve"> knock</w:t>
      </w:r>
      <w:r>
        <w:t xml:space="preserve"> out</w:t>
      </w:r>
      <w:r>
        <w:t xml:space="preserve"> their</w:t>
      </w:r>
      <w:r>
        <w:t xml:space="preserve"> eyes.</w:t>
        <w:br/>
        <w:t>德国的雷达探测系统都安装在这里</w:t>
        <w:br/>
        <w:t>German</w:t>
      </w:r>
      <w:r>
        <w:t xml:space="preserve"> radar</w:t>
      </w:r>
      <w:r>
        <w:t xml:space="preserve"> detection</w:t>
      </w:r>
      <w:r>
        <w:t xml:space="preserve"> systems</w:t>
      </w:r>
      <w:r>
        <w:t xml:space="preserve"> are</w:t>
      </w:r>
      <w:r>
        <w:t xml:space="preserve"> mounted</w:t>
      </w:r>
      <w:r>
        <w:t xml:space="preserve"> all</w:t>
      </w:r>
      <w:r>
        <w:t xml:space="preserve"> along</w:t>
      </w:r>
      <w:r>
        <w:t xml:space="preserve"> here.</w:t>
        <w:br/>
        <w:t>我们要用分阶段的激进扫射行动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https://d.book118.com/908007050130006044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4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0800705013000604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