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有关学生会年度总结模板（33篇）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有关学生会年度总结模板（精选33篇）</w:t>
      </w:r>
      <w:r>
        <w:rPr>
          <w:lang w:eastAsia="zh-CN"/>
        </w:rPr>
        <w:br/>
      </w:r>
      <w:r>
        <w:rPr>
          <w:lang w:eastAsia="zh-CN"/>
        </w:rPr>
        <w:t xml:space="preserve">    有关学生会年度总结模板 篇1 </w:t>
      </w:r>
      <w:r>
        <w:rPr>
          <w:lang w:eastAsia="zh-CN"/>
        </w:rPr>
        <w:br/>
      </w:r>
      <w:r>
        <w:rPr>
          <w:lang w:eastAsia="zh-CN"/>
        </w:rPr>
        <w:t>　　学生会宣传部主要负责对我院的学生会活动的总体宣传及其余有学院关事项的宣传工作，在工作中，我们一直在为引导正确的校园文明而始终创新着。尤其在配合各部分举办各种活动上，我们宣传部始终如一的用踊跃热情得太对对待每一张板报及相关宣传部署。保障宣传工作的及时，到位，充分发挥学院的窗口作用。让我院的各项工作已更快，更好的方式展示在全校师生的面前，进步环境学院学生会的影响力。每当看到师生驻足于长廊尽头，我们心中就会有一丝的快慰和冲动。</w:t>
      </w:r>
      <w:r>
        <w:rPr>
          <w:lang w:eastAsia="zh-CN"/>
        </w:rPr>
        <w:br/>
      </w:r>
      <w:r>
        <w:rPr>
          <w:lang w:eastAsia="zh-CN"/>
        </w:rPr>
        <w:t>　　本学期的工作既将结束，也是这届学生会工作的序幕了，在这一年的时间里，我们每个人都收获到了很多货色，取得着各自的进步。每个人的付出与收成，换来了我们学院学生工作的新发展。我们很幸运在学生会宣传部的位子上为学生会的各项工作的建设出一份力。可能这么说：这一年是累的一年，忙的一年，快乐的一年，收获的一年。难忘的一年。</w:t>
      </w:r>
      <w:r>
        <w:rPr>
          <w:lang w:eastAsia="zh-CN"/>
        </w:rPr>
        <w:br/>
      </w:r>
    </w:p>
    <w:p w:rsidR="001B1F19" w14:textId="0AE8485B">
      <w:pPr>
        <w:pStyle w:val="Heading1"/>
        <w:jc w:val="center"/>
        <w:rPr>
          <w:rFonts w:hint="eastAsia"/>
          <w:lang w:eastAsia="zh-CN"/>
        </w:rPr>
      </w:pPr>
      <w:r>
        <w:rPr>
          <w:sz w:val="44"/>
          <w:lang w:eastAsia="zh-CN"/>
        </w:rPr>
        <w:t>有关学生会年度总结模板（33篇）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有关学生会年度总结模板（精选33篇）</w:t>
      </w:r>
      <w:r>
        <w:rPr>
          <w:lang w:eastAsia="zh-CN"/>
        </w:rPr>
        <w:br/>
      </w:r>
      <w:r>
        <w:rPr>
          <w:lang w:eastAsia="zh-CN"/>
        </w:rPr>
        <w:t xml:space="preserve">    有关学生会年度总结模板 篇1 </w:t>
      </w:r>
      <w:r>
        <w:rPr>
          <w:lang w:eastAsia="zh-CN"/>
        </w:rPr>
        <w:br/>
      </w:r>
      <w:r>
        <w:rPr>
          <w:lang w:eastAsia="zh-CN"/>
        </w:rPr>
        <w:t>　　学生会宣传部主要负责对我院的学生会活动的总体宣传及其余有学院关事项的宣传工作，在工作中，我们一直在为引导正确的校园文明而始终创新着。尤其在配合各部分举办各种活动上，我们宣传部始终如一的用踊跃热情得太对对待每一张板报及相关宣传部署。保障宣传工作的及时，到位，充分发挥学院的窗口作用。让我院的各项工作已更快，更好的方式展示在全校师生的面前，进步环境学院学生会的影响力。每当看到师生驻足于长廊尽头，我们心中就会有一丝的快慰和冲动。</w:t>
      </w:r>
      <w:r>
        <w:rPr>
          <w:lang w:eastAsia="zh-CN"/>
        </w:rPr>
        <w:br/>
      </w:r>
      <w:r>
        <w:rPr>
          <w:lang w:eastAsia="zh-CN"/>
        </w:rPr>
        <w:t>　　本学期的工作既将结束，也是这届学生会工作的序幕了，在这一年的时间里，我们每个人都收获到了很多货色，取得着各自的进步。每个人的付出与收成，换来了我们学院学生工作的新发展。我们很幸运在学生会宣传部的位子上为学生会的各项工作的建设出一份力。可能这么说：这一年是累的一年，忙的一年，快乐的一年，收获的一年。难忘的一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自本届学生会成破到当初，宣传部的工作就是始终在进行中。这一点是大家都能看到的。总结起来真的有种不知从何说起的感到，由于工作性质的差异，我们很少有自己的品牌活动，然而在同各部门配合的过程中，我想我们的认真和任务心就是我们的品牌。</w:t>
      </w:r>
      <w:r>
        <w:rPr>
          <w:lang w:eastAsia="zh-CN"/>
        </w:rPr>
        <w:br/>
      </w:r>
      <w:r>
        <w:rPr>
          <w:lang w:eastAsia="zh-CN"/>
        </w:rPr>
        <w:t>　　这次总结重要从三方面来说：咱们宣传部在本职工作中的表现，在发展翻新方面的成果，以及同其余兄弟学院宣传部的交流学习。</w:t>
      </w:r>
      <w:r>
        <w:rPr>
          <w:lang w:eastAsia="zh-CN"/>
        </w:rPr>
        <w:br/>
      </w:r>
      <w:r>
        <w:rPr>
          <w:lang w:eastAsia="zh-CN"/>
        </w:rPr>
        <w:t>　　首先是我们的重要工作出海报。这两个学期我们学院举行了良多运动，我们部能够说是有求必应的，出了多少板，我们早就记不清了，也没法确切的说明，下面举多少个代表性的工作，在上学期全校性质的禁烟活动和学风建设表奖晚会中，在迎接新生跟举办28届校活动会中以及各种对体育，文艺，讲演，竞赛的比赛，我们都做了大量宣扬工作，我们用手中的画笔能让我们院的活动在色彩斑斓中进行，真的感到很快慰。这宣传板既是学院展现形象的窗口也是咱们的挥洒青春的舞台，在这里我们充散施展各自的特长，凝聚群体的智慧，打造更高品质的海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兴许有人不理解，海报不就是个告知吗？内容写上不就行了，切实不然，因为这里所展示的是一个学院的学生工作建设的风貌，我们环境学院一直都走在学校的各项活动的前列，虽说是工科学生，但在艺术文化方面，也是不能逊色的。海报质量的提高是我们用心描绘的成果，在这个过程中我们付出了许多，时间，精力，有时候板很急，我们常会工作到晚上十点，累是断定的了，但像大大家对我们的信任和自己的劳动成果，还是喜悦大于操劳的。在这一年里，我们同各个部门之间的关系十分融洽，也只有在一个融洽的环境下我们能力把工作做好，信任环境学院学生会一定会更加团结，各项工作必定会有更好的结果。</w:t>
      </w:r>
      <w:r>
        <w:rPr>
          <w:lang w:eastAsia="zh-CN"/>
        </w:rPr>
        <w:br/>
      </w:r>
      <w:r>
        <w:rPr>
          <w:lang w:eastAsia="zh-CN"/>
        </w:rPr>
        <w:t>　　其次，我们在配合其他局部的同时，也有自己的清楚的责任，不能因为常设不活动就让宣传栏空在那里，也不会让板的内容过期太久，所以我们新增了工作内容，重大节日的宣传，因为各种节日和纪念日很多，我们进行公平的决定和安排不过这些还是宣传部工作的一个主要组成部分，在这些活动中，宣传部充当了动员者和气氛渲染者的作用，比喻说新年，3月8日国际妇女节，世界水日愚人节，青年志愿者服务，五端午母亲节，父亲节，全国助残日，国际儿童节，中国公民解放军建军节，9月10日中国老师节，国庆节，中秋节12月1日世界爱滋病日，感恩节。这些节日都很典型，而且各具特色。有的慎重，有的活泼，有的古代感十足，有的又极具古典韵味，这些海报取得广大师生的认可，我想这是对我们的褒奖，和最有力的支持。来自大家的关怀跟倡导对我们当前的工作都是很有帮助的。信赖我们的海报品德在大家的关心下会更上一层楼的。</w:t>
      </w:r>
      <w:r>
        <w:rPr>
          <w:lang w:eastAsia="zh-CN"/>
        </w:rPr>
        <w:br/>
      </w:r>
      <w:r>
        <w:rPr>
          <w:lang w:eastAsia="zh-CN"/>
        </w:rPr>
        <w:t>　　在上学期的社区被迫者活动中，我们部全体成员都懂得了一把当家教的感到，在__级新生入校时又全力配合老师做好新生入学工作，无论是常设的家教仍是助理班主任，每一项的工作都是对我们的另一种锻炼，培养了我们对工作的总体意识和提高了我们处理各种问题的才能，最重要的是让我们知道义务心的可贵，我想不管是从事何种工作，这一点都是很主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最后谈一谈同其他兄弟学院宣传部的交流学习，孔子云：“三人行，则必有我师。”而每个学院都有各自的长处，我们要摆正意识态度，否定自身的不足，取别人之长补己之短，才华提高。所以我们在比较中学习，而且找机会进行交换学习，上学期在科技文化节中，建院的主体活动之t—shirt涂鸦大赛，以及这学期校社联的尚篮100米涂鸦设计中，我们都踊跃的参与其中，并且取得了很好的成绩，而更要的是在比赛进程我们同其他学院的选手的彼此学习。还有一次难忘的经历，在今年的先生节，我们环境学院同信息，机械，管理四院联合出板，范畴之大是前所未有的，兴许在观赏者的眼里，那只是一张比拟大的海报，并不什么特别意思，而对我们参加者来说，却有着更深一层的含意，这是一次很好的学习过程，学如何与人配合，不同组织之间的配合，配合能力，沟通才干，而且更加强学院学生间的联系，我觉得这种学院间的交流是很好的，应该在更多方面，以更多的形式发展。我们宣传部也必将在虚心的学习中获得更好的，更令人满意的成就。</w:t>
      </w:r>
      <w:r>
        <w:rPr>
          <w:lang w:eastAsia="zh-CN"/>
        </w:rPr>
        <w:br/>
      </w:r>
      <w:r>
        <w:rPr>
          <w:lang w:eastAsia="zh-CN"/>
        </w:rPr>
        <w:t>　　总体来说，宣传部的工作是繁重、琐碎的、不定的，上学期我们诚然人少，工作多，但我们通过公道的安排学习和工作的时光既保障了学习，又很好的实现了工作，而在今年学生会分会的招新中，我们又多了8位__级的新同学，我们会把宣传部的传统灌注给他们，让他们以的姿态迎接新的使命，当初我们的新成员们也加入到了我们的出板工作中，每次活动宣传活动都很积极，我们的海报一张比一张精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在之前的工作中，宣传部的工作记录做的有些遗憾之处，我们收集了大家的劳动成果，但不是很齐全，我们准备在当前的工作中做好对海报资料的系统的整理，并保留照片，我想这是我们给本人的的礼物了！</w:t>
      </w:r>
      <w:r>
        <w:rPr>
          <w:lang w:eastAsia="zh-CN"/>
        </w:rPr>
        <w:br/>
      </w:r>
      <w:r>
        <w:rPr>
          <w:lang w:eastAsia="zh-CN"/>
        </w:rPr>
        <w:t>　　叙述了这么多，也该停笔了。在从前的日子里，宣传部做所做的工作，只是一个开始，不是高潮，更不是成果。我们正在探索之中，很多制度和安排还需要完善，我们和其部门应借助这次总结的机遇，增强学习，加深懂得。渴望大家广开思路，为学生会的工作出谋划策，把学生会的工作做的更好。为同窗们供应更好的服务。</w:t>
      </w:r>
      <w:r>
        <w:rPr>
          <w:lang w:eastAsia="zh-CN"/>
        </w:rPr>
        <w:br/>
      </w:r>
      <w:r>
        <w:rPr>
          <w:lang w:eastAsia="zh-CN"/>
        </w:rPr>
        <w:t>　　此致</w:t>
      </w:r>
      <w:r>
        <w:rPr>
          <w:lang w:eastAsia="zh-CN"/>
        </w:rPr>
        <w:br/>
      </w:r>
      <w:r>
        <w:rPr>
          <w:lang w:eastAsia="zh-CN"/>
        </w:rPr>
        <w:t>　　敬礼！</w:t>
      </w:r>
      <w:r>
        <w:rPr>
          <w:lang w:eastAsia="zh-CN"/>
        </w:rPr>
        <w:br/>
      </w:r>
      <w:r>
        <w:rPr>
          <w:lang w:eastAsia="zh-CN"/>
        </w:rPr>
        <w:t xml:space="preserve">    有关学生会年度总结模板 篇2 </w:t>
      </w:r>
      <w:r>
        <w:rPr>
          <w:lang w:eastAsia="zh-CN"/>
        </w:rPr>
        <w:br/>
      </w:r>
      <w:r>
        <w:rPr>
          <w:lang w:eastAsia="zh-CN"/>
        </w:rPr>
        <w:t>　　不知不觉，一年又在忙碌中悄然而逝。对重邮来说文娱部又忙了一年，对我们部门的所有成员来说，大家在酸甜苦辣百感交集的文娱生涯中，度过了自己的大一时光。总的来说，部门在这一年中的情况如下。</w:t>
      </w:r>
      <w:r>
        <w:rPr>
          <w:lang w:eastAsia="zh-CN"/>
        </w:rPr>
        <w:br/>
      </w:r>
      <w:r>
        <w:rPr>
          <w:lang w:eastAsia="zh-CN"/>
        </w:rPr>
        <w:t>　　在上学期，九月，部门进行了规模宏大的招新活动。在这次招新中，总共有四百余人参加初试，经过层层遴选，最终有27人成为我们文娱部大家庭的组成部分。总的来说，文娱部一直是一个事情比较繁杂事情比较多，工作任务艰巨的部门。加入了这样一个部门，就意味着时刻要想着吃苦耐劳，顶住巨大压力。的确，在经过招新后，部门的干部干事之间相处得十分融洽，至今还都是好分与好伙伴。团结就是力量，的确，这也成了文娱部能够前进的动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十月，干事有了比较多参加活动的机会。有参娱乐高雅艺术进校园活动的组织，都参与过学生会办公室组织的文字培训大会。期间还有各个学院的十大歌手赛事，我部都有派部员前往参加活动。提高干事干部的组织能力与提高活动执行力。</w:t>
      </w:r>
      <w:r>
        <w:rPr>
          <w:lang w:eastAsia="zh-CN"/>
        </w:rPr>
        <w:br/>
      </w:r>
      <w:r>
        <w:rPr>
          <w:lang w:eastAsia="zh-CN"/>
        </w:rPr>
        <w:t>　　在经历了学生会和学院的各类活动后，在干是干部在组织活动上都有了明显提高后，我们文娱部迎来了我们部门最重大的活动，当然也是重邮最具影响力的文娱活动：重庆邮电大学第__届校园十大歌手赛。是的，这是学生会的精品活动更是我们文娱部的招牌活动。所以办好这次十大歌手便成了我们所有文娱部成员的重中之重。在十月份到十一月份直到决赛结束的那段时间里，大家奋斗在一起，流泪流汗在一起，欢笑吼叫在一起，更是增进了之间的感情，那是部门的精髓。比赛总共分为三轮：初赛，复赛，决赛。赛场分别是在学生活动中心，体育馆，科技会堂。据统计，初赛总共有800余人报名参赛，也是这个活动达到了前所未有的规模。复赛总共有100人。而决赛是12人之间的精彩。决赛是在科技会堂。经过大家的努力，干事和部长之间的奋斗，最终在科技会堂给重邮学子上演了一场精彩万分的晚间视听盛宴。一千多张的票在一天之内被一抢而光。最后还有许多观众站着激动的看完了整场比赛。至今，还有关于这次十大的精彩评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通过文娱人的努力，能得到同学们的肯定就是给我们部门每个人最美好的祝福了。而这种激情也一直被延续到了下学期。在第二学期，部门干事均被分配到各个学院参加学习以及指导学院工作。考虑到学院多，每三人分配两学院。而各个干事在这段时间都在学院的活动开展中发挥了巨大作用。下学期各个学院都开展了自己学院相应的歌唱类比赛。又不今年是建党90周年，很多学院都开展了喜迎建党九十载，唱红歌诵经典活动。这些种类繁杂的活动也丰富了各个干事的活动经验，把每人都大大的提升了一个层次。由于文娱部的特殊性，基本上学生会各种活动都离不开文娱人的身影。这也是一个值得我们自己自豪的地方说明我们的工作开展的好，组织的不错，得到了同学们的认可。接下来我部还承担了青春中国心的组织策划。经过大家的一致努力，活动得到了老师，校长合各外来学校的充分肯定。</w:t>
      </w:r>
      <w:r>
        <w:rPr>
          <w:lang w:eastAsia="zh-CN"/>
        </w:rPr>
        <w:br/>
      </w:r>
      <w:r>
        <w:rPr>
          <w:lang w:eastAsia="zh-CN"/>
        </w:rPr>
        <w:t>　　接下来我部又承接了五四颁奖会，参加了红歌比赛的组织策划等。总体来说，这一年的时间中，文娱部秉着团结，积极，坚持，拼搏的信念，成功承办了一场场活动。完美完成了一年前的目标。</w:t>
      </w:r>
      <w:r>
        <w:rPr>
          <w:lang w:eastAsia="zh-CN"/>
        </w:rPr>
        <w:br/>
      </w:r>
      <w:r>
        <w:rPr>
          <w:lang w:eastAsia="zh-CN"/>
        </w:rPr>
        <w:t xml:space="preserve">    有关学生会年度总结模板 篇3 </w:t>
      </w:r>
      <w:r>
        <w:rPr>
          <w:lang w:eastAsia="zh-CN"/>
        </w:rPr>
        <w:br/>
      </w:r>
      <w:r>
        <w:rPr>
          <w:lang w:eastAsia="zh-CN"/>
        </w:rPr>
        <w:t>　　文化传播系于__年11月产生了以陈龙为主席的新一届学生会，本届学生会成立以后，在继承上届学生会优良传统的基础上，充分发挥我院学生会干部的积极性和自主性本着服从老师、服务学生、辐射全院的宗旨，顺利开展各项工作。我院今年的学生会工作取得了十分显著地成绩。</w:t>
      </w:r>
      <w:r>
        <w:rPr>
          <w:lang w:eastAsia="zh-CN"/>
        </w:rPr>
        <w:br/>
      </w:r>
      <w:r>
        <w:rPr>
          <w:lang w:eastAsia="zh-CN"/>
        </w:rPr>
        <w:t>　　一、指导思想上：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以校学生工作思路和校团委团学工作思路为指导，以我院具体实际为依据，紧紧围绕加强和改进大学生思想政治工作这个核心，全面提高思想政治工作的针对性和有效性，提高学生的思想道德素质、学习质量和专业能力水平。强化管理、服务育人理念，促进学生工作的全面发展和学生综合素质的提高。</w:t>
      </w:r>
      <w:r>
        <w:rPr>
          <w:lang w:eastAsia="zh-CN"/>
        </w:rPr>
        <w:br/>
      </w:r>
      <w:r>
        <w:rPr>
          <w:lang w:eastAsia="zh-CN"/>
        </w:rPr>
        <w:t>　　二、在组织建设上：</w:t>
      </w:r>
      <w:r>
        <w:rPr>
          <w:lang w:eastAsia="zh-CN"/>
        </w:rPr>
        <w:br/>
      </w:r>
      <w:r>
        <w:rPr>
          <w:lang w:eastAsia="zh-CN"/>
        </w:rPr>
        <w:t>　　文化传播系换届后组成了在4内的新一届主席团，随后主席团根据我系学生工作的实际情况，产生了各部部长、副部长，10届新生报道后，我系顺利完成了新一届学生会的招新工作，总计有80名新干事加入到学生会这个大家庭。至此，我系新一届学生会的组织建设基本完成，新一届学生会由120名学生干部组成。同时，我系根据学生工作的实际，对学生会主席团成员进行了阶段性的调整和充实，而且有意识的增加了09级学生干部在主席团中的比例。这对加强我系学生工作的深度和广度，以及锻炼干部起到了积极地促进作用。充实后的主席团由4人组成，有力的提高了我院学生会的总体工作。</w:t>
      </w:r>
      <w:r>
        <w:rPr>
          <w:lang w:eastAsia="zh-CN"/>
        </w:rPr>
        <w:br/>
      </w:r>
      <w:r>
        <w:rPr>
          <w:lang w:eastAsia="zh-CN"/>
        </w:rPr>
        <w:t>　　三、在作风建设上：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新一届学生会由于成员规模较大，学生干部的自身素质建设显得尤为重要。正是在这种背景下，我系也相应的加强了学生干部队伍的自身建设。科长徐老师，多次对我系学生干部讲：学生会干部，尤其是主要干部一定要摆正心态，认清自己的实际，要明白自己首先是学生，其次才是干部。同时，我系也多次召开相关的主题会议，以期加强我院的干部队伍建设。另外：我系还充分利用纪律文明教育月活动，加强了对学生干部的纪律观念、文明观念的教育。同时我系还让办公室等部门制定了严格的学生会干事出勤考勤制度，加强对学生会成员的内部监督，并在年终的时候对学生会干事进行评优评先。在此基础上建立了完善的主席团约谈制度，对在工作、纪律观念中违纪的学生干部进行教育，帮助其提高，改善。</w:t>
      </w:r>
      <w:r>
        <w:rPr>
          <w:lang w:eastAsia="zh-CN"/>
        </w:rPr>
        <w:br/>
      </w:r>
      <w:r>
        <w:rPr>
          <w:lang w:eastAsia="zh-CN"/>
        </w:rPr>
        <w:t>　　四、在活动组织方面：</w:t>
      </w:r>
      <w:r>
        <w:rPr>
          <w:lang w:eastAsia="zh-CN"/>
        </w:rPr>
        <w:br/>
      </w:r>
      <w:r>
        <w:rPr>
          <w:lang w:eastAsia="zh-CN"/>
        </w:rPr>
        <w:t>　　新一届学生会产生以后，十分重视大家的校园文体活动，积极组织了一系列旨在丰富我系学生的校园文体活动。我系先后举办和承办了主持人大赛，亚运会知识竞赛，文化传播系辩论赛，系内篮球赛，歌手大赛，等一系列文体活动，这些活动的成功举办不仅丰富了我系学生的校园文化生活，同时也锻炼了我系的学生干部，也为我系接下来备战学校的各类比赛储备了人才，积蓄了力量。</w:t>
      </w:r>
      <w:r>
        <w:rPr>
          <w:lang w:eastAsia="zh-CN"/>
        </w:rPr>
        <w:br/>
      </w:r>
      <w:r>
        <w:rPr>
          <w:lang w:eastAsia="zh-CN"/>
        </w:rPr>
        <w:t>　　五、在部门方面：</w:t>
      </w:r>
      <w:r>
        <w:rPr>
          <w:lang w:eastAsia="zh-CN"/>
        </w:rPr>
        <w:br/>
      </w:r>
      <w:r>
        <w:rPr>
          <w:lang w:eastAsia="zh-CN"/>
        </w:rPr>
        <w:t>　　新一届学生会成立以来，我们新增了外联部，为迎新晚会做出了杰出的贡献。</w:t>
      </w:r>
      <w:r>
        <w:rPr>
          <w:lang w:eastAsia="zh-CN"/>
        </w:rPr>
        <w:br/>
      </w:r>
      <w:r>
        <w:rPr>
          <w:lang w:eastAsia="zh-CN"/>
        </w:rPr>
        <w:t>　　六、在存在的问题方面：</w:t>
      </w:r>
      <w:r>
        <w:rPr>
          <w:lang w:eastAsia="zh-CN"/>
        </w:rPr>
        <w:br/>
      </w:r>
      <w:r>
        <w:rPr>
          <w:lang w:eastAsia="zh-CN"/>
        </w:rPr>
        <w:t>　　在这些现象的背后，我系的团学工作依然存在很多问题，具体表现在：学生会主要干部在大型活动的组织和策划方面经验不足；学生干部队伍中依然存在一些纪律观念不强，集体主义淡薄的现象；有些学生会的职能部门工作不能有效开展；新干事的工作还有一定的盲目性；和其他院系的交流和合作还不是很深入等。这些问题，我们学生会主席团已经开会做出了总结，同时明确了分工，提出了专门的解决办法，相信，下一步我们的工作能够更好的开展。</w:t>
      </w:r>
      <w:r>
        <w:rPr>
          <w:lang w:eastAsia="zh-CN"/>
        </w:rPr>
        <w:br/>
      </w:r>
      <w:r>
        <w:rPr>
          <w:lang w:eastAsia="zh-CN"/>
        </w:rPr>
        <w:t>　　七、未来工作展望方面：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下学期，我系将继续坚持本学期工作中的好方法，好思路，同时查找，发现工作中存在的不足，加以改善和完善。下学期：我系学生会将会积极完成志愿者服务月活动，运动会等大型比赛，同时继续筹备举办校园达人秀活动。同时我系学生会还将结合自身实际，开展适合我系学生的大型文体活动，在丰富我系学生的校园文化生活的同时，提高我系学生会成员的能力和存在感及荣誉感。</w:t>
      </w:r>
      <w:r>
        <w:rPr>
          <w:lang w:eastAsia="zh-CN"/>
        </w:rPr>
        <w:br/>
      </w:r>
      <w:r>
        <w:rPr>
          <w:lang w:eastAsia="zh-CN"/>
        </w:rPr>
        <w:t>　　过去的一学期是我系学生会各项工作有序开展的一年，也是我系学生会工作取得优异成绩的一年，我们有理由相信：这届学生会在校团委、我院团总支和校学生会的领导下，在其他兄弟系的大力支持下，在全系学生的共同努力下一定能取得更为辉煌的成绩。</w:t>
      </w:r>
      <w:r>
        <w:rPr>
          <w:lang w:eastAsia="zh-CN"/>
        </w:rPr>
        <w:br/>
      </w:r>
      <w:r>
        <w:rPr>
          <w:lang w:eastAsia="zh-CN"/>
        </w:rPr>
        <w:t xml:space="preserve">    有关学生会年度总结模板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不知不觉中,学生会的工作又到了交接的时候,我们这届文艺部成员的工作也即将画上圆满的句号，在这一年时间里，我们始终以本部门职责为工作目标和方向,积极认真地做好院团委和系部交给我们的各项工作,在配合院团委学生会工作的同时也为我系同学组织开展了不少精彩的文艺活动,让我系同学在这些文艺活动中更好地了解自我，发现自我,也为同学们提供了展示自己特长的舞台,有了这些文艺活动同学们的课余生活不再单调无味,而是充满乐趣,虽然组织这些文艺活动会很累,但我们还是尽自己的能力做到最好,回顾这一年文艺部所做的工作,总体来说还是比较好的,但我们的工作中也存在不足之处,现在我们老成员即将卸下重担,为了让下一届文艺部成员在工作中能有所借鉴,比我们这届成员做得更好,可以在借鉴的同时提高服务我系同学的能力，在此做工作总结如下：</w:t>
      </w:r>
      <w:r>
        <w:rPr>
          <w:lang w:eastAsia="zh-CN"/>
        </w:rPr>
        <w:br/>
      </w:r>
      <w:r>
        <w:rPr>
          <w:lang w:eastAsia="zh-CN"/>
        </w:rPr>
        <w:t>　　一.本届文艺部工作小结</w:t>
      </w:r>
      <w:r>
        <w:rPr>
          <w:lang w:eastAsia="zh-CN"/>
        </w:rPr>
        <w:br/>
      </w:r>
      <w:r>
        <w:rPr>
          <w:lang w:eastAsia="zh-CN"/>
        </w:rPr>
        <w:t>　　我们是从20__年5月接过上一届文艺部的重担的，刚接过担子，工作任务马上就下达给我们了：</w:t>
      </w:r>
      <w:r>
        <w:rPr>
          <w:lang w:eastAsia="zh-CN"/>
        </w:rPr>
        <w:br/>
      </w:r>
      <w:r>
        <w:rPr>
          <w:lang w:eastAsia="zh-CN"/>
        </w:rPr>
        <w:t>　　1.20__年6月以班级为单位举办的“歌唱祖国”歌咏比赛</w:t>
      </w:r>
      <w:r>
        <w:rPr>
          <w:lang w:eastAsia="zh-CN"/>
        </w:rPr>
        <w:br/>
      </w:r>
      <w:r>
        <w:rPr>
          <w:lang w:eastAsia="zh-CN"/>
        </w:rPr>
        <w:t>　　这是我们刚上任接到的第一个任务，为了筹备这次歌咏比赛，我们积极地做好各项工作，克服了人手不足，经验不足的问题，从发举办比赛的通知，到申请场地，再到最后的把各项工作安排给各个部门，因为各个部门的密切联系，在举办比赛的当天没出什么太大的问题，只是主持人经验不足，在主持时出了一点小错，但还是得到了老师的肯定。</w:t>
      </w:r>
      <w:r>
        <w:rPr>
          <w:lang w:eastAsia="zh-CN"/>
        </w:rPr>
        <w:br/>
      </w:r>
      <w:r>
        <w:rPr>
          <w:lang w:eastAsia="zh-CN"/>
        </w:rPr>
        <w:t>　　2.20__年9月迎接新生的工作</w:t>
      </w:r>
      <w:r>
        <w:rPr>
          <w:lang w:eastAsia="zh-CN"/>
        </w:rPr>
        <w:br/>
      </w:r>
      <w:r>
        <w:rPr>
          <w:lang w:eastAsia="zh-CN"/>
        </w:rPr>
        <w:t>　　在迎新工作中，我们部门和其他部门密切配合，迎接我们百色职业学院大一新生的到来，我们每个人一天下来最多能接待8个左右的大一新生，虽然人数少，但是我们还是以饱满的热情去迎接新生，还和新生愉快地交流起来，增进了我们和大一新生之间的沟通.</w:t>
      </w:r>
      <w:r>
        <w:rPr>
          <w:lang w:eastAsia="zh-CN"/>
        </w:rPr>
        <w:br/>
      </w:r>
      <w:r>
        <w:rPr>
          <w:lang w:eastAsia="zh-CN"/>
        </w:rPr>
        <w:t>　　3.20__年9月学生会招新工作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这次招新的工作中，我们文艺部招到了4名新干事，为了让新干事融入我们学生会这个集体，在开了全体新干事的交流会后，我们部门又开了三次本部门的交流会，把我们文艺部的各项工作和学生会的纪律告诉了新干事们，也让新干事帮助生活部检查宿舍卫生、帮助纪检部检查升旗迟到人数、帮助宣传部出我系的黑板报等，在这些工作中，新干事也逐渐适应学生会的工作了.</w:t>
      </w:r>
      <w:r>
        <w:rPr>
          <w:lang w:eastAsia="zh-CN"/>
        </w:rPr>
        <w:br/>
      </w:r>
      <w:r>
        <w:rPr>
          <w:lang w:eastAsia="zh-CN"/>
        </w:rPr>
        <w:t>　　4.九九重阳节带百色镇敬老院的慰问活动</w:t>
      </w:r>
      <w:r>
        <w:rPr>
          <w:lang w:eastAsia="zh-CN"/>
        </w:rPr>
        <w:br/>
      </w:r>
      <w:r>
        <w:rPr>
          <w:lang w:eastAsia="zh-CN"/>
        </w:rPr>
        <w:t>　　在敬老院慰问的活动中，我们文艺部和其他部门的成员一起去慰问老人，还把一些精彩的文艺活动带给老人们看，让老人看了直拍手，看到老人高兴的笑脸，我们自己也感到非常的欣慰。</w:t>
      </w:r>
      <w:r>
        <w:rPr>
          <w:lang w:eastAsia="zh-CN"/>
        </w:rPr>
        <w:br/>
      </w:r>
      <w:r>
        <w:rPr>
          <w:lang w:eastAsia="zh-CN"/>
        </w:rPr>
        <w:t>　　5.20__年11月09届文艺队的招新工作</w:t>
      </w:r>
      <w:r>
        <w:rPr>
          <w:lang w:eastAsia="zh-CN"/>
        </w:rPr>
        <w:br/>
      </w:r>
      <w:r>
        <w:rPr>
          <w:lang w:eastAsia="zh-CN"/>
        </w:rPr>
        <w:t>　　这可以说是我们文艺部的一件大事，在现有的08届文艺队的基础上，我们文艺队又增加了09届的成员，为我们文艺队注入了新的血液。</w:t>
      </w:r>
      <w:r>
        <w:rPr>
          <w:lang w:eastAsia="zh-CN"/>
        </w:rPr>
        <w:br/>
      </w:r>
      <w:r>
        <w:rPr>
          <w:lang w:eastAsia="zh-CN"/>
        </w:rPr>
        <w:t>　　6.筹备全院“迎新春文艺晚会”的的节目</w:t>
      </w:r>
      <w:r>
        <w:rPr>
          <w:lang w:eastAsia="zh-CN"/>
        </w:rPr>
        <w:br/>
      </w:r>
      <w:r>
        <w:rPr>
          <w:lang w:eastAsia="zh-CN"/>
        </w:rPr>
        <w:t>　　在迎新晚会的节目筹备过程中，我们也遇到一些问题，我们系要筹备两个迎新晚会的节目一个是“踏歌起舞”，一个是机械舞表演，踏歌起舞我们发通知从每个班抽出2到3名同学参加舞蹈排练，但在排练时有些同学想退出，但是我们和他们说了排练这个节目的重要性了以后，同学们都积极认真的排练了，排练了一段时间后又说因为“甲流”形势严峻，不得不将晚会时间延后，这对排练的同学来说是不小的打击，但是同学们还是理解我们的工作，积极地进行排练，由于我们这节目排练得比较好，我们这个节目作为校园文化艺术节开幕式晚会的第一个节目，得到了院文艺部的好评。</w:t>
      </w:r>
      <w:r>
        <w:rPr>
          <w:lang w:eastAsia="zh-CN"/>
        </w:rPr>
        <w:br/>
      </w:r>
      <w:r>
        <w:rPr>
          <w:lang w:eastAsia="zh-CN"/>
        </w:rPr>
        <w:t>　　7.20__年3月26日我系“十大歌手”比赛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本来我系的“十大歌手”比赛应该在招新之后就举办的，但是因为“甲流”形势严峻，我系的十大歌手比赛被迫推到这个学期举行，在发通知到各班要求各班报名单时，我们遇到了参加“十大歌手”比赛人数不足的问题，我们文艺部的成员就积极去各班鼓动各班同学参加十大歌手比赛活动，终于鼓动了一些同学参加“十大歌手”比赛，比赛人数不足的问题就解决了。</w:t>
      </w:r>
      <w:r>
        <w:rPr>
          <w:lang w:eastAsia="zh-CN"/>
        </w:rPr>
        <w:br/>
      </w:r>
      <w:r>
        <w:rPr>
          <w:lang w:eastAsia="zh-CN"/>
        </w:rPr>
        <w:t>　　8.新老生交流会</w:t>
      </w:r>
      <w:r>
        <w:rPr>
          <w:lang w:eastAsia="zh-CN"/>
        </w:rPr>
        <w:br/>
      </w:r>
      <w:r>
        <w:rPr>
          <w:lang w:eastAsia="zh-CN"/>
        </w:rPr>
        <w:t>　　在即将换届的时候进行新老生的交流，促进了干事与干事之间，干事与部长之间的交流，我们也将自己在学生会中的工作经验与干事们分享，让他们对学生会部长的工作更加熟悉，大家在会上畅所欲言地交流，干事与部长像朋友之间一样，同时，我们也发现干事与干事之间的交流还不足，有的干事甚至只知道自己部门的同学，不认识其他部门的同学，说明干事们交流方面有所欠缺。</w:t>
      </w:r>
      <w:r>
        <w:rPr>
          <w:lang w:eastAsia="zh-CN"/>
        </w:rPr>
        <w:br/>
      </w:r>
      <w:r>
        <w:rPr>
          <w:lang w:eastAsia="zh-CN"/>
        </w:rPr>
        <w:t>　　此外，我们还让本部门的干事去观看其他系的十大歌手比赛，以及百色市的一些文艺晚会，让他们吸取经验，还让他们参加了不少集体的活动，比如红城志愿者的统一行动等活动，这些活动也让干事们受益匪浅。</w:t>
      </w:r>
      <w:r>
        <w:rPr>
          <w:lang w:eastAsia="zh-CN"/>
        </w:rPr>
        <w:br/>
      </w:r>
      <w:r>
        <w:rPr>
          <w:lang w:eastAsia="zh-CN"/>
        </w:rPr>
        <w:t>　　二.工作中不足的方面</w:t>
      </w:r>
      <w:r>
        <w:rPr>
          <w:lang w:eastAsia="zh-CN"/>
        </w:rPr>
        <w:br/>
      </w:r>
      <w:r>
        <w:rPr>
          <w:lang w:eastAsia="zh-CN"/>
        </w:rPr>
        <w:t>　　1.在组织活动时各个配合不够密切，各项工作准备不充分，事前没有及时与各个部门沟通好.</w:t>
      </w:r>
      <w:r>
        <w:rPr>
          <w:lang w:eastAsia="zh-CN"/>
        </w:rPr>
        <w:br/>
      </w:r>
      <w:r>
        <w:rPr>
          <w:lang w:eastAsia="zh-CN"/>
        </w:rPr>
        <w:t>　　2.与干事之间交流也不够，导致有时干事不知道做什么，也没有了解干事在想什么，导致有些干事也对学生会的工作不怎么积极。</w:t>
      </w:r>
      <w:r>
        <w:rPr>
          <w:lang w:eastAsia="zh-CN"/>
        </w:rPr>
        <w:br/>
      </w:r>
      <w:r>
        <w:rPr>
          <w:lang w:eastAsia="zh-CN"/>
        </w:rPr>
        <w:t>　　以上就是我们这届文艺部的总结，希望下一届的文艺部成员能总结经验，争取把各项工作做到最好，将文艺部更好地完善。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经济管理系文艺部</w:t>
      </w:r>
      <w:r>
        <w:rPr>
          <w:lang w:eastAsia="zh-CN"/>
        </w:rPr>
        <w:br/>
      </w:r>
      <w:r>
        <w:rPr>
          <w:lang w:eastAsia="zh-CN"/>
        </w:rPr>
        <w:t>　　韦雅媚、廖晓宁</w:t>
      </w:r>
      <w:r>
        <w:rPr>
          <w:lang w:eastAsia="zh-CN"/>
        </w:rPr>
        <w:br/>
      </w:r>
      <w:r>
        <w:rPr>
          <w:lang w:eastAsia="zh-CN"/>
        </w:rPr>
        <w:t>　　20__年5月7日</w:t>
      </w:r>
      <w:r>
        <w:rPr>
          <w:lang w:eastAsia="zh-CN"/>
        </w:rPr>
        <w:br/>
      </w:r>
      <w:r>
        <w:rPr>
          <w:lang w:eastAsia="zh-CN"/>
        </w:rPr>
        <w:t xml:space="preserve">    有关学生会年度总结模板 篇5 </w:t>
      </w:r>
      <w:r>
        <w:rPr>
          <w:lang w:eastAsia="zh-CN"/>
        </w:rPr>
        <w:br/>
      </w:r>
      <w:r>
        <w:rPr>
          <w:lang w:eastAsia="zh-CN"/>
        </w:rPr>
        <w:t>　　首先现总结一下文艺部的工作吧，一年中学生会办的各项活动中由文艺部主要负责的有三个短剧、卡拉ok、送老。这三个活动让文艺部渐渐走向成熟，从短剧的经验不足到卡拉ok的胸有成竹到送老时的倾尽全力，在这个过程中我们不仅收获了宝贵的经验，更学会了永不言败的信念。记得办卡拉ok的时候，真的是举步维艰，办活动没有经验，演剧我没什么天赋跟别提教别人了，大一交上来的剧本有的惨不忍睹，那一阵真的是忙的我焦头烂额。我本以为自己付出了那么多，结果也应该不会太差，但现实是残酷的，硬生生就把我给撅了。我当时就在想付出和回报真的成正比么，我还有没有资格当这个文艺部副部，说实话那两天做梦就没做过别的全都是短剧比赛，起来就头疼。后来我是实在有点熬不住了去找的全哥，那天我们聊到两三点，我也意识到了自己究竟错在哪。其实我想过要放弃但我最终没有放弃，因为还清楚地知道对于学生会自己身上肩负的不可推卸的责任，我不能辜负龙翔、杨婷对我的期望。我坚持下来了，我也最终战胜了自己。说了这么多我就想告诉你们跌倒了其实没什么，重要的是如何爬起来，一个男人绝对不能推卸责任更不能轻言放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借这个机会，我要代表文艺部感谢学生会各个部对我们的支持和帮助，都说一个成功的女人背后有一群男人，而我要说一个成功的文艺部的背后有你们大家。我们文艺部做出的成绩大家都看的到，但你们付出的心血也许只有你们自己知道，需要什么东西、花了多少钱我们只要张嘴就行了，可这意味着办公室要骑多久的车子去买，冒着留下后遗症的危险每天跟着钱较劲。外联更要绞尽脑汁地去说服那些吝啬的商家，有的时候无异于对牛弹琴。体育部不仅要抬板子跟要保证咱学校那些四肢不健全的板子在呼啸的北风中屹立不倒。还有宣传部出的板子布置的教室，学习部写的主持词，技术部除了做好分内工作还要跟那些年久失修的设备博弈。真的，没有你们默默地的付出我们什么都做不了。成功的光环是属于学生会这个大家庭的，我要对你们说声谢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还想说说这次送老晚会给我的感受，大家都知道送老之前我们文艺部退的没剩几个人了，我真的担心我们大二的会不会变成光杆司令，但事实证明使我们多虑了。舞蹈排练将近两个月，有的人两三个舞，这两个月晚上九点之后的时间，可能就没干别的，但大家坚持下来了，当冷焰喷起掌声响起时不知道你们是否觉得之前付出的一切都值了。一场晚会十几个节目，有那个不是凝聚我们大家的心血，有哪个不是几乎占用了我们所有的课余时间才排练出来的，大家真的多非常不容易。准备晚会的当天特别累，而且总会出现这样那样的问题，让我堂堂东北大汉都感觉吃不消了。但我看到了什么，我看到学生会所有的人都在各司其职地紧张的忙碌着。当我看到这么多人都在为了一个共同的目标不知疲惫的努力着的时候，我感觉到了集体的力量，它让我充满斗志，在这样的集体中我感到荣幸，我为自己是自动化系学生会的一员而荣幸！</w:t>
      </w:r>
      <w:r>
        <w:rPr>
          <w:lang w:eastAsia="zh-CN"/>
        </w:rPr>
        <w:br/>
      </w:r>
      <w:r>
        <w:rPr>
          <w:lang w:eastAsia="zh-CN"/>
        </w:rPr>
        <w:t>　　最后我想说，在这一年的时间里，我所经历的，我所看到了一切印证了一个真理，无论是过去、现在还是将来，自动化系学生会永远都是最强的！</w:t>
      </w:r>
      <w:r>
        <w:rPr>
          <w:lang w:eastAsia="zh-CN"/>
        </w:rPr>
        <w:br/>
      </w:r>
      <w:r>
        <w:rPr>
          <w:lang w:eastAsia="zh-CN"/>
        </w:rPr>
        <w:t xml:space="preserve">    有关学生会年度总结模板 篇6 </w:t>
      </w:r>
      <w:r>
        <w:rPr>
          <w:lang w:eastAsia="zh-CN"/>
        </w:rPr>
        <w:br/>
      </w:r>
      <w:r>
        <w:rPr>
          <w:lang w:eastAsia="zh-CN"/>
        </w:rPr>
        <w:t>　　对于刚进入大学校园的我们来说，加入学生会是件值得骄傲的事。很荣幸的是我进入了我们法政系的文艺部，并在学长和学姐的帮助与指导下，稍渐熟悉了文艺部的日常工作———主要是举办系级的各种晚会并积极配合院里的相关工作。同时主办各种娱乐兼趣味性的活动，如中秋晚会，不仅如此，为了提高我们大一新生的素养，我们还举办了朗诵比赛和主持人大赛，并选拔了一部分优秀的学生参加院里的比赛，也取得了骄人的成绩，在各种各样的活动中全方位的展示了我们法政系的良好风貌。时光如白驹过隙，转瞬间一学期就要过去了。但是，不管怎样，我们都应对自己做些总结，“日参省乎已为不愚笨”，从过往中吸取教训获得经验为智。</w:t>
      </w:r>
      <w:r>
        <w:rPr>
          <w:lang w:eastAsia="zh-CN"/>
        </w:rPr>
        <w:br/>
      </w:r>
      <w:r>
        <w:rPr>
          <w:lang w:eastAsia="zh-CN"/>
        </w:rPr>
        <w:t>　　摆脱一类烦恼，陷入新一轮困惑，我们都会有同感吧，在一轮轮新旧交替中，我们能不断解惑答疑，得以提升，这是我们的积累阶段。而我们正处下于这弥足珍贵的厚积阶段——大学。</w:t>
      </w:r>
      <w:r>
        <w:rPr>
          <w:lang w:eastAsia="zh-CN"/>
        </w:rPr>
        <w:br/>
      </w:r>
      <w:r>
        <w:rPr>
          <w:lang w:eastAsia="zh-CN"/>
        </w:rPr>
        <w:t>　　一、有一种力量，叫做团结。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这是在学生会中获得的最深刻的体会。就自己而言，举办一次活动，非一己之力所能完成。文艺部是一个集体，每个成员都是重要角色，一场活动按模块合理地分配给各个干事，各干事在充分发挥自己作用的同时又能相互交流沟通。因为这样，活动还未开始，已成功一半！有一种能力，叫做交际。大学是半个社会，我们必须要锻炼好自己的交际能力。在未加入文艺部前，自己的想法很是幼稚—每天能做自己喜欢的事，看喜欢的书，足矣。这样的生活是在高考阶段畸形的压迫下的想法，以致在刚入学时有些不适应大学的这种轻松的氛围。只是固守一片小角落，简简单单的生活着。真正的加入学生会这个大家庭后发现，现在所做的一切是自己多么热爱的！在这里，认识这么多来自各地的朋友，一个朋友就是一种精神生活，在不断地了解中，获得了比书更贴切的感受。文艺部——我的家。一件事，会影响自己很深它使自己认识到什么是可以涉足的并继续发展，遇到什么事时果断止步。我会承认“天赋”这东西，我们需冷静对待别人在某些方面确实强于自己。但，冷静处之，我们也有自己施展的舞台。</w:t>
      </w:r>
      <w:r>
        <w:rPr>
          <w:lang w:eastAsia="zh-CN"/>
        </w:rPr>
        <w:br/>
      </w:r>
      <w:r>
        <w:rPr>
          <w:lang w:eastAsia="zh-CN"/>
        </w:rPr>
        <w:t>　　大学生活是很宝贵的，我不愿意平平淡淡地过这几年，为此我一点点的学习着，也一点点进步着，虽然各方面考虑的不那么周到，但我相信随着时间的积累和不断的学习，但我对于今后的工作，我肯定会更有信心！</w:t>
      </w:r>
      <w:r>
        <w:rPr>
          <w:lang w:eastAsia="zh-CN"/>
        </w:rPr>
        <w:br/>
      </w:r>
      <w:r>
        <w:rPr>
          <w:lang w:eastAsia="zh-CN"/>
        </w:rPr>
        <w:t>　　经过一个学期，我对本部门的工作做以下总结：</w:t>
      </w:r>
      <w:r>
        <w:rPr>
          <w:lang w:eastAsia="zh-CN"/>
        </w:rPr>
        <w:br/>
      </w:r>
      <w:r>
        <w:rPr>
          <w:lang w:eastAsia="zh-CN"/>
        </w:rPr>
        <w:t>　　1，朗诵比赛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20__年9月，酷暑的热气还没有完全散去，学长和学姐么么迎来了我们无们这些大一新生，经过一两个星期紧锣密鼓的准备，我们文艺部举办了这次活动，这次活动共分两轮，第一轮预赛共筛选出10名优秀选手进入决赛，在决赛中我们的选手不分上下，在经过了激烈的竞争后，我们选出了其中相对比较突出的一名选手进入院里的比赛。</w:t>
      </w:r>
      <w:r>
        <w:rPr>
          <w:lang w:eastAsia="zh-CN"/>
        </w:rPr>
        <w:br/>
      </w:r>
      <w:r>
        <w:rPr>
          <w:lang w:eastAsia="zh-CN"/>
        </w:rPr>
        <w:t>　　2，健美操</w:t>
      </w:r>
      <w:r>
        <w:rPr>
          <w:lang w:eastAsia="zh-CN"/>
        </w:rPr>
        <w:br/>
      </w:r>
      <w:r>
        <w:rPr>
          <w:lang w:eastAsia="zh-CN"/>
        </w:rPr>
        <w:t>　　这是文艺部主办的一项深刻印象的活动，在20__年11月举办的校运会，一展了我们系女生的飒爽英姿，虽然成绩不太理想，但他们在寒风中刻苦训练已深深的留在了我们的心里，他们不怕困难的精神也早已镌刻在了我们的记忆中。它一方面能充分展现我系学生的精神风貌，另一方面，对参加者是一个美好的回忆，对观看者是一种视觉和听觉上的享受。在以往队员的基础上，下学期的健美操比赛，我们会从新生中选出一批协调能力好又认真踏实的队员。有过参赛经验的队员带领和引导新队员，继续努力，相信能在下学期的比赛中获得更好的成绩。</w:t>
      </w:r>
      <w:r>
        <w:rPr>
          <w:lang w:eastAsia="zh-CN"/>
        </w:rPr>
        <w:br/>
      </w:r>
      <w:r>
        <w:rPr>
          <w:lang w:eastAsia="zh-CN"/>
        </w:rPr>
        <w:t>　　3，系迎新晚会</w:t>
      </w:r>
      <w:r>
        <w:rPr>
          <w:lang w:eastAsia="zh-CN"/>
        </w:rPr>
        <w:br/>
      </w:r>
      <w:r>
        <w:rPr>
          <w:lang w:eastAsia="zh-CN"/>
        </w:rPr>
        <w:t>　　刚开始我们的系晚会原定在10月份举办迎新晚会的，可是后来由于校运会和其他相关事宜，被延迟到了11月，当然这就使我们拥了更多的时间来准备，因而迎新晚会举办的非常成功，在这次晚会中，我们系3个班都出了节目，3个班的感情也变得更加融洽，不仅这样，通过这次晚会的成功举办我们也积累了以后同类型比赛的经验，为我们的成长提供了模板。</w:t>
      </w:r>
      <w:r>
        <w:rPr>
          <w:lang w:eastAsia="zh-CN"/>
        </w:rPr>
        <w:br/>
      </w:r>
      <w:r>
        <w:rPr>
          <w:lang w:eastAsia="zh-CN"/>
        </w:rPr>
        <w:t>　　4，主持人大赛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20__年11—12月，我们系响应院里的号召进行了系里的选拔，在选拔现场中，我们邀请了本系的学生会各部门部长做评委，并通过诗歌朗诵，即兴演讲，说绕口令三轮比赛，在各位评委的公正评判下，选出了两组选手：一组男女搭配型，一组两女型，初赛后，在学长和学姐的悉心指导下和个人的努力下，最终在院里的决赛中取得了很棒的成绩。</w:t>
      </w:r>
      <w:r>
        <w:rPr>
          <w:lang w:eastAsia="zh-CN"/>
        </w:rPr>
        <w:br/>
      </w:r>
      <w:r>
        <w:rPr>
          <w:lang w:eastAsia="zh-CN"/>
        </w:rPr>
        <w:t>　　二、工作中不足的方面</w:t>
      </w:r>
      <w:r>
        <w:rPr>
          <w:lang w:eastAsia="zh-CN"/>
        </w:rPr>
        <w:br/>
      </w:r>
      <w:r>
        <w:rPr>
          <w:lang w:eastAsia="zh-CN"/>
        </w:rPr>
        <w:t>　　1、在组织活动时各个干事之间配合不够密切，各项工作准备不够充分，事前没有及时与各个干事沟通好。</w:t>
      </w:r>
      <w:r>
        <w:rPr>
          <w:lang w:eastAsia="zh-CN"/>
        </w:rPr>
        <w:br/>
      </w:r>
      <w:r>
        <w:rPr>
          <w:lang w:eastAsia="zh-CN"/>
        </w:rPr>
        <w:t>　　2、与干事之间交流也不够，导致有时干事不知道做什么，也没有了解干事在想什么，导致有些干事也对学生会的工作不怎么积极。</w:t>
      </w:r>
      <w:r>
        <w:rPr>
          <w:lang w:eastAsia="zh-CN"/>
        </w:rPr>
        <w:br/>
      </w:r>
      <w:r>
        <w:rPr>
          <w:lang w:eastAsia="zh-CN"/>
        </w:rPr>
        <w:t>　　以上就是我们这届文艺部的总结，希望文艺部成员能总结经验，争取把各项工作做到最好，将文艺部更好地完善。</w:t>
      </w:r>
      <w:r>
        <w:rPr>
          <w:lang w:eastAsia="zh-CN"/>
        </w:rPr>
        <w:br/>
      </w:r>
      <w:r>
        <w:rPr>
          <w:lang w:eastAsia="zh-CN"/>
        </w:rPr>
        <w:t>　　文艺部</w:t>
      </w:r>
      <w:r>
        <w:rPr>
          <w:lang w:eastAsia="zh-CN"/>
        </w:rPr>
        <w:br/>
      </w:r>
      <w:r>
        <w:rPr>
          <w:lang w:eastAsia="zh-CN"/>
        </w:rPr>
        <w:t>　　</w:t>
      </w:r>
      <w:r>
        <w:rPr>
          <w:lang w:eastAsia="zh-CN"/>
        </w:rPr>
        <w:br/>
      </w:r>
      <w:r>
        <w:rPr>
          <w:lang w:eastAsia="zh-CN"/>
        </w:rPr>
        <w:t>　　20__年12月18日</w:t>
      </w:r>
      <w:r>
        <w:rPr>
          <w:lang w:eastAsia="zh-CN"/>
        </w:rPr>
        <w:br/>
      </w:r>
      <w:r>
        <w:rPr>
          <w:lang w:eastAsia="zh-CN"/>
        </w:rPr>
        <w:t xml:space="preserve">    有关学生会年度总结模板 篇7 </w:t>
      </w:r>
      <w:r>
        <w:rPr>
          <w:lang w:eastAsia="zh-CN"/>
        </w:rPr>
        <w:br/>
      </w:r>
      <w:r>
        <w:rPr>
          <w:lang w:eastAsia="zh-CN"/>
        </w:rPr>
        <w:t>　　时光荏苒，一个学期又将接近尾声。这一个学期里，有我们学生会全体成员的汗水与微笑。而今回首，逝去的日子里留下了组织部一路走来的足迹, 沉稳而又充满活力。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新学期伊始，学生会便进行了竞选活动，最终吸纳了一批高高一的学生进入学生会，为学生会注入了鲜活的生命力。在各部部长的带领下，学生会各部成员积极投入到本职工作中，在付出时间与精力的同时，也培养了能力、收获了欢乐，使新三中的学生会呈现出一派欣欣向荣的景象。作为学生会的一个重要部门，组织部更是功不可没。</w:t>
      </w:r>
      <w:r>
        <w:rPr>
          <w:lang w:eastAsia="zh-CN"/>
        </w:rPr>
        <w:br/>
      </w:r>
      <w:r>
        <w:rPr>
          <w:lang w:eastAsia="zh-CN"/>
        </w:rPr>
        <w:t>　　在这个学期，组织部继续发扬了“让优秀成为一种习惯”的宗旨，在做好部门日常工作的同时，协助其他兄弟部门做好了学生会的各项工作。本学期中组织部主要负责的工作包括：招新、参与运动会、团费收缴、评优、团日活动等。组织部的成员尽心尽力，认真踏实，用高度的责任感对待每一项工作是组织部工作得以顺利完成的重要保障。本学期，在团委负责老师的指导下，各部门的支持下，组织部的各项工作有条不紊的展开，取得了令人满意的成绩。以下是对本学期工作的具体总结。</w:t>
      </w:r>
      <w:r>
        <w:rPr>
          <w:lang w:eastAsia="zh-CN"/>
        </w:rPr>
        <w:br/>
      </w:r>
      <w:r>
        <w:rPr>
          <w:lang w:eastAsia="zh-CN"/>
        </w:rPr>
        <w:t>　　一.日常工作</w:t>
      </w:r>
      <w:r>
        <w:rPr>
          <w:lang w:eastAsia="zh-CN"/>
        </w:rPr>
        <w:br/>
      </w:r>
      <w:r>
        <w:rPr>
          <w:lang w:eastAsia="zh-CN"/>
        </w:rPr>
        <w:t>　　20__下半年:</w:t>
      </w:r>
      <w:r>
        <w:rPr>
          <w:lang w:eastAsia="zh-CN"/>
        </w:rPr>
        <w:br/>
      </w:r>
      <w:r>
        <w:rPr>
          <w:lang w:eastAsia="zh-CN"/>
        </w:rPr>
        <w:t>　　1.11月份进行团员的信息统计</w:t>
      </w:r>
      <w:r>
        <w:rPr>
          <w:lang w:eastAsia="zh-CN"/>
        </w:rPr>
        <w:br/>
      </w:r>
      <w:r>
        <w:rPr>
          <w:lang w:eastAsia="zh-CN"/>
        </w:rPr>
        <w:t>　　20__上半年：</w:t>
      </w:r>
      <w:r>
        <w:rPr>
          <w:lang w:eastAsia="zh-CN"/>
        </w:rPr>
        <w:br/>
      </w:r>
      <w:r>
        <w:rPr>
          <w:lang w:eastAsia="zh-CN"/>
        </w:rPr>
        <w:t>　　1.三月份，大一团员证的更换和统计</w:t>
      </w:r>
      <w:r>
        <w:rPr>
          <w:lang w:eastAsia="zh-CN"/>
        </w:rPr>
        <w:br/>
      </w:r>
      <w:r>
        <w:rPr>
          <w:lang w:eastAsia="zh-CN"/>
        </w:rPr>
        <w:t>　　2.四月份一批新团员的注册。</w:t>
      </w:r>
      <w:r>
        <w:rPr>
          <w:lang w:eastAsia="zh-CN"/>
        </w:rPr>
        <w:br/>
      </w:r>
      <w:r>
        <w:rPr>
          <w:lang w:eastAsia="zh-CN"/>
        </w:rPr>
        <w:t>　　3.四月份团费收缴和上交</w:t>
      </w:r>
      <w:r>
        <w:rPr>
          <w:lang w:eastAsia="zh-CN"/>
        </w:rPr>
        <w:br/>
      </w:r>
      <w:r>
        <w:rPr>
          <w:lang w:eastAsia="zh-CN"/>
        </w:rPr>
        <w:t>　　4.五月中旬重庆大学基层团组织发展现状情况明细的统计</w:t>
      </w:r>
      <w:r>
        <w:rPr>
          <w:lang w:eastAsia="zh-CN"/>
        </w:rPr>
        <w:br/>
      </w:r>
      <w:r>
        <w:rPr>
          <w:lang w:eastAsia="zh-CN"/>
        </w:rPr>
        <w:t>　　二.团日活动</w:t>
      </w:r>
      <w:r>
        <w:rPr>
          <w:lang w:eastAsia="zh-CN"/>
        </w:rPr>
        <w:br/>
      </w:r>
      <w:r>
        <w:rPr>
          <w:lang w:eastAsia="zh-CN"/>
        </w:rPr>
        <w:t>　　20__下半年: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1.11月21日 “青春与祖国同行之‘爱心与责任’” 主题团日活动</w:t>
      </w:r>
      <w:r>
        <w:rPr>
          <w:lang w:eastAsia="zh-CN"/>
        </w:rPr>
        <w:br/>
      </w:r>
      <w:r>
        <w:rPr>
          <w:lang w:eastAsia="zh-CN"/>
        </w:rPr>
        <w:t>　　2.12月8日“看电影悟人生，向徐茂同学学习” 主题团日活动。</w:t>
      </w:r>
      <w:r>
        <w:rPr>
          <w:lang w:eastAsia="zh-CN"/>
        </w:rPr>
        <w:br/>
      </w:r>
      <w:r>
        <w:rPr>
          <w:lang w:eastAsia="zh-CN"/>
        </w:rPr>
        <w:t>　　3.12月26日“以廉洁为理想，锻造洁净的灵魂” 主题团日活动。评为优秀学院，获得第一名。</w:t>
      </w:r>
      <w:r>
        <w:rPr>
          <w:lang w:eastAsia="zh-CN"/>
        </w:rPr>
        <w:br/>
      </w:r>
      <w:r>
        <w:rPr>
          <w:lang w:eastAsia="zh-CN"/>
        </w:rPr>
        <w:t>　　20__上半年：</w:t>
      </w:r>
      <w:r>
        <w:rPr>
          <w:lang w:eastAsia="zh-CN"/>
        </w:rPr>
        <w:br/>
      </w:r>
      <w:r>
        <w:rPr>
          <w:lang w:eastAsia="zh-CN"/>
        </w:rPr>
        <w:t>　　1.3月20号举行“时尚三月，魅力之辩”主题团日活动。评为优秀学院，获得第五名。</w:t>
      </w:r>
      <w:r>
        <w:rPr>
          <w:lang w:eastAsia="zh-CN"/>
        </w:rPr>
        <w:br/>
      </w:r>
      <w:r>
        <w:rPr>
          <w:lang w:eastAsia="zh-CN"/>
        </w:rPr>
        <w:t>　　2.4月25号举行“拥抱高雅艺术，品味魅力话剧”主题团日活动。评为优秀学院，获得第一名。</w:t>
      </w:r>
      <w:r>
        <w:rPr>
          <w:lang w:eastAsia="zh-CN"/>
        </w:rPr>
        <w:br/>
      </w:r>
      <w:r>
        <w:rPr>
          <w:lang w:eastAsia="zh-CN"/>
        </w:rPr>
        <w:t>　　3.5月17号举行“我爱我校，印象重大”主题团日活动。结果还没公布。</w:t>
      </w:r>
      <w:r>
        <w:rPr>
          <w:lang w:eastAsia="zh-CN"/>
        </w:rPr>
        <w:br/>
      </w:r>
      <w:r>
        <w:rPr>
          <w:lang w:eastAsia="zh-CN"/>
        </w:rPr>
        <w:t>　　三. 团组织生活</w:t>
      </w:r>
      <w:r>
        <w:rPr>
          <w:lang w:eastAsia="zh-CN"/>
        </w:rPr>
        <w:br/>
      </w:r>
      <w:r>
        <w:rPr>
          <w:lang w:eastAsia="zh-CN"/>
        </w:rPr>
        <w:t>　　20__年</w:t>
      </w:r>
      <w:r>
        <w:rPr>
          <w:lang w:eastAsia="zh-CN"/>
        </w:rPr>
        <w:br/>
      </w:r>
      <w:r>
        <w:rPr>
          <w:lang w:eastAsia="zh-CN"/>
        </w:rPr>
        <w:t>　　1.四月中旬，统计和上交基层团支部团组织生活时间安排表。</w:t>
      </w:r>
      <w:r>
        <w:rPr>
          <w:lang w:eastAsia="zh-CN"/>
        </w:rPr>
        <w:br/>
      </w:r>
      <w:r>
        <w:rPr>
          <w:lang w:eastAsia="zh-CN"/>
        </w:rPr>
        <w:t>　　2.五月初至今，组织大一各班基层团支部每个月进行两次团组织生活。</w:t>
      </w:r>
      <w:r>
        <w:rPr>
          <w:lang w:eastAsia="zh-CN"/>
        </w:rPr>
        <w:br/>
      </w:r>
      <w:r>
        <w:rPr>
          <w:lang w:eastAsia="zh-CN"/>
        </w:rPr>
        <w:t>　　3.5月15号，组织一大二团支书参加重庆大学虎溪校区第一次全体团支书大会。</w:t>
      </w:r>
      <w:r>
        <w:rPr>
          <w:lang w:eastAsia="zh-CN"/>
        </w:rPr>
        <w:br/>
      </w:r>
      <w:r>
        <w:rPr>
          <w:lang w:eastAsia="zh-CN"/>
        </w:rPr>
        <w:t>　　四.其他活动</w:t>
      </w:r>
      <w:r>
        <w:rPr>
          <w:lang w:eastAsia="zh-CN"/>
        </w:rPr>
        <w:br/>
      </w:r>
      <w:r>
        <w:rPr>
          <w:lang w:eastAsia="zh-CN"/>
        </w:rPr>
        <w:t>　　20__年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1.四月份，组织和收集 “关注生命，珍爱生命”“生命的意义”为主题的征文活动。</w:t>
      </w:r>
      <w:r>
        <w:rPr>
          <w:lang w:eastAsia="zh-CN"/>
        </w:rPr>
        <w:br/>
      </w:r>
      <w:r>
        <w:rPr>
          <w:lang w:eastAsia="zh-CN"/>
        </w:rPr>
        <w:t>　　2.组织参加重庆大学第__届全校辩论赛，朱雁平获得最佳辩手奖。</w:t>
      </w:r>
      <w:r>
        <w:rPr>
          <w:lang w:eastAsia="zh-CN"/>
        </w:rPr>
        <w:br/>
      </w:r>
      <w:r>
        <w:rPr>
          <w:lang w:eastAsia="zh-CN"/>
        </w:rPr>
        <w:t>　　3.五月份，参与运动会的准备工作。</w:t>
      </w:r>
      <w:r>
        <w:rPr>
          <w:lang w:eastAsia="zh-CN"/>
        </w:rPr>
        <w:br/>
      </w:r>
      <w:r>
        <w:rPr>
          <w:lang w:eastAsia="zh-CN"/>
        </w:rPr>
        <w:t>　　4.各类活动和通知的下发和上报</w:t>
      </w:r>
      <w:r>
        <w:rPr>
          <w:lang w:eastAsia="zh-CN"/>
        </w:rPr>
        <w:br/>
      </w:r>
      <w:r>
        <w:rPr>
          <w:lang w:eastAsia="zh-CN"/>
        </w:rPr>
        <w:t>　　五.协助工作</w:t>
      </w:r>
      <w:r>
        <w:rPr>
          <w:lang w:eastAsia="zh-CN"/>
        </w:rPr>
        <w:br/>
      </w:r>
      <w:r>
        <w:rPr>
          <w:lang w:eastAsia="zh-CN"/>
        </w:rPr>
        <w:t>　　1、艺术风行画展</w:t>
      </w:r>
      <w:r>
        <w:rPr>
          <w:lang w:eastAsia="zh-CN"/>
        </w:rPr>
        <w:br/>
      </w:r>
      <w:r>
        <w:rPr>
          <w:lang w:eastAsia="zh-CN"/>
        </w:rPr>
        <w:t>　　2、迎新晚会</w:t>
      </w:r>
      <w:r>
        <w:rPr>
          <w:lang w:eastAsia="zh-CN"/>
        </w:rPr>
        <w:br/>
      </w:r>
      <w:r>
        <w:rPr>
          <w:lang w:eastAsia="zh-CN"/>
        </w:rPr>
        <w:t>　　3、运动会。</w:t>
      </w:r>
      <w:r>
        <w:rPr>
          <w:lang w:eastAsia="zh-CN"/>
        </w:rPr>
        <w:br/>
      </w:r>
      <w:r>
        <w:rPr>
          <w:lang w:eastAsia="zh-CN"/>
        </w:rPr>
        <w:t>　　4、艺术沙龙的设计。</w:t>
      </w:r>
      <w:r>
        <w:rPr>
          <w:lang w:eastAsia="zh-CN"/>
        </w:rPr>
        <w:br/>
      </w:r>
      <w:r>
        <w:rPr>
          <w:lang w:eastAsia="zh-CN"/>
        </w:rPr>
        <w:t>　　总体来说，在这一学年中，通过我部每个成员的积极合作，高效高质得完成了分团委学生会下达给我们的各项任务，同时，我部成员积极创新，开展了一系列形式新颖的活动，受到了学院同学的好评。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回首这一学期来的工作历程，我深深感到，我院团总支组织举办的每一项活动，每一个点成绩都离不开团总支老师的指导和支持；无不凝聚着我院团总支干部每一位成员的辛苦劳动和心血，更离不开积极参与到活动中的广大同学。在过去的一学期中，我们看到过彩虹但也经历了风雨，我们坚信，在团总支老师的关怀和支持下，在我院全体学生的共同努力下，在未来的日子里，我院团总支一定能够做得更加出色！这个学期组织部参与的活动还有很多，当然也离不开各部的配合与协作。学生会的工作让我们变得更加团结，也磨练出了我们的几许坚韧。</w:t>
      </w:r>
      <w:r>
        <w:rPr>
          <w:lang w:eastAsia="zh-CN"/>
        </w:rPr>
        <w:br/>
      </w:r>
      <w:r>
        <w:rPr>
          <w:lang w:eastAsia="zh-CN"/>
        </w:rPr>
        <w:t>　　新的学年马上就要到来，我们组织部全体成员将以更加饱满的精神投入到新学年的工作中。组织部是协调各部门的一个桥梁，是共青团的重要职能部门，我们在今后的工作中将会吸取经验，总结教训，我们会更好的提高自己的工作能力，克服困难，改正缺点，发扬优点，以更加积极的状态迎接未知的困难和挑战。为老师和同学们更好的服务，为本届学生会的工作增添光彩。我们有信心会将下学期的工作做得更加出色，让组织部这颗明星闪耀出更加夺目的光芒。</w:t>
      </w:r>
      <w:r>
        <w:rPr>
          <w:lang w:eastAsia="zh-CN"/>
        </w:rPr>
        <w:br/>
      </w:r>
      <w:r>
        <w:rPr>
          <w:lang w:eastAsia="zh-CN"/>
        </w:rPr>
        <w:t xml:space="preserve">    有关学生会年度总结模板 篇8 </w:t>
      </w:r>
      <w:r>
        <w:rPr>
          <w:lang w:eastAsia="zh-CN"/>
        </w:rPr>
        <w:br/>
      </w:r>
      <w:r>
        <w:rPr>
          <w:lang w:eastAsia="zh-CN"/>
        </w:rPr>
        <w:t>　　过去的一学期，我校学生会在校行政及团委的正确领导下，认真、较好地完成了上级组织及学校布置的各项任对务。加强了对青年学生的思想品德德育，巩固了青年学生的爱国主义思想教育的阵地。本学期学校学生会还顺利地完成了新一届委员的改选、换届工作，挖掘、培养了一大批德智体美劳全面发展的青年干部，既较好地完成了学校学生会的常规工作，又给学生会注入了新的活力，增强了我校学生会及各班的凝聚力。学生会自身建设得到了加强，成为学校学生管理工作的得力助手，把握时代脉搏，不断探索学生会工作的新方向、新路径。</w:t>
      </w:r>
      <w:r>
        <w:rPr>
          <w:lang w:eastAsia="zh-CN"/>
        </w:rPr>
        <w:br/>
      </w:r>
      <w:r>
        <w:rPr>
          <w:lang w:eastAsia="zh-CN"/>
        </w:rPr>
        <w:t>　　一、 认真完成各项常规工作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本学期，校学生会、学生会各部门，各支部制定了学期工作计划，指导新时期的工作，在开展学徒的过程中不断修正与完善，学期、学期末进行总结和评比，并对成功经验进行交流、学习，整理好书面材料，按进上送上级部门审查。</w:t>
      </w:r>
      <w:r>
        <w:rPr>
          <w:lang w:eastAsia="zh-CN"/>
        </w:rPr>
        <w:br/>
      </w:r>
      <w:r>
        <w:rPr>
          <w:lang w:eastAsia="zh-CN"/>
        </w:rPr>
        <w:t>　　配合学校德育处工作，有计划开展全年的各项教育工作，制定好墙报内容，让学生对心理素质、爱国主义、集体主义、法制教育等多方面的教育，每学期对各班、级部、学校各部门进行德育优良环境的评定，每周有重点的开展《中学生行为规范》的教育，每学期对各支部、团员、学生干部进行评比，在五四与校庆前评出优秀班集体先进、优秀学生干部、优秀学生、进步大的学生，出光荣榜进行全校表扬，本年_月进行了学生会的改选，这是学生生活中的大事。在这次改选中，选举了新一届的学生会委员，挖掘培养了一批新的学生干部。他们给学生会注入了一股新生力量，保证了学生会的活力。</w:t>
      </w:r>
      <w:r>
        <w:rPr>
          <w:lang w:eastAsia="zh-CN"/>
        </w:rPr>
        <w:br/>
      </w:r>
      <w:r>
        <w:rPr>
          <w:lang w:eastAsia="zh-CN"/>
        </w:rPr>
        <w:t>　　二、有特色的专项教育活动</w:t>
      </w:r>
      <w:r>
        <w:rPr>
          <w:lang w:eastAsia="zh-CN"/>
        </w:rPr>
        <w:br/>
      </w:r>
      <w:r>
        <w:rPr>
          <w:lang w:eastAsia="zh-CN"/>
        </w:rPr>
        <w:t>　　1、充实学生自查小组。学生会利用学生对学校管理工作的兴趣和热情，因势利导地组织了一部分学生加入学校学生自查小组，参与学校的管理工作，这既是学校管理的民主化的进步和体现，增加了学校工作的透明度，同时又培养了学生管理自己和学生管理学生的能力，促进了同学各方面的素质的发展。这个学期，该制度不断完善，队伍不断扩大，推进了民主的进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2、开展多种活动发展提高同学的素质。学生会各部门积极开展各种活动：宣传部组织墙报比赛、学习部组织演讲比赛和“五四”征文大赛、体育部组织开展师生篮球赛、“三对三”篮球赛、女子毽球赛等。</w:t>
      </w:r>
      <w:r>
        <w:rPr>
          <w:lang w:eastAsia="zh-CN"/>
        </w:rPr>
        <w:br/>
      </w:r>
      <w:r>
        <w:rPr>
          <w:lang w:eastAsia="zh-CN"/>
        </w:rPr>
        <w:t>　　本学期，还结合学校的特点，对学生开展了心理素质等多种教育。墙报、校会发言、广播节目、主题班会及一些知识竞赛都是学生会用来提高学生素质的有效途径。</w:t>
      </w:r>
      <w:r>
        <w:rPr>
          <w:lang w:eastAsia="zh-CN"/>
        </w:rPr>
        <w:br/>
      </w:r>
      <w:r>
        <w:rPr>
          <w:lang w:eastAsia="zh-CN"/>
        </w:rPr>
        <w:t>　　3、重视干部培训工作 现代的社会要求人要有创新意识和有竞争意识。我校学生会注意学生在这方面能力的培养，鼓励学生开展有新意、高质量、好效果的活动，加强部门之间、年级分会之间的了解联系和交流。每一次大型活动之前，互相学习，取长补短，活动不仅是要取得成绩，更重要的是通过活动，学生多方面的能力得到了考验，自信心、毅志力、责任感、组织能力、表达能力、分析能力、应变能力等多方面的素质均能得到锻炼和提高。当然，由于学生经验不足，对自己和实际情况有时考虑不周，事情做得不尽如人意的情况常有发生，在这些关键时刻，指导老师就得立刻做出行动，给他们分析，帮助他们寻找解决困难的办法。一方面是克服困难，更重要的是让学生干部在战胜挫折，在考验中更好的成长。交流工作经验和心得体会，使用校内、年级内形成一个良性的竞争氛围。</w:t>
      </w:r>
      <w:r>
        <w:rPr>
          <w:lang w:eastAsia="zh-CN"/>
        </w:rPr>
        <w:br/>
      </w:r>
      <w:r>
        <w:rPr>
          <w:lang w:eastAsia="zh-CN"/>
        </w:rPr>
        <w:t>　　校学生会将在上级有关组织和学校党支部的带领下，勇于探索新路径，开创新局面，提高学生会工作效率和工作力度，我们期待上级组织给予我们更多的指导、意见和建议，让把我们的工作做得更好。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有关学生会年度总结模板 篇9 </w:t>
      </w:r>
      <w:r>
        <w:rPr>
          <w:lang w:eastAsia="zh-CN"/>
        </w:rPr>
        <w:br/>
      </w:r>
      <w:r>
        <w:rPr>
          <w:lang w:eastAsia="zh-CN"/>
        </w:rPr>
        <w:t>　　知识竞赛：</w:t>
      </w:r>
      <w:r>
        <w:rPr>
          <w:lang w:eastAsia="zh-CN"/>
        </w:rPr>
        <w:br/>
      </w:r>
      <w:r>
        <w:rPr>
          <w:lang w:eastAsia="zh-CN"/>
        </w:rPr>
        <w:t>　　为了让同学们从沉浸在春节假日轻松的状态中投入了紧张的学习中，同时也为了继承上一届师兄，师姐创办的“知识竞赛”，整个学院学生会的学习部一起举办了“第三届知识竞赛“活动。本次活动先是由各个系的学生会组织本系所在的班级报名参赛，然后经过竞赛选出获得本系前三名的班级代表本系到学院组织的”知识竞赛“参赛。</w:t>
      </w:r>
      <w:r>
        <w:rPr>
          <w:lang w:eastAsia="zh-CN"/>
        </w:rPr>
        <w:br/>
      </w:r>
      <w:r>
        <w:rPr>
          <w:lang w:eastAsia="zh-CN"/>
        </w:rPr>
        <w:t>　　作为外语系的学习部，我们很光荣的担任了这个任务，我们把这次的知识竞赛命名为“外语学院深海智游知识竞赛“。同时，对于我们这些大一新干事说，这个活动也是个新的挑战。此次活动的成败是关系到整个外语系的声誉，所以我们都很认真地去对待。这是第一次完全由我们部门自己包办的大型活动，包括参赛班级的赛场安排、比赛主持人的挑选、比赛题目的挑选、奖品的购买、海报的宣传和嘉宾的邀请都是由我们部门9个人一起分工合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整个过程中，挑选赛题是最让人头痛的一个。要把握题型的难度和题型种类，不能很难也不能太简单；题型种类不仅要包括课本知识，而且包括日常生活知识。还要根据初赛、复赛、总决赛这三个不同层次来编排题型的难易度。由于工作人员不够，在比赛现场，我们既是记分员、计时员、裁判，还是现场的纪律维护者。整个外语学院一共有9个班级参赛，我们设为三场，每场3个班级进行比赛，然后再选出分数排列前三名的班级代表外语系到学院去参加。在整个活动的举办中，我们团结合作，共同把这个活动顺利地举行完，虽然在其中也发生了很多不好的在学院举行的知识竞赛，我们部门又以工作人员的身份，协助学院的知识竞赛。</w:t>
      </w:r>
      <w:r>
        <w:rPr>
          <w:lang w:eastAsia="zh-CN"/>
        </w:rPr>
        <w:br/>
      </w:r>
      <w:r>
        <w:rPr>
          <w:lang w:eastAsia="zh-CN"/>
        </w:rPr>
        <w:t>　　在结束知识竞赛后，我们外语系学生会内部举行了一场“奥运知识竞赛”，经过我们部门的努力，我们获得了第一名。</w:t>
      </w:r>
      <w:r>
        <w:rPr>
          <w:lang w:eastAsia="zh-CN"/>
        </w:rPr>
        <w:br/>
      </w:r>
      <w:r>
        <w:rPr>
          <w:lang w:eastAsia="zh-CN"/>
        </w:rPr>
        <w:t>　　外文歌唱大赛：</w:t>
      </w:r>
      <w:r>
        <w:rPr>
          <w:lang w:eastAsia="zh-CN"/>
        </w:rPr>
        <w:br/>
      </w:r>
      <w:r>
        <w:rPr>
          <w:lang w:eastAsia="zh-CN"/>
        </w:rPr>
        <w:t>　　外语系作伪学院八大系之一，以外语为特色。举办第三届“外文歌唱大赛”不仅是突出外语系的外文特色，更是为全院学生提供了一个展现自我才华的平台。在本次活动中，学习部主要负责海报宣传、背景音乐的查找、嘉宾的位置安排、协助会场的布置和在总结决赛时协助评委统计分数。首先是出海报，宣传是搞好一个活动不可缺少的途径之一。海报不仅要突出歌唱比赛的特色，还要有吸引性的视觉效果。为此我们要考虑到版面的设计、颜色的搭配。对于嘉宾的座位安排，那是个棘手问题。由于之前没接触过这样的任务，我们毫无头绪。只是知道座位编排一定要按照嘉宾的职位，身份不同而不同。因此，我们在编排座位上犯了一些错误，我们把那些嘉宾的座位按职务、身份编排的太仔细了，导致到到场的某些嘉宾有意见。经过这次，我们一定会吸取经验。在总决赛当天下午，我们到现场帮忙布置；在当天晚上，我们又帮评委统计参赛选手的得分。</w:t>
      </w:r>
      <w:r>
        <w:rPr>
          <w:lang w:eastAsia="zh-CN"/>
        </w:rPr>
        <w:br/>
      </w:r>
      <w:r>
        <w:rPr>
          <w:lang w:eastAsia="zh-CN"/>
        </w:rPr>
        <w:t>　　外语周：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外文歌唱大赛过后，就是外语周。顾名思义就是在一周的每一天都有一个与外语有关的活动，每天早上7：00都会举行晨读。我们部门是负责星期2早上的晨读和星期四晚上7：30的“趣味老外短剧”。在星期二的早上由于天下雨的影响，很多同学都迟到。但，然有一小部分的同学坚持按时到达。由于我们把太多的时间和精力花在外文歌唱大赛上，而忽略了对“趣味老外短剧”宣传，又加上学院提供的宣传条件有限，导致很少人知道这件活动，甚至有人认为那就是外文歌唱大赛的一部分，所以报名参赛的班机只有两组。尽管之有组选手，我们也要把活动进行到地。在星期四的下午，我们开始布置现场，从门口的到里面舞台的每一个细节都是我们构思出来，亲自操办的。在辛苦了一个下午终于把舞台设计好，突然一个不好的消息传来：两组选手都放弃参赛，理由是还没充分准备好。这无疑是个打击。但，我们仍然不放弃，再当天晚上，我们把表演嘉宾当作是选手，我们的工作者当观众，顺利地把“趣味老外短剧”完成。</w:t>
      </w:r>
      <w:r>
        <w:rPr>
          <w:lang w:eastAsia="zh-CN"/>
        </w:rPr>
        <w:br/>
      </w:r>
      <w:r>
        <w:rPr>
          <w:lang w:eastAsia="zh-CN"/>
        </w:rPr>
        <w:t>　　学习部户外唱k活动：</w:t>
      </w:r>
      <w:r>
        <w:rPr>
          <w:lang w:eastAsia="zh-CN"/>
        </w:rPr>
        <w:br/>
      </w:r>
      <w:r>
        <w:rPr>
          <w:lang w:eastAsia="zh-CN"/>
        </w:rPr>
        <w:t>　　在6月13日，学习部组织一次户外唱k活动，这是最后一次，也是第一次全体成员在一起自己搞一次自己的活动。很值得怀念的一次活动。</w:t>
      </w:r>
      <w:r>
        <w:rPr>
          <w:lang w:eastAsia="zh-CN"/>
        </w:rPr>
        <w:br/>
      </w:r>
      <w:r>
        <w:rPr>
          <w:lang w:eastAsia="zh-CN"/>
        </w:rPr>
        <w:t xml:space="preserve">    有关学生会年度总结模板 篇10 </w:t>
      </w:r>
      <w:r>
        <w:rPr>
          <w:lang w:eastAsia="zh-CN"/>
        </w:rPr>
        <w:br/>
      </w:r>
      <w:r>
        <w:rPr>
          <w:lang w:eastAsia="zh-CN"/>
        </w:rPr>
        <w:t>　　学生会的年度工作总结可以这样写：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开头写一些你们部门的工作概况，然后列举你们部门在这一个学年里所做的工作，已经在工作中遇到的难题和解决问题的方法，探讨一些你们部门的一些优势和劣势，计划一下下一个学年你们部门的工作计划和发展的方向。结尾的时候可以写一下在这一学年里，你在这个部门的一些感言。</w:t>
      </w:r>
      <w:r>
        <w:rPr>
          <w:lang w:eastAsia="zh-CN"/>
        </w:rPr>
        <w:br/>
      </w:r>
      <w:r>
        <w:rPr>
          <w:lang w:eastAsia="zh-CN"/>
        </w:rPr>
        <w:t>　　下面是关于生活部的一份工作总结</w:t>
      </w:r>
      <w:r>
        <w:rPr>
          <w:lang w:eastAsia="zh-CN"/>
        </w:rPr>
        <w:br/>
      </w:r>
      <w:r>
        <w:rPr>
          <w:lang w:eastAsia="zh-CN"/>
        </w:rPr>
        <w:t>　　生活部工作总结（20__年）</w:t>
      </w:r>
      <w:r>
        <w:rPr>
          <w:lang w:eastAsia="zh-CN"/>
        </w:rPr>
        <w:br/>
      </w:r>
      <w:r>
        <w:rPr>
          <w:lang w:eastAsia="zh-CN"/>
        </w:rPr>
        <w:t>　　我系生活部主要负责及时反映同学们的生活和学习上的要求，维护同学们的合法权益；督促检查全系卫生工作，组织开展文明宿舍评比活动；提醒同学们做好晚上关灯休息的工作;协助做好饭堂的膳食质量的监督检查工作。</w:t>
      </w:r>
      <w:r>
        <w:rPr>
          <w:lang w:eastAsia="zh-CN"/>
        </w:rPr>
        <w:br/>
      </w:r>
      <w:r>
        <w:rPr>
          <w:lang w:eastAsia="zh-CN"/>
        </w:rPr>
        <w:t>　　时间如流水飞逝，匆匆忙忙的工作生活已经结束，生活部的工作也即将画上完美的句号，现在，我代表生活部向大家报告一下生活部在20__年的具体工作：</w:t>
      </w:r>
      <w:r>
        <w:rPr>
          <w:lang w:eastAsia="zh-CN"/>
        </w:rPr>
        <w:br/>
      </w:r>
      <w:r>
        <w:rPr>
          <w:lang w:eastAsia="zh-CN"/>
        </w:rPr>
        <w:t>　　1.我们在每个月的月底进行一次“文明宿舍”评比活动，以定期与不定期的方式进行。大部分同学都很支持我们的这项工作，但也存在部分同学忽视我们的工作，他们已经习惯了自己的生活方式，觉得评不评得上“文明宿舍”都无所谓的。当然，我们的工作也存在以下不足之处：</w:t>
      </w:r>
      <w:r>
        <w:rPr>
          <w:lang w:eastAsia="zh-CN"/>
        </w:rPr>
        <w:br/>
      </w:r>
      <w:r>
        <w:rPr>
          <w:lang w:eastAsia="zh-CN"/>
        </w:rPr>
        <w:t>　　（1）在宣传方面我们也做得不够到位，虽然我们的通知在检查的通知在前几天就公布了，但仍有部分同学反映没看到通知。</w:t>
      </w:r>
      <w:r>
        <w:rPr>
          <w:lang w:eastAsia="zh-CN"/>
        </w:rPr>
        <w:br/>
      </w:r>
      <w:r>
        <w:rPr>
          <w:lang w:eastAsia="zh-CN"/>
        </w:rPr>
        <w:t>　　（2）经费不足导致同学们做了努力后却得不到相应的奖励与鼓励，激发不起同学们的积极性。针对这些不足，在以后的工作里，我们会全力以赴去做到最好。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2.设计及收集“宿舍关系调查问卷”，通过该调查问卷，我们了解到了各个宿舍各成员间的关系总体情况，更好地做得有针对性地服务同学。</w:t>
      </w:r>
      <w:r>
        <w:rPr>
          <w:lang w:eastAsia="zh-CN"/>
        </w:rPr>
        <w:br/>
      </w:r>
      <w:r>
        <w:rPr>
          <w:lang w:eastAsia="zh-CN"/>
        </w:rPr>
        <w:t>　　3.组织召开07级的舍长会议，在会中，强调舍长们要以身作则，做好舍长的各项工作，时刻铭记自己是“一室之长”。</w:t>
      </w:r>
      <w:r>
        <w:rPr>
          <w:lang w:eastAsia="zh-CN"/>
        </w:rPr>
        <w:br/>
      </w:r>
      <w:r>
        <w:rPr>
          <w:lang w:eastAsia="zh-CN"/>
        </w:rPr>
        <w:t>　　4.在各个部门的协助下，统计了学生宿舍的住宿情况，服务于新生的住宿安排。</w:t>
      </w:r>
      <w:r>
        <w:rPr>
          <w:lang w:eastAsia="zh-CN"/>
        </w:rPr>
        <w:br/>
      </w:r>
      <w:r>
        <w:rPr>
          <w:lang w:eastAsia="zh-CN"/>
        </w:rPr>
        <w:t>　　5.与青工部合作，每天晚上提醒同学们按时关灯休息。在这项工作中，我们的工作也遇到了很多的困难，由于我部内部的原因和部分同学的不合作，我们难以督促同学们按时关灯。</w:t>
      </w:r>
      <w:r>
        <w:rPr>
          <w:lang w:eastAsia="zh-CN"/>
        </w:rPr>
        <w:br/>
      </w:r>
      <w:r>
        <w:rPr>
          <w:lang w:eastAsia="zh-CN"/>
        </w:rPr>
        <w:t>　　6.其他协助性的工作：</w:t>
      </w:r>
      <w:r>
        <w:rPr>
          <w:lang w:eastAsia="zh-CN"/>
        </w:rPr>
        <w:br/>
      </w:r>
      <w:r>
        <w:rPr>
          <w:lang w:eastAsia="zh-CN"/>
        </w:rPr>
        <w:t>　　（1）采购、晚会等活动的用品。</w:t>
      </w:r>
      <w:r>
        <w:rPr>
          <w:lang w:eastAsia="zh-CN"/>
        </w:rPr>
        <w:br/>
      </w:r>
      <w:r>
        <w:rPr>
          <w:lang w:eastAsia="zh-CN"/>
        </w:rPr>
        <w:t>　　（2）协助宣传部布置活动场地。</w:t>
      </w:r>
      <w:r>
        <w:rPr>
          <w:lang w:eastAsia="zh-CN"/>
        </w:rPr>
        <w:br/>
      </w:r>
      <w:r>
        <w:rPr>
          <w:lang w:eastAsia="zh-CN"/>
        </w:rPr>
        <w:t>　　（3）协助体育部的“三分球”大赛。</w:t>
      </w:r>
      <w:r>
        <w:rPr>
          <w:lang w:eastAsia="zh-CN"/>
        </w:rPr>
        <w:br/>
      </w:r>
      <w:r>
        <w:rPr>
          <w:lang w:eastAsia="zh-CN"/>
        </w:rPr>
        <w:t>　　（4）协助纪检部检查违规电器。</w:t>
      </w:r>
      <w:r>
        <w:rPr>
          <w:lang w:eastAsia="zh-CN"/>
        </w:rPr>
        <w:br/>
      </w:r>
      <w:r>
        <w:rPr>
          <w:lang w:eastAsia="zh-CN"/>
        </w:rPr>
        <w:t>　　回想一年来学生会的工作，我们取得过优秀的成绩，这些成果离不开生活部每个成员的辛勤付出；同时我们也遇到过很多的困难，面对困难，我们并没有放弃，而是同心协力解决困难。我们一步步成长的脚步依然清晰，在路上，我们学会了团结合作，学会了坚强勇敢。在其中的酸甜苦辣都以化成成功的喜悦飞上我们的眉梢，因为我们坚信：“只要我们团结一心，生活部必然凭着自己青春的汗水再造辉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生活部</w:t>
      </w:r>
      <w:r>
        <w:rPr>
          <w:lang w:eastAsia="zh-CN"/>
        </w:rPr>
        <w:br/>
      </w:r>
      <w:r>
        <w:rPr>
          <w:lang w:eastAsia="zh-CN"/>
        </w:rPr>
        <w:t>　　_年_月_日</w:t>
      </w:r>
      <w:r>
        <w:rPr>
          <w:lang w:eastAsia="zh-CN"/>
        </w:rPr>
        <w:br/>
      </w:r>
      <w:r>
        <w:rPr>
          <w:lang w:eastAsia="zh-CN"/>
        </w:rPr>
        <w:t xml:space="preserve">    有关学生会年度总结模板 篇11 </w:t>
      </w:r>
      <w:r>
        <w:rPr>
          <w:lang w:eastAsia="zh-CN"/>
        </w:rPr>
        <w:br/>
      </w:r>
      <w:r>
        <w:rPr>
          <w:lang w:eastAsia="zh-CN"/>
        </w:rPr>
        <w:t>　　临江中学学生会已经成立一年半，在这一年半的时间里，我们经历了风风雨雨。在校领导和政教处、团委的具体指导和支持下，充分发挥学生会“自我教育、自我管理、自我服务”的工作职能，仍旧以“为在校师生服务”为宗旨，在广大同学的鼎力协助下，经过全体学生会成员的共同努力，不断拓宽工作领域，创新工作模式，改进工作方法，整体上完成了学期初定的工作计划，并取得了显著的成绩，现就即将过去一个学期的工作总结如下：</w:t>
      </w:r>
      <w:r>
        <w:rPr>
          <w:lang w:eastAsia="zh-CN"/>
        </w:rPr>
        <w:br/>
      </w:r>
      <w:r>
        <w:rPr>
          <w:lang w:eastAsia="zh-CN"/>
        </w:rPr>
        <w:t>　　1、为了使学生会更好的运转，我们在学期初进行了学生会纳新。在纳新的过程中各部严格按照校学生会内部条例，认真考核、重点选拔，为学生会注入了最新鲜的血液。本次工作的圆满结束成为今后工作顺利开展的原动力。同时也通过民主选举产生了新一届的学生会干部。</w:t>
      </w:r>
      <w:r>
        <w:rPr>
          <w:lang w:eastAsia="zh-CN"/>
        </w:rPr>
        <w:br/>
      </w:r>
      <w:r>
        <w:rPr>
          <w:lang w:eastAsia="zh-CN"/>
        </w:rPr>
        <w:t>　　2、学生会各部门互相协调并充分发挥其作用，使我们的校园成为安静、文明、卫生、和谐的校园。如文体部组织成员在中午和晚间静校的时间段对各个班级进行检查，督促同学们保持校园的安静，纪检部组织学生检查校牌佩戴情况和维持食堂的就餐秩序，让同学们养成自觉排队就餐的文明习惯，使拥挤的食堂变得井然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3、组织大型的活动。在学生会各个部门的相互协调下，维持和保障了我校最盛大的一次活动——运动会。在各部门协调下，维持会场的纪律，使校运会能够安全有序的进行，并且顺利的闭幕。在这次活动中，我们学生会的成绩得到校领导充分的肯定。</w:t>
      </w:r>
      <w:r>
        <w:rPr>
          <w:lang w:eastAsia="zh-CN"/>
        </w:rPr>
        <w:br/>
      </w:r>
      <w:r>
        <w:rPr>
          <w:lang w:eastAsia="zh-CN"/>
        </w:rPr>
        <w:t>　　4、学生会期末表彰。我们学生会大部分的成员平时工作非常努力、认真。得到很多老师和同学的肯定，为了使他们更加有动力，更加努力的去工作，我们改变了往年的表彰方式——是学生会的成员我们都进行表彰。这样的方式太笼统，不管平时工作中付出的多少，结果都是一样，在一定程度上也削减了很多同学的工作积极性。因此我们采用了推优的办法，让各个部门的成员自己民主推选，选出优秀的成员，我们只对优秀的成员进行表彰。这样一来可以提高他们的学习积极性，二来可以促进学生会良性的发展下去。</w:t>
      </w:r>
      <w:r>
        <w:rPr>
          <w:lang w:eastAsia="zh-CN"/>
        </w:rPr>
        <w:br/>
      </w:r>
      <w:r>
        <w:rPr>
          <w:lang w:eastAsia="zh-CN"/>
        </w:rPr>
        <w:t>　　在一年半的学生会工作中，从学生会刚刚成立时代一盘散沙，到现在的小有成绩，虽说得到师生的好评，但仍然存在着不足之处：</w:t>
      </w:r>
      <w:r>
        <w:rPr>
          <w:lang w:eastAsia="zh-CN"/>
        </w:rPr>
        <w:br/>
      </w:r>
      <w:r>
        <w:rPr>
          <w:lang w:eastAsia="zh-CN"/>
        </w:rPr>
        <w:t>　　1、由于学校的规模扩大，班级和人数的增多，学生会需要的成员也日趋增加。人多了就难免会出现个别同学利用学生会工作的机会，做其他与学习工作无关的事情，影响了学生会的形象。</w:t>
      </w:r>
      <w:r>
        <w:rPr>
          <w:lang w:eastAsia="zh-CN"/>
        </w:rPr>
        <w:br/>
      </w:r>
      <w:r>
        <w:rPr>
          <w:lang w:eastAsia="zh-CN"/>
        </w:rPr>
        <w:t>　　2、很多问题没能及时发现，没能够及时的去完成，而是让领导发现来提醒我们去完成。这一点做的很被动。</w:t>
      </w:r>
      <w:r>
        <w:rPr>
          <w:lang w:eastAsia="zh-CN"/>
        </w:rPr>
        <w:br/>
      </w:r>
      <w:r>
        <w:rPr>
          <w:lang w:eastAsia="zh-CN"/>
        </w:rPr>
        <w:t>　　3、各个部门之间缺乏交流和沟通，致使学生会的一些常规活动，组织不够严密，疏忽很多细节问题，缺乏整体性和连续性。整体学生会成员素质有待进一步提高。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面对知识经济的挑战，学生会如何在日益走向开放的校园中发挥基层学生会的作用，为我校的发展作出应有的贡献，在以后的工作实践中，我们将会不断的努力与探索，扬长避短，使学生会的各项工作在稳定中创新，在创新中稳步前进，逐步走向完善，我们也坚信：只要我们以积极的心态主动的工作，无悔的付出，一定会谱写出更加壮丽的篇章。</w:t>
      </w:r>
      <w:r>
        <w:rPr>
          <w:lang w:eastAsia="zh-CN"/>
        </w:rPr>
        <w:br/>
      </w:r>
      <w:r>
        <w:rPr>
          <w:lang w:eastAsia="zh-CN"/>
        </w:rPr>
        <w:t xml:space="preserve">    有关学生会年度总结模板 篇12 </w:t>
      </w:r>
      <w:r>
        <w:rPr>
          <w:lang w:eastAsia="zh-CN"/>
        </w:rPr>
        <w:br/>
      </w:r>
      <w:r>
        <w:rPr>
          <w:lang w:eastAsia="zh-CN"/>
        </w:rPr>
        <w:t>　　时光匆匆，在我们还无察觉的时候，它已经悄悄地将我们甩在了身后。</w:t>
      </w:r>
      <w:r>
        <w:rPr>
          <w:lang w:eastAsia="zh-CN"/>
        </w:rPr>
        <w:br/>
      </w:r>
      <w:r>
        <w:rPr>
          <w:lang w:eastAsia="zh-CN"/>
        </w:rPr>
        <w:t>　　前两天，系里面为毕业生们举办了送别晚会。软软的格调，透明的情绪，看得见的忧伤。说真的，那一刻的我，真的很难过，我很自然地想到3年后的自己，处在这样的离别时刻，内心会有一种怎样的复杂感受。</w:t>
      </w:r>
      <w:r>
        <w:rPr>
          <w:lang w:eastAsia="zh-CN"/>
        </w:rPr>
        <w:br/>
      </w:r>
      <w:r>
        <w:rPr>
          <w:lang w:eastAsia="zh-CN"/>
        </w:rPr>
        <w:t>　　大多数时候，“失去”总是会让人很心痛的。可是，你却必须去面对这样的时刻，因为任何一个人，都无法逃避，也不应该逃避，因为，它是成长的过程。</w:t>
      </w:r>
      <w:r>
        <w:rPr>
          <w:lang w:eastAsia="zh-CN"/>
        </w:rPr>
        <w:br/>
      </w:r>
      <w:r>
        <w:rPr>
          <w:lang w:eastAsia="zh-CN"/>
        </w:rPr>
        <w:t>　　正如，我今天要写的这份工作总结。在写这份儿总结的时候，我内心是坦然的。我不会刻意去说一些很空洞的话，因为，那不是我的做人风格。</w:t>
      </w:r>
      <w:r>
        <w:rPr>
          <w:lang w:eastAsia="zh-CN"/>
        </w:rPr>
        <w:br/>
      </w:r>
      <w:r>
        <w:rPr>
          <w:lang w:eastAsia="zh-CN"/>
        </w:rPr>
        <w:t>　　在过去的半年时间当中，我部的工作和成效如何，我想每一位有良知的人，都会看在眼里，记在心中的。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办公室是个不大的地方，甚至会让人忽视的所在。然而，平凡的岗位，重复的辛劳。我办公室成员，又有哪一个不是在为着我们广大学生，尽守着职责，挥洒着汗水。在繁杂的信件中，是他们一封封挑出，细细整理，再亲自送到我们广大师生朋友的手上。</w:t>
      </w:r>
      <w:r>
        <w:rPr>
          <w:lang w:eastAsia="zh-CN"/>
        </w:rPr>
        <w:br/>
      </w:r>
      <w:r>
        <w:rPr>
          <w:lang w:eastAsia="zh-CN"/>
        </w:rPr>
        <w:t>　　他们坚守着一种信念，呆上一天的岗，就要做好一天的工。</w:t>
      </w:r>
      <w:r>
        <w:rPr>
          <w:lang w:eastAsia="zh-CN"/>
        </w:rPr>
        <w:br/>
      </w:r>
      <w:r>
        <w:rPr>
          <w:lang w:eastAsia="zh-CN"/>
        </w:rPr>
        <w:t>　　有人说，琐碎的小事，可以窥的人性中的大光辉。</w:t>
      </w:r>
      <w:r>
        <w:rPr>
          <w:lang w:eastAsia="zh-CN"/>
        </w:rPr>
        <w:br/>
      </w:r>
      <w:r>
        <w:rPr>
          <w:lang w:eastAsia="zh-CN"/>
        </w:rPr>
        <w:t>　　我想用在此时此刻，用在这个默默的群体中，用在他们每一个人的身上，都丝毫不为过。</w:t>
      </w:r>
      <w:r>
        <w:rPr>
          <w:lang w:eastAsia="zh-CN"/>
        </w:rPr>
        <w:br/>
      </w:r>
      <w:r>
        <w:rPr>
          <w:lang w:eastAsia="zh-CN"/>
        </w:rPr>
        <w:t>　　一个可以让历史，让世人铭记的人，大都表覆着一张平凡的面孔，而深藏着一份人性的光辉。</w:t>
      </w:r>
      <w:r>
        <w:rPr>
          <w:lang w:eastAsia="zh-CN"/>
        </w:rPr>
        <w:br/>
      </w:r>
      <w:r>
        <w:rPr>
          <w:lang w:eastAsia="zh-CN"/>
        </w:rPr>
        <w:t>　　我部上半年的工作很多，涉及面也很广。我想，这至少可以成为我们每一位成员面带笑容的理由。</w:t>
      </w:r>
      <w:r>
        <w:rPr>
          <w:lang w:eastAsia="zh-CN"/>
        </w:rPr>
        <w:br/>
      </w:r>
      <w:r>
        <w:rPr>
          <w:lang w:eastAsia="zh-CN"/>
        </w:rPr>
        <w:t>　　在上半年的工作当中，有这样的三个时刻，不能不说。因为它的与众不同，不容许你的笔迹不去扫过它们。</w:t>
      </w:r>
      <w:r>
        <w:rPr>
          <w:lang w:eastAsia="zh-CN"/>
        </w:rPr>
        <w:br/>
      </w:r>
      <w:r>
        <w:rPr>
          <w:lang w:eastAsia="zh-CN"/>
        </w:rPr>
        <w:t>　　一个学校的精神面貌如何，不管如何去呈现或者表现，我想，运动场都是一个不可不提的画面和桥段。</w:t>
      </w:r>
      <w:r>
        <w:rPr>
          <w:lang w:eastAsia="zh-CN"/>
        </w:rPr>
        <w:br/>
      </w:r>
      <w:r>
        <w:rPr>
          <w:lang w:eastAsia="zh-CN"/>
        </w:rPr>
        <w:t>　　上学期，院里面组织的“万米接力赛”，可谓声势好大，引得各个系都纷纷拼着暗劲儿地做足了准备。自然，我们系也不甘人后。在我办公室的有力配合下，我系在这场大型比赛中取得了不错的名次，给系里挣得了一份儿荣誉。</w:t>
      </w:r>
      <w:r>
        <w:rPr>
          <w:lang w:eastAsia="zh-CN"/>
        </w:rPr>
        <w:br/>
      </w:r>
      <w:r>
        <w:rPr>
          <w:lang w:eastAsia="zh-CN"/>
        </w:rPr>
        <w:t>　　这学期，为了迎接奥运，发扬体育精神，我院于4月份的时候，举办了别开生面的大型“春季运动会”。在这次活动中，我部积极参与了后勤工作，坚守在赛场两侧，为运动员做足了安全与援助工作，为我系在运动会上取得好名次起到了推波助澜的作用。</w:t>
      </w:r>
      <w:r>
        <w:rPr>
          <w:lang w:eastAsia="zh-CN"/>
        </w:rPr>
        <w:br/>
      </w:r>
      <w:r>
        <w:rPr>
          <w:lang w:eastAsia="zh-CN"/>
        </w:rPr>
        <w:t>　　反映学校精神面貌的另一个方面，无疑便是在文娱方面。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这学期中，我部联合文艺部，共同举办了“联谊舞会”，得到了广大师生同学的积极响应，舞会取得了很好的效果，丰富了学生们的大学生活，也进一步拉近了系里面各届同学的友谊……</w:t>
      </w:r>
      <w:r>
        <w:rPr>
          <w:lang w:eastAsia="zh-CN"/>
        </w:rPr>
        <w:br/>
      </w:r>
      <w:r>
        <w:rPr>
          <w:lang w:eastAsia="zh-CN"/>
        </w:rPr>
        <w:t>　　其实，可以说的话，有很多。只是，言不精则赘。我在上面，只是捡了里面的一些精要，在这里大致叙述了一下。</w:t>
      </w:r>
      <w:r>
        <w:rPr>
          <w:lang w:eastAsia="zh-CN"/>
        </w:rPr>
        <w:br/>
      </w:r>
      <w:r>
        <w:rPr>
          <w:lang w:eastAsia="zh-CN"/>
        </w:rPr>
        <w:t>　　纵观我部上半年的工作和取得的成绩，作为部里的一员，我深深地感受到了责任感的重要性。</w:t>
      </w:r>
      <w:r>
        <w:rPr>
          <w:lang w:eastAsia="zh-CN"/>
        </w:rPr>
        <w:br/>
      </w:r>
      <w:r>
        <w:rPr>
          <w:lang w:eastAsia="zh-CN"/>
        </w:rPr>
        <w:t>　　我想，在下半年，我部的工作思想里，我更应该身体力行地去践行这份责任感。</w:t>
      </w:r>
      <w:r>
        <w:rPr>
          <w:lang w:eastAsia="zh-CN"/>
        </w:rPr>
        <w:br/>
      </w:r>
      <w:r>
        <w:rPr>
          <w:lang w:eastAsia="zh-CN"/>
        </w:rPr>
        <w:t>　　时间总是匆匆而过，容不得我们有半点的粗心。一名优秀的大学生，更应该懂得时间的重要性。时间，可以成就很多东西，却也可以毁灭很多东西。我们更应该谨慎地去做我们应该做的事。</w:t>
      </w:r>
      <w:r>
        <w:rPr>
          <w:lang w:eastAsia="zh-CN"/>
        </w:rPr>
        <w:br/>
      </w:r>
      <w:r>
        <w:rPr>
          <w:lang w:eastAsia="zh-CN"/>
        </w:rPr>
        <w:t xml:space="preserve">    有关学生会年度总结模板 篇13 </w:t>
      </w:r>
      <w:r>
        <w:rPr>
          <w:lang w:eastAsia="zh-CN"/>
        </w:rPr>
        <w:br/>
      </w:r>
      <w:r>
        <w:rPr>
          <w:lang w:eastAsia="zh-CN"/>
        </w:rPr>
        <w:t>　　忙碌的学习和工作中新的半个学期在弹指一挥间过去了，这半学期的监察工作也完满结束。我们谨记为同学服务的宗旨，怀着全心全意为广大同学服务的信心，认真地完成了各项工作。在各辅导员的帮助和各班、各部门同学的积极配合和支持，以及本部门全体成员的努力下，监察工作取得了一定的成果，得到了广大同学的肯定，同时监察部也在不断的改善和进步。</w:t>
      </w:r>
      <w:r>
        <w:rPr>
          <w:lang w:eastAsia="zh-CN"/>
        </w:rPr>
        <w:br/>
      </w:r>
      <w:r>
        <w:rPr>
          <w:lang w:eastAsia="zh-CN"/>
        </w:rPr>
        <w:t>　　一、监察部工作回望：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1、学期初，我们新一届监察部成员改选工作在院领导老师和广大同学们的大力支持下取得了圆满成功，先后共3名10级新生的加入为我们院监察部的学生工作集体注入了新鲜的血液。</w:t>
      </w:r>
      <w:r>
        <w:rPr>
          <w:lang w:eastAsia="zh-CN"/>
        </w:rPr>
        <w:br/>
      </w:r>
      <w:r>
        <w:rPr>
          <w:lang w:eastAsia="zh-CN"/>
        </w:rPr>
        <w:t>　　2、随着部门成员经验增多，各项工作步入正轨，监察部成员开始配合学校完成各项活动。</w:t>
      </w:r>
      <w:r>
        <w:rPr>
          <w:lang w:eastAsia="zh-CN"/>
        </w:rPr>
        <w:br/>
      </w:r>
      <w:r>
        <w:rPr>
          <w:lang w:eastAsia="zh-CN"/>
        </w:rPr>
        <w:t>　　3、与此同时监察部还分配干事定期旁听其他部门的会议，检查该部门出勤表现情况、例会参加情况。（到目前为止共开例会12次，抽查寝室6次，查操4次，查课8次）</w:t>
      </w:r>
      <w:r>
        <w:rPr>
          <w:lang w:eastAsia="zh-CN"/>
        </w:rPr>
        <w:br/>
      </w:r>
      <w:r>
        <w:rPr>
          <w:lang w:eastAsia="zh-CN"/>
        </w:rPr>
        <w:t>　　4、监察部各成员配合其他部门的工作，对其他部门的工作给予相应的支持，要尽自己的能力帮助其他部门完成工作。</w:t>
      </w:r>
      <w:r>
        <w:rPr>
          <w:lang w:eastAsia="zh-CN"/>
        </w:rPr>
        <w:br/>
      </w:r>
      <w:r>
        <w:rPr>
          <w:lang w:eastAsia="zh-CN"/>
        </w:rPr>
        <w:t>　　在很多的活动中我们监察部的成员形象没有舞台上的演员那样流光溢彩，但是我们在台下默默地为他们付出，也为我们院展现了另外一种新形象！</w:t>
      </w:r>
      <w:r>
        <w:rPr>
          <w:lang w:eastAsia="zh-CN"/>
        </w:rPr>
        <w:br/>
      </w:r>
      <w:r>
        <w:rPr>
          <w:lang w:eastAsia="zh-CN"/>
        </w:rPr>
        <w:t>　　5、组织参与了与其他院系部门的联谊活动，充分体现出监察部是一个充满亲情、充满热情、充满爱的大家庭。</w:t>
      </w:r>
      <w:r>
        <w:rPr>
          <w:lang w:eastAsia="zh-CN"/>
        </w:rPr>
        <w:br/>
      </w:r>
      <w:r>
        <w:rPr>
          <w:lang w:eastAsia="zh-CN"/>
        </w:rPr>
        <w:t>　　6、监察部完成了干部考察以及各种表格的制作。</w:t>
      </w:r>
      <w:r>
        <w:rPr>
          <w:lang w:eastAsia="zh-CN"/>
        </w:rPr>
        <w:br/>
      </w:r>
      <w:r>
        <w:rPr>
          <w:lang w:eastAsia="zh-CN"/>
        </w:rPr>
        <w:t>　　我们做任何一项工作，出色的完成任务是我们的最终目的，但是其真正的意义不仅于此。我们做学生工作的出发点是为同学们服务，落脚点是成人达己，互利共赢。完成任务，成人的目的达到了，那么达己就要求我们从一项工作，活动中有所领悟，有所启发，不能单纯的只为了完成任务而工作。比如我们可以学习到工作的方式、途径、态度等。能够有所领悟，并结合自身实际情况应用于实践，如此，我们方能在工作中学习，在学习中成长，在成长中不断地提高和完善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二、存在的问题：</w:t>
      </w:r>
      <w:r>
        <w:rPr>
          <w:lang w:eastAsia="zh-CN"/>
        </w:rPr>
        <w:br/>
      </w:r>
      <w:r>
        <w:rPr>
          <w:lang w:eastAsia="zh-CN"/>
        </w:rPr>
        <w:t>　　通过本学期的工作实际情况来看，我们监察部内部还存在着一些问题，诸如在工作方法上尚有欠缺；工作效率仍然有待提高；更有甚者急功近利，对权力与欲望的追求过于热衷等。</w:t>
      </w:r>
      <w:r>
        <w:rPr>
          <w:lang w:eastAsia="zh-CN"/>
        </w:rPr>
        <w:br/>
      </w:r>
      <w:r>
        <w:rPr>
          <w:lang w:eastAsia="zh-CN"/>
        </w:rPr>
        <w:t>　　另外我们部门的活动相对其他部门的活动而言比较少，所以今后我们要多开展些活动，在活动中让更多人了解监察部。</w:t>
      </w:r>
      <w:r>
        <w:rPr>
          <w:lang w:eastAsia="zh-CN"/>
        </w:rPr>
        <w:br/>
      </w:r>
      <w:r>
        <w:rPr>
          <w:lang w:eastAsia="zh-CN"/>
        </w:rPr>
        <w:t>　　三、未来工作展望</w:t>
      </w:r>
      <w:r>
        <w:rPr>
          <w:lang w:eastAsia="zh-CN"/>
        </w:rPr>
        <w:br/>
      </w:r>
      <w:r>
        <w:rPr>
          <w:lang w:eastAsia="zh-CN"/>
        </w:rPr>
        <w:t>　　1、提高监察部内部人员素质，坚持务实、高效的工作作风</w:t>
      </w:r>
      <w:r>
        <w:rPr>
          <w:lang w:eastAsia="zh-CN"/>
        </w:rPr>
        <w:br/>
      </w:r>
      <w:r>
        <w:rPr>
          <w:lang w:eastAsia="zh-CN"/>
        </w:rPr>
        <w:t>　　2、进一步加强内部成员的工作方法、工作态度的学习</w:t>
      </w:r>
      <w:r>
        <w:rPr>
          <w:lang w:eastAsia="zh-CN"/>
        </w:rPr>
        <w:br/>
      </w:r>
      <w:r>
        <w:rPr>
          <w:lang w:eastAsia="zh-CN"/>
        </w:rPr>
        <w:t>　　3、工作中要开动脑筋，主动思考，探索工作的新方法和新思路</w:t>
      </w:r>
      <w:r>
        <w:rPr>
          <w:lang w:eastAsia="zh-CN"/>
        </w:rPr>
        <w:br/>
      </w:r>
      <w:r>
        <w:rPr>
          <w:lang w:eastAsia="zh-CN"/>
        </w:rPr>
        <w:t>　　4、定期的对部内工作作出总结，提高成员的办事能力和办事效率。开展部内、部间成员的经验交流活动，通过交流工作经验，提高成员对工作的认识，增强团队荣誉感。</w:t>
      </w:r>
      <w:r>
        <w:rPr>
          <w:lang w:eastAsia="zh-CN"/>
        </w:rPr>
        <w:br/>
      </w:r>
      <w:r>
        <w:rPr>
          <w:lang w:eastAsia="zh-CN"/>
        </w:rPr>
        <w:t>　　以上就是监察部对本学期的工作总结，我们深知，在工作中我们还存在着或多或少的问题，值得我们去深思与解决。但是我相信，在各部门的支持配合下，监察部肯定会发展得越来越好，切实为本组织服务，营造良好的工作环境。真正起到监督规范各成员行为的作用。</w:t>
      </w:r>
      <w:r>
        <w:rPr>
          <w:lang w:eastAsia="zh-CN"/>
        </w:rPr>
        <w:br/>
      </w:r>
      <w:r>
        <w:rPr>
          <w:lang w:eastAsia="zh-CN"/>
        </w:rPr>
        <w:t xml:space="preserve">    有关学生会年度总结模板 篇14 </w:t>
      </w:r>
      <w:r>
        <w:rPr>
          <w:lang w:eastAsia="zh-CN"/>
        </w:rPr>
        <w:br/>
      </w:r>
      <w:r>
        <w:rPr>
          <w:lang w:eastAsia="zh-CN"/>
        </w:rPr>
        <w:t>　　一、自己的工作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我在学生会志愿团工作，在我的心中，这既是一个工作岗位，又是一个充满爱的家。在这一年来，志愿团开展了许多有意义的活动。在“创建文明校园”的活动中，我们在团长的带领下，大家齐心协力，分工合作，把这样的活动都开展的很成功，我们不仅为学校的建设奉献了自己的一份力量，同时自己也从中收获了许多；应院团要求，我们认真的组织了志愿者注册活动；为进一步优化城区交通环境，提升市民文明交通意识，学院应市文明委号召，我们志愿团按学校要求开展了“规范交通秩序，推荐交通文明”活动；在系学生会其他部门举办活动需要帮忙的时候，作为志愿团的一员，我们总会高兴的应邀而至；在我们校内活动不多的时候，我们还团内还组织了前往大蜀山进行防火知识宣传的活动……细细数来，我在志愿团的工作算是很多的。说实话，在这么多活动的开展中，有时候我感觉真得很累，即使这样，但每当我想到自己是学生会的一员时，我总会认真、负责地配合学校完成日常学习和工作，认真做好一个学生干部该有的角色，也得</w:t>
      </w:r>
      <w:r>
        <w:rPr>
          <w:lang w:eastAsia="zh-CN"/>
        </w:rPr>
        <w:br/>
      </w:r>
      <w:r>
        <w:rPr>
          <w:lang w:eastAsia="zh-CN"/>
        </w:rPr>
        <w:t>　　到了大家的认可。积极参加会里举办的多项活动，认真的完成每一项工作，我确实付出了许多，但我同样也收获了很多。在工作中我总是严格要求自己、不断提高自己、完善自己，具备了一些的组织管理能力，懂得了团队协作精神，积累了许多经验，充实了自己大学的课余生活，让自己的思想成熟了很多，能理智的分析问题，从多方面考虑问题，虽然有时做的还不够好，考虑问题还不够全面，但我知道了自己的不足，希望以后能继续努力，多思考，多总结，不断地完善自己。</w:t>
      </w:r>
      <w:r>
        <w:rPr>
          <w:lang w:eastAsia="zh-CN"/>
        </w:rPr>
        <w:br/>
      </w:r>
      <w:r>
        <w:rPr>
          <w:lang w:eastAsia="zh-CN"/>
        </w:rPr>
        <w:t>　　二、对学生会的认识和意见</w:t>
      </w:r>
      <w:r>
        <w:rPr>
          <w:lang w:eastAsia="zh-CN"/>
        </w:rPr>
        <w:br/>
      </w:r>
    </w:p>
    <w:p w:rsidR="001B1F19" w14:textId="27C3F48A">
      <w:pPr>
        <w:rPr>
          <w:rFonts w:hint="eastAsia"/>
          <w:lang w:eastAsia="zh-CN"/>
        </w:rPr>
      </w:pPr>
      <w:r>
        <w:rPr>
          <w:lang w:eastAsia="zh-CN"/>
        </w:rPr>
        <w:t>　　在学生会的这段时间里，我知道了学生会的主要工作是什么，学生会如何在校园中发挥其基层组织作用，为学校的基础文明建设和发展作出应有的贡献，为师生怎样搭好桥梁。我看到了这是一个有组织有纪律的团体，每两周开一次例会，加强学生会干事的交流和沟通，同时也是干事们之间工作经验的互相学习；这是一个交流平台，可以交换我们的思想，让我闪认识到和别人的思想存在哪些不同，有什么缺陷，该如何去完善；同时学生会又给我的一感觉是这里是一个小社会，有各种各样的人，有数不清的事，有展现自我的舞台，也有被淘汰出局的痛苦，有竞争也有机遇……面对这一系列问题，我们如能很好的解决对待，那么我们将会更上一层楼。在学生会中，我们是学生代表，是学生干部，要以身作则，这样可以更好的约束自己，让自己不至于像无头苍蝇一样无所事事游手好闲。做好学生会的工作不仅是为同学们做实事，也是在提高自己的的能力。无须感叹你的付出没有得到回报，做了事情，自己心中却是喜滋滋的，这就是心灵的收获。</w:t>
      </w:r>
      <w:r>
        <w:rPr>
          <w:lang w:eastAsia="zh-CN"/>
        </w:rPr>
        <w:br/>
      </w:r>
      <w:r>
        <w:rPr>
          <w:lang w:eastAsia="zh-CN"/>
        </w:rPr>
        <w:t>　　当然我认为学生会工作过程中还存在不足，通过我总结反思，主要有以下几点：</w:t>
      </w:r>
      <w:r>
        <w:rPr>
          <w:lang w:eastAsia="zh-CN"/>
        </w:rPr>
        <w:br/>
      </w:r>
      <w:r>
        <w:rPr>
          <w:lang w:eastAsia="zh-CN"/>
        </w:rPr>
        <w:t>　　1、学生会内部活动开展的太少，部与部之间缺乏凝聚力。</w:t>
      </w:r>
      <w:r>
        <w:rPr>
          <w:lang w:eastAsia="zh-CN"/>
        </w:rPr>
        <w:br/>
      </w:r>
      <w:r>
        <w:rPr>
          <w:lang w:eastAsia="zh-CN"/>
        </w:rPr>
        <w:t>　　2、部门与部门之间的干事缺乏很好的交流、沟通。</w:t>
      </w:r>
      <w:r>
        <w:rPr>
          <w:lang w:eastAsia="zh-CN"/>
        </w:rPr>
        <w:br/>
      </w:r>
      <w:r>
        <w:rPr>
          <w:lang w:eastAsia="zh-CN"/>
        </w:rPr>
        <w:t>　　3、学生会缺乏明确的奖惩考核制度。学生会年度工作总结</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https://d.book118.com/908070111054006042</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8070111054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