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全面质量管理的基础工作总结范文（31篇）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全面质量管理的基础工作总结范文（通用31篇）</w:t>
      </w:r>
      <w:r>
        <w:rPr>
          <w:lang w:eastAsia="zh-CN"/>
        </w:rPr>
        <w:br/>
      </w:r>
      <w:r>
        <w:rPr>
          <w:lang w:eastAsia="zh-CN"/>
        </w:rPr>
        <w:t xml:space="preserve">    全面质量管理的基础工作总结范文 篇1 </w:t>
      </w:r>
      <w:r>
        <w:rPr>
          <w:lang w:eastAsia="zh-CN"/>
        </w:rPr>
        <w:br/>
      </w:r>
      <w:r>
        <w:rPr>
          <w:lang w:eastAsia="zh-CN"/>
        </w:rPr>
        <w:t>　　本人于20__年2月进入公司，根据人力资源部的安排到采购、生产车间、储运、技术、质量进行学习了解，经过一周的工作接触，我对公司的基本状况和生产过程有了一定的了解，现谈谈我对公司质量管理现状的一些看法和建议。</w:t>
      </w:r>
      <w:r>
        <w:rPr>
          <w:lang w:eastAsia="zh-CN"/>
        </w:rPr>
        <w:br/>
      </w:r>
      <w:r>
        <w:rPr>
          <w:lang w:eastAsia="zh-CN"/>
        </w:rPr>
        <w:t>　　质量是企业的生命，二十一世纪是一个质量的世纪，任何一个企业要想成为本行业内的领袖，必须将质量放在第一位，许多企业将质量作为一种经营口号已经喊了多年，遗憾的是真正将这种口号转变成自己活动实践的企业却廖廖无几，但是质量却伴随着每一个企业经营活动的始终。</w:t>
      </w:r>
      <w:r>
        <w:rPr>
          <w:lang w:eastAsia="zh-CN"/>
        </w:rPr>
        <w:br/>
      </w:r>
      <w:r>
        <w:rPr>
          <w:lang w:eastAsia="zh-CN"/>
        </w:rPr>
        <w:t>　　一、公司质量管理现状</w:t>
      </w:r>
      <w:r>
        <w:rPr>
          <w:lang w:eastAsia="zh-CN"/>
        </w:rPr>
        <w:br/>
      </w:r>
      <w:r>
        <w:rPr>
          <w:lang w:eastAsia="zh-CN"/>
        </w:rPr>
        <w:t>　　我公司很早就引入了质量管理体系，经过这么多年的运行，公司的质量管理体系从整体上来说已经运行开来，公司质量方针和质量目标以及按程序办事的工作思想已深入到部分员工心里，公司领导很重视体系建设，投入了较大的人力和物力、财力。从体系管理上讲较其他多数企业有很大的提高和优势。但也存在一些不足。具体表现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1、体系的策划缺乏可操作性、体系运行缺少指导性和体系缺少持续改进的体现</w:t>
      </w:r>
      <w:r>
        <w:rPr>
          <w:lang w:eastAsia="zh-CN"/>
        </w:rPr>
        <w:br/>
      </w:r>
      <w:r>
        <w:rPr>
          <w:lang w:eastAsia="zh-CN"/>
        </w:rPr>
        <w:t>　　目前公司有多个体系在运行，公司的手册及程序文件各单独形成一套，各体系的组织机构也不尽相同，各部门职责也略有不同，这就造成了部门较多，体系多，体系管理凌乱，各个部门间接口不是很顺畅，多重管理的现象较多。同时也给员工造成混乱复杂的感觉，人为地增加了员工的思想负担，使多数人认为体系太繁琐、不知道如何去做。这也造成了文件执行与实际运行两层皮现象，外审之前狂补记录，外审之后，该怎样还怎样，完全没有利用体系的优势和高效给企业创造价值。久而久之，管理体系实际上变成一个空壳。空壳下运作的仍旧是传统的做法，导致双轨并行，表面一套，实际一套。管理体系的建立和贯彻脱离了组织战略的管理体系，使体系运行流于形式主义。人们已经习惯了在形式主义下活动，审核员已经成为“文件要素的审核的熟练工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ISO9000质量体系有效运行最根本的要求是：“说=写=做”。即“写下要做的，做所写的，检查所做的”。质量体系管理的这三条基本要求看似简单，但在实际工作中执行起来，多数企业还是存在一些问题，有待进一步改进。我公司在这方面做得已经不错了，但也存在不足，需要不断完善。公司规章制度、文件较多，也比较全面，相应的质量记录也都较完善，也在随时填写，但在实际运行过程中文件和记录适合不适合公司，文件是否有很强的操作性，这就需要体系管理人员不断了解学习，拿出适合我公司运行的完整的体系文件和记录。</w:t>
      </w:r>
      <w:r>
        <w:rPr>
          <w:lang w:eastAsia="zh-CN"/>
        </w:rPr>
        <w:br/>
      </w:r>
      <w:r>
        <w:rPr>
          <w:lang w:eastAsia="zh-CN"/>
        </w:rPr>
        <w:t>　　2、质量意识薄弱及质量培训有待加强</w:t>
      </w:r>
      <w:r>
        <w:rPr>
          <w:lang w:eastAsia="zh-CN"/>
        </w:rPr>
        <w:br/>
      </w:r>
      <w:r>
        <w:rPr>
          <w:lang w:eastAsia="zh-CN"/>
        </w:rPr>
        <w:t>　　从这几天的观查来看，公司各级领导和基层干部都能把ISO9000质量体系贯穿于日常工作中，成为部门和个人的行动指南。只是有些方面做得不够仔细，不够系统，缺乏系统指导和培训，在实践中不能完全有效地运用ISO9001的管理理念和所提供的管理方法，从而在部分工作中出现了生搬硬套的现象。从企业质量管理体系的运行过程中看，往往容易在基层领导作用发挥上出现偏差，而基层领导们并没有意识到质量管理体系是在总结世界先进企业的质量管理经验与做法的基础上形成的科学体系，用于规范各层机构和日常工作，使之科学化、条理化、系统化、高效化、规范化，这样不仅可以提升企业各层次的管理水平，如果运用得到他们会简化流程，提高工作效率。</w:t>
      </w:r>
      <w:r>
        <w:rPr>
          <w:lang w:eastAsia="zh-CN"/>
        </w:rPr>
        <w:br/>
      </w:r>
      <w:r>
        <w:rPr>
          <w:lang w:eastAsia="zh-CN"/>
        </w:rPr>
        <w:t>　　相对于领导干部来讲，工人质量意识相对较薄弱。我们说质量管理体系有效运行是建立在全员参与的基础上，这就要求基层干部充分发挥他们的桥梁和纽带作用，带动一线工人学习质量管理体系文件，执行质量管理标准与规范，较好地运行管理体系。</w:t>
      </w:r>
      <w:r>
        <w:rPr>
          <w:lang w:eastAsia="zh-CN"/>
        </w:rPr>
        <w:br/>
      </w:r>
      <w:r>
        <w:rPr>
          <w:lang w:eastAsia="zh-CN"/>
        </w:rPr>
        <w:t>　　3、执行力还可以，但却少监督检查及培训指导</w:t>
      </w:r>
      <w:r>
        <w:rPr>
          <w:lang w:eastAsia="zh-CN"/>
        </w:rPr>
        <w:br/>
      </w:r>
      <w:r>
        <w:rPr>
          <w:lang w:eastAsia="zh-CN"/>
        </w:rPr>
        <w:t>　　通过这几天的审核发现员工自觉按文件及程序办事的意思较强，但体系多、文件较多，员工执行起来有时不知所措、摸不着头脑，缺少及时的.监督及指导。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4、仓储室原材料、产品标识及检验状态标识不清楚、现场管理混乱</w:t>
      </w:r>
      <w:r>
        <w:rPr>
          <w:lang w:eastAsia="zh-CN"/>
        </w:rPr>
        <w:br/>
      </w:r>
      <w:r>
        <w:rPr>
          <w:lang w:eastAsia="zh-CN"/>
        </w:rPr>
        <w:t>　　由于公司实行6S管理，因此车间现场定位管理较好，设备标识完好，但有些现场物料摆放较乱，仓库现场物品摆放混乱、并且较脏，没有检验状态标识，合格与不合格产品混放。物料标识不清楚。没有实现可追溯性。</w:t>
      </w:r>
      <w:r>
        <w:rPr>
          <w:lang w:eastAsia="zh-CN"/>
        </w:rPr>
        <w:br/>
      </w:r>
      <w:r>
        <w:rPr>
          <w:lang w:eastAsia="zh-CN"/>
        </w:rPr>
        <w:t>　　5、外包及关键过程控制薄弱、出厂检验的控制不到位</w:t>
      </w:r>
      <w:r>
        <w:rPr>
          <w:lang w:eastAsia="zh-CN"/>
        </w:rPr>
        <w:br/>
      </w:r>
      <w:r>
        <w:rPr>
          <w:lang w:eastAsia="zh-CN"/>
        </w:rPr>
        <w:t>　　外包过程虽然已经识别，但有些外包过程不规范，还需进一步完善，关键过程识别较充分，但控制需加强，各车间普遍存在产品不经检验合格就入库，及检验结果没出来货已发出的现象。</w:t>
      </w:r>
      <w:r>
        <w:rPr>
          <w:lang w:eastAsia="zh-CN"/>
        </w:rPr>
        <w:br/>
      </w:r>
      <w:r>
        <w:rPr>
          <w:lang w:eastAsia="zh-CN"/>
        </w:rPr>
        <w:t>　　6、一个过程通常会出现多个归口管理的现象，没有将过程管理实行系统化。</w:t>
      </w:r>
      <w:r>
        <w:rPr>
          <w:lang w:eastAsia="zh-CN"/>
        </w:rPr>
        <w:br/>
      </w:r>
      <w:r>
        <w:rPr>
          <w:lang w:eastAsia="zh-CN"/>
        </w:rPr>
        <w:t>　　目前公司文件规定谁发生不合格品由谁来组织评审，这可以，但这只是职能部门所做的工作，并不能代表他就是归口管理部门，目前公司多数人认为由我组织评审我就是归口管理部门了，我个人并不这么认为，具体的应有一个归口部门去监督管理，定期抽查监督不合格评审情况及跟踪验证纠正措施的实施情况，做到措施有效，避免同样的不合格情况再次发生，这是管理的根本。</w:t>
      </w:r>
      <w:r>
        <w:rPr>
          <w:lang w:eastAsia="zh-CN"/>
        </w:rPr>
        <w:br/>
      </w:r>
      <w:r>
        <w:rPr>
          <w:lang w:eastAsia="zh-CN"/>
        </w:rPr>
        <w:t>　　7、供应商管理应应加强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对供应商的控制只通过入厂检验及验证材料质检单这两种方法，控制手段需加强，特别是出现严重的质量不合格和连续出现同一不合格项时，就应及时与供方沟通，要求供方说明原因，并提出整改措施，必要时到供方现场进行审核，只有通过供应商的现场审核，才能准确地判断出该供应商的质量管理体系是否满足我们的要求、是否能生产出稳定合格的产品。另外包装辅材的入厂控制手段较少，只验证数量及外观。</w:t>
      </w:r>
      <w:r>
        <w:rPr>
          <w:lang w:eastAsia="zh-CN"/>
        </w:rPr>
        <w:br/>
      </w:r>
      <w:r>
        <w:rPr>
          <w:lang w:eastAsia="zh-CN"/>
        </w:rPr>
        <w:t>　　二、改进措施</w:t>
      </w:r>
      <w:r>
        <w:rPr>
          <w:lang w:eastAsia="zh-CN"/>
        </w:rPr>
        <w:br/>
      </w:r>
      <w:r>
        <w:rPr>
          <w:lang w:eastAsia="zh-CN"/>
        </w:rPr>
        <w:t>　　针对以上存在的问题提出个人的想法和建议如下：如有不妥和不足之处请领导指证</w:t>
      </w:r>
      <w:r>
        <w:rPr>
          <w:lang w:eastAsia="zh-CN"/>
        </w:rPr>
        <w:br/>
      </w:r>
      <w:r>
        <w:rPr>
          <w:lang w:eastAsia="zh-CN"/>
        </w:rPr>
        <w:t>　　1、整合体系、合并文件</w:t>
      </w:r>
      <w:r>
        <w:rPr>
          <w:lang w:eastAsia="zh-CN"/>
        </w:rPr>
        <w:br/>
      </w:r>
      <w:r>
        <w:rPr>
          <w:lang w:eastAsia="zh-CN"/>
        </w:rPr>
        <w:t>　　将公司的多个体系能整合在一起的尽量整合在一起来做，公司机构管理图最好统一，不要一个体系一个机构，管理文件能合并在一起的尽量合在一起，文件太多的话，会越做越复杂，越做会越使员工混淆。各体系中有不同内容，可以用程序、作业指导书和表单加以体现，整理到一起会比较有联贯性，若分别制定容易产生接口之间的问题，给人感觉复杂化，不管有几种体系，只要把各体系的要求标准都增加到里面、体现出来就可以了，这样也方便管理，在运行方面也没有什么问题的。</w:t>
      </w:r>
      <w:r>
        <w:rPr>
          <w:lang w:eastAsia="zh-CN"/>
        </w:rPr>
        <w:br/>
      </w:r>
      <w:r>
        <w:rPr>
          <w:lang w:eastAsia="zh-CN"/>
        </w:rPr>
        <w:t>　　2、加强质量意识教育和培训，促进全员参与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全面质量管理中提到意识决定行为，质量管理关键在于提高人的质量意识。质量体系运行的有效性与员工的质量意识和能力密不可分，若要提升质量意识加强质量管理水平，就要抓好质量管理培训。质量教育培训贯穿于公司全面质量管理的所有人员和所有与质量相关的过程，质量培训的重要性显而易见。质量管理培训的前提是提高企业员工的质量意识，首先要求各级员工理解本岗位工作在质量管理2</w:t>
      </w:r>
      <w:r>
        <w:rPr>
          <w:lang w:eastAsia="zh-CN"/>
        </w:rPr>
        <w:br/>
      </w:r>
      <w:r>
        <w:rPr>
          <w:lang w:eastAsia="zh-CN"/>
        </w:rPr>
        <w:t>　　体系中的作用和意义，明确并履行各自的岗位职责，为实现公司的质量目标做出积极贡献。然后针对所有从事与质量有关的工作的员工进行不同层次的培训。对领导培训内容应以质量法律法规、经营理念、决策方法等着重于质量管理理论和方法以及质量管理的技术内容和人文因素，对中层领导的培训着重于体系标准要素理解、文件程序如何执行等。对基层员工培训则应以操作文件及本岗位质量控制和质量保证所需知识为主。同时抓好技能培训，学习新方法，掌握新技术。</w:t>
      </w:r>
      <w:r>
        <w:rPr>
          <w:lang w:eastAsia="zh-CN"/>
        </w:rPr>
        <w:br/>
      </w:r>
      <w:r>
        <w:rPr>
          <w:lang w:eastAsia="zh-CN"/>
        </w:rPr>
        <w:t>　　3、在员工交接工作中做好体系文件的培训和指导</w:t>
      </w:r>
      <w:r>
        <w:rPr>
          <w:lang w:eastAsia="zh-CN"/>
        </w:rPr>
        <w:br/>
      </w:r>
      <w:r>
        <w:rPr>
          <w:lang w:eastAsia="zh-CN"/>
        </w:rPr>
        <w:t>　　如果有员工离职或调岗，交接工作中往往会忽视管理体系的交接，容易使新接手工作的人员对体系文件及工作流程及接口不是很清楚，有时会造成工作脱节、信息沟通不畅通，不按文件执行等现象，解决此问题的办法就是建立完善的交接工作制度及要求，对重要岗位或中层以上岗位交接工作时由体系管理部门负责体系交接工作的监督和培训的任务，保证新到岗员工掌握工作文件及接口流程的运作。从而保证不会因为人员的变动造成工作不顺畅，体系运行受阻。</w:t>
      </w:r>
      <w:r>
        <w:rPr>
          <w:lang w:eastAsia="zh-CN"/>
        </w:rPr>
        <w:br/>
      </w:r>
      <w:r>
        <w:rPr>
          <w:lang w:eastAsia="zh-CN"/>
        </w:rPr>
        <w:t>　　4、加强督促检查体系运行的力度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如何把符合标准要求的质量体系文件在生产和管理全过程予以实施，是体系运行完善和发挥体系作用中比较关键的一项内容。为督促体系按计划和要求进行，主要有三个方面的措施：首先是体系部门到各部门开展督促和辅导，对所发现的问题加以妥善解决或及时反馈给领导和职能部门，其次，由体系部门系统监督并通过审核方式检查体系实施情况，验证各层次、各环节活动是否符合体系文件的要求，公司制定的文件是否符合实际运作的要求，是否能有效提高工作质量，同时并把发现的问题通报给有关部门，责成有关部门进行整改，改善局部系统和运行情况。第三，要建立自下而上、层层实施的体系运行考评机制，将体系运行要求变成硬约束而融入日常工作中，对各部门体系运行情况的考评纳入考核标准体系，作为工作业绩考评的重要内容之一，从而激励全体员工在运行体系过程上的积极性，保证质量管理体系运行的有效性。</w:t>
      </w:r>
      <w:r>
        <w:rPr>
          <w:lang w:eastAsia="zh-CN"/>
        </w:rPr>
        <w:br/>
      </w:r>
      <w:r>
        <w:rPr>
          <w:lang w:eastAsia="zh-CN"/>
        </w:rPr>
        <w:t>　　5、加强质量管理的过程控制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质量管理体系是通过过程来实施的，公司要提高质量管理体系运行的有效性，就必须对过程进行控制。过程控制的重点要抓工艺管理，工艺是产品建设管理过程中最活跃的因素，企业的操作规程管理、生产管理、材料管理、人力调配、生产环境等都要由操作规程提供基本依据（简称人、机、料、法、环）。产品质量的符合性是通过生产过程中实施的质量管理来实现的，只有通过对过程进行严格的控制，才能提高产品质量。这就要求企业对生产过程中的特殊和关键工序进行识别，并对关键工序进行重点控制。公司外包和关键过程较多，所应更应该加强过程控制，加强工艺过程检查，要求操作人员严格按照作业文件去做，检查他们的执行情况，一旦发现问题及时改进。另外包装工序分属于各车间，虽然也设置了专职的检验员，但他归属于车间的包装工序，没有独立出来，从监管的角度来讲，有漏洞，建议公司应加强包装过程的检查。</w:t>
      </w:r>
      <w:r>
        <w:rPr>
          <w:lang w:eastAsia="zh-CN"/>
        </w:rPr>
        <w:br/>
      </w:r>
      <w:r>
        <w:rPr>
          <w:lang w:eastAsia="zh-CN"/>
        </w:rPr>
        <w:t>　　6、强化质量检验机制</w:t>
      </w:r>
      <w:r>
        <w:rPr>
          <w:lang w:eastAsia="zh-CN"/>
        </w:rPr>
        <w:br/>
      </w:r>
      <w:r>
        <w:rPr>
          <w:lang w:eastAsia="zh-CN"/>
        </w:rPr>
        <w:t>　　质量检验在生产过程中发挥以下职能，一是保证的职能，也就是把关的职能。通过对原材料、半成品的检验、鉴别、分选、剔除不合格品，并决定该产品或该批产品是否接收。保证不合格的原材料不投产，不合格的半成品不转入下道工序，不合格的产品不出厂，二是预防的职能。通过质量检验获得的信息和数据，为控制提供依据，发现质量问题，找出原因及时排除，预防或减少不合格的产生，三是报告的职能，质量检验部门将质量信息、质量问题及时向厂长或上级有关部门报告，为提高质量，加强管理提供必要的质量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因此要提高质量检验工作，一是需要建立健全质量检验机构，配备能满足生产需要的质量检验人员和设备、设施；二是要建立健全质量检验制度，从原材料进厂到产成品出厂都要实行层层把关，做原始记录，生产工人和检验人员责任分明，实行质量追踪。同时要把生产工人和检验人员职能紧密结合起来，检验人员不但要负责质检，还有指导生产工人的职能。生产工人不能只管生产，自己生产出来的产品自己要先进行检验，要实行自检、互检、专检三者相结合（我公司这方面做得较好，但需加强过程质量检查）；三是要树立质量检验机构的权威，质量检验机构必须独立行使权利，任何部门和人员都不能干预，经过质量检验部门确认的不合格的原材料不准进厂，不合格的半成品不能流到下一道工序，不合格的产品不许出厂。个人认为我公司检验人员配置还需增加，特别是南区出厂检验人员需增加力量。</w:t>
      </w:r>
      <w:r>
        <w:rPr>
          <w:lang w:eastAsia="zh-CN"/>
        </w:rPr>
        <w:br/>
      </w:r>
      <w:r>
        <w:rPr>
          <w:lang w:eastAsia="zh-CN"/>
        </w:rPr>
        <w:t>　　7、加强仓库现场管理</w:t>
      </w:r>
      <w:r>
        <w:rPr>
          <w:lang w:eastAsia="zh-CN"/>
        </w:rPr>
        <w:br/>
      </w:r>
      <w:r>
        <w:rPr>
          <w:lang w:eastAsia="zh-CN"/>
        </w:rPr>
        <w:t>　　首先对仓库人员进行培训，提高他们的质量管理意识，让他们明白仓库管理的重要性，同时定期对仓库进行检查，并及时要求整改，要求仓库现场产品标识清楚、检验状态标识清楚、废品和正常产品应区别摆放。</w:t>
      </w:r>
      <w:r>
        <w:rPr>
          <w:lang w:eastAsia="zh-CN"/>
        </w:rPr>
        <w:br/>
      </w:r>
      <w:r>
        <w:rPr>
          <w:lang w:eastAsia="zh-CN"/>
        </w:rPr>
        <w:t>　　8、企业可以将实际年终总结与管理评审相结合</w:t>
      </w:r>
      <w:r>
        <w:rPr>
          <w:lang w:eastAsia="zh-CN"/>
        </w:rPr>
        <w:br/>
      </w:r>
      <w:r>
        <w:rPr>
          <w:lang w:eastAsia="zh-CN"/>
        </w:rPr>
        <w:t>　　每个企业在半年和年终都会召集骨干人员盘点一年的生产经营状况，ISO9001标准中的管理评审其实质也就是对各部门各过程的管理情况进行总结和评审；主体的思想也是总结评价半年和一年来的各项工作，体系的运行情况，提出改进的建议和意见。企业半年和年终的总结也会谈到下半年或下一年度的思路和打算，对于我们这样部门比较多的企业，把半年和年终总结与管理评审结合在一起，是即节约时间又实际运行体系的一种有效方式。</w:t>
      </w:r>
      <w:r>
        <w:rPr>
          <w:lang w:eastAsia="zh-CN"/>
        </w:rPr>
        <w:br/>
      </w:r>
      <w:r>
        <w:rPr>
          <w:lang w:eastAsia="zh-CN"/>
        </w:rPr>
        <w:t>　　9、内部审核和外部审核认证</w:t>
      </w:r>
      <w:r>
        <w:rPr>
          <w:lang w:eastAsia="zh-CN"/>
        </w:rPr>
        <w:br/>
      </w:r>
      <w:r>
        <w:rPr>
          <w:lang w:eastAsia="zh-CN"/>
        </w:rPr>
        <w:t>　　每年公司都进行一次内审，先自己对照质量管理体系，查找存在的问题，并予以纠正，而每年的一次由认证公司的评审，公司则积极配合，实事求是地反映质量管理体系的落实情况，对于认证公司开出的不合格项进行认真整改，使公司每年不合格项在递减，使质量制度逐步落实到实处。这样，通过内外部的监督力量，可以使公司建立的质量管理体系不断得到改进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最后我想说的是只有将企业的实际活动与体系运行紧密结合在一起，才能使得体系不空浮在表面，只有这样，才能让组织的最高管理者感受到认证工作是实现企业经营目标的有力武器，是提高企业整体执行力的外动力。</w:t>
      </w:r>
      <w:r>
        <w:rPr>
          <w:lang w:eastAsia="zh-CN"/>
        </w:rPr>
        <w:br/>
      </w:r>
      <w:r>
        <w:rPr>
          <w:lang w:eastAsia="zh-CN"/>
        </w:rPr>
        <w:t xml:space="preserve">    全面质量管理的基础工作总结范文 篇2 </w:t>
      </w:r>
      <w:r>
        <w:rPr>
          <w:lang w:eastAsia="zh-CN"/>
        </w:rPr>
        <w:br/>
      </w:r>
      <w:r>
        <w:rPr>
          <w:lang w:eastAsia="zh-CN"/>
        </w:rPr>
        <w:t>　　从运行质量管理体系以来，办公室工作按照公司《质量手册》和程序文件的要求，认真严密地做好员工培训、管理文件控制等工作，较好完成了各项管理任务，取得了一定的成绩，现将主要体系管理工作总结如下：</w:t>
      </w:r>
      <w:r>
        <w:rPr>
          <w:lang w:eastAsia="zh-CN"/>
        </w:rPr>
        <w:br/>
      </w:r>
      <w:r>
        <w:rPr>
          <w:lang w:eastAsia="zh-CN"/>
        </w:rPr>
        <w:t>　　一、开展知识、技能培训，全面提高员工素质</w:t>
      </w:r>
      <w:r>
        <w:rPr>
          <w:lang w:eastAsia="zh-CN"/>
        </w:rPr>
        <w:br/>
      </w:r>
      <w:r>
        <w:rPr>
          <w:lang w:eastAsia="zh-CN"/>
        </w:rPr>
        <w:t>　　为确保质量体系有效运行，适应公司管理、体系执行工作需要，全面提高员工素质，开展了iso9001：__版知识培训，工艺技术技巧、检验能力等培训，员工按计划培训率100%，培训考核合格格率达100%。</w:t>
      </w:r>
      <w:r>
        <w:rPr>
          <w:lang w:eastAsia="zh-CN"/>
        </w:rPr>
        <w:br/>
      </w:r>
      <w:r>
        <w:rPr>
          <w:lang w:eastAsia="zh-CN"/>
        </w:rPr>
        <w:t>　　①按照《__年度培训计划》的要求，组织全体人员学习iso9001：__质量管理体系知识，《程序文件》内容培训，并对相关内容进行了考试、考核合格率达100%。</w:t>
      </w:r>
      <w:r>
        <w:rPr>
          <w:lang w:eastAsia="zh-CN"/>
        </w:rPr>
        <w:br/>
      </w:r>
      <w:r>
        <w:rPr>
          <w:lang w:eastAsia="zh-CN"/>
        </w:rPr>
        <w:t>　　②为了提高生产员工的操作技能，开展了产品工艺，操作技能等培训。考核合格发了上岗证。</w:t>
      </w:r>
      <w:r>
        <w:rPr>
          <w:lang w:eastAsia="zh-CN"/>
        </w:rPr>
        <w:br/>
      </w:r>
      <w:r>
        <w:rPr>
          <w:lang w:eastAsia="zh-CN"/>
        </w:rPr>
        <w:t>　　③为加强质量检测力度，还对质检人员制定了培训计划。</w:t>
      </w:r>
      <w:r>
        <w:rPr>
          <w:lang w:eastAsia="zh-CN"/>
        </w:rPr>
        <w:br/>
      </w:r>
      <w:r>
        <w:rPr>
          <w:lang w:eastAsia="zh-CN"/>
        </w:rPr>
        <w:t>　　二、强化文件和资料控制，实施规范管理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为确保文件和资料控制更加规范，办公室工作总结严格按照iso9001质量管理体系运行要求，对所有文件资料进行了归档，发放等管理工作，确保各类文件、资料的完整性和统一性。</w:t>
      </w:r>
      <w:r>
        <w:rPr>
          <w:lang w:eastAsia="zh-CN"/>
        </w:rPr>
        <w:br/>
      </w:r>
      <w:r>
        <w:rPr>
          <w:lang w:eastAsia="zh-CN"/>
        </w:rPr>
        <w:t>　　三、建议</w:t>
      </w:r>
      <w:r>
        <w:rPr>
          <w:lang w:eastAsia="zh-CN"/>
        </w:rPr>
        <w:br/>
      </w:r>
      <w:r>
        <w:rPr>
          <w:lang w:eastAsia="zh-CN"/>
        </w:rPr>
        <w:t>　　在日常工作中，文件的打印、复印需到外部处理，费用较大，建议公司购买一台电脑和打印机，以节省成本，望公司领导批准。</w:t>
      </w:r>
      <w:r>
        <w:rPr>
          <w:lang w:eastAsia="zh-CN"/>
        </w:rPr>
        <w:br/>
      </w:r>
      <w:r>
        <w:rPr>
          <w:lang w:eastAsia="zh-CN"/>
        </w:rPr>
        <w:t xml:space="preserve">    全面质量管理的基础工作总结范文 篇3 </w:t>
      </w:r>
      <w:r>
        <w:rPr>
          <w:lang w:eastAsia="zh-CN"/>
        </w:rPr>
        <w:br/>
      </w:r>
      <w:r>
        <w:rPr>
          <w:lang w:eastAsia="zh-CN"/>
        </w:rPr>
        <w:t>　　一转眼我们已经接近20__年工作的尾声了。现主要是对20__年度的工作进行回顾总结，以便找出工作中的优点和不足，为下一年的质量检验做下更好的基础。</w:t>
      </w:r>
      <w:r>
        <w:rPr>
          <w:lang w:eastAsia="zh-CN"/>
        </w:rPr>
        <w:br/>
      </w:r>
      <w:r>
        <w:rPr>
          <w:lang w:eastAsia="zh-CN"/>
        </w:rPr>
        <w:t>　　20__年度，质量技术人员和检查员认真贯彻落实公司质量目标和质检处部门质量目标展开计划，心怀质量第一的工作作风，经所有同志的不懈努力，较好地完成了各项预定工作任务。</w:t>
      </w:r>
      <w:r>
        <w:rPr>
          <w:lang w:eastAsia="zh-CN"/>
        </w:rPr>
        <w:br/>
      </w:r>
      <w:r>
        <w:rPr>
          <w:lang w:eastAsia="zh-CN"/>
        </w:rPr>
        <w:t>　　从二○一○年一月到十一月，我质检处共完成了105台锅炉产品和辅机分厂的主机、配套辅机以及外协外购件、核电产品90台(已发货)、安特优柴油机底座3台、风电塔架20台、七里河黄河大桥等方面的检验任务。</w:t>
      </w:r>
      <w:r>
        <w:rPr>
          <w:lang w:eastAsia="zh-CN"/>
        </w:rPr>
        <w:br/>
      </w:r>
      <w:r>
        <w:rPr>
          <w:lang w:eastAsia="zh-CN"/>
        </w:rPr>
        <w:t>　　值得肯定的方面：</w:t>
      </w:r>
      <w:r>
        <w:rPr>
          <w:lang w:eastAsia="zh-CN"/>
        </w:rPr>
        <w:br/>
      </w:r>
      <w:r>
        <w:rPr>
          <w:lang w:eastAsia="zh-CN"/>
        </w:rPr>
        <w:t>　　一、进行质检人员检验项目调控，保证检验任务顺利完成。由于公司生产任务紧，生产产品类型多，再加上我质检处检验员人数相对短缺。部门领导经过深入现场，了解生产实际进度，采取了质检员检验项目随时变换方法，来满足生产检验任务需要。质检人员更是任劳任怨，努力来完成自己检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二、想方法、集广意努力及时完成产品竣工文件。 由于核电产品的特殊性，对竣工文件要求是比较严格的。一个产品需要几百页，甚至上千页的竣工文件。在保证文件正确性的同时还要进行排版等工作，这给质量技术人员带来了前所未有的挑战。老同志有经验，新同志有方法，大家互相借鉴，找出最有成效的办法，以最短时间完成竣工文件的编制。这一点值得肯定的。</w:t>
      </w:r>
      <w:r>
        <w:rPr>
          <w:lang w:eastAsia="zh-CN"/>
        </w:rPr>
        <w:br/>
      </w:r>
      <w:r>
        <w:rPr>
          <w:lang w:eastAsia="zh-CN"/>
        </w:rPr>
        <w:t>　　三、挤时间学习相关标准，技术文件的学习。在生产任务重的情况下，从部门领导到质检员，大家都是挤时间学习相关项目的检验标准，质保大纲，尽快熟悉图纸，以满足检验任务的需要。质量检验工作总结以上是这一年中质量检验工作值得肯定和继续保持的地方。</w:t>
      </w:r>
      <w:r>
        <w:rPr>
          <w:lang w:eastAsia="zh-CN"/>
        </w:rPr>
        <w:br/>
      </w:r>
      <w:r>
        <w:rPr>
          <w:lang w:eastAsia="zh-CN"/>
        </w:rPr>
        <w:t>　　在这一年度，质量检验总体工作思路明确、方法得当、作风良好，各项工作也取得一定成绩。</w:t>
      </w:r>
      <w:r>
        <w:rPr>
          <w:lang w:eastAsia="zh-CN"/>
        </w:rPr>
        <w:br/>
      </w:r>
      <w:r>
        <w:rPr>
          <w:lang w:eastAsia="zh-CN"/>
        </w:rPr>
        <w:t>　　但从长期产品检验和产品质量来看，依然存在一些不足，主要表现在：</w:t>
      </w:r>
      <w:r>
        <w:rPr>
          <w:lang w:eastAsia="zh-CN"/>
        </w:rPr>
        <w:br/>
      </w:r>
      <w:r>
        <w:rPr>
          <w:lang w:eastAsia="zh-CN"/>
        </w:rPr>
        <w:t>　　一、检验工作质量有待进一步加强，质量技术人员的质量检验知识水平有欠缺，不能完全胜任本职工作，不能够认真学习标准、研究标准。</w:t>
      </w:r>
      <w:r>
        <w:rPr>
          <w:lang w:eastAsia="zh-CN"/>
        </w:rPr>
        <w:br/>
      </w:r>
      <w:r>
        <w:rPr>
          <w:lang w:eastAsia="zh-CN"/>
        </w:rPr>
        <w:t>　　二、个别人工作热情不容乐观，甚至做给领导看，领导在与不在判若两人。</w:t>
      </w:r>
      <w:r>
        <w:rPr>
          <w:lang w:eastAsia="zh-CN"/>
        </w:rPr>
        <w:br/>
      </w:r>
      <w:r>
        <w:rPr>
          <w:lang w:eastAsia="zh-CN"/>
        </w:rPr>
        <w:t>　　三、质量技术人员应留有时间多去车间，现场了解产品质量和过程检查。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四、质量统计技术应从车间及时反馈上来。</w:t>
      </w:r>
      <w:r>
        <w:rPr>
          <w:lang w:eastAsia="zh-CN"/>
        </w:rPr>
        <w:br/>
      </w:r>
      <w:r>
        <w:rPr>
          <w:lang w:eastAsia="zh-CN"/>
        </w:rPr>
        <w:t>　　五、对产品图纸不熟悉，造成一些检验表卡设计不合理，甚至在检验中存在检验项目的漏检项。</w:t>
      </w:r>
      <w:r>
        <w:rPr>
          <w:lang w:eastAsia="zh-CN"/>
        </w:rPr>
        <w:br/>
      </w:r>
      <w:r>
        <w:rPr>
          <w:lang w:eastAsia="zh-CN"/>
        </w:rPr>
        <w:t>　　下一年度工作打算和期望：</w:t>
      </w:r>
      <w:r>
        <w:rPr>
          <w:lang w:eastAsia="zh-CN"/>
        </w:rPr>
        <w:br/>
      </w:r>
      <w:r>
        <w:rPr>
          <w:lang w:eastAsia="zh-CN"/>
        </w:rPr>
        <w:t>　　一、 积极学习相关标准、法规和检验技术。</w:t>
      </w:r>
      <w:r>
        <w:rPr>
          <w:lang w:eastAsia="zh-CN"/>
        </w:rPr>
        <w:br/>
      </w:r>
      <w:r>
        <w:rPr>
          <w:lang w:eastAsia="zh-CN"/>
        </w:rPr>
        <w:t>　　二、 改变工作中的不足，检验人员尽可能满足岗位需要。</w:t>
      </w:r>
      <w:r>
        <w:rPr>
          <w:lang w:eastAsia="zh-CN"/>
        </w:rPr>
        <w:br/>
      </w:r>
      <w:r>
        <w:rPr>
          <w:lang w:eastAsia="zh-CN"/>
        </w:rPr>
        <w:t>　　三、 做到及时、准确处理质量问题。</w:t>
      </w:r>
      <w:r>
        <w:rPr>
          <w:lang w:eastAsia="zh-CN"/>
        </w:rPr>
        <w:br/>
      </w:r>
      <w:r>
        <w:rPr>
          <w:lang w:eastAsia="zh-CN"/>
        </w:rPr>
        <w:t>　　四、 尽可能将问题在出厂前解决，不要留在客户哪里解决。</w:t>
      </w:r>
      <w:r>
        <w:rPr>
          <w:lang w:eastAsia="zh-CN"/>
        </w:rPr>
        <w:br/>
      </w:r>
      <w:r>
        <w:rPr>
          <w:lang w:eastAsia="zh-CN"/>
        </w:rPr>
        <w:t>　　正确理解规范标准、先进的检验方法和有效的质量管理手段是保证产品质量的因素之一，因此，要求我们质量检验、管理人员要不断用新技术，先进的检验方法来充实武装自己，才能胜任这一神圣而又艰巨的任务。自我创新、自我检验是对一个产品检验和管理者最起码的要求。让我们回顾过去，找出不足，以饱满的热情投入新一年工作之中吧。</w:t>
      </w:r>
      <w:r>
        <w:rPr>
          <w:lang w:eastAsia="zh-CN"/>
        </w:rPr>
        <w:br/>
      </w:r>
      <w:r>
        <w:rPr>
          <w:lang w:eastAsia="zh-CN"/>
        </w:rPr>
        <w:t xml:space="preserve">    全面质量管理的基础工作总结范文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_年是前进吉庆烟花公司不平凡的一年，公司与湖南东信集团强强联合，成功重组整合嵩县喜庆烟花爆竹公司，提升了产品质量品位，扩大了产品在河南的市场占有率，并首次进入河北市场，产品获得了“河南省优质产品”荣誉称号，重新修订完善了质量管理制度，改进了质量检验手段，推行了“生产流程卡”，规范了质量检验记录，为各车间配备质检员，加强了过程检验，扎实开展了“质量月”活动，有力地促进了公司质量管理工作，进一步强化了员工质量意识和精品意识，使员工初步树立了符合时代要求的质量理念，为优质、低耗、高效生产，扩大市场销售，实现又好又快发展奠定了基础。现在对质量管理工作简要总结如下:</w:t>
      </w:r>
      <w:r>
        <w:rPr>
          <w:lang w:eastAsia="zh-CN"/>
        </w:rPr>
        <w:br/>
      </w:r>
      <w:r>
        <w:rPr>
          <w:lang w:eastAsia="zh-CN"/>
        </w:rPr>
        <w:t>　　一、圆满完成质量目标</w:t>
      </w:r>
      <w:r>
        <w:rPr>
          <w:lang w:eastAsia="zh-CN"/>
        </w:rPr>
        <w:br/>
      </w:r>
      <w:r>
        <w:rPr>
          <w:lang w:eastAsia="zh-CN"/>
        </w:rPr>
        <w:t>　　20__年，公司没有出现产品成批报废和重大质量事故(一次质量事故造成损失3000元以上的为重大质量事故)，没有发生索赔事件；国家和省、市、县抽检无不合格品；有安全隐患的产品产出为零。顾客满意度达到98%以上；主要材料交验合格率99.5%以上，辅助材料和包装材料合格率98.5%以上；质量损失率1.0%以下；各种产品质量完成考核指标，质量缺陷整改或采取措施有效率100%。</w:t>
      </w:r>
      <w:r>
        <w:rPr>
          <w:lang w:eastAsia="zh-CN"/>
        </w:rPr>
        <w:br/>
      </w:r>
      <w:r>
        <w:rPr>
          <w:lang w:eastAsia="zh-CN"/>
        </w:rPr>
        <w:t>　　二、修订完善质量管理制度，改进质量检验手段</w:t>
      </w:r>
      <w:r>
        <w:rPr>
          <w:lang w:eastAsia="zh-CN"/>
        </w:rPr>
        <w:br/>
      </w:r>
      <w:r>
        <w:rPr>
          <w:lang w:eastAsia="zh-CN"/>
        </w:rPr>
        <w:t>　　20__年，公司先后建立和完善了质量管理制度、检验印章管理制度、生产流程卡管理实施办法等制度，建立了各车间质量管理制度，规范印刷了礼花弹、鞭炮、空中爆雷、组合烟花成品质量检验记录，按照新国标要求明确了检验项目，使质量管理工作向规范化运行迈进了一大步。</w:t>
      </w:r>
      <w:r>
        <w:rPr>
          <w:lang w:eastAsia="zh-CN"/>
        </w:rPr>
        <w:br/>
      </w:r>
      <w:r>
        <w:rPr>
          <w:lang w:eastAsia="zh-CN"/>
        </w:rPr>
        <w:t>　　为强化员工责任意识，科学进行产品质量追踪，公司根据生产实际，借鉴先进的质量管理经验，推行了“生产流程卡”制度。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20__年，公司为各车间配备了质检员，将过程产品质量管理重点放到车间，侧重于车间自检、自控，部门加强监督、指导与考核，做到放权不放松，放手不失控，放基层而高度重视。公司利用各种手段随时捕捉各种质量信息，分析质量走向，反馈指导生产。以满足顾客需求为前提，兼顾生产效率和成本，使产品质量稳中有升。</w:t>
      </w:r>
      <w:r>
        <w:rPr>
          <w:lang w:eastAsia="zh-CN"/>
        </w:rPr>
        <w:br/>
      </w:r>
      <w:r>
        <w:rPr>
          <w:lang w:eastAsia="zh-CN"/>
        </w:rPr>
        <w:t>　　三、加大员工培训力度，全面提高员工综合素质和质量保证能力</w:t>
      </w:r>
      <w:r>
        <w:rPr>
          <w:lang w:eastAsia="zh-CN"/>
        </w:rPr>
        <w:br/>
      </w:r>
      <w:r>
        <w:rPr>
          <w:lang w:eastAsia="zh-CN"/>
        </w:rPr>
        <w:t>　　20__年，公司加大员工培训力度，3月份对从事烟花爆竹生产的130名农民工进行了安全生产知识和技能培训，对营销人员进行烟花爆竹基础知识培训，7月份对76名转岗员工进行了为期3天的公司级、车间级培训。</w:t>
      </w:r>
      <w:r>
        <w:rPr>
          <w:lang w:eastAsia="zh-CN"/>
        </w:rPr>
        <w:br/>
      </w:r>
      <w:r>
        <w:rPr>
          <w:lang w:eastAsia="zh-CN"/>
        </w:rPr>
        <w:t>　　为了学习、借鉴东信集团先进的行业管理经验，9月上旬，公司选派9名管理和生产骨干赴湖南浏阳东信集团公司实习观摩，通过9名同志的言传身教，引进了新的操作方法和技巧，使广大员工开阔了视野，增长了见识，活跃了思路，增强了提高产品质量的信心。“用智慧做事，用慈善待人”、“没有质量就没有我们的衣食”、“上道工序从不给下道工序留下后遗症”、“产多产少在于销，销多销少在于质，质好质坏在于管，管好管坏在于人”等理念深入员工心中。</w:t>
      </w:r>
      <w:r>
        <w:rPr>
          <w:lang w:eastAsia="zh-CN"/>
        </w:rPr>
        <w:br/>
      </w:r>
      <w:r>
        <w:rPr>
          <w:lang w:eastAsia="zh-CN"/>
        </w:rPr>
        <w:t>　　针对公司部分管理干部和员工对烟花行业发展现状和前景的思想认识不够、班组长工作方法不灵活、品牌意识淡薄等现象，9月份公司对班组长以上管理人员进行了《品牌是企业的名片》、《班组长工作方法和技巧》、《烟花爆竹行业现状及对策》专题讲座。</w:t>
      </w:r>
      <w:r>
        <w:rPr>
          <w:lang w:eastAsia="zh-CN"/>
        </w:rPr>
        <w:br/>
      </w:r>
      <w:r>
        <w:rPr>
          <w:lang w:eastAsia="zh-CN"/>
        </w:rPr>
        <w:t>　　借宜阳县安全生产监督管理局对危险岗位工种操作人员审证复训机会，公司安排全体员工参加了行业安全专家为期三天的烟花爆竹从业人员安全生产知识培训。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20__年1月，公司聘请浏阳格信烟花燃放设备科技有限公司李杜博士和公司安全技术人员联袂授课，对焰火燃放人员进行了编排技术、燃放安全、燃放操作知识培训。</w:t>
      </w:r>
      <w:r>
        <w:rPr>
          <w:lang w:eastAsia="zh-CN"/>
        </w:rPr>
        <w:br/>
      </w:r>
      <w:r>
        <w:rPr>
          <w:lang w:eastAsia="zh-CN"/>
        </w:rPr>
        <w:t>　　通过内部培训、外出学习、请人授课等多种形式，使管理人员和一线员工在操作技能、安全意识、品牌意识、质量理念、管理方法、行业发展等诸多方面取得的共识，队伍素质进一步提高，公司优质、低耗、快速发展已成现实。</w:t>
      </w:r>
      <w:r>
        <w:rPr>
          <w:lang w:eastAsia="zh-CN"/>
        </w:rPr>
        <w:br/>
      </w:r>
      <w:r>
        <w:rPr>
          <w:lang w:eastAsia="zh-CN"/>
        </w:rPr>
        <w:t>　　四、扎实开展质量月活动，以月促年，强基础促提高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9月份，公司扎实开展了质量月活动，活动在突出形式的基础上，更加注重活动内容和实际效果，质量月活动以“全员全过程全方位参与，全面提高质量安全水平”为主题，明确提出“以和湖南东信烟花集团公司合作为契机，以改进产品质量，保障安全生产，提高市场占有率为目标，努力营造重视质量，追求质量，崇尚质量，关注质量的良好企业文化氛围”的活动指导思想。从细节入手，围绕质量管理中存在的问题和不足，有针对性的采取措施，实施改进，求进步，重实效。制作专题黑板报6版，员工投送专题宣传稿件17篇。公司五个车间、一个加工中心、四个部门分别召开质量分析会，活动针对性强，各具特色，取得了实质性成果。如闪光雷车间车间选派优秀员工，监督过程产品质量和操作方法，进行质量自检，针对炸管反复现象，调整质量不稳定员工工位，改进传帮带措施，对提高产品装配整体质量，降低炸管率、提高爆响率起到了积极作用。地面组合车间召开质量分析会，重点监控泥底厚度和紧密度，解决燃放过程中的冲底、串火现象，改进操作方法，解决组装产品不整洁，成型不一致等问题，改善暂存纸管保管措施，确保在制品质量。鞭炮车间加强员工对生产设备“三好”、“四会”培训练兵，维护和保养结鞭机，提高劳动效率，加强特红鞭小炮炮管和小炮引线质量监控。礼花弹车间细化管理，规范导火索总长度和外露长度，改善产品延时精度，采取有效措施，保证装配密实和燃放开包效果。药物制造车间积极配合技术部门研发新的药物和亮珠品种，保证现有产品质量，尤其是亮珠紧密牢固程度和筛选规格一致性明显提高。纸品加工中心加强卷管机维护和保养，提高员工对设备“三好”、“四会”的程度，提高了劳动效率，改进了产品质量，重点解决了卷管紧密度不达标，啜纸严重，超内经，喇叭口，切筒不到位，纸搭头不到位等突出问题，纸管打捆保管和送货，美化了生产现场，管理更加精细化。</w:t>
      </w:r>
      <w:r>
        <w:rPr>
          <w:lang w:eastAsia="zh-CN"/>
        </w:rPr>
        <w:br/>
      </w:r>
      <w:r>
        <w:rPr>
          <w:lang w:eastAsia="zh-CN"/>
        </w:rPr>
        <w:t>　　五、积极开展“三创一建议”活动，改进产品质量，节约降耗</w:t>
      </w:r>
      <w:r>
        <w:rPr>
          <w:lang w:eastAsia="zh-CN"/>
        </w:rPr>
        <w:br/>
      </w:r>
      <w:r>
        <w:rPr>
          <w:lang w:eastAsia="zh-CN"/>
        </w:rPr>
        <w:t>　　根据前进集团公司的整体工作安排，20__年，前进吉庆烟花爆竹公司全体员工紧紧围绕保证安全生产、改进产品质量、靓化生产现场、提高生产效率、节约降耗增效、满足客户需求等方面，积极开展实施“三创一建议”活动，全年共申报32项，公司评审领导小组按照集团公司评审标准进行了认真、严格评审，评出效果明显、有推广价值的项目13项（技术创新3项，管理创新2项，岗位操作创新7项，合理化建议1项），进行表彰奖励，对保证和提高产品质量起到了有力的推动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六、更新装备，改进配方，提升档次</w:t>
      </w:r>
      <w:r>
        <w:rPr>
          <w:lang w:eastAsia="zh-CN"/>
        </w:rPr>
        <w:br/>
      </w:r>
      <w:r>
        <w:rPr>
          <w:lang w:eastAsia="zh-CN"/>
        </w:rPr>
        <w:t>　　公司九月份购置新型内外泥筒压实机等新型专用设备和工艺装备设施，提高了工作效率，降低了员工劳动强度，产品质量的一致性得到有效保证。</w:t>
      </w:r>
      <w:r>
        <w:rPr>
          <w:lang w:eastAsia="zh-CN"/>
        </w:rPr>
        <w:br/>
      </w:r>
      <w:r>
        <w:rPr>
          <w:lang w:eastAsia="zh-CN"/>
        </w:rPr>
        <w:t>　　白闪、绿闪、红闪配方的改进，改善了闪烁频率，生产的绿色风暴、白闪八角、红色风暴等产品燃放效果接近或赶上了东信集团公司产品。调整三料混合时间、亮珠引燃药配比和细度，使亮珠在引燃过程中没有残渣出现。研制新型拉手开包药配方，攻克了拉手开包不成形的难关，使绿光红拉手、z形红绿拉手等礼花弹品种形成了造型合格、质量稳定、可批量生产的能力。氧化铋和3883氧化铜等新材料的使用，使我公司开发出了响声更加清脆、整齐的无铅响籽。</w:t>
      </w:r>
      <w:r>
        <w:rPr>
          <w:lang w:eastAsia="zh-CN"/>
        </w:rPr>
        <w:br/>
      </w:r>
      <w:r>
        <w:rPr>
          <w:lang w:eastAsia="zh-CN"/>
        </w:rPr>
        <w:t>　　内筒卷管粘合剂由原来的泡花碱改为聚乙烯醇胶液，大大提高内筒的外观质量和粘接强度。改变内筒卷管纸的纹理方向，克服了组合外筒冲底现象。改进内筒泥底封底方法，采用新型封底材料，可有效避免燃放残余物对燃放人员和观众的伤害。改进造型组合烟花的捆扎和粘片方法，大大提高了造型组合烟花的牢固程度，产品捆扎牢固，成型一致，产品档次得到了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20__年是辉煌的一年，产品质量稳中有升，质量管理基础得到了加强，但是产品质量也出现了一些问题（以下专门通报），有待我们继续努力，改进提高。20__年任务更加艰巨，质量管理、品牌发展之路还很漫长，需要全体员工共同努力，才能创造前进吉庆烟花公司更加美好的明天。</w:t>
      </w:r>
      <w:r>
        <w:rPr>
          <w:lang w:eastAsia="zh-CN"/>
        </w:rPr>
        <w:br/>
      </w:r>
      <w:r>
        <w:rPr>
          <w:lang w:eastAsia="zh-CN"/>
        </w:rPr>
        <w:t xml:space="preserve">    全面质量管理的基础工作总结范文 篇5 </w:t>
      </w:r>
      <w:r>
        <w:rPr>
          <w:lang w:eastAsia="zh-CN"/>
        </w:rPr>
        <w:br/>
      </w:r>
      <w:r>
        <w:rPr>
          <w:lang w:eastAsia="zh-CN"/>
        </w:rPr>
        <w:t>　　各位领导、各位专家、你们好！</w:t>
      </w:r>
      <w:r>
        <w:rPr>
          <w:lang w:eastAsia="zh-CN"/>
        </w:rPr>
        <w:br/>
      </w:r>
      <w:r>
        <w:rPr>
          <w:lang w:eastAsia="zh-CN"/>
        </w:rPr>
        <w:t>　　首先，对各位领导、专家到我院检查评审产科质量表示诚挚的欢迎！</w:t>
      </w:r>
      <w:r>
        <w:rPr>
          <w:lang w:eastAsia="zh-CN"/>
        </w:rPr>
        <w:br/>
      </w:r>
      <w:r>
        <w:rPr>
          <w:lang w:eastAsia="zh-CN"/>
        </w:rPr>
        <w:t>　　产科医疗保健是临床工作的重要组成部分，产科质量的好坏直接关系到母亲和婴儿的健康，同时也是影响到一个医疗保健机构能否得以生存、发展的重要因素。因此，如何搞好产科建设，不断提高产科质量，进一步降低孕产妇和婴儿死亡率，更有效地保护母亲和婴儿的健康，是医疗保健机构的一项重要工作。</w:t>
      </w:r>
      <w:r>
        <w:rPr>
          <w:lang w:eastAsia="zh-CN"/>
        </w:rPr>
        <w:br/>
      </w:r>
      <w:r>
        <w:rPr>
          <w:lang w:eastAsia="zh-CN"/>
        </w:rPr>
        <w:t>　　为加强我院产科建设，按照《陕西省助产技术服务机构产科质量标准及评审方案》，加强组织建设，制定有关制度，完善有关操作规程，强化质量管理，配备必备设施，充实医疗技术力量，加强医德医风教育，经充分的准备工作，在分管院领导的直接领导下，我科认真自查，现具体汇报如下：</w:t>
      </w:r>
      <w:r>
        <w:rPr>
          <w:lang w:eastAsia="zh-CN"/>
        </w:rPr>
        <w:br/>
      </w:r>
      <w:r>
        <w:rPr>
          <w:lang w:eastAsia="zh-CN"/>
        </w:rPr>
        <w:t>　　一、医院的基本情况</w:t>
      </w:r>
      <w:r>
        <w:rPr>
          <w:lang w:eastAsia="zh-CN"/>
        </w:rPr>
        <w:br/>
      </w:r>
      <w:r>
        <w:rPr>
          <w:lang w:eastAsia="zh-CN"/>
        </w:rPr>
        <w:t>　　我院是一所非营利性二甲综合医院、爱婴医院，占地面积2.4万m，建筑面积3.5万m，现有固定资产近1.5亿元，拥有CT、CR、彩超、全自动生化分析仪、DR、数字胃肠机、乳腺钼靶机、遥控透视机等医疗设备。全院职工748人，其22</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中在编正式职工492人，临聘人员121人，离退休职工135人。专业技术人员中，高级职称23人，中级130人。从学历层次来看，本科以上学历172人，约占35%。目前，医院开设1513个临床病区、7个医技科室、5个行后职能部门。医院编制床位400张，开放床位492张，病床使用率95%以上。</w:t>
      </w:r>
      <w:r>
        <w:rPr>
          <w:lang w:eastAsia="zh-CN"/>
        </w:rPr>
        <w:br/>
      </w:r>
      <w:r>
        <w:rPr>
          <w:lang w:eastAsia="zh-CN"/>
        </w:rPr>
        <w:t>　　二、产科基本情况</w:t>
      </w:r>
      <w:r>
        <w:rPr>
          <w:lang w:eastAsia="zh-CN"/>
        </w:rPr>
        <w:br/>
      </w:r>
      <w:r>
        <w:rPr>
          <w:lang w:eastAsia="zh-CN"/>
        </w:rPr>
        <w:t>　　创建爱婴医院以来，我院始终把科学、系统、规范的管理体系引入医院管理，产科取得了飞速的发展，并成为一个综合性科室，内设产科，危产妇监护室、抢救室，为整个南郑县的妇女保健及产科疾病的预防、保健、医疗工作作出贡献，改造后的产科，从技术标准建筑规模，人员编制、科室设置、仪器设备各方面均基本符合南郑县产科质量标准，并拟定了一系列的规章制度，规范了医院保健机构的爱婴服务，成功地保护和支持了母乳喂养。院内母乳喂养率达90%以上。</w:t>
      </w:r>
      <w:r>
        <w:rPr>
          <w:lang w:eastAsia="zh-CN"/>
        </w:rPr>
        <w:br/>
      </w:r>
      <w:r>
        <w:rPr>
          <w:lang w:eastAsia="zh-CN"/>
        </w:rPr>
        <w:t>　　三、产科质量管理工作情况</w:t>
      </w:r>
      <w:r>
        <w:rPr>
          <w:lang w:eastAsia="zh-CN"/>
        </w:rPr>
        <w:br/>
      </w:r>
      <w:r>
        <w:rPr>
          <w:lang w:eastAsia="zh-CN"/>
        </w:rPr>
        <w:t>　　（一）健全组织领导</w:t>
      </w:r>
      <w:r>
        <w:rPr>
          <w:lang w:eastAsia="zh-CN"/>
        </w:rPr>
        <w:br/>
      </w:r>
      <w:r>
        <w:rPr>
          <w:lang w:eastAsia="zh-CN"/>
        </w:rPr>
        <w:t>　　我院为进一步加强产科质量管理工作，重新调整充实医院产科质量管理小组，由业务副院长陈彦文担任组长，全面负责产科质量管理工作。健全的领导体系，对加强产科质量管理，搞好南郑县妇女的.医疗保健工作，提供了可靠的组织保证，我院自开展新生儿两病筛查工作，至今已筛查数千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筛查出新生儿甲减及新生儿苯丙酮尿症疑似病例，已得到及时的复诊治疗。创建爱婴医院以来一直按相关规定进行相应的工作，一是坚持把“三个十条”母乳喂养相关内容按规范张贴上墙；二是针对新进产科工作的人员进行母乳喂养相关知识培训，考试合格后方可上岗；三是坚持对孕产妇进行母乳喂养相关知识的宣传，首次产前检查时发放母乳喂养宣教手册，对从未进行产前检查的孕妇入院时及时补发同时进行相关知识的宣教。</w:t>
      </w:r>
      <w:r>
        <w:rPr>
          <w:lang w:eastAsia="zh-CN"/>
        </w:rPr>
        <w:br/>
      </w:r>
      <w:r>
        <w:rPr>
          <w:lang w:eastAsia="zh-CN"/>
        </w:rPr>
        <w:t>　　（二）科室设置</w:t>
      </w:r>
      <w:r>
        <w:rPr>
          <w:lang w:eastAsia="zh-CN"/>
        </w:rPr>
        <w:br/>
      </w:r>
      <w:r>
        <w:rPr>
          <w:lang w:eastAsia="zh-CN"/>
        </w:rPr>
        <w:t>　　严格按照《医疗保健机构产科质量检查》标准，开设产科门诊、产科病房、高危产妇监护室、抢救室，科室设置及设备均达到标准要求。设产科病床20张，分娩床 4张，隔离产房1间，待产床 6张，为孕产妇提供舒适温馨的住院及分娩环境。</w:t>
      </w:r>
      <w:r>
        <w:rPr>
          <w:lang w:eastAsia="zh-CN"/>
        </w:rPr>
        <w:br/>
      </w:r>
      <w:r>
        <w:rPr>
          <w:lang w:eastAsia="zh-CN"/>
        </w:rPr>
        <w:t>　　（三）人员编制</w:t>
      </w:r>
      <w:r>
        <w:rPr>
          <w:lang w:eastAsia="zh-CN"/>
        </w:rPr>
        <w:br/>
      </w:r>
      <w:r>
        <w:rPr>
          <w:lang w:eastAsia="zh-CN"/>
        </w:rPr>
        <w:t>　　医院妇产科现有医护人员35人，其中副主任医师 3人，主治医师4人，医师4人，副主任护师1人，主管护师4 人， 护士14 人，助产士7 人，基本满足产科日常工作。副主任医师定期巡视，参与产房、母婴同室对新生儿的诊治管理。</w:t>
      </w:r>
      <w:r>
        <w:rPr>
          <w:lang w:eastAsia="zh-CN"/>
        </w:rPr>
        <w:br/>
      </w:r>
      <w:r>
        <w:rPr>
          <w:lang w:eastAsia="zh-CN"/>
        </w:rPr>
        <w:t>　　（四）产科门诊</w:t>
      </w:r>
      <w:r>
        <w:rPr>
          <w:lang w:eastAsia="zh-CN"/>
        </w:rPr>
        <w:br/>
      </w:r>
      <w:r>
        <w:rPr>
          <w:lang w:eastAsia="zh-CN"/>
        </w:rPr>
        <w:t>　　设普通门诊、高危门诊、宣教室。由高年资主治医师专上门诊，配副主任护师上门诊，认真做好围产期保健工作，及时完整填写围产期保健手册，建立高危登记制度，做好高</w:t>
      </w:r>
      <w:r>
        <w:rPr>
          <w:lang w:eastAsia="zh-CN"/>
        </w:rPr>
        <w:br/>
      </w:r>
      <w:r>
        <w:rPr>
          <w:lang w:eastAsia="zh-CN"/>
        </w:rPr>
        <w:t>　　危孕妇的接诊、复诊并提出指导性意见，门诊还开展宣教工作，内容广泛、形式多样。</w:t>
      </w:r>
      <w:r>
        <w:rPr>
          <w:lang w:eastAsia="zh-CN"/>
        </w:rPr>
        <w:br/>
      </w:r>
      <w:r>
        <w:rPr>
          <w:lang w:eastAsia="zh-CN"/>
        </w:rPr>
        <w:t>　　（五）病房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产科病房环境整洁、安静、舒适、安全、工作有序，严格区分清洁区和污染区，设有抢救室，按规定配备抢救设备，完好无损。</w:t>
      </w:r>
      <w:r>
        <w:rPr>
          <w:lang w:eastAsia="zh-CN"/>
        </w:rPr>
        <w:br/>
      </w:r>
      <w:r>
        <w:rPr>
          <w:lang w:eastAsia="zh-CN"/>
        </w:rPr>
        <w:t>　　（六）产房</w:t>
      </w:r>
      <w:r>
        <w:rPr>
          <w:lang w:eastAsia="zh-CN"/>
        </w:rPr>
        <w:br/>
      </w:r>
      <w:r>
        <w:rPr>
          <w:lang w:eastAsia="zh-CN"/>
        </w:rPr>
        <w:t>　　由主管护师负责。由外向内设非限制区、半限制区及限制区，产房内设备完好率100%，所有助产技术人员均具有中专以上学历，取得助产士以上职称，考试考核合格，取得《母婴保健技术合格证书》，另产房基本设备均齐全。</w:t>
      </w:r>
      <w:r>
        <w:rPr>
          <w:lang w:eastAsia="zh-CN"/>
        </w:rPr>
        <w:br/>
      </w:r>
      <w:r>
        <w:rPr>
          <w:lang w:eastAsia="zh-CN"/>
        </w:rPr>
        <w:t>　　（七）质量管理</w:t>
      </w:r>
      <w:r>
        <w:rPr>
          <w:lang w:eastAsia="zh-CN"/>
        </w:rPr>
        <w:br/>
      </w:r>
      <w:r>
        <w:rPr>
          <w:lang w:eastAsia="zh-CN"/>
        </w:rPr>
        <w:t>　　门诊及病房认真执行首诊医师负责制、三级医师查房制、会诊制度及急危重病例讨论、死亡病例讨论制度、病历书写规范制度，及时完整填写分娩记录及出院前记录，收卡率100%。常规应用产程图，阿氏评分，严格掌握剖宫产手术指征，科室有产科出血、DIC、中重度妊高征、羊水栓塞、新生儿窒息等诊疗常规。</w:t>
      </w:r>
      <w:r>
        <w:rPr>
          <w:lang w:eastAsia="zh-CN"/>
        </w:rPr>
        <w:br/>
      </w:r>
      <w:r>
        <w:rPr>
          <w:lang w:eastAsia="zh-CN"/>
        </w:rPr>
        <w:t>　　（八）质量指标</w:t>
      </w:r>
      <w:r>
        <w:rPr>
          <w:lang w:eastAsia="zh-CN"/>
        </w:rPr>
        <w:br/>
      </w:r>
      <w:r>
        <w:rPr>
          <w:lang w:eastAsia="zh-CN"/>
        </w:rPr>
        <w:t>　　1、危重孕产妇抢救成功率≥85%；</w:t>
      </w:r>
      <w:r>
        <w:rPr>
          <w:lang w:eastAsia="zh-CN"/>
        </w:rPr>
        <w:br/>
      </w:r>
      <w:r>
        <w:rPr>
          <w:lang w:eastAsia="zh-CN"/>
        </w:rPr>
        <w:t>　　2、院内子痫发生率＜0.2%；</w:t>
      </w:r>
      <w:r>
        <w:rPr>
          <w:lang w:eastAsia="zh-CN"/>
        </w:rPr>
        <w:br/>
      </w:r>
      <w:r>
        <w:rPr>
          <w:lang w:eastAsia="zh-CN"/>
        </w:rPr>
        <w:t>　　3、滞产发生率＜0.5%；</w:t>
      </w:r>
      <w:r>
        <w:rPr>
          <w:lang w:eastAsia="zh-CN"/>
        </w:rPr>
        <w:br/>
      </w:r>
      <w:r>
        <w:rPr>
          <w:lang w:eastAsia="zh-CN"/>
        </w:rPr>
        <w:t>　　4、产后出血发生率＜2%；</w:t>
      </w:r>
      <w:r>
        <w:rPr>
          <w:lang w:eastAsia="zh-CN"/>
        </w:rPr>
        <w:br/>
      </w:r>
      <w:r>
        <w:rPr>
          <w:lang w:eastAsia="zh-CN"/>
        </w:rPr>
        <w:t>　　5、子宫破裂发生率为零；</w:t>
      </w:r>
      <w:r>
        <w:rPr>
          <w:lang w:eastAsia="zh-CN"/>
        </w:rPr>
        <w:br/>
      </w:r>
      <w:r>
        <w:rPr>
          <w:lang w:eastAsia="zh-CN"/>
        </w:rPr>
        <w:t>　　6、会阴侧切率＜20%；</w:t>
      </w:r>
      <w:r>
        <w:rPr>
          <w:lang w:eastAsia="zh-CN"/>
        </w:rPr>
        <w:br/>
      </w:r>
      <w:r>
        <w:rPr>
          <w:lang w:eastAsia="zh-CN"/>
        </w:rPr>
        <w:t>　　7、Ⅲ度会阴撕裂发生率为零；</w:t>
      </w:r>
      <w:r>
        <w:rPr>
          <w:lang w:eastAsia="zh-CN"/>
        </w:rPr>
        <w:br/>
      </w:r>
      <w:r>
        <w:rPr>
          <w:lang w:eastAsia="zh-CN"/>
        </w:rPr>
        <w:t>　　8、新生儿重度窒息发生率＜3%；</w:t>
      </w:r>
      <w:r>
        <w:rPr>
          <w:lang w:eastAsia="zh-CN"/>
        </w:rPr>
        <w:br/>
      </w:r>
      <w:r>
        <w:rPr>
          <w:lang w:eastAsia="zh-CN"/>
        </w:rPr>
        <w:t>　　9、院内母乳喂养率≥85%；</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10、剖宫产率＜15%；</w:t>
      </w:r>
      <w:r>
        <w:rPr>
          <w:lang w:eastAsia="zh-CN"/>
        </w:rPr>
        <w:br/>
      </w:r>
      <w:r>
        <w:rPr>
          <w:lang w:eastAsia="zh-CN"/>
        </w:rPr>
        <w:t>　　11、无指征剖宫产率为零；</w:t>
      </w:r>
      <w:r>
        <w:rPr>
          <w:lang w:eastAsia="zh-CN"/>
        </w:rPr>
        <w:br/>
      </w:r>
      <w:r>
        <w:rPr>
          <w:lang w:eastAsia="zh-CN"/>
        </w:rPr>
        <w:t>　　12、住院产妇死亡率＜0.02%；</w:t>
      </w:r>
      <w:r>
        <w:rPr>
          <w:lang w:eastAsia="zh-CN"/>
        </w:rPr>
        <w:br/>
      </w:r>
      <w:r>
        <w:rPr>
          <w:lang w:eastAsia="zh-CN"/>
        </w:rPr>
        <w:t>　　13、住院孕产妇可避免死亡率为零；</w:t>
      </w:r>
      <w:r>
        <w:rPr>
          <w:lang w:eastAsia="zh-CN"/>
        </w:rPr>
        <w:br/>
      </w:r>
      <w:r>
        <w:rPr>
          <w:lang w:eastAsia="zh-CN"/>
        </w:rPr>
        <w:t>　　14、新生儿死亡率＜0.5%；</w:t>
      </w:r>
      <w:r>
        <w:rPr>
          <w:lang w:eastAsia="zh-CN"/>
        </w:rPr>
        <w:br/>
      </w:r>
      <w:r>
        <w:rPr>
          <w:lang w:eastAsia="zh-CN"/>
        </w:rPr>
        <w:t>　　15、围产儿死亡率＜1.5%；15、</w:t>
      </w:r>
      <w:r>
        <w:rPr>
          <w:lang w:eastAsia="zh-CN"/>
        </w:rPr>
        <w:br/>
      </w:r>
      <w:r>
        <w:rPr>
          <w:lang w:eastAsia="zh-CN"/>
        </w:rPr>
        <w:t>　　16、围产儿死亡报告率、出生缺陷报告率100%；</w:t>
      </w:r>
      <w:r>
        <w:rPr>
          <w:lang w:eastAsia="zh-CN"/>
        </w:rPr>
        <w:br/>
      </w:r>
      <w:r>
        <w:rPr>
          <w:lang w:eastAsia="zh-CN"/>
        </w:rPr>
        <w:t>　　17、高危孕妇健康状况跟踪率100%；</w:t>
      </w:r>
      <w:r>
        <w:rPr>
          <w:lang w:eastAsia="zh-CN"/>
        </w:rPr>
        <w:br/>
      </w:r>
      <w:r>
        <w:rPr>
          <w:lang w:eastAsia="zh-CN"/>
        </w:rPr>
        <w:t>　　18、院内感染率＜10%；</w:t>
      </w:r>
      <w:r>
        <w:rPr>
          <w:lang w:eastAsia="zh-CN"/>
        </w:rPr>
        <w:br/>
      </w:r>
      <w:r>
        <w:rPr>
          <w:lang w:eastAsia="zh-CN"/>
        </w:rPr>
        <w:t>　　19、无菌手术切口感染率＜0.5%；</w:t>
      </w:r>
      <w:r>
        <w:rPr>
          <w:lang w:eastAsia="zh-CN"/>
        </w:rPr>
        <w:br/>
      </w:r>
      <w:r>
        <w:rPr>
          <w:lang w:eastAsia="zh-CN"/>
        </w:rPr>
        <w:t>　　20、医疗事故发生率为零。</w:t>
      </w:r>
      <w:r>
        <w:rPr>
          <w:lang w:eastAsia="zh-CN"/>
        </w:rPr>
        <w:br/>
      </w:r>
      <w:r>
        <w:rPr>
          <w:lang w:eastAsia="zh-CN"/>
        </w:rPr>
        <w:t>　　（九）健康教育</w:t>
      </w:r>
      <w:r>
        <w:rPr>
          <w:lang w:eastAsia="zh-CN"/>
        </w:rPr>
        <w:br/>
      </w:r>
      <w:r>
        <w:rPr>
          <w:lang w:eastAsia="zh-CN"/>
        </w:rPr>
        <w:t>　　门诊及住院病区有围产期保健知识及母孔喂养宣传栏。</w:t>
      </w:r>
      <w:r>
        <w:rPr>
          <w:lang w:eastAsia="zh-CN"/>
        </w:rPr>
        <w:br/>
      </w:r>
      <w:r>
        <w:rPr>
          <w:lang w:eastAsia="zh-CN"/>
        </w:rPr>
        <w:t>　　（十）医德医风</w:t>
      </w:r>
      <w:r>
        <w:rPr>
          <w:lang w:eastAsia="zh-CN"/>
        </w:rPr>
        <w:br/>
      </w:r>
      <w:r>
        <w:rPr>
          <w:lang w:eastAsia="zh-CN"/>
        </w:rPr>
        <w:t>　　加强医德医务建设，贯彻《医务人员医德规范及实施办法》建立健全廉政行医措施，坚决抵制不正之风，无医疗事故的发生。</w:t>
      </w:r>
      <w:r>
        <w:rPr>
          <w:lang w:eastAsia="zh-CN"/>
        </w:rPr>
        <w:br/>
      </w:r>
      <w:r>
        <w:rPr>
          <w:lang w:eastAsia="zh-CN"/>
        </w:rPr>
        <w:t>　　（十一）建立健全院内感染控制的质量标准及操作规</w:t>
      </w:r>
      <w:r>
        <w:rPr>
          <w:lang w:eastAsia="zh-CN"/>
        </w:rPr>
        <w:br/>
      </w:r>
      <w:r>
        <w:rPr>
          <w:lang w:eastAsia="zh-CN"/>
        </w:rPr>
        <w:t xml:space="preserve">    全面质量管理的基础工作总结范文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通过开展集团公司“20__年质量月”的活动及落实华夏公司“夯实质量管理基础”，提高质量行为准则的活动，我新疆项目监理部以此为契机，对内自查自改，规范管理，提高全体员工的管理素质，对外通过各种会议传达质量月活动通知精神，汇同质检站、建设单位联合对塔化分公司新开项目进行了工程实体质量，施工单位内业资料质量及质量行为进行了全面检查。</w:t>
      </w:r>
      <w:r>
        <w:rPr>
          <w:lang w:eastAsia="zh-CN"/>
        </w:rPr>
        <w:br/>
      </w:r>
      <w:r>
        <w:rPr>
          <w:lang w:eastAsia="zh-CN"/>
        </w:rPr>
        <w:t>　　一，宣传动员</w:t>
      </w:r>
      <w:r>
        <w:rPr>
          <w:lang w:eastAsia="zh-CN"/>
        </w:rPr>
        <w:br/>
      </w:r>
      <w:r>
        <w:rPr>
          <w:lang w:eastAsia="zh-CN"/>
        </w:rPr>
        <w:t>　　8月29日在资料专题会上，传达了“质量月活动”通知的内容。</w:t>
      </w:r>
      <w:r>
        <w:rPr>
          <w:lang w:eastAsia="zh-CN"/>
        </w:rPr>
        <w:br/>
      </w:r>
      <w:r>
        <w:rPr>
          <w:lang w:eastAsia="zh-CN"/>
        </w:rPr>
        <w:t>　　8月31日监理例会上结合当前施工单位普遍存在的资料报验不及时，表格运用不准确，质量意识差，管理素质低等问题再次传达了活动通知的重点内容，强调了活动月的重要性和石化工程质量的重要性及后果，再次强调必须按规范施工及按HS3903、HS3503、规范报检报验。</w:t>
      </w:r>
      <w:r>
        <w:rPr>
          <w:lang w:eastAsia="zh-CN"/>
        </w:rPr>
        <w:br/>
      </w:r>
      <w:r>
        <w:rPr>
          <w:lang w:eastAsia="zh-CN"/>
        </w:rPr>
        <w:t>　　二，活动安排</w:t>
      </w:r>
      <w:r>
        <w:rPr>
          <w:lang w:eastAsia="zh-CN"/>
        </w:rPr>
        <w:br/>
      </w:r>
      <w:r>
        <w:rPr>
          <w:lang w:eastAsia="zh-CN"/>
        </w:rPr>
        <w:t>　　按照总部文件的活动安排，8月31日—9月3日我监理部全体员工认真学习了集团公司管理部“质量月活动通知”及总部工作安排2个文件，对照总部提出的“夯实质量管理基础”提高质量行为准则的活动要求，开展自查找差距，专业工程师自查内业，将滞后资料限期补上，资料管理参照茂名项目管理经验，重新归类，贴签、存档。</w:t>
      </w:r>
      <w:r>
        <w:rPr>
          <w:lang w:eastAsia="zh-CN"/>
        </w:rPr>
        <w:br/>
      </w:r>
      <w:r>
        <w:rPr>
          <w:lang w:eastAsia="zh-CN"/>
        </w:rPr>
        <w:t>　　对施工单位的各项质量检查落实及质量活动月具体安排，由于建设单位主管领导不在家，没人负责安排活动内容，我监理部按照总部的具体要求，排出了监理部9月10日前各项活动时间，并按计划9月4日对新开项目20000M3气柜基础施工现场进行了工程实体检查，由于之前我监理工程师对质量高标准、严要求、这次检查质量标准都在规范之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9月7日建设单位才正式下发“质量月活动”安排，其主要内容是以我监理部计划安排为主，当天建设单位主管部门，质监站、监理对新开项目正在施工的20000M3气柜基础环梁砼浇筑现场、20000M3原油储罐基础垫层打砼及气柜安装预制准备工作进行了实体质量检查，结果是满意的，对现场的文明施工，现场管理，安全着装等方面都给予了充分的肯定，对监理工作是满意的。</w:t>
      </w:r>
      <w:r>
        <w:rPr>
          <w:lang w:eastAsia="zh-CN"/>
        </w:rPr>
        <w:br/>
      </w:r>
      <w:r>
        <w:rPr>
          <w:lang w:eastAsia="zh-CN"/>
        </w:rPr>
        <w:t>　　9月8日，质监站、建设单位、监理对施工单位的内业资料进行了检查，问题主要集中在部分隐蔽工程报验单，施工单位、建设单位、监理三方签字日期不统一，施工单位擅自涂改签字人名和日期﹙上海亚同﹚验收记录，项目经理未签字﹙新疆环宇﹚，这里也存在监理工程师审查不严的问题，但总的来讲，施工单位在资料管理上，和以前比较，以有一个很大提高。</w:t>
      </w:r>
      <w:r>
        <w:rPr>
          <w:lang w:eastAsia="zh-CN"/>
        </w:rPr>
        <w:br/>
      </w:r>
      <w:r>
        <w:rPr>
          <w:lang w:eastAsia="zh-CN"/>
        </w:rPr>
        <w:t>　　9月9日，质监站、建设单位、监理对在塔化施工的十家施工单位的项目经理进行了3小时的建筑工程方面的法律法规的学习，质监站有针对性的宣读了国务院、建设部、有关建筑工程方面的法律法规、导则、等文件，监理具体针对交工资料、组卷程序、中间交接条件，及HS3903、HS3503、规范表格的应用等问题，作了简要的阐述及要求，建设单位组织大家对学习内容及针对活动月的要求进行了讨论，这次学习确实很有必要，10家施工单位除中石化五公司外，9家都不是正规的建筑安装施工队伍，其中4家第一次进入石化市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较短的时间内，我监理部全体成员参与了赋有实质性的质量活动，对提高我们监理管理水平和个人业务能力是一个很好的机会，对所查出的问题，我监理部将作为一面镜子，防止发生类似或其它方面的错误。我监理部全体成员，有决心在新疆这块土地上为华夏在立新功。</w:t>
      </w:r>
      <w:r>
        <w:rPr>
          <w:lang w:eastAsia="zh-CN"/>
        </w:rPr>
        <w:br/>
      </w:r>
      <w:r>
        <w:rPr>
          <w:lang w:eastAsia="zh-CN"/>
        </w:rPr>
        <w:t xml:space="preserve">    全面质量管理的基础工作总结范文 篇7 </w:t>
      </w:r>
      <w:r>
        <w:rPr>
          <w:lang w:eastAsia="zh-CN"/>
        </w:rPr>
        <w:br/>
      </w:r>
      <w:r>
        <w:rPr>
          <w:lang w:eastAsia="zh-CN"/>
        </w:rPr>
        <w:t>　　__小学确立了以学生为主体，以质量为根本，以素质为目的的办学理念，明确了打造特色学校，创办优质教育的办学目标。为达此目的，__镇小学在狠抓教学过程管理方面下足了工夫，促进了本期教学质量的跃升。</w:t>
      </w:r>
      <w:r>
        <w:rPr>
          <w:lang w:eastAsia="zh-CN"/>
        </w:rPr>
        <w:br/>
      </w:r>
      <w:r>
        <w:rPr>
          <w:lang w:eastAsia="zh-CN"/>
        </w:rPr>
        <w:t>　　一、坚持依法治校，制度管人。</w:t>
      </w:r>
      <w:r>
        <w:rPr>
          <w:lang w:eastAsia="zh-CN"/>
        </w:rPr>
        <w:br/>
      </w:r>
      <w:r>
        <w:rPr>
          <w:lang w:eastAsia="zh-CN"/>
        </w:rPr>
        <w:t>　　一、坚持依法治校，制度管人。</w:t>
      </w:r>
      <w:r>
        <w:rPr>
          <w:lang w:eastAsia="zh-CN"/>
        </w:rPr>
        <w:br/>
      </w:r>
      <w:r>
        <w:rPr>
          <w:lang w:eastAsia="zh-CN"/>
        </w:rPr>
        <w:t>　　本校通过广泛的民主讨论制定出了完整的教育教学常规管理制度，使管理系统科学有章可循，不因人因时而异。</w:t>
      </w:r>
      <w:r>
        <w:rPr>
          <w:lang w:eastAsia="zh-CN"/>
        </w:rPr>
        <w:br/>
      </w:r>
      <w:r>
        <w:rPr>
          <w:lang w:eastAsia="zh-CN"/>
        </w:rPr>
        <w:t>　　二、狠抓教学过程管理，努力提高教学质量。</w:t>
      </w:r>
      <w:r>
        <w:rPr>
          <w:lang w:eastAsia="zh-CN"/>
        </w:rPr>
        <w:br/>
      </w:r>
      <w:r>
        <w:rPr>
          <w:lang w:eastAsia="zh-CN"/>
        </w:rPr>
        <w:t>　　我校非常重视过程管理，特别是六环节过程管理，每月按时由学校主要领导主持认真评估检查，并写出详尽的书面汇报材料，在教师大会上先进通报，对形成的经验进行推广，对出现的犯错误及时纠正。同时进行量化打分，纳入绩效工资考核内容之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严把备课关，做到有备无患。教导处不定期地抽查每位老师的教案，杜绝无案上课和抄案应付的现象发生，要求每个人的教案明了、实用，并有一定的针对性与创新性。对备案中出现的共同困难，采取集体讨论，共克难关，形成共识。对个别备案经验不足的老师，采取结对帮扶共同进步。每期将把集体备课作为教研活动的主要内容，促使教师认真钻研教材，做到有的放矢。</w:t>
      </w:r>
      <w:r>
        <w:rPr>
          <w:lang w:eastAsia="zh-CN"/>
        </w:rPr>
        <w:br/>
      </w:r>
      <w:r>
        <w:rPr>
          <w:lang w:eastAsia="zh-CN"/>
        </w:rPr>
        <w:t>　　2、跟踪上课关，做到心中有数。我校领导经常深入课堂听课或在教室外傍听，发现问题，及时纠正，发现闪光点，组织示范课，交流推广，取长补短。要求领导听课不少于20节/期，教师听课不少于15/节，同时，不定期开展示范课、公开课、研究课活动。做到新教师过关，中老教师引路。</w:t>
      </w:r>
      <w:r>
        <w:rPr>
          <w:lang w:eastAsia="zh-CN"/>
        </w:rPr>
        <w:br/>
      </w:r>
      <w:r>
        <w:rPr>
          <w:lang w:eastAsia="zh-CN"/>
        </w:rPr>
        <w:t>　　3、严把辅导关，及时插漏补缺。我校在查学生作业的过程中，不但要查教师批改情况，更重要的是查教师有无批改记录，有无评讲教案，对学生的个别辅导情况如何。由于学校对辅导情况抓得得力，我校的许多老师把学生分为三个部分，利用一切可以利用的时间对学生进行培优补差。特别是小学低年级的老师，我们经常都能看到他们有时手把手地在辅导，有时在找家长交谈。如王俊昌老师年过半百，由于对学生辅导到位，学生成绩上升很快，由15名上升到7名。</w:t>
      </w:r>
      <w:r>
        <w:rPr>
          <w:lang w:eastAsia="zh-CN"/>
        </w:rPr>
        <w:br/>
      </w:r>
      <w:r>
        <w:rPr>
          <w:lang w:eastAsia="zh-CN"/>
        </w:rPr>
        <w:t>　　4、严把考试关，做到以考促教。无论是期末考试还是期中考试和单元测验，我校都一样重视，严密组织，严格考风，认真阅卷，认真分析、总结，并记录在案。并将四率成绩及名次告知家长，并评出星级学生，红榜表扬，同时将考试资料专柜存档，以备教师评资、评模、晋级之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5、重视毕业班工作，严把出口关。毕业班是小学阶段的关键，学生不但在心理、身理方面日趋成熟，在知识上向中学过渡。同时在毕业考试中知识考点最多，因此，全校上下形成齐抓共管毕业班工作，每期除正常教学活动外，我们还坚持每月月考，并将前五十名进行红榜表扬，向家长送喜报。定期召开家长会，让家长参与毕业班管理工作，形成学校、教师、家长、联手互动，齐抓共管，同时每期至少召开三次毕业班会议、专题研究，毕业班教学方法，排查摸底，后勤保障，学生思想状况及学生成绩升降等情况。</w:t>
      </w:r>
      <w:r>
        <w:rPr>
          <w:lang w:eastAsia="zh-CN"/>
        </w:rPr>
        <w:br/>
      </w:r>
      <w:r>
        <w:rPr>
          <w:lang w:eastAsia="zh-CN"/>
        </w:rPr>
        <w:t>　　6、严格班务工作考核，大抓学生养成教育。端正班风、学风及三风整治，常言说得好：有什么样的班主任，就会有什么样的班集体。这句话充分说明班务工作在教育教学中的地位与作用。我们学校每周都要对各班班务工作由值周领导和值周教师进行严格地评比打分，及时通报。全校班风正、学风浓，如五年级二班、二年级三班、六年级三班、四年级二班、三年级二班等几个班班风好，学习成绩一直名列前茅。</w:t>
      </w:r>
      <w:r>
        <w:rPr>
          <w:lang w:eastAsia="zh-CN"/>
        </w:rPr>
        <w:br/>
      </w:r>
      <w:r>
        <w:rPr>
          <w:lang w:eastAsia="zh-CN"/>
        </w:rPr>
        <w:t>　　三、狠抓校本教研，不断更新教学观念。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校素有不断创新，勇跃进行教研教改的优良传统，各教研组的教研教改工作如火如荼，形式灵活多样，不拘一格。有集体讨论式，有个别研讨式，有个人发明创造式，有领导命题式等。其成果形式有经验总结，有新课题探讨，有教学反思，有教学发展展望，有课件制作和常规教具制作及小科学发明等。近几年来，我校组织教学教师对小学数学广角的教学策略进行了不懈地研究，通过大家的艰苦努力，以严谨的科学态度，攻破了小学数学教学中的新难题，并总结出小学数学广角教学的三大教学原则和五大教学方法，得到了上级教育部门的高度赞扬，其科研成果获南充市一等奖。</w:t>
      </w:r>
      <w:r>
        <w:rPr>
          <w:lang w:eastAsia="zh-CN"/>
        </w:rPr>
        <w:br/>
      </w:r>
      <w:r>
        <w:rPr>
          <w:lang w:eastAsia="zh-CN"/>
        </w:rPr>
        <w:t>　　一份耕耘，一份收获。由于我们对教学过程管理抓得落实，抓得得力，抓得及时，所以才迎来了我校教学质量的大跃升，上半年参加县统一考试，我校许多班级都获片区第一名。</w:t>
      </w:r>
      <w:r>
        <w:rPr>
          <w:lang w:eastAsia="zh-CN"/>
        </w:rPr>
        <w:br/>
      </w:r>
      <w:r>
        <w:rPr>
          <w:lang w:eastAsia="zh-CN"/>
        </w:rPr>
        <w:t>　　当然，教学管理是一个极其复杂的系统工程，我们的管理还存在不尽完善的地方。比如说对非统考科的管理，有些科专业性很强，管理者不是万事通，这给我们的管理带来一定的困难。我们将着手对这方面的管理工作进行研究与探讨。又比如对研究论文的鉴别，如何杜绝剽窃、抄袭、买卖等作假行为，这都值得管理</w:t>
      </w:r>
      <w:r>
        <w:rPr>
          <w:lang w:eastAsia="zh-CN"/>
        </w:rPr>
        <w:br/>
      </w:r>
      <w:r>
        <w:rPr>
          <w:lang w:eastAsia="zh-CN"/>
        </w:rPr>
        <w:t xml:space="preserve">    全面质量管理的基础工作总结范文 篇8 </w:t>
      </w:r>
      <w:r>
        <w:rPr>
          <w:lang w:eastAsia="zh-CN"/>
        </w:rPr>
        <w:br/>
      </w:r>
      <w:r>
        <w:rPr>
          <w:lang w:eastAsia="zh-CN"/>
        </w:rPr>
        <w:t>　　针对出现的问题及现场环境特点，我认为的工作重点有以下几个方面：</w:t>
      </w:r>
      <w:r>
        <w:rPr>
          <w:lang w:eastAsia="zh-CN"/>
        </w:rPr>
        <w:br/>
      </w:r>
      <w:r>
        <w:rPr>
          <w:lang w:eastAsia="zh-CN"/>
        </w:rPr>
        <w:t>　　一、加强学习</w:t>
      </w:r>
      <w:r>
        <w:rPr>
          <w:lang w:eastAsia="zh-CN"/>
        </w:rPr>
        <w:br/>
      </w:r>
      <w:r>
        <w:rPr>
          <w:lang w:eastAsia="zh-CN"/>
        </w:rPr>
        <w:t>　　学习专业技术，尽量做到面面俱到，从土建、安装到电器仪表，努力使各自水平跟上项目发展，成为复合型人才。针对新进员工加强培训，制定完善的管理制度，使其能尽快的成长。组织培训学习，进行技术交流，提高认识，同时进步。</w:t>
      </w:r>
      <w:r>
        <w:rPr>
          <w:lang w:eastAsia="zh-CN"/>
        </w:rPr>
        <w:br/>
      </w:r>
      <w:r>
        <w:rPr>
          <w:lang w:eastAsia="zh-CN"/>
        </w:rPr>
        <w:t>　　二、技术会审</w:t>
      </w:r>
      <w:r>
        <w:rPr>
          <w:lang w:eastAsia="zh-CN"/>
        </w:rPr>
        <w:br/>
      </w:r>
      <w:r>
        <w:rPr>
          <w:lang w:eastAsia="zh-CN"/>
        </w:rPr>
        <w:t>　　方案完成后要进行技术会审，通过开会形式讨论可行性，最后确定施工方案。避免和减少出现不应该犯的错误，而延误工期。</w:t>
      </w:r>
      <w:r>
        <w:rPr>
          <w:lang w:eastAsia="zh-CN"/>
        </w:rPr>
        <w:br/>
      </w:r>
      <w:r>
        <w:rPr>
          <w:lang w:eastAsia="zh-CN"/>
        </w:rPr>
        <w:t>　　三、加强资料管理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资料是工程交工过程中必不可少的`部分，故在资料管理方面，须从源头抓起。做到来往文件必须登记，发出去的资料3天内没有回来的，及时跟催。</w:t>
      </w:r>
      <w:r>
        <w:rPr>
          <w:lang w:eastAsia="zh-CN"/>
        </w:rPr>
        <w:br/>
      </w:r>
      <w:r>
        <w:rPr>
          <w:lang w:eastAsia="zh-CN"/>
        </w:rPr>
        <w:t>　　四、精细化管理上要重点抓好以下几方面工作：</w:t>
      </w:r>
      <w:r>
        <w:rPr>
          <w:lang w:eastAsia="zh-CN"/>
        </w:rPr>
        <w:br/>
      </w:r>
      <w:r>
        <w:rPr>
          <w:lang w:eastAsia="zh-CN"/>
        </w:rPr>
        <w:t>　　1、提高认识，强化技术、质量管理教育，进一步增强管理人员的责任心和责任意识。加强对技术、质量相关文件、管理制度的培训学习，要有计划、有考核，使管理人员了解相关制度、标准、文件；进一步加大精细化宣传、教育力度，使执行文件、制度变成大家的自觉行动，把各项工作落到实处。</w:t>
      </w:r>
      <w:r>
        <w:rPr>
          <w:lang w:eastAsia="zh-CN"/>
        </w:rPr>
        <w:br/>
      </w:r>
      <w:r>
        <w:rPr>
          <w:lang w:eastAsia="zh-CN"/>
        </w:rPr>
        <w:t>　　2、强化精细化管理，划清职责。理顺流程，落实责任，提高执行力作用。</w:t>
      </w:r>
      <w:r>
        <w:rPr>
          <w:lang w:eastAsia="zh-CN"/>
        </w:rPr>
        <w:br/>
      </w:r>
      <w:r>
        <w:rPr>
          <w:lang w:eastAsia="zh-CN"/>
        </w:rPr>
        <w:t>　　3、积极开展精细化管理预防活动。开展多种形式的质量复查活动，检查设备图纸、技术条件、工艺流程、设备安装规范等要求的正确性和完整性；组织技术人员学习、消化图纸和技术文件，检验时做到心中有数；将精细化管理工作规范化、程序化、制度化。</w:t>
      </w:r>
      <w:r>
        <w:rPr>
          <w:lang w:eastAsia="zh-CN"/>
        </w:rPr>
        <w:br/>
      </w:r>
      <w:r>
        <w:rPr>
          <w:lang w:eastAsia="zh-CN"/>
        </w:rPr>
        <w:t>　　的工作给了我们很多启示和教训，对于我们又是具有挑战性的一年，技术部全体员工一定会以项目管理为重点，抓质量、讲效率，全面推进各项工作的开展，为公司取得更大的辉煌尽绵薄之力！</w:t>
      </w:r>
      <w:r>
        <w:rPr>
          <w:lang w:eastAsia="zh-CN"/>
        </w:rPr>
        <w:br/>
      </w:r>
      <w:r>
        <w:rPr>
          <w:lang w:eastAsia="zh-CN"/>
        </w:rPr>
        <w:t xml:space="preserve">    全面质量管理的基础工作总结范文 篇9 </w:t>
      </w:r>
      <w:r>
        <w:rPr>
          <w:lang w:eastAsia="zh-CN"/>
        </w:rPr>
        <w:br/>
      </w:r>
      <w:r>
        <w:rPr>
          <w:lang w:eastAsia="zh-CN"/>
        </w:rPr>
        <w:t>　　一、明确品质规划：</w:t>
      </w:r>
      <w:r>
        <w:rPr>
          <w:lang w:eastAsia="zh-CN"/>
        </w:rPr>
        <w:br/>
      </w:r>
      <w:r>
        <w:rPr>
          <w:lang w:eastAsia="zh-CN"/>
        </w:rPr>
        <w:t>　　充分了解市场、比较竞争对手，加强品质标准的研究，向优秀厂家学习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1、提升产品的可靠性：通过对市场反馈的问题分析，重点完善实验工作，提升按键、听筒、电池连接、SIM卡连接、壳体按键耐磨等可靠性，加强软件测试，控制软件缺陷;</w:t>
      </w:r>
      <w:r>
        <w:rPr>
          <w:lang w:eastAsia="zh-CN"/>
        </w:rPr>
        <w:br/>
      </w:r>
      <w:r>
        <w:rPr>
          <w:lang w:eastAsia="zh-CN"/>
        </w:rPr>
        <w:t>　　2、提升通话效果：明确听筒声音、MIC、MP3播放、蓝牙等标准，改善通话质量;</w:t>
      </w:r>
      <w:r>
        <w:rPr>
          <w:lang w:eastAsia="zh-CN"/>
        </w:rPr>
        <w:br/>
      </w:r>
      <w:r>
        <w:rPr>
          <w:lang w:eastAsia="zh-CN"/>
        </w:rPr>
        <w:t>　　3、提升显示效果：明确显示屏、拍照摄像效果、MP4等标准，改善显示质量;</w:t>
      </w:r>
      <w:r>
        <w:rPr>
          <w:lang w:eastAsia="zh-CN"/>
        </w:rPr>
        <w:br/>
      </w:r>
      <w:r>
        <w:rPr>
          <w:lang w:eastAsia="zh-CN"/>
        </w:rPr>
        <w:t>　　4、提升工艺标准：对产品外观工艺、制程工艺进行标准优化。</w:t>
      </w:r>
      <w:r>
        <w:rPr>
          <w:lang w:eastAsia="zh-CN"/>
        </w:rPr>
        <w:br/>
      </w:r>
      <w:r>
        <w:rPr>
          <w:lang w:eastAsia="zh-CN"/>
        </w:rPr>
        <w:t>　　二、品质队伍建设</w:t>
      </w:r>
      <w:r>
        <w:rPr>
          <w:lang w:eastAsia="zh-CN"/>
        </w:rPr>
        <w:br/>
      </w:r>
      <w:r>
        <w:rPr>
          <w:lang w:eastAsia="zh-CN"/>
        </w:rPr>
        <w:t>　　08上半年品管部的人员流动比较大，尤其是主管人员变动较频繁。加强培养品管部人员积极向上的工作心态，减少人才的流失，打造一个优秀的品质管理队伍。</w:t>
      </w:r>
      <w:r>
        <w:rPr>
          <w:lang w:eastAsia="zh-CN"/>
        </w:rPr>
        <w:br/>
      </w:r>
      <w:r>
        <w:rPr>
          <w:lang w:eastAsia="zh-CN"/>
        </w:rPr>
        <w:t>　　三、加强供应商品质管理，提升来料质量水平</w:t>
      </w:r>
      <w:r>
        <w:rPr>
          <w:lang w:eastAsia="zh-CN"/>
        </w:rPr>
        <w:br/>
      </w:r>
      <w:r>
        <w:rPr>
          <w:lang w:eastAsia="zh-CN"/>
        </w:rPr>
        <w:t>　　1、充分关注市场质量问题，及时分析故障原因所在，以便后续控制材料的质量;</w:t>
      </w:r>
      <w:r>
        <w:rPr>
          <w:lang w:eastAsia="zh-CN"/>
        </w:rPr>
        <w:br/>
      </w:r>
      <w:r>
        <w:rPr>
          <w:lang w:eastAsia="zh-CN"/>
        </w:rPr>
        <w:t>　　2、对各重点供应商进行金立金品质的推广和影响：把我们的金品质文化灌输给供应商，要供应商也引起重视和理解，在供应商当中形成一种金品质的氛围;</w:t>
      </w:r>
      <w:r>
        <w:rPr>
          <w:lang w:eastAsia="zh-CN"/>
        </w:rPr>
        <w:br/>
      </w:r>
      <w:r>
        <w:rPr>
          <w:lang w:eastAsia="zh-CN"/>
        </w:rPr>
        <w:t>　　3、进一步推进材料标准化的执行。</w:t>
      </w:r>
      <w:r>
        <w:rPr>
          <w:lang w:eastAsia="zh-CN"/>
        </w:rPr>
        <w:br/>
      </w:r>
      <w:r>
        <w:rPr>
          <w:lang w:eastAsia="zh-CN"/>
        </w:rPr>
        <w:t>　　四、加强成品品质控制</w:t>
      </w:r>
      <w:r>
        <w:rPr>
          <w:lang w:eastAsia="zh-CN"/>
        </w:rPr>
        <w:br/>
      </w:r>
      <w:r>
        <w:rPr>
          <w:lang w:eastAsia="zh-CN"/>
        </w:rPr>
        <w:t>　　1、积极深入了解全国各地市场反馈的品质问题，及时分析解决并加强预防措施;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2、完善新机型评审流程，提升软件测试能力，确保新产品上市的品质稳定性;</w:t>
      </w:r>
      <w:r>
        <w:rPr>
          <w:lang w:eastAsia="zh-CN"/>
        </w:rPr>
        <w:br/>
      </w:r>
      <w:r>
        <w:rPr>
          <w:lang w:eastAsia="zh-CN"/>
        </w:rPr>
        <w:t>　　3、加强制程控制力度，提高生产人员的品质意识，提升成品合格率;</w:t>
      </w:r>
      <w:r>
        <w:rPr>
          <w:lang w:eastAsia="zh-CN"/>
        </w:rPr>
        <w:br/>
      </w:r>
      <w:r>
        <w:rPr>
          <w:lang w:eastAsia="zh-CN"/>
        </w:rPr>
        <w:t>　　4、提升成品检验水平，确保出货产品品质;</w:t>
      </w:r>
      <w:r>
        <w:rPr>
          <w:lang w:eastAsia="zh-CN"/>
        </w:rPr>
        <w:br/>
      </w:r>
      <w:r>
        <w:rPr>
          <w:lang w:eastAsia="zh-CN"/>
        </w:rPr>
        <w:t>　　5、加强返修车间的品质控制，减少市场投诉。</w:t>
      </w:r>
      <w:r>
        <w:rPr>
          <w:lang w:eastAsia="zh-CN"/>
        </w:rPr>
        <w:br/>
      </w:r>
      <w:r>
        <w:rPr>
          <w:lang w:eastAsia="zh-CN"/>
        </w:rPr>
        <w:t xml:space="preserve">    全面质量管理的基础工作总结范文 篇10 </w:t>
      </w:r>
      <w:r>
        <w:rPr>
          <w:lang w:eastAsia="zh-CN"/>
        </w:rPr>
        <w:br/>
      </w:r>
      <w:r>
        <w:rPr>
          <w:lang w:eastAsia="zh-CN"/>
        </w:rPr>
        <w:t>　　20__年我院坚持以病人为中心的服务理念，以提高医疗质量，合理收费，降低医疗费用为落脚点，努力为患者提供优质的医疗服务。现将20__年的医疗质量管理工作总结如下：</w:t>
      </w:r>
      <w:r>
        <w:rPr>
          <w:lang w:eastAsia="zh-CN"/>
        </w:rPr>
        <w:br/>
      </w:r>
      <w:r>
        <w:rPr>
          <w:lang w:eastAsia="zh-CN"/>
        </w:rPr>
        <w:t>　　一、加强医疗质量管理，保证和提高医疗服务质量。</w:t>
      </w:r>
      <w:r>
        <w:rPr>
          <w:lang w:eastAsia="zh-CN"/>
        </w:rPr>
        <w:br/>
      </w:r>
      <w:r>
        <w:rPr>
          <w:lang w:eastAsia="zh-CN"/>
        </w:rPr>
        <w:t>　　1、坚持对医院各医疗科室进行定期医疗质量和医疗安全检查，并进行汇总、分析。把减少医疗缺陷，及时排查、消除医疗安全隐患，减少医疗事故争议，杜绝医疗事故当作重中之重的工作来抓。</w:t>
      </w:r>
      <w:r>
        <w:rPr>
          <w:lang w:eastAsia="zh-CN"/>
        </w:rPr>
        <w:br/>
      </w:r>
      <w:r>
        <w:rPr>
          <w:lang w:eastAsia="zh-CN"/>
        </w:rPr>
        <w:t>　　2、认真做好依法执业管理工作。做到了无执业资格医师资格和执业护士资格人员严禁上岗。</w:t>
      </w:r>
      <w:r>
        <w:rPr>
          <w:lang w:eastAsia="zh-CN"/>
        </w:rPr>
        <w:br/>
      </w:r>
      <w:r>
        <w:rPr>
          <w:lang w:eastAsia="zh-CN"/>
        </w:rPr>
        <w:t>　　3、严把医疗质量关，各科室严格执行各项规章制度，规范诊疗行为，坚持首诊负责制、疑难危重病人会诊转诊制度，把医疗质量始终放在首位，坚决杜绝医疗事故的发生。增强责任意识，完善各项防范措施，防患于未然。</w:t>
      </w:r>
      <w:r>
        <w:rPr>
          <w:lang w:eastAsia="zh-CN"/>
        </w:rPr>
        <w:br/>
      </w:r>
      <w:r>
        <w:rPr>
          <w:lang w:eastAsia="zh-CN"/>
        </w:rPr>
        <w:t>　　4、加强医疗质量、医疗安全教育，组织全院职工学习《执业医师法》、《医疗事故处理条例》等相关法律法规，提高法律意识。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5、加强全院医务人员的素质教育，树立正确的人生观、价值观、职业道德观。</w:t>
      </w:r>
      <w:r>
        <w:rPr>
          <w:lang w:eastAsia="zh-CN"/>
        </w:rPr>
        <w:br/>
      </w:r>
      <w:r>
        <w:rPr>
          <w:lang w:eastAsia="zh-CN"/>
        </w:rPr>
        <w:t>　　教育全院医务人员要以病人为中心，以医疗质量为核心，改善服务态度，提高服务质量，减少医疗差错的发生。做好继续教育工作，有计划的安排人员到上级医院进修及参加市医学会组织的短期培训班，积极参与市卫生局组织的全科医师培训工作。定期开展业务学习，狠抓各类医疗文书及处方的规范书写工作不放松。</w:t>
      </w:r>
      <w:r>
        <w:rPr>
          <w:lang w:eastAsia="zh-CN"/>
        </w:rPr>
        <w:br/>
      </w:r>
      <w:r>
        <w:rPr>
          <w:lang w:eastAsia="zh-CN"/>
        </w:rPr>
        <w:t>　　二、加强医院感染管理工作。</w:t>
      </w:r>
      <w:r>
        <w:rPr>
          <w:lang w:eastAsia="zh-CN"/>
        </w:rPr>
        <w:br/>
      </w:r>
      <w:r>
        <w:rPr>
          <w:lang w:eastAsia="zh-CN"/>
        </w:rPr>
        <w:t>　　成立医院感染管理领导小组，专人负责，责任到人，严格执行各项造作规程，保障医疗安全。定期进行医院感染检查，并进行汇总、分析，组织全院医务人员认真学习《医院感染管理办法》和相关技术规范培训工作，加强医疗废物管理工作，加强医院重点部门(注射室)的医院感染控制工作，有效预防和控制医院感染，保证患者医疗安全。</w:t>
      </w:r>
      <w:r>
        <w:rPr>
          <w:lang w:eastAsia="zh-CN"/>
        </w:rPr>
        <w:br/>
      </w:r>
      <w:r>
        <w:rPr>
          <w:lang w:eastAsia="zh-CN"/>
        </w:rPr>
        <w:t>　　三、加强医院临床用药管理。</w:t>
      </w:r>
      <w:r>
        <w:rPr>
          <w:lang w:eastAsia="zh-CN"/>
        </w:rPr>
        <w:br/>
      </w:r>
      <w:r>
        <w:rPr>
          <w:lang w:eastAsia="zh-CN"/>
        </w:rPr>
        <w:t>　　对医务人员进行《处方管理办法》、《抗菌药物临床应用指导原则》的学习，严格执行特殊药品管理制度和药品不良反应监测报告制度，及时报告和处置药品不良反应。做到因病施治、合理检查、合理用药、规范收费，杜绝滥用药、滥检查现象的发生。</w:t>
      </w:r>
      <w:r>
        <w:rPr>
          <w:lang w:eastAsia="zh-CN"/>
        </w:rPr>
        <w:br/>
      </w:r>
      <w:r>
        <w:rPr>
          <w:lang w:eastAsia="zh-CN"/>
        </w:rPr>
        <w:t>　　四、加强各类信息的报告、收集和分析。</w:t>
      </w:r>
      <w:r>
        <w:rPr>
          <w:lang w:eastAsia="zh-CN"/>
        </w:rPr>
        <w:br/>
      </w:r>
      <w:r>
        <w:rPr>
          <w:lang w:eastAsia="zh-CN"/>
        </w:rPr>
        <w:t>　　组织全院医务人员认真学习《传染病防治法》，及时上报国家规定的传染病。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20__年，我们将及时整改存在的医疗缺陷，不断提高医疗质量，为患者提供安全、有效、方便、价廉的医疗服务。</w:t>
      </w:r>
      <w:r>
        <w:rPr>
          <w:lang w:eastAsia="zh-CN"/>
        </w:rPr>
        <w:br/>
      </w:r>
      <w:r>
        <w:rPr>
          <w:lang w:eastAsia="zh-CN"/>
        </w:rPr>
        <w:t xml:space="preserve">    全面质量管理的基础工作总结范文 篇11 </w:t>
      </w:r>
      <w:r>
        <w:rPr>
          <w:lang w:eastAsia="zh-CN"/>
        </w:rPr>
        <w:br/>
      </w:r>
      <w:r>
        <w:rPr>
          <w:lang w:eastAsia="zh-CN"/>
        </w:rPr>
        <w:t>　　医疗质量是一个医院生存发展的根本，医疗质量的持续改进是医院全面医疗质量管理标准化、科学化、精细化、规范化的`实现。20__年，我科在医院领导的带领下，以“服务好、质量好、医德好、群众满意”为工作目标，认真学习关于医疗卫生体制改革的有关精神，投身医疗卫生体制的改革，坚持以病人为中心，一切为病人服务，不断提高医疗服务质量，改善服务态度。严抓各种医疗质控指标，提高医疗整体水平有效减少医疗纠纷，杜绝了医疗事故的发生。现对本年度医疗医疗治疗和医疗安全工作总结如下：</w:t>
      </w:r>
      <w:r>
        <w:rPr>
          <w:lang w:eastAsia="zh-CN"/>
        </w:rPr>
        <w:br/>
      </w:r>
      <w:r>
        <w:rPr>
          <w:lang w:eastAsia="zh-CN"/>
        </w:rPr>
        <w:t>　　一、强化培训，提升医务人员的医疗质量和安全意识</w:t>
      </w:r>
      <w:r>
        <w:rPr>
          <w:lang w:eastAsia="zh-CN"/>
        </w:rPr>
        <w:br/>
      </w:r>
      <w:r>
        <w:rPr>
          <w:lang w:eastAsia="zh-CN"/>
        </w:rPr>
        <w:t>　　在医疗质量管理工作中，始终把医务人员的培训放在重要位置，医院采取多种形式，全面开展业务技术人员培训，努力提升医务人员的业务技术水平和能力。</w:t>
      </w:r>
      <w:r>
        <w:rPr>
          <w:lang w:eastAsia="zh-CN"/>
        </w:rPr>
        <w:br/>
      </w:r>
      <w:r>
        <w:rPr>
          <w:lang w:eastAsia="zh-CN"/>
        </w:rPr>
        <w:t>　　1.组织卫生法律法规、规章制度学习。我们先后开展了《执业医师法》、《医疗事故处理条例》、《护士条例》、《传染病防治法》等卫生法律法规，以及《商业贿赂》相关法律法规的培训，使医务人员了解掌握了卫生法律法规、规章制度、常规规范，强化其法律意识和自我保护意识，增强了依法执业的自觉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开展多种形式的培训活动。一是在院内组织了业务骨干常规规范培训、病例书写培训、“三基”培训、护理培训、药品使用培训、医院感染知识培训、医疗纠纷防范、医德医风培训等活动，使医务人员的业务技术、医疗安全意识和医德医风明显提高。二是积极参加上级组织的培训讲座。20__年，共选派科室医务人员30余人参加省、市级组织的各种有关医疗质量管理和业务技术培训讲座15次，学习了医学相关专业的新知识、新技术、新理念、新观点。三是邀请市级、县级专家到我院进行查房和手术指导。通过以上举措，显著提高了我科卫生技术队伍的整体水平。</w:t>
      </w:r>
      <w:r>
        <w:rPr>
          <w:lang w:eastAsia="zh-CN"/>
        </w:rPr>
        <w:br/>
      </w:r>
      <w:r>
        <w:rPr>
          <w:lang w:eastAsia="zh-CN"/>
        </w:rPr>
        <w:t>　　二、严格自查，认真整改，全面提高医疗质量</w:t>
      </w:r>
      <w:r>
        <w:rPr>
          <w:lang w:eastAsia="zh-CN"/>
        </w:rPr>
        <w:br/>
      </w:r>
      <w:r>
        <w:rPr>
          <w:lang w:eastAsia="zh-CN"/>
        </w:rPr>
        <w:t>　　1.医院感染治理。完善了医院感染管理制度，加强了院内感染知识宣教和培训，认真落实消毒隔离制度，严格无菌操作规程。以“治疗室、换药室、病房”为突破口，抓好重点科室的治理，加强了科室、院内院外交接手续，杜绝了医疗废物乱扔乱放。</w:t>
      </w:r>
      <w:r>
        <w:rPr>
          <w:lang w:eastAsia="zh-CN"/>
        </w:rPr>
        <w:br/>
      </w:r>
      <w:r>
        <w:rPr>
          <w:lang w:eastAsia="zh-CN"/>
        </w:rPr>
        <w:t>　　2.医疗安全治理。全年认真开展了科室医护人员医疗安全知识宣教，组织学习卫生部颁发的《医疗事故处理办法》及《病历书写基本规范》、《中医病案书写规范》、《电子病历书写规范》，加强病案质控管理。及时完善病历书写和各种医疗文书确实履行各项签字手续。坚持会诊制度，认真组织急危重病症及疑难杂症讨论，切实加强了急危重病人的抢救和监测，努力同病人及其家属沟通思想，避免了医患纠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3.医疗质量治理。建立健全了质控体系，加大了督导检查力度。定期或不定期对各科室进行检查，发现问题，及时整改。进一步加强了医疗文书的规范化书写，多次组织各科室医务人员认真学习门诊病历、住院病历、处方、辅助检查申请单及报告单的规范化书写，不断增强质量意识，切实提高医疗文书质量。严格要求住院医师按时完成各种医疗文书、注重病历记录的逻辑性、病情诊断的科学性、疾病治疗的合理性、医患行为的真实性，切实提高了病历内涵质量。狠抓住院病历的环节质量和终末质量控制，积极开展优质病历评选活动，提升了病案质量。</w:t>
      </w:r>
      <w:r>
        <w:rPr>
          <w:lang w:eastAsia="zh-CN"/>
        </w:rPr>
        <w:br/>
      </w:r>
      <w:r>
        <w:rPr>
          <w:lang w:eastAsia="zh-CN"/>
        </w:rPr>
        <w:t>　　4.护理质量治理。医院将综合科病房设为“优质护理服务示范岗”，实现我院优质护理服务组织领导常态化、人员配置科学化、分级护理标准化、技术服务规范化、护患沟通亲情化、护士排班弹性化、保障措施制度化、医疗安全最大化、服务效果最优化，确保工作质量，全面推进优质护理服务。</w:t>
      </w:r>
      <w:r>
        <w:rPr>
          <w:lang w:eastAsia="zh-CN"/>
        </w:rPr>
        <w:br/>
      </w:r>
      <w:r>
        <w:rPr>
          <w:lang w:eastAsia="zh-CN"/>
        </w:rPr>
        <w:t>　　护理部制定了切实可行的护理工作计划，定期督导并落实，不断提高护理质量，对工作中出现的问题及时加以了整改。进一步规范了各种护理文书，加强了护理人员的培训，保证每月进行业务学习以及“三基”考试。工作中，护士长严格把关，勤检查，重督导，严格遵守护理操作规程，严惩护理差错，全年无一起因护理失误而引起的医疗纠纷。</w:t>
      </w:r>
      <w:r>
        <w:rPr>
          <w:lang w:eastAsia="zh-CN"/>
        </w:rPr>
        <w:br/>
      </w:r>
      <w:r>
        <w:rPr>
          <w:lang w:eastAsia="zh-CN"/>
        </w:rPr>
        <w:t>　　下一步工作中，我科将认真总结经验，结合存在的问题和不足，按照医院发展规划，认真持久地抓好医疗质量管理，继续深化“三好一满意”活动，强化“以病人为中心”的服务理念，不断加强医疗质量和医疗安全，努力为人民群众提供安全、有效、方便、价廉的医疗卫生服务。</w:t>
      </w:r>
      <w:r>
        <w:rPr>
          <w:lang w:eastAsia="zh-CN"/>
        </w:rPr>
        <w:br/>
      </w:r>
      <w:r>
        <w:rPr>
          <w:lang w:eastAsia="zh-CN"/>
        </w:rPr>
        <w:t xml:space="preserve">    全面质量管理的基础工作总结范文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上半年设备管理办公室在工厂和上级职能部门的正确领导下，在各车间领导的共同努力下取得了较好的业绩，但是也存在一些需要我们在以后工作中注意的问题。在今后，我们必须保持上半年已经取得的业绩，使各方面工作能得到进一步完善。现将半年来的工作总结如下：</w:t>
      </w:r>
      <w:r>
        <w:rPr>
          <w:lang w:eastAsia="zh-CN"/>
        </w:rPr>
        <w:br/>
      </w:r>
      <w:r>
        <w:rPr>
          <w:lang w:eastAsia="zh-CN"/>
        </w:rPr>
        <w:t>　　一、完善制度建设，夯实基础管理</w:t>
      </w:r>
      <w:r>
        <w:rPr>
          <w:lang w:eastAsia="zh-CN"/>
        </w:rPr>
        <w:br/>
      </w:r>
      <w:r>
        <w:rPr>
          <w:lang w:eastAsia="zh-CN"/>
        </w:rPr>
        <w:t>　　部门制定了的各项管理制度，以标准体系的建立工作为契机，依照厂级文件的规定和要求，对部门制定的管理制度进行了认真梳理和进一步完善，制定了《设备、阀门、备件管理制度》、《高纯物料管道洁净管理规程》，修订、完善《起重机操作规程》和《电梯操作规程》。并在此基础上进一步完善了部门的定员、定岗工作，编制了《设备管理工作标准》，明确了各部门、岗位的要求、职责，健全了各级管理组织体系以及各项工作的管理规章制度。通过健全科学全面规范的管理制度，使车间的各项工作步入正轨，提高综合管理水平。</w:t>
      </w:r>
      <w:r>
        <w:rPr>
          <w:lang w:eastAsia="zh-CN"/>
        </w:rPr>
        <w:br/>
      </w:r>
      <w:r>
        <w:rPr>
          <w:lang w:eastAsia="zh-CN"/>
        </w:rPr>
        <w:t>　　二、加强教育培训，提高员工综合素质</w:t>
      </w:r>
      <w:r>
        <w:rPr>
          <w:lang w:eastAsia="zh-CN"/>
        </w:rPr>
        <w:br/>
      </w:r>
      <w:r>
        <w:rPr>
          <w:lang w:eastAsia="zh-CN"/>
        </w:rPr>
        <w:t>　　对部门员工的安全教育、业务培训工作提出了更高要求，制订了部门的年度培训计划，涵盖了质量管理、安全生产、设备保养、消防知识、体系管理等方方面面的内容。并结合实际，按照计划，有组织、有步骤地开展了车间培训工作。</w:t>
      </w:r>
      <w:r>
        <w:rPr>
          <w:lang w:eastAsia="zh-CN"/>
        </w:rPr>
        <w:br/>
      </w:r>
      <w:r>
        <w:rPr>
          <w:lang w:eastAsia="zh-CN"/>
        </w:rPr>
        <w:t>　　1、消防知识、安全生产培训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部门组织全体员工定期进行安全知识培训，培训过程轻松有序，培训内容通俗易懂。通过培训活动的开展，进一步增强了人员的安全生产意识和安全消防知识，使员工牢固树立了“安全第一”的意识，为今后部门的安全管理工作打下了坚实的基础。</w:t>
      </w:r>
      <w:r>
        <w:rPr>
          <w:lang w:eastAsia="zh-CN"/>
        </w:rPr>
        <w:br/>
      </w:r>
      <w:r>
        <w:rPr>
          <w:lang w:eastAsia="zh-CN"/>
        </w:rPr>
        <w:t>　　2、加强新员工的培训</w:t>
      </w:r>
      <w:r>
        <w:rPr>
          <w:lang w:eastAsia="zh-CN"/>
        </w:rPr>
        <w:br/>
      </w:r>
      <w:r>
        <w:rPr>
          <w:lang w:eastAsia="zh-CN"/>
        </w:rPr>
        <w:t>　　新员工报到，部门高度重视，采取了对新员工的工作业务技能、安全生产知识等相关业务进行实际培训，在试用期结束时按照岗位要求逐项进行考核。</w:t>
      </w:r>
      <w:r>
        <w:rPr>
          <w:lang w:eastAsia="zh-CN"/>
        </w:rPr>
        <w:br/>
      </w:r>
      <w:r>
        <w:rPr>
          <w:lang w:eastAsia="zh-CN"/>
        </w:rPr>
        <w:t>　　3、设备保养知识培训</w:t>
      </w:r>
      <w:r>
        <w:rPr>
          <w:lang w:eastAsia="zh-CN"/>
        </w:rPr>
        <w:br/>
      </w:r>
      <w:r>
        <w:rPr>
          <w:lang w:eastAsia="zh-CN"/>
        </w:rPr>
        <w:t>　　为了保证生产的顺利进行，使生产的产品质量得到有效保障，让各专区管理员更好地了解各专区主要装置、关键设备结构、原理、用途及改造后的设备，对生产设备跟踪运行故障解决处理情况，并进行切实有效的维护保养，为顺利完成生产任务打下了坚实的基础。</w:t>
      </w:r>
      <w:r>
        <w:rPr>
          <w:lang w:eastAsia="zh-CN"/>
        </w:rPr>
        <w:br/>
      </w:r>
      <w:r>
        <w:rPr>
          <w:lang w:eastAsia="zh-CN"/>
        </w:rPr>
        <w:t>　　4、质量知识培训</w:t>
      </w:r>
      <w:r>
        <w:rPr>
          <w:lang w:eastAsia="zh-CN"/>
        </w:rPr>
        <w:br/>
      </w:r>
      <w:r>
        <w:rPr>
          <w:lang w:eastAsia="zh-CN"/>
        </w:rPr>
        <w:t>　　质量是企业的生命，而部门将设备完好作为最为重要的管理工作</w:t>
      </w:r>
      <w:r>
        <w:rPr>
          <w:lang w:eastAsia="zh-CN"/>
        </w:rPr>
        <w:br/>
      </w:r>
      <w:r>
        <w:rPr>
          <w:lang w:eastAsia="zh-CN"/>
        </w:rPr>
        <w:t>　　来抓。为了使人员的质量意识得到进一步提高，有效保证设备正常运行，部门要求各专区设备管理人员严格按照制定的各项管理制度和合同技术附件，对新采购的设备、阀门、备件等严把质量第一关，对外观有损、三证不齐、其它不符合技术附件要求等存在其它问题的，一律拒收。使设备管理的质量管理水平再上一个台阶。</w:t>
      </w:r>
      <w:r>
        <w:rPr>
          <w:lang w:eastAsia="zh-CN"/>
        </w:rPr>
        <w:br/>
      </w:r>
      <w:r>
        <w:rPr>
          <w:lang w:eastAsia="zh-CN"/>
        </w:rPr>
        <w:t>　　三、加强产品质量管理工作，确保品牌生产质量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为确保工厂顺利进行、车间正常运行，确保保质保量地完成生产</w:t>
      </w:r>
      <w:r>
        <w:rPr>
          <w:lang w:eastAsia="zh-CN"/>
        </w:rPr>
        <w:br/>
      </w:r>
      <w:r>
        <w:rPr>
          <w:lang w:eastAsia="zh-CN"/>
        </w:rPr>
        <w:t>　　计划，部门确定了一切工作围绕“提质、降耗、增效、服务”的工作方针，质量管理工作主要做了：</w:t>
      </w:r>
      <w:r>
        <w:rPr>
          <w:lang w:eastAsia="zh-CN"/>
        </w:rPr>
        <w:br/>
      </w:r>
      <w:r>
        <w:rPr>
          <w:lang w:eastAsia="zh-CN"/>
        </w:rPr>
        <w:t>　　1、设备、备件、阀门等质量只有依靠全员质量管理才能得到有效保证，部门通过强制管理制度和组织学习加强设备管理员在线质量控制，促进“人人都是质检员”、“谁的片区谁负责”、“谁的责任谁承担”，得以逐步落实。</w:t>
      </w:r>
      <w:r>
        <w:rPr>
          <w:lang w:eastAsia="zh-CN"/>
        </w:rPr>
        <w:br/>
      </w:r>
      <w:r>
        <w:rPr>
          <w:lang w:eastAsia="zh-CN"/>
        </w:rPr>
        <w:t>　　2、围绕20_年度公司节能降耗的总体目标，为节约资金、合理调配，部门组织相关机关职能部门对各车间二级库进行了清查盘点工作，退库物资数千件。本着“能用则用，能代则代，能修则修”的原则，修旧利废阀门数百台，设备备配件数次，确保在高产品质量前提下实现成本优势。</w:t>
      </w:r>
      <w:r>
        <w:rPr>
          <w:lang w:eastAsia="zh-CN"/>
        </w:rPr>
        <w:br/>
      </w:r>
      <w:r>
        <w:rPr>
          <w:lang w:eastAsia="zh-CN"/>
        </w:rPr>
        <w:t>　　3、本着“设备是基础”的原则，加强设备管理工作，将问题落实到人头，确保在用设备完好，以高效的设备保障在线产品质量。</w:t>
      </w:r>
      <w:r>
        <w:rPr>
          <w:lang w:eastAsia="zh-CN"/>
        </w:rPr>
        <w:br/>
      </w:r>
      <w:r>
        <w:rPr>
          <w:lang w:eastAsia="zh-CN"/>
        </w:rPr>
        <w:t>　　4、每月实行对设备故障进行分析、处理、解决和设备改造考核，通过考核，有效促进设备管理员设备质量管理工作。</w:t>
      </w:r>
      <w:r>
        <w:rPr>
          <w:lang w:eastAsia="zh-CN"/>
        </w:rPr>
        <w:br/>
      </w:r>
      <w:r>
        <w:rPr>
          <w:lang w:eastAsia="zh-CN"/>
        </w:rPr>
        <w:t>　　四、加强部门安全管理工作，强化员工安全意识，</w:t>
      </w:r>
      <w:r>
        <w:rPr>
          <w:lang w:eastAsia="zh-CN"/>
        </w:rPr>
        <w:br/>
      </w:r>
      <w:r>
        <w:rPr>
          <w:lang w:eastAsia="zh-CN"/>
        </w:rPr>
        <w:t>　　根据“安全第一、预防为主”的安全方针，部门每月进行不少于三次的安全培训，在搞好员工安全培训的基础上，组织修订完善了各项安全规章管理制度，并制订了部门的《环境/职业健康安全目标(指标)分解表》，将工厂下达给部门的环境/职业健康安全目标(指标)层层分解到各岗位，签订了《环境/职业健康安全承诺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通过以上工作的开展，使员工的安全意识、业务技能、自我防</w:t>
      </w:r>
      <w:r>
        <w:rPr>
          <w:lang w:eastAsia="zh-CN"/>
        </w:rPr>
        <w:br/>
      </w:r>
      <w:r>
        <w:rPr>
          <w:lang w:eastAsia="zh-CN"/>
        </w:rPr>
        <w:t>　　护意识和能力普遍提高和增强，20_年上半年实现了火灾事故为零，无重大安全生产责任事故，无重大工伤设备事故，轻伤、重伤事故率为0。</w:t>
      </w:r>
      <w:r>
        <w:rPr>
          <w:lang w:eastAsia="zh-CN"/>
        </w:rPr>
        <w:br/>
      </w:r>
      <w:r>
        <w:rPr>
          <w:lang w:eastAsia="zh-CN"/>
        </w:rPr>
        <w:t>　　五、加强设备管理工作，确保圆满完成生产任务，产品质量得到稳步提升</w:t>
      </w:r>
      <w:r>
        <w:rPr>
          <w:lang w:eastAsia="zh-CN"/>
        </w:rPr>
        <w:br/>
      </w:r>
      <w:r>
        <w:rPr>
          <w:lang w:eastAsia="zh-CN"/>
        </w:rPr>
        <w:t>　　(一)进一步加强设备基础管理，为设备管理提供科学有效的信息。</w:t>
      </w:r>
      <w:r>
        <w:rPr>
          <w:lang w:eastAsia="zh-CN"/>
        </w:rPr>
        <w:br/>
      </w:r>
      <w:r>
        <w:rPr>
          <w:lang w:eastAsia="zh-CN"/>
        </w:rPr>
        <w:t>　　加强基础管理，努力用足用好设备基础资料、数据，为设备管理工作的计划制定提供科学依据，更好地指导做好设备维修、维护保养工作。为此，部门随时对设备基础资料管理进行全面的梳理和完善。一是设备现场方面，组织全体设备管理员参与，定期检查梳理设备跑冒滴漏、异物衬垫、缺钉少帽等问题并加以认真解决;二是做好设备有效作业率的提升，组织人员对设备进行较全面的了解，对影响设备精度的零部件及时维修，使设备管理各项工作都取得了较大进步。</w:t>
      </w:r>
      <w:r>
        <w:rPr>
          <w:lang w:eastAsia="zh-CN"/>
        </w:rPr>
        <w:br/>
      </w:r>
      <w:r>
        <w:rPr>
          <w:lang w:eastAsia="zh-CN"/>
        </w:rPr>
        <w:t>　　(二)努力提升技术装备素质，确保设备保值、增值。</w:t>
      </w:r>
      <w:r>
        <w:rPr>
          <w:lang w:eastAsia="zh-CN"/>
        </w:rPr>
        <w:br/>
      </w:r>
      <w:r>
        <w:rPr>
          <w:lang w:eastAsia="zh-CN"/>
        </w:rPr>
        <w:t>　　设备管理的任务是通过多设备进行综合管理，保持设备完好，不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断改善和提高企业技术装备素质，充分发挥设备效能，取得良好的投资效益。部门根据公司的总体部署，结合部门实际，同时协调、配合各车间，在提升技术装备素质方面，做了以下几方面的工作：</w:t>
      </w:r>
      <w:r>
        <w:rPr>
          <w:lang w:eastAsia="zh-CN"/>
        </w:rPr>
        <w:br/>
      </w:r>
      <w:r>
        <w:rPr>
          <w:lang w:eastAsia="zh-CN"/>
        </w:rPr>
        <w:t>　　1、进一步加强设备的维修、保养工作：根据生产安排，收集设备运行过程中掌握的设备状态，合理制定大型机组、特种设备轮保计划，在保证轮保时间的前提下，加强对设备轮保工作效果检查、落实，确保轮保对设备稳定运行、设备完好的应有作用，强化对设备轮保记录及</w:t>
      </w:r>
      <w:r>
        <w:rPr>
          <w:lang w:eastAsia="zh-CN"/>
        </w:rPr>
        <w:br/>
      </w:r>
      <w:r>
        <w:rPr>
          <w:lang w:eastAsia="zh-CN"/>
        </w:rPr>
        <w:t>　　效果跟踪、考核。使轮保工作有计划、有实施、有资料记录、有检查落实。</w:t>
      </w:r>
      <w:r>
        <w:rPr>
          <w:lang w:eastAsia="zh-CN"/>
        </w:rPr>
        <w:br/>
      </w:r>
      <w:r>
        <w:rPr>
          <w:lang w:eastAsia="zh-CN"/>
        </w:rPr>
        <w:t>　　2、利用设备停台、停产认真做好设备检修工作，提升了设备精度，确保设备保持在良好的运行状态。</w:t>
      </w:r>
      <w:r>
        <w:rPr>
          <w:lang w:eastAsia="zh-CN"/>
        </w:rPr>
        <w:br/>
      </w:r>
      <w:r>
        <w:rPr>
          <w:lang w:eastAsia="zh-CN"/>
        </w:rPr>
        <w:t>　　3、根据设备状况，按照公司计划和安排，完成设备大修后的调试、测试工作，做好设备技改工作。</w:t>
      </w:r>
      <w:r>
        <w:rPr>
          <w:lang w:eastAsia="zh-CN"/>
        </w:rPr>
        <w:br/>
      </w:r>
      <w:r>
        <w:rPr>
          <w:lang w:eastAsia="zh-CN"/>
        </w:rPr>
        <w:t>　　4、根据设备的使用状况和环境，及时进行测厚、测振、测温，对中，清洗等相关工作，确保设备安全、稳定、正常运行，保证生产正常。</w:t>
      </w:r>
      <w:r>
        <w:rPr>
          <w:lang w:eastAsia="zh-CN"/>
        </w:rPr>
        <w:br/>
      </w:r>
      <w:r>
        <w:rPr>
          <w:lang w:eastAsia="zh-CN"/>
        </w:rPr>
        <w:t>　　六、加强设备管理员现场管理工作，使员工有一个身心愉悦的工作环境，现场管理作为车间生产的后勤保障部门，各专区管理员本着一切服务于生产车间的宗旨，认真地做好每项工作，结合实际工作，充分调动每个人的主观能动性，激发每个人的工作积极性，以利于在人手不够等情况下也能很好地展开工作。</w:t>
      </w:r>
      <w:r>
        <w:rPr>
          <w:lang w:eastAsia="zh-CN"/>
        </w:rPr>
        <w:br/>
      </w:r>
      <w:r>
        <w:rPr>
          <w:lang w:eastAsia="zh-CN"/>
        </w:rPr>
        <w:t>　　七、加强部门基础管理工作，积极完成上级布置的各项工作任务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一)做好部门思想教育工作，加强班子团结，不断增强部门员工凝聚力，成员之间能够做到心往一处想，劲往一处使，真正做到思想上统一，步调上一致，工作中互相配合，互相补台而不是拆台，拾遗补缺，真正发挥了领头带动作用，职工的凝聚力空前增强，为圆满完成各项工作任务打下了坚实基础。</w:t>
      </w:r>
      <w:r>
        <w:rPr>
          <w:lang w:eastAsia="zh-CN"/>
        </w:rPr>
        <w:br/>
      </w:r>
      <w:r>
        <w:rPr>
          <w:lang w:eastAsia="zh-CN"/>
        </w:rPr>
        <w:t>　　(二)加强设备管理，提高管理水平，在日常的工作中，定期组织管理人员召开周工作办公例会，及时掌握存在的实际困难和问题，对一些员工的好做法向其他人员进行推广，从而提高人员的整体水平。在</w:t>
      </w:r>
      <w:r>
        <w:rPr>
          <w:lang w:eastAsia="zh-CN"/>
        </w:rPr>
        <w:br/>
      </w:r>
      <w:r>
        <w:rPr>
          <w:lang w:eastAsia="zh-CN"/>
        </w:rPr>
        <w:t>　　考核、现场管理、提高质量、安全管理等方面取得了新的进展，逐步实现了员工从“要我学”到“我要学”的转变。</w:t>
      </w:r>
      <w:r>
        <w:rPr>
          <w:lang w:eastAsia="zh-CN"/>
        </w:rPr>
        <w:br/>
      </w:r>
      <w:r>
        <w:rPr>
          <w:lang w:eastAsia="zh-CN"/>
        </w:rPr>
        <w:t>　　以上就是部门上半年设备管理质量工作总结，在取得成绩的同时也存在一定的不足，部门将在以后的工作中，逐步改善，带领员工共同把部门的各项工作做好，为工厂的又好又快发展奠定坚实的基础。</w:t>
      </w:r>
      <w:r>
        <w:rPr>
          <w:lang w:eastAsia="zh-CN"/>
        </w:rPr>
        <w:br/>
      </w:r>
      <w:r>
        <w:rPr>
          <w:lang w:eastAsia="zh-CN"/>
        </w:rPr>
        <w:t xml:space="preserve">    全面质量管理的基础工作总结范文 篇13 </w:t>
      </w:r>
      <w:r>
        <w:rPr>
          <w:lang w:eastAsia="zh-CN"/>
        </w:rPr>
        <w:br/>
      </w:r>
      <w:r>
        <w:rPr>
          <w:lang w:eastAsia="zh-CN"/>
        </w:rPr>
        <w:t>　　20__年，__公司质量管理工作在各级领导的精心指导和关心下，认真贯彻降本增效、追求卓越的质量工作精神，继续把科技创新，全员降本增效作为推动企业可持续发展的原动力，全力推进各种先进技术、设备的改革和创新，保证产品质量的同时降低生产成本。同时全面履行综合管理职能，推崇先进管理，当好稳定和发展企业动力的推进器。回顾一年，__公司质量管理工作总结及亮点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一、组织开展质量宣传、教育活动</w:t>
      </w:r>
      <w:r>
        <w:rPr>
          <w:lang w:eastAsia="zh-CN"/>
        </w:rPr>
        <w:br/>
      </w:r>
      <w:r>
        <w:rPr>
          <w:lang w:eastAsia="zh-CN"/>
        </w:rPr>
        <w:t>　　二、实施质量兴企重要决策</w:t>
      </w:r>
      <w:r>
        <w:rPr>
          <w:lang w:eastAsia="zh-CN"/>
        </w:rPr>
        <w:br/>
      </w:r>
      <w:r>
        <w:rPr>
          <w:lang w:eastAsia="zh-CN"/>
        </w:rPr>
        <w:t>　　公司围绕着解决生产实际问题，建立科技创新创效、培育核心竞争力的新机制，有效进行技术创新工作。用新技术、新设备改善产品质量、降低生产成本。20__年，__公司共申请了15项科研项目，2项公司级课题，16项分公司级课题，其中部分已投用到实际生产当中，并对生产起到良好作用。</w:t>
      </w:r>
      <w:r>
        <w:rPr>
          <w:lang w:eastAsia="zh-CN"/>
        </w:rPr>
        <w:br/>
      </w:r>
      <w:r>
        <w:rPr>
          <w:lang w:eastAsia="zh-CN"/>
        </w:rPr>
        <w:t>　　同时，我们积极组织职工知识产权方面的培训。尤其是专利方面，组织公司知识产权工作人员及各车间、科室科技管理人员接受专业老师的培训，学习专利相关知识，包括专利的分类、撰写方法以及申报流程，对专利有更加确切、细致的了解，对专利各个细节有了明确的界定。专家老师还为准备申报专利人员进行了现场指导，既解决了申报人员遇到的各种疑问，也为其他科技人员对自己岗位上的切入点有了更多的认识。20__年，公司申请了2项专利，分别是和。</w:t>
      </w:r>
      <w:r>
        <w:rPr>
          <w:lang w:eastAsia="zh-CN"/>
        </w:rPr>
        <w:br/>
      </w:r>
      <w:r>
        <w:rPr>
          <w:lang w:eastAsia="zh-CN"/>
        </w:rPr>
        <w:t>　　三、将质量工作切实落实到细节、岗位</w:t>
      </w:r>
      <w:r>
        <w:rPr>
          <w:lang w:eastAsia="zh-CN"/>
        </w:rPr>
        <w:br/>
      </w:r>
      <w:r>
        <w:rPr>
          <w:lang w:eastAsia="zh-CN"/>
        </w:rPr>
        <w:t>　　为保证质量工作能够切实落实到广大职工方面，分公司围绕今年质量工作重点组织，开展了相关工作：</w:t>
      </w:r>
      <w:r>
        <w:rPr>
          <w:lang w:eastAsia="zh-CN"/>
        </w:rPr>
        <w:br/>
      </w:r>
      <w:r>
        <w:rPr>
          <w:lang w:eastAsia="zh-CN"/>
        </w:rPr>
        <w:t>　　1、积极开展QC小组活动。20__年分公司共注册了6个QC小组，并于12月份进行了经验交流和成果展示。6个QC小组全部完成设定目标，解决了生产工作中急需解决的问题，对生产起到良好推进作用。其中，更是为公司创造了良好经济效益。</w:t>
      </w:r>
      <w:r>
        <w:rPr>
          <w:lang w:eastAsia="zh-CN"/>
        </w:rPr>
        <w:br/>
      </w:r>
    </w:p>
    <w:p w:rsidR="001B1F19" w14:textId="27C3F48A">
      <w:pPr>
        <w:rPr>
          <w:rFonts w:hint="eastAsia"/>
          <w:lang w:eastAsia="zh-CN"/>
        </w:rPr>
      </w:pPr>
      <w:r>
        <w:rPr>
          <w:lang w:eastAsia="zh-CN"/>
        </w:rPr>
        <w:t>　　2、提高职工操作熟练程度。我们定期对职工是否按照生产工艺要求、是否遵照操作规程进行检查，并开展多项职工技能比赛，让职工意识到本工序质量特性对产品质量影响程度，促使广大干部职工积极参与到质量管理工作中去。</w:t>
      </w:r>
      <w:r>
        <w:rPr>
          <w:lang w:eastAsia="zh-CN"/>
        </w:rPr>
        <w:br/>
      </w:r>
      <w:r>
        <w:rPr>
          <w:lang w:eastAsia="zh-CN"/>
        </w:rPr>
        <w:t>　　3、实施奖励制度</w:t>
      </w:r>
      <w:r>
        <w:rPr>
          <w:lang w:eastAsia="zh-CN"/>
        </w:rPr>
        <w:br/>
      </w:r>
      <w:r>
        <w:rPr>
          <w:lang w:eastAsia="zh-CN"/>
        </w:rPr>
        <w:t>　　按照专利管理办法对专利已授权的专利发明人（设计人）进行奖励。今年共给予7个专利的发明人（设计人）物质奖励，有效提高员工的创新热情，也为今后质量工作有效开展提供了强劲动力。</w:t>
      </w:r>
      <w:r>
        <w:rPr>
          <w:lang w:eastAsia="zh-CN"/>
        </w:rPr>
        <w:br/>
      </w:r>
      <w:r>
        <w:rPr>
          <w:lang w:eastAsia="zh-CN"/>
        </w:rPr>
        <w:t>　　四、存在的问题，明年努力方向。</w:t>
      </w:r>
      <w:r>
        <w:rPr>
          <w:lang w:eastAsia="zh-CN"/>
        </w:rPr>
        <w:br/>
      </w:r>
      <w:r>
        <w:rPr>
          <w:lang w:eastAsia="zh-CN"/>
        </w:rPr>
        <w:t>　　20__年质量管理工作中遇到了很多急待解决的问题，也是20__年我们工作的重点。</w:t>
      </w:r>
      <w:r>
        <w:rPr>
          <w:lang w:eastAsia="zh-CN"/>
        </w:rPr>
        <w:br/>
      </w:r>
      <w:r>
        <w:rPr>
          <w:lang w:eastAsia="zh-CN"/>
        </w:rPr>
        <w:t>　　1、对质量管理工作体系、程序上知识较为欠缺。在工作中，对质量管理工作了解不够全面，一些细节还没掌握，尤其是知识产权，对其申报流程、管理办法以及如何转化为经济效益等了解不足。20__年，重点学习质量管理工作中的细节、分支和一些先进成功的管理方法。</w:t>
      </w:r>
      <w:r>
        <w:rPr>
          <w:lang w:eastAsia="zh-CN"/>
        </w:rPr>
        <w:br/>
      </w:r>
      <w:r>
        <w:rPr>
          <w:lang w:eastAsia="zh-CN"/>
        </w:rPr>
        <w:t>　　2、就围绕生产中的重点、难点问题开展技术攻关。20__年，有较多科研、课题在实施过程因遇到困难和问题而延迟实施，没能将理论转化实际成果。20__年，我们将应对这些问题，逐步分析，找出其中的疑点和难点进行攻关，积极推进科研项目的实施。</w:t>
      </w:r>
      <w:r>
        <w:rPr>
          <w:lang w:eastAsia="zh-CN"/>
        </w:rPr>
        <w:br/>
      </w:r>
      <w:r>
        <w:rPr>
          <w:lang w:eastAsia="zh-CN"/>
        </w:rPr>
        <w:t xml:space="preserve">    全面质量管理的基础工作总结范文 篇14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https://d.book118.com/908106064014006041</w:t>
        </w:r>
      </w:hyperlink>
    </w:p>
    <w:p w:rsidR="001B1F19">
      <w:pPr>
        <w:rPr>
          <w:rFonts w:hint="eastAsia"/>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8106064014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