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2024信息部工作总结（32篇）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2024信息部工作总结（精选32篇）</w:t>
      </w:r>
      <w:r>
        <w:rPr>
          <w:lang w:eastAsia="zh-CN"/>
        </w:rPr>
        <w:br/>
      </w:r>
      <w:r>
        <w:rPr>
          <w:lang w:eastAsia="zh-CN"/>
        </w:rPr>
        <w:t xml:space="preserve">    2024信息部工作总结 篇1 </w:t>
      </w:r>
      <w:r>
        <w:rPr>
          <w:lang w:eastAsia="zh-CN"/>
        </w:rPr>
        <w:br/>
      </w:r>
      <w:r>
        <w:rPr>
          <w:lang w:eastAsia="zh-CN"/>
        </w:rPr>
        <w:t>　　斗转星移、岁月流逝,瞬间年末将至,回顾20__年的工作,在公司及矿领导的关怀和指导下，信息部作为一个新成立的部门，较好的完成了井下监测监控系统、通信联络系统、人员定位系统延面接续运行维护，全公司网络系统、调度指挥系统、有线电视、电话运行维护及地磅运销系统运营等工作。现就全年工作做一总结：</w:t>
      </w:r>
      <w:r>
        <w:rPr>
          <w:lang w:eastAsia="zh-CN"/>
        </w:rPr>
        <w:br/>
      </w:r>
      <w:r>
        <w:rPr>
          <w:lang w:eastAsia="zh-CN"/>
        </w:rPr>
        <w:t>　　一、全年工作任务完成情况简述：</w:t>
      </w:r>
      <w:r>
        <w:rPr>
          <w:lang w:eastAsia="zh-CN"/>
        </w:rPr>
        <w:br/>
      </w:r>
      <w:r>
        <w:rPr>
          <w:lang w:eastAsia="zh-CN"/>
        </w:rPr>
        <w:t>　　（一）监测监控组：截止11月份全年新铺设各类线缆60600米，其中电话线9200米，光缆4500米，矿压线15500米，监测监控线24400米，束管4000米，小灵通线3000米。新安装监测分站11台（包括矿压分站6台），新增电话11部，安装风门传感器18套，安装风速传感器9台，安装人员定位接收器12台，安装顶板离层仪76台，安装及倒装防爆摄像机6台，安装支架压力传感器18台，倒装小灵通基站18台，调校更换瓦斯、一氧传感器约计1100台次，校线回收利用线缆约计5700米.这些安装工程的实施及对系统设备的日常维护，保证了井下三大系统的安全稳定运行，同时保证了矿井安全生产组织安排。</w:t>
      </w:r>
      <w:r>
        <w:rPr>
          <w:lang w:eastAsia="zh-CN"/>
        </w:rPr>
        <w:br/>
      </w:r>
    </w:p>
    <w:p w:rsidR="001B1F19" w14:textId="0AE8485B">
      <w:pPr>
        <w:pStyle w:val="Heading1"/>
        <w:jc w:val="center"/>
        <w:rPr>
          <w:rFonts w:hint="eastAsia"/>
          <w:lang w:eastAsia="zh-CN"/>
        </w:rPr>
      </w:pPr>
      <w:r>
        <w:rPr>
          <w:sz w:val="44"/>
          <w:lang w:eastAsia="zh-CN"/>
        </w:rPr>
        <w:t>2024信息部工作总结（32篇）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2024信息部工作总结（精选32篇）</w:t>
      </w:r>
      <w:r>
        <w:rPr>
          <w:lang w:eastAsia="zh-CN"/>
        </w:rPr>
        <w:br/>
      </w:r>
      <w:r>
        <w:rPr>
          <w:lang w:eastAsia="zh-CN"/>
        </w:rPr>
        <w:t xml:space="preserve">    2024信息部工作总结 篇1 </w:t>
      </w:r>
      <w:r>
        <w:rPr>
          <w:lang w:eastAsia="zh-CN"/>
        </w:rPr>
        <w:br/>
      </w:r>
      <w:r>
        <w:rPr>
          <w:lang w:eastAsia="zh-CN"/>
        </w:rPr>
        <w:t>　　斗转星移、岁月流逝,瞬间年末将至,回顾20__年的工作,在公司及矿领导的关怀和指导下，信息部作为一个新成立的部门，较好的完成了井下监测监控系统、通信联络系统、人员定位系统延面接续运行维护，全公司网络系统、调度指挥系统、有线电视、电话运行维护及地磅运销系统运营等工作。现就全年工作做一总结：</w:t>
      </w:r>
      <w:r>
        <w:rPr>
          <w:lang w:eastAsia="zh-CN"/>
        </w:rPr>
        <w:br/>
      </w:r>
      <w:r>
        <w:rPr>
          <w:lang w:eastAsia="zh-CN"/>
        </w:rPr>
        <w:t>　　一、全年工作任务完成情况简述：</w:t>
      </w:r>
      <w:r>
        <w:rPr>
          <w:lang w:eastAsia="zh-CN"/>
        </w:rPr>
        <w:br/>
      </w:r>
      <w:r>
        <w:rPr>
          <w:lang w:eastAsia="zh-CN"/>
        </w:rPr>
        <w:t>　　（一）监测监控组：截止11月份全年新铺设各类线缆60600米，其中电话线9200米，光缆4500米，矿压线15500米，监测监控线24400米，束管4000米，小灵通线3000米。新安装监测分站11台（包括矿压分站6台），新增电话11部，安装风门传感器18套，安装风速传感器9台，安装人员定位接收器12台，安装顶板离层仪76台，安装及倒装防爆摄像机6台，安装支架压力传感器18台，倒装小灵通基站18台，调校更换瓦斯、一氧传感器约计1100台次，校线回收利用线缆约计5700米.这些安装工程的实施及对系统设备的日常维护，保证了井下三大系统的安全稳定运行，同时保证了矿井安全生产组织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（二）信息网络组：结合公司业务管理流程的实际要求，重新修订系统流程。开展了NC、 ERP、OA系统、大宗物料的日常维护、升级、故障处理、系统完善等工作。同时进行了日常性的月度考核工作。对各磅房和机房线路进行整改，对一卡通系统、地磅、煤仓、产品仓道闸进行整改，消除了安全隐患和杂乱局面。对调度电话进行扩容128门，现已可使用256门。对地面视频系统进行了扩容改造，增加21台数字高清探头，与先前安装的视频系统整合，现已覆盖了全公司运煤专线系统。对大宗物料系统进行了优化，使该系统良好运行。</w:t>
      </w:r>
      <w:r>
        <w:rPr>
          <w:lang w:eastAsia="zh-CN"/>
        </w:rPr>
        <w:br/>
      </w:r>
      <w:r>
        <w:rPr>
          <w:lang w:eastAsia="zh-CN"/>
        </w:rPr>
        <w:t>　　（三）地磅组：截止11月份全年过磅外销各类煤种4541687.78 吨 ，车数112585车，过磅内倒1609369.54吨 ，车数：73866车。过磅系统的稳定运行满足了公司主产品的外运和销售任务的完成。</w:t>
      </w:r>
      <w:r>
        <w:rPr>
          <w:lang w:eastAsia="zh-CN"/>
        </w:rPr>
        <w:br/>
      </w:r>
      <w:r>
        <w:rPr>
          <w:lang w:eastAsia="zh-CN"/>
        </w:rPr>
        <w:t>　　二、职能分解并有效划分，制定和完善管理制度</w:t>
      </w:r>
      <w:r>
        <w:rPr>
          <w:lang w:eastAsia="zh-CN"/>
        </w:rPr>
        <w:br/>
      </w:r>
      <w:r>
        <w:rPr>
          <w:lang w:eastAsia="zh-CN"/>
        </w:rPr>
        <w:t>　　新成立的信息部职能在专业上跨度较大，从井下的监测监控、人员定位、通讯联络到地面的网络信息直至管理末端地磅运销系统，其职能基本贯穿于公司基础管理的全方位，根据职能特点，结合人员技术结构，我们将全部室划分为三个组，分别为：监测监控组、信息网络组、地磅计量组，并划分各组行使职能，在互为交叉职能段有机结合，发挥团队协作职能，避免不必要的扯皮，经过半年多的运行证明职能划分是有效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们在原有管理制度的基础上，通过实际运行和摸索制定并相继出台了《地磅房管理制度》、《地磅房管理考核办法》、《内蒙古博源煤化工有限责任公司湾图沟煤矿安全监控系统使用管理规定》、《井下施工作业点监测、监控系统管理制度及奖惩办法》、《局域网管理制度》《关于成立矿压观测小组的通知》、《人员定位系统管理制度》、《束管监测系统管理制度》、《通讯联络系统管理制度》，这些制度的出台为后续管理提供了依据。同时我们将制度落实到实际工作中，通过制度约束、管理施工中的不规范行为，并帮助解决施工中的疑点、难点。</w:t>
      </w:r>
      <w:r>
        <w:rPr>
          <w:lang w:eastAsia="zh-CN"/>
        </w:rPr>
        <w:br/>
      </w:r>
      <w:r>
        <w:rPr>
          <w:lang w:eastAsia="zh-CN"/>
        </w:rPr>
        <w:t>　　三、专业知识和技能的学习和培训</w:t>
      </w:r>
      <w:r>
        <w:rPr>
          <w:lang w:eastAsia="zh-CN"/>
        </w:rPr>
        <w:br/>
      </w:r>
      <w:r>
        <w:rPr>
          <w:lang w:eastAsia="zh-CN"/>
        </w:rPr>
        <w:t>　　在专业知识和技能的学习上，我们采用外培内引培训方式加强学习，及时与培训部联系，今年组织了五次送外培训，培训专业技术人</w:t>
      </w:r>
      <w:r>
        <w:rPr>
          <w:lang w:eastAsia="zh-CN"/>
        </w:rPr>
        <w:br/>
      </w:r>
      <w:r>
        <w:rPr>
          <w:lang w:eastAsia="zh-CN"/>
        </w:rPr>
        <w:t>　　员11名，两次内部培训32人。在内部引进学习上，重点请厂家到我公司现场服务时，对相关业务知识讲解并现场搭建平台演示，使学以致用。我们还多次组织到周边煤矿参观学习，开阔视野，以其之长补己之短。在班组建设中，开展师傅带徒弟活动。通过多样化的学习活动，使部门人员技术有了较高的提升。</w:t>
      </w:r>
      <w:r>
        <w:rPr>
          <w:lang w:eastAsia="zh-CN"/>
        </w:rPr>
        <w:br/>
      </w:r>
      <w:r>
        <w:rPr>
          <w:lang w:eastAsia="zh-CN"/>
        </w:rPr>
        <w:t>　　四、加强施工安全管理，杜绝事故的发生</w:t>
      </w:r>
      <w:r>
        <w:rPr>
          <w:lang w:eastAsia="zh-CN"/>
        </w:rPr>
        <w:br/>
      </w:r>
      <w:r>
        <w:rPr>
          <w:lang w:eastAsia="zh-CN"/>
        </w:rPr>
        <w:t>　　我们在施工安排时，首先考虑作业面安全因素，施工时对作业面安全隐患排查，做到不安全不施工，隐患未排除不施工，作业完工后不留隐患，全年未发生一起安全事故。</w:t>
      </w:r>
      <w:r>
        <w:rPr>
          <w:lang w:eastAsia="zh-CN"/>
        </w:rPr>
        <w:br/>
      </w:r>
      <w:r>
        <w:rPr>
          <w:lang w:eastAsia="zh-CN"/>
        </w:rPr>
        <w:t>　　五、存在的问题和不足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今年是我公司在取得煤矿安全许可证后转入正式运行的第一年，也是对项目填平补齐的一年，作为一个新生部门，我们努力工作取得了一些成绩,但与高速发展的信息化要求相距甚远,主要体现在以下几个方面:</w:t>
      </w:r>
      <w:r>
        <w:rPr>
          <w:lang w:eastAsia="zh-CN"/>
        </w:rPr>
        <w:br/>
      </w:r>
      <w:r>
        <w:rPr>
          <w:lang w:eastAsia="zh-CN"/>
        </w:rPr>
        <w:t>　　1、团队协作能力弱，信息化是一项系统工程，这就需要我们在具体施工中集思广益，不能搞个人英雄主义，更不能相互推诿扯皮。</w:t>
      </w:r>
      <w:r>
        <w:rPr>
          <w:lang w:eastAsia="zh-CN"/>
        </w:rPr>
        <w:br/>
      </w:r>
      <w:r>
        <w:rPr>
          <w:lang w:eastAsia="zh-CN"/>
        </w:rPr>
        <w:t>　　2、工作协调能力不强.管理信息化需要多层面支持与参与,但在一些具体工作的协调过程中,我们还不能充分体谅业务部门的工作,在积极争取大家的理解支持方面,还需进一步努力. 需要多沟通多交流。在工作推进过程中,应该合理分配时间,合理调配人员,注重协调和交流,在这方面,我们做得还不够,往往忙于事务,疏于统筹,今后必须努力提高。</w:t>
      </w:r>
      <w:r>
        <w:rPr>
          <w:lang w:eastAsia="zh-CN"/>
        </w:rPr>
        <w:br/>
      </w:r>
      <w:r>
        <w:rPr>
          <w:lang w:eastAsia="zh-CN"/>
        </w:rPr>
        <w:t>　　3、标准化建设没有做到高标准高要求，需要进一步加强和提高。</w:t>
      </w:r>
      <w:r>
        <w:rPr>
          <w:lang w:eastAsia="zh-CN"/>
        </w:rPr>
        <w:br/>
      </w:r>
      <w:r>
        <w:rPr>
          <w:lang w:eastAsia="zh-CN"/>
        </w:rPr>
        <w:t>　　4、信息化人员技术水平和业务素质达不到公司信息化发展需求，有待</w:t>
      </w:r>
      <w:r>
        <w:rPr>
          <w:lang w:eastAsia="zh-CN"/>
        </w:rPr>
        <w:br/>
      </w:r>
      <w:r>
        <w:rPr>
          <w:lang w:eastAsia="zh-CN"/>
        </w:rPr>
        <w:t>　　于进一步的提高。</w:t>
      </w:r>
      <w:r>
        <w:rPr>
          <w:lang w:eastAsia="zh-CN"/>
        </w:rPr>
        <w:br/>
      </w:r>
      <w:r>
        <w:rPr>
          <w:lang w:eastAsia="zh-CN"/>
        </w:rPr>
        <w:t>　　5、信息化建设的制度化管理和设备管理工作力度不够，考核力度不强。</w:t>
      </w:r>
      <w:r>
        <w:rPr>
          <w:lang w:eastAsia="zh-CN"/>
        </w:rPr>
        <w:br/>
      </w:r>
      <w:r>
        <w:rPr>
          <w:lang w:eastAsia="zh-CN"/>
        </w:rPr>
        <w:t>　　6、施工组织能力欠缺，在具体施工中，多次出现返工、窝工现象，这有待于我们下一步在施工组织时计划周密，广开思路，循序渐进。 20__年工作计划及思路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按照公司20__年采掘接续计划安排部署，20__年工作我们计划从以下几个方面入手：</w:t>
      </w:r>
      <w:r>
        <w:rPr>
          <w:lang w:eastAsia="zh-CN"/>
        </w:rPr>
        <w:br/>
      </w:r>
      <w:r>
        <w:rPr>
          <w:lang w:eastAsia="zh-CN"/>
        </w:rPr>
        <w:t>　　1、做好掘进面接续及综采面两撤两安材料计划工作和施工工作；</w:t>
      </w:r>
      <w:r>
        <w:rPr>
          <w:lang w:eastAsia="zh-CN"/>
        </w:rPr>
        <w:br/>
      </w:r>
      <w:r>
        <w:rPr>
          <w:lang w:eastAsia="zh-CN"/>
        </w:rPr>
        <w:t>　　2、随着小灵通的清频退网，产业萎缩，容量小，掉话率高，维保困难，计划对小灵通升级换代，使无线通讯功能更有效地发挥；对矿压监测设备进行升级改造，使监测设备更有效使用；在部分皮带转载点、掘进头布臵视频探头，监督掘进面和转载点安全生产；增设矿用应急救援广播系统，改善作业面工作环境，并为应急救援提供可靠工具。</w:t>
      </w:r>
      <w:r>
        <w:rPr>
          <w:lang w:eastAsia="zh-CN"/>
        </w:rPr>
        <w:br/>
      </w:r>
      <w:r>
        <w:rPr>
          <w:lang w:eastAsia="zh-CN"/>
        </w:rPr>
        <w:t>　　3、目前井下东、西翼开采，原有很多信号线缆重叠布臵，且出现故障不易查询。针对这种情况要全面诊断公司现有信息网络资源，合理调整网络设备，对井下环网和地面环网进行技术改造。将原有视屏单点、单线的传输方式改为井下汇集后集中上传。</w:t>
      </w:r>
      <w:r>
        <w:rPr>
          <w:lang w:eastAsia="zh-CN"/>
        </w:rPr>
        <w:br/>
      </w:r>
      <w:r>
        <w:rPr>
          <w:lang w:eastAsia="zh-CN"/>
        </w:rPr>
        <w:t>　　4、加强信息采集面的拓展，查看现有各类综采和综掘设备、输送设备说明书,了解性能，将这些具有网络接口的设备运行数据传输到调度中心，满足和完善生产指挥系统的数据支撑。</w:t>
      </w:r>
      <w:r>
        <w:rPr>
          <w:lang w:eastAsia="zh-CN"/>
        </w:rPr>
        <w:br/>
      </w:r>
      <w:r>
        <w:rPr>
          <w:lang w:eastAsia="zh-CN"/>
        </w:rPr>
        <w:t>　　5、将公司信息化的建设进程与生产经营环节紧密结合，充分整合数据资源，使公司“两化”融合工作得到进一步的`深入。</w:t>
      </w:r>
      <w:r>
        <w:rPr>
          <w:lang w:eastAsia="zh-CN"/>
        </w:rPr>
        <w:br/>
      </w:r>
      <w:r>
        <w:rPr>
          <w:lang w:eastAsia="zh-CN"/>
        </w:rPr>
        <w:t>　　6、加强公司应用管理软件系统的管理和考核、维护工作。梳理优化管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理流程，编订针对各节点的考核细则，确保各项业务在系统中同步实时的办理，使各类业务数据准确、及时的反应到系统中。为公司生产经营提供详实、可靠的数据资料。也为公司的生产经营管理决策起到强有力的数据支撑作用。</w:t>
      </w:r>
      <w:r>
        <w:rPr>
          <w:lang w:eastAsia="zh-CN"/>
        </w:rPr>
        <w:br/>
      </w:r>
      <w:r>
        <w:rPr>
          <w:lang w:eastAsia="zh-CN"/>
        </w:rPr>
        <w:t>　　7、加强设备资料整理、材料消耗、回收再利用管理工作。</w:t>
      </w:r>
      <w:r>
        <w:rPr>
          <w:lang w:eastAsia="zh-CN"/>
        </w:rPr>
        <w:br/>
      </w:r>
      <w:r>
        <w:rPr>
          <w:lang w:eastAsia="zh-CN"/>
        </w:rPr>
        <w:t>　　8、加强地磅房的日常管理工作，堵塞管理漏洞，提高工作效率。逐步改善工作环境。保持清洁的卫生，整齐的工作场所。 以良好的服务形象为社会车辆和地方车辆做好服务工作。</w:t>
      </w:r>
      <w:r>
        <w:rPr>
          <w:lang w:eastAsia="zh-CN"/>
        </w:rPr>
        <w:br/>
      </w:r>
      <w:r>
        <w:rPr>
          <w:lang w:eastAsia="zh-CN"/>
        </w:rPr>
        <w:t>　　9、充分做好对安全、生产、经营等管理软件与相关硬件的更新与维护，保障设备与系统的正常运行，加强网络资源的安全预防工作。为公司的生产、经营数据做好保障工作。</w:t>
      </w:r>
      <w:r>
        <w:rPr>
          <w:lang w:eastAsia="zh-CN"/>
        </w:rPr>
        <w:br/>
      </w:r>
      <w:r>
        <w:rPr>
          <w:lang w:eastAsia="zh-CN"/>
        </w:rPr>
        <w:t>　　10、配合公司通讯员做好公司网页日常数据、模块上传和更新工作，打造好公司对外的展示平台。</w:t>
      </w:r>
      <w:r>
        <w:rPr>
          <w:lang w:eastAsia="zh-CN"/>
        </w:rPr>
        <w:br/>
      </w:r>
      <w:r>
        <w:rPr>
          <w:lang w:eastAsia="zh-CN"/>
        </w:rPr>
        <w:t>　　11、全力配合集团公司及旗、市两级煤炭管理部门对信息化建设的要求和实施工作。</w:t>
      </w:r>
      <w:r>
        <w:rPr>
          <w:lang w:eastAsia="zh-CN"/>
        </w:rPr>
        <w:br/>
      </w:r>
      <w:r>
        <w:rPr>
          <w:lang w:eastAsia="zh-CN"/>
        </w:rPr>
        <w:t xml:space="preserve">    2024信息部工作总结 篇2 </w:t>
      </w:r>
      <w:r>
        <w:rPr>
          <w:lang w:eastAsia="zh-CN"/>
        </w:rPr>
        <w:br/>
      </w:r>
      <w:r>
        <w:rPr>
          <w:lang w:eastAsia="zh-CN"/>
        </w:rPr>
        <w:t>　　辞旧迎新，回想20__年自己所做的一些工作，在这一年里我踏实工作，不断增强自己的工作能力和技术水平。把自己的热情投入到工作中。努力争取做好每项工作。并在各方面表现优秀，得到了大家的认可和好评。一年来，我和科室同事一起，在院领导和科主任的指导下，按时按质地完成工作中的每项任务，在不断的总结中成长，在不断的完善自己。现将年工作总结如下：</w:t>
      </w:r>
      <w:r>
        <w:rPr>
          <w:lang w:eastAsia="zh-CN"/>
        </w:rPr>
        <w:br/>
      </w:r>
      <w:r>
        <w:rPr>
          <w:lang w:eastAsia="zh-CN"/>
        </w:rPr>
        <w:t>　　一、思想方面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以病人为中心，从医院利益出发，在自己平凡的岗位上对自己的人生观和价值观予以重新定位，并在工作中结合实际行动为病人和临床一线服务，针对自身岗位，学习有关医院文件报告和资料，深刻领会其精神实质，把理论知识实践到工作中。</w:t>
      </w:r>
      <w:r>
        <w:rPr>
          <w:lang w:eastAsia="zh-CN"/>
        </w:rPr>
        <w:br/>
      </w:r>
      <w:r>
        <w:rPr>
          <w:lang w:eastAsia="zh-CN"/>
        </w:rPr>
        <w:t>　　二、工作方面</w:t>
      </w:r>
      <w:r>
        <w:rPr>
          <w:lang w:eastAsia="zh-CN"/>
        </w:rPr>
        <w:br/>
      </w:r>
      <w:r>
        <w:rPr>
          <w:lang w:eastAsia="zh-CN"/>
        </w:rPr>
        <w:t>　　在设备管理上，认真做好记帐、验收、维修登记，达到资源的合理优化，定期进行检查，搞好维护保养，提高综合利用率，保证了长周期运行。</w:t>
      </w:r>
      <w:r>
        <w:rPr>
          <w:lang w:eastAsia="zh-CN"/>
        </w:rPr>
        <w:br/>
      </w:r>
      <w:r>
        <w:rPr>
          <w:lang w:eastAsia="zh-CN"/>
        </w:rPr>
        <w:t>　　一年来，在领导的指导和帮助下，虽然作出了点点成绩，但也存在不足。本人在理论知识和自我情绪管理上的不足，需要改善，在深度和广度上还需继续下功夫。为了使工作做的更出色，本人制定工作学习目标，加强个人技术理论学习，以此提高工作水平，并适应新形势下工作的要求，扬长避短，以饱满的精神状态来迎接新的挑战。取长补短，向其他同志相互交流好的工作经验，争取新的一年工作更上一个新台阶。</w:t>
      </w:r>
      <w:r>
        <w:rPr>
          <w:lang w:eastAsia="zh-CN"/>
        </w:rPr>
        <w:br/>
      </w:r>
      <w:r>
        <w:rPr>
          <w:lang w:eastAsia="zh-CN"/>
        </w:rPr>
        <w:t>　　透视过去一年，工作的风风雨雨时时在眼前隐现，但我却必须面对现实，不仅仅要能工作时埋下头去忘我地工作，还要能在回过头的时候，对工作的每一个细节进行检查核对，对工作的经验进行总结分析，从而在百尺杆头，更进一步，为了更好地做好今后的工作，总结经验、吸取教训。</w:t>
      </w:r>
      <w:r>
        <w:rPr>
          <w:lang w:eastAsia="zh-CN"/>
        </w:rPr>
        <w:br/>
      </w:r>
      <w:r>
        <w:rPr>
          <w:lang w:eastAsia="zh-CN"/>
        </w:rPr>
        <w:t xml:space="preserve">    2024信息部工作总结 篇3 </w:t>
      </w:r>
      <w:r>
        <w:rPr>
          <w:lang w:eastAsia="zh-CN"/>
        </w:rPr>
        <w:br/>
      </w:r>
      <w:r>
        <w:rPr>
          <w:lang w:eastAsia="zh-CN"/>
        </w:rPr>
        <w:t>　　一、员工个人对全年重点工作、核心绩效指标进行罗列。</w:t>
      </w:r>
      <w:r>
        <w:rPr>
          <w:lang w:eastAsia="zh-CN"/>
        </w:rPr>
        <w:br/>
      </w:r>
      <w:r>
        <w:rPr>
          <w:lang w:eastAsia="zh-CN"/>
        </w:rPr>
        <w:t>　　（一）参与完成办公区与店面信息系统的筹建及运维。</w:t>
      </w:r>
      <w:r>
        <w:rPr>
          <w:lang w:eastAsia="zh-CN"/>
        </w:rPr>
        <w:br/>
      </w:r>
      <w:r>
        <w:rPr>
          <w:lang w:eastAsia="zh-CN"/>
        </w:rPr>
        <w:t>　　（二）参与完成市内新开店与重张店的筹建及运维。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（三）参与完成外阜新开店与重张店的筹建及运维。</w:t>
      </w:r>
      <w:r>
        <w:rPr>
          <w:lang w:eastAsia="zh-CN"/>
        </w:rPr>
        <w:br/>
      </w:r>
      <w:r>
        <w:rPr>
          <w:lang w:eastAsia="zh-CN"/>
        </w:rPr>
        <w:t>　　（四）参与完成物流基地信息系统的筹建与割接。</w:t>
      </w:r>
      <w:r>
        <w:rPr>
          <w:lang w:eastAsia="zh-CN"/>
        </w:rPr>
        <w:br/>
      </w:r>
      <w:r>
        <w:rPr>
          <w:lang w:eastAsia="zh-CN"/>
        </w:rPr>
        <w:t>　　（五）参与完成沈阳大区办公电脑微软域管理系统的实施。</w:t>
      </w:r>
      <w:r>
        <w:rPr>
          <w:lang w:eastAsia="zh-CN"/>
        </w:rPr>
        <w:br/>
      </w:r>
      <w:r>
        <w:rPr>
          <w:lang w:eastAsia="zh-CN"/>
        </w:rPr>
        <w:t>　　（六）参与完成物流基地搬迁后信息系统（包括网络、通讯、会议、门禁、安防等）的验收与对接。</w:t>
      </w:r>
      <w:r>
        <w:rPr>
          <w:lang w:eastAsia="zh-CN"/>
        </w:rPr>
        <w:br/>
      </w:r>
      <w:r>
        <w:rPr>
          <w:lang w:eastAsia="zh-CN"/>
        </w:rPr>
        <w:t>　　二、对全年的核心绩效指标、重点工作任务完成情况进行总结分析。</w:t>
      </w:r>
      <w:r>
        <w:rPr>
          <w:lang w:eastAsia="zh-CN"/>
        </w:rPr>
        <w:br/>
      </w:r>
      <w:r>
        <w:rPr>
          <w:lang w:eastAsia="zh-CN"/>
        </w:rPr>
        <w:t>　　本人自入职至今已近五个月，在这段时间的工作学习中，苏宁人扎实、进取、创新的工作氛围，同事之间的和谐、真诚、互助的工作情谊，部门员工的协作、高效的团队精神，深深影响了我，让我在很短的时间里，完全了解和掌握职能工作的知识与技能，了解公司办公的各项流程等等。同时我严格要求自己，遵守公司各项规章制度，与同事之间融洽相处，努力完成本职工作以及公司下派的临时性工作。现简单总结一下，本岗位过去半年里的主要工作及完成情况：</w:t>
      </w:r>
      <w:r>
        <w:rPr>
          <w:lang w:eastAsia="zh-CN"/>
        </w:rPr>
        <w:br/>
      </w:r>
      <w:r>
        <w:rPr>
          <w:lang w:eastAsia="zh-CN"/>
        </w:rPr>
        <w:t>　　在严格按照公司要求和部门员工的协作、努力下，我做到：</w:t>
      </w:r>
      <w:r>
        <w:rPr>
          <w:lang w:eastAsia="zh-CN"/>
        </w:rPr>
        <w:br/>
      </w:r>
      <w:r>
        <w:rPr>
          <w:lang w:eastAsia="zh-CN"/>
        </w:rPr>
        <w:t>　　（一）办公区与店面信息系统的筹建及运维。</w:t>
      </w:r>
      <w:r>
        <w:rPr>
          <w:lang w:eastAsia="zh-CN"/>
        </w:rPr>
        <w:br/>
      </w:r>
      <w:r>
        <w:rPr>
          <w:lang w:eastAsia="zh-CN"/>
        </w:rPr>
        <w:t>　　1、公司计算机硬件及周边设备的正常维护管理，软件、硬件（如打印机，传真机，复印机）等的安装维护，保障公司计算机及相关网络产品能正常运行。</w:t>
      </w:r>
      <w:r>
        <w:rPr>
          <w:lang w:eastAsia="zh-CN"/>
        </w:rPr>
        <w:br/>
      </w:r>
      <w:r>
        <w:rPr>
          <w:lang w:eastAsia="zh-CN"/>
        </w:rPr>
        <w:t>　　2、适时组建与维护公司通讯系统，保障公司通讯系统正常运行。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3、负责保工街店、三好街店、皇寺店等店面信息系统的筹建与运维，保障店面信息系统正常运行。在大忙或节假日时做好增援设备的安装调试工作。</w:t>
      </w:r>
      <w:r>
        <w:rPr>
          <w:lang w:eastAsia="zh-CN"/>
        </w:rPr>
        <w:br/>
      </w:r>
      <w:r>
        <w:rPr>
          <w:lang w:eastAsia="zh-CN"/>
        </w:rPr>
        <w:t>　　（二）市内新开店与重张店的筹建及运维。</w:t>
      </w:r>
      <w:r>
        <w:rPr>
          <w:lang w:eastAsia="zh-CN"/>
        </w:rPr>
        <w:br/>
      </w:r>
      <w:r>
        <w:rPr>
          <w:lang w:eastAsia="zh-CN"/>
        </w:rPr>
        <w:t>　　参与了中街店、长江街店、兴华北街店等店面重张信息系统的筹建与调整，以及朝阳街新开店的信息系统的筹建。积极配合店面信息筹建负责人的筹建工作，满足店面信息点，POS台，收银台等信息系统的需求。</w:t>
      </w:r>
      <w:r>
        <w:rPr>
          <w:lang w:eastAsia="zh-CN"/>
        </w:rPr>
        <w:br/>
      </w:r>
      <w:r>
        <w:rPr>
          <w:lang w:eastAsia="zh-CN"/>
        </w:rPr>
        <w:t>　　（三）外阜新开店与重张店的筹建及运维。</w:t>
      </w:r>
      <w:r>
        <w:rPr>
          <w:lang w:eastAsia="zh-CN"/>
        </w:rPr>
        <w:br/>
      </w:r>
      <w:r>
        <w:rPr>
          <w:lang w:eastAsia="zh-CN"/>
        </w:rPr>
        <w:t>　　外阜店离沈阳办公地点较远，但还是努力做好店面筹建与运维工作。参与了抚顺电话交换机的故障维护，在最短的时间内使分公司通讯系统恢复正常。</w:t>
      </w:r>
      <w:r>
        <w:rPr>
          <w:lang w:eastAsia="zh-CN"/>
        </w:rPr>
        <w:br/>
      </w:r>
      <w:r>
        <w:rPr>
          <w:lang w:eastAsia="zh-CN"/>
        </w:rPr>
        <w:t>　　（四）物流基地信息系统的筹建与割接。</w:t>
      </w:r>
      <w:r>
        <w:rPr>
          <w:lang w:eastAsia="zh-CN"/>
        </w:rPr>
        <w:br/>
      </w:r>
      <w:r>
        <w:rPr>
          <w:lang w:eastAsia="zh-CN"/>
        </w:rPr>
        <w:t>　　1、沈阳物流基地前期弱电项目（包括网络、通讯、会议、门禁、安防等）的工程进度跟进与问题的协调处理（协同同事一起完成）。</w:t>
      </w:r>
      <w:r>
        <w:rPr>
          <w:lang w:eastAsia="zh-CN"/>
        </w:rPr>
        <w:br/>
      </w:r>
      <w:r>
        <w:rPr>
          <w:lang w:eastAsia="zh-CN"/>
        </w:rPr>
        <w:t>　　2、参与了沈阳大区信息系统的割接工作（主要包括网络和通讯系统），积极配合部门同事做好割接前的.准备工作，在20__年10月20号上午开始通讯系统的割接，20日晚上8点开始大区网络的割接工作。虽然时间紧急，任务重，但与部门同事一起努力，加班加点，经过48小时的奋战，终于在21日基本恢复了公司的信息网络及通讯系统。后来又经过几天的努力，及时调整了各部门在搬迁过程中造成的一些办公设备的故障。</w:t>
      </w:r>
      <w:r>
        <w:rPr>
          <w:lang w:eastAsia="zh-CN"/>
        </w:rPr>
        <w:br/>
      </w:r>
      <w:r>
        <w:rPr>
          <w:lang w:eastAsia="zh-CN"/>
        </w:rPr>
        <w:t>　　（五）沈阳大区办公电脑微软域管理系统的实施。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刚经过物流基地信息系统的割接，基地的信息网络系统刚刚调整完毕，在20__年10月29日信息总部网络与安全终端部又开始在沈阳大区实施微软域管理系统。在接受总部安全终端部技术人员培训之后，协同部门及分公司信息人员经过三天的努力，把基地80%的办公电脑都已经加入完成（其余电脑由于系统版本或硬件问题暂不能加入）。</w:t>
      </w:r>
      <w:r>
        <w:rPr>
          <w:lang w:eastAsia="zh-CN"/>
        </w:rPr>
        <w:br/>
      </w:r>
      <w:r>
        <w:rPr>
          <w:lang w:eastAsia="zh-CN"/>
        </w:rPr>
        <w:t>　　（六）物流基地搬迁后信息系统（包括网络、通讯、会议、门禁、安防等）的验收与对接。从20__年11月1日开始，又开始了物流基地信息系统（包括网络、通讯、会议、门禁、安防等）的验收与对接工作，每一个系统都要协同财务人员进行盘点、进行设备使用性能的验收。并且要接受每个系统工程实施方的培训，快速学习掌握各系统的使用及故障处理。</w:t>
      </w:r>
      <w:r>
        <w:rPr>
          <w:lang w:eastAsia="zh-CN"/>
        </w:rPr>
        <w:br/>
      </w:r>
      <w:r>
        <w:rPr>
          <w:lang w:eastAsia="zh-CN"/>
        </w:rPr>
        <w:t>　　以上是我入职以来在信息管理岗位上的点滴工作，以上工作通过自己的努力与同事间的相互配合基本可以完成。</w:t>
      </w:r>
      <w:r>
        <w:rPr>
          <w:lang w:eastAsia="zh-CN"/>
        </w:rPr>
        <w:br/>
      </w:r>
      <w:r>
        <w:rPr>
          <w:lang w:eastAsia="zh-CN"/>
        </w:rPr>
        <w:t>　　三、下一步工作的思路、计划与核心任务。</w:t>
      </w:r>
      <w:r>
        <w:rPr>
          <w:lang w:eastAsia="zh-CN"/>
        </w:rPr>
        <w:br/>
      </w:r>
      <w:r>
        <w:rPr>
          <w:lang w:eastAsia="zh-CN"/>
        </w:rPr>
        <w:t>　　在配合总部管理中心及沈阳大区在信息管理与运维方面的要求与指导方向，20__年工作重点应该放在以下几个方面：</w:t>
      </w:r>
      <w:r>
        <w:rPr>
          <w:lang w:eastAsia="zh-CN"/>
        </w:rPr>
        <w:br/>
      </w:r>
      <w:r>
        <w:rPr>
          <w:lang w:eastAsia="zh-CN"/>
        </w:rPr>
        <w:t>　　（一）积极做好公司新开店及重张店信息系统的筹建与运维工作。</w:t>
      </w:r>
      <w:r>
        <w:rPr>
          <w:lang w:eastAsia="zh-CN"/>
        </w:rPr>
        <w:br/>
      </w:r>
      <w:r>
        <w:rPr>
          <w:lang w:eastAsia="zh-CN"/>
        </w:rPr>
        <w:t>　　（二）在最短的时间里熟炼掌握沈阳物流信息系统（包括网络、通讯、会议、门禁、安防等）使用与运维。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（三）配合总部信息中心网络与安全终端部完成微软域管理系统的实施以及日后的管理工作。</w:t>
      </w:r>
      <w:r>
        <w:rPr>
          <w:lang w:eastAsia="zh-CN"/>
        </w:rPr>
        <w:br/>
      </w:r>
      <w:r>
        <w:rPr>
          <w:lang w:eastAsia="zh-CN"/>
        </w:rPr>
        <w:t>　　本岗位作为公司一个服务性岗位，保障公司所有员工在计算机及网络资源利用方面能正常</w:t>
      </w:r>
      <w:r>
        <w:rPr>
          <w:lang w:eastAsia="zh-CN"/>
        </w:rPr>
        <w:br/>
      </w:r>
      <w:r>
        <w:rPr>
          <w:lang w:eastAsia="zh-CN"/>
        </w:rPr>
        <w:t>　　第2页共3页开展工作，为员工能正常、高效工作提供一个稳定、便捷的平台。在以后的工作中主要任务要放在终端店面信息系统的筹建与运维，以及沈阳物流基地信息系统的运维工作。我相信在今后的工作中一定会有新的成绩，会与苏宁共同成长。</w:t>
      </w:r>
      <w:r>
        <w:rPr>
          <w:lang w:eastAsia="zh-CN"/>
        </w:rPr>
        <w:br/>
      </w:r>
      <w:r>
        <w:rPr>
          <w:lang w:eastAsia="zh-CN"/>
        </w:rPr>
        <w:t xml:space="preserve">    2024信息部工作总结 篇4 </w:t>
      </w:r>
      <w:r>
        <w:rPr>
          <w:lang w:eastAsia="zh-CN"/>
        </w:rPr>
        <w:br/>
      </w:r>
      <w:r>
        <w:rPr>
          <w:lang w:eastAsia="zh-CN"/>
        </w:rPr>
        <w:t>　　20__年转瞬即逝，即将迎来新的20__。过去的一年里，在公司领导的支持和各个部门的配合下，通过部门员工的共同努力，确保了公司网络的正常运行，配合各个部门顺利完成公司的各项工作任务，推进了物流软件系统的培训、测试及全面上线。在新的一年里我们努力提升自身素质，希望同大家一道，继续为锦绣的发展献策献力！为富海的明天，携手共进！</w:t>
      </w:r>
      <w:r>
        <w:rPr>
          <w:lang w:eastAsia="zh-CN"/>
        </w:rPr>
        <w:br/>
      </w:r>
      <w:r>
        <w:rPr>
          <w:lang w:eastAsia="zh-CN"/>
        </w:rPr>
        <w:t>　　一、20__年部门工作简述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信息部今年的主要工作是以物流系统软件的推动使用为重点工作，2月份开始初步上线测试物流软件，因为系统性能的不稳定，前期只是内部操作，一直是试用期，测试了2-3个月左右，内部的收费系统模块开始使用，虽然也出现一些小问题，但是基本的录入单据和收费环节可以操作，期间也准备了一段时间机打票据操作，也是主要是测试现场使用，预计要全部推开使用的时候，因考虑到该系统性能的不稳定性，暂时搁置，相应的硬件设备也没有使用起来，后期跟财务的配合，使得收费系统软件时间财务监管，但中间出现的问题，通过业务手工流程以及培训和指导操作进行弥补。这一年作为信息部积累了一部分的工作经验也取得了一定的成绩，如下：</w:t>
      </w:r>
      <w:r>
        <w:rPr>
          <w:lang w:eastAsia="zh-CN"/>
        </w:rPr>
        <w:br/>
      </w:r>
      <w:r>
        <w:rPr>
          <w:lang w:eastAsia="zh-CN"/>
        </w:rPr>
        <w:t>　　1、手工向信息化过度，之前完全的手工化到使用系统的半手工化半信息化再到后来收费系统软件的全面使用，已经90%的操作通过新系统软件来完成。</w:t>
      </w:r>
      <w:r>
        <w:rPr>
          <w:lang w:eastAsia="zh-CN"/>
        </w:rPr>
        <w:br/>
      </w:r>
      <w:r>
        <w:rPr>
          <w:lang w:eastAsia="zh-CN"/>
        </w:rPr>
        <w:t>　　2、覆盖面广泛，之前使用物流软件系统主要是收费系统独立模块使用，到后来收费系统模块和财务模块结合使用，有了很大的改进，但这时使用的业务模块主要是集中在少部分部门中如宾馆前台收费、停车场收费和财务的一部分人使用。</w:t>
      </w:r>
      <w:r>
        <w:rPr>
          <w:lang w:eastAsia="zh-CN"/>
        </w:rPr>
        <w:br/>
      </w:r>
      <w:r>
        <w:rPr>
          <w:lang w:eastAsia="zh-CN"/>
        </w:rPr>
        <w:t>　　3、信息平台基础数据不断地积累和扩大，由以前笨部门独自发信息到扩大到现在各个物流信息部注册发布信息，根据网站流量监控和登陆管理可知，物流信息部多数都很关注信息平台上的信息，登陆次数逐月上涨。其中皖宁信息部、速效信息部、金盛隆物流的活跃度最高。另外合太信息部、浩瀚信息部和集益物流的发布量最大。现在信息平台基本在园区内推广开来，20__年我部门计划将信息平台与周边各大交易平台，如乌海煤炭交易中心、银川众一物流信息平台合作来扩大信息交易量，从而促进物流业务发展。</w:t>
      </w:r>
      <w:r>
        <w:rPr>
          <w:lang w:eastAsia="zh-CN"/>
        </w:rPr>
        <w:br/>
      </w:r>
      <w:r>
        <w:rPr>
          <w:lang w:eastAsia="zh-CN"/>
        </w:rPr>
        <w:t>　　4、通过信息平台的使用，大大提升了公司的信息化管理，标准化公司业务操作水平，为公司的20__年的发展奠定了基础。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5、园区网络管理上花费了大量的工作，由于是同财务一道，进一步推动财务模块的操作模式向方便快捷方面进展。</w:t>
      </w:r>
      <w:r>
        <w:rPr>
          <w:lang w:eastAsia="zh-CN"/>
        </w:rPr>
        <w:br/>
      </w:r>
      <w:r>
        <w:rPr>
          <w:lang w:eastAsia="zh-CN"/>
        </w:rPr>
        <w:t>　　6、推进现场系统操作的预配载功能的应用和客服理赔环节模块的使用。</w:t>
      </w:r>
      <w:r>
        <w:rPr>
          <w:lang w:eastAsia="zh-CN"/>
        </w:rPr>
        <w:br/>
      </w:r>
      <w:r>
        <w:rPr>
          <w:lang w:eastAsia="zh-CN"/>
        </w:rPr>
        <w:t>　　7、提升信息平台业务数据的分析功能和决策指导功能。</w:t>
      </w:r>
      <w:r>
        <w:rPr>
          <w:lang w:eastAsia="zh-CN"/>
        </w:rPr>
        <w:br/>
      </w:r>
      <w:r>
        <w:rPr>
          <w:lang w:eastAsia="zh-CN"/>
        </w:rPr>
        <w:t>　　8、实现园区二期监控系统的搭建，包括钢材市场和仓储区。</w:t>
      </w:r>
      <w:r>
        <w:rPr>
          <w:lang w:eastAsia="zh-CN"/>
        </w:rPr>
        <w:br/>
      </w:r>
      <w:r>
        <w:rPr>
          <w:lang w:eastAsia="zh-CN"/>
        </w:rPr>
        <w:t>　　9、实现汽修服务区和钢材市场的通网络、通电话。</w:t>
      </w:r>
      <w:r>
        <w:rPr>
          <w:lang w:eastAsia="zh-CN"/>
        </w:rPr>
        <w:br/>
      </w:r>
      <w:r>
        <w:rPr>
          <w:lang w:eastAsia="zh-CN"/>
        </w:rPr>
        <w:t>　　10、实现总公司整体宣传网站的搭建。</w:t>
      </w:r>
      <w:r>
        <w:rPr>
          <w:lang w:eastAsia="zh-CN"/>
        </w:rPr>
        <w:br/>
      </w:r>
      <w:r>
        <w:rPr>
          <w:lang w:eastAsia="zh-CN"/>
        </w:rPr>
        <w:t>　　11、实现煤矿、洗煤厂和物流园区的监控系统统一管理。</w:t>
      </w:r>
      <w:r>
        <w:rPr>
          <w:lang w:eastAsia="zh-CN"/>
        </w:rPr>
        <w:br/>
      </w:r>
      <w:r>
        <w:rPr>
          <w:lang w:eastAsia="zh-CN"/>
        </w:rPr>
        <w:t>　　12、进一步完善物流平台的基础工作和更新信息工作。</w:t>
      </w:r>
      <w:r>
        <w:rPr>
          <w:lang w:eastAsia="zh-CN"/>
        </w:rPr>
        <w:br/>
      </w:r>
      <w:r>
        <w:rPr>
          <w:lang w:eastAsia="zh-CN"/>
        </w:rPr>
        <w:t>　　13、继续保障园区内网络、电话和有线电视的正常使用</w:t>
      </w:r>
      <w:r>
        <w:rPr>
          <w:lang w:eastAsia="zh-CN"/>
        </w:rPr>
        <w:br/>
      </w:r>
      <w:r>
        <w:rPr>
          <w:lang w:eastAsia="zh-CN"/>
        </w:rPr>
        <w:t>　　14、加强员工信息化培训力度。</w:t>
      </w:r>
      <w:r>
        <w:rPr>
          <w:lang w:eastAsia="zh-CN"/>
        </w:rPr>
        <w:br/>
      </w:r>
      <w:r>
        <w:rPr>
          <w:lang w:eastAsia="zh-CN"/>
        </w:rPr>
        <w:t>　　二、公司的发展的建议和意见</w:t>
      </w:r>
      <w:r>
        <w:rPr>
          <w:lang w:eastAsia="zh-CN"/>
        </w:rPr>
        <w:br/>
      </w:r>
      <w:r>
        <w:rPr>
          <w:lang w:eastAsia="zh-CN"/>
        </w:rPr>
        <w:t>　　1、希望在公司领导的支持下加强各部门间的沟通，由块状变成一个整体，使各方面紧密衔接。</w:t>
      </w:r>
      <w:r>
        <w:rPr>
          <w:lang w:eastAsia="zh-CN"/>
        </w:rPr>
        <w:br/>
      </w:r>
      <w:r>
        <w:rPr>
          <w:lang w:eastAsia="zh-CN"/>
        </w:rPr>
        <w:t>　　2、为公司的发展找准一个主线，部门围绕主线进行，当工作出现偏离主线，应该及时进行纠正，保持整体的步调一致性，调动员工的积极性，以便多发现和了解公司的短板环节和部门进行加强改进。</w:t>
      </w:r>
      <w:r>
        <w:rPr>
          <w:lang w:eastAsia="zh-CN"/>
        </w:rPr>
        <w:br/>
      </w:r>
      <w:r>
        <w:rPr>
          <w:lang w:eastAsia="zh-CN"/>
        </w:rPr>
        <w:t>　　3、提高公司员工的素质，适时的进行业务培训，或向外学习，多了解附近的市场信息，以便共享。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4、公司部门需要逐步的进行规范化，完善制度，并且是在发展中完善，不是摈弃，推到重来，造成资源浪费并且造成管理成本增加。</w:t>
      </w:r>
      <w:r>
        <w:rPr>
          <w:lang w:eastAsia="zh-CN"/>
        </w:rPr>
        <w:br/>
      </w:r>
      <w:r>
        <w:rPr>
          <w:lang w:eastAsia="zh-CN"/>
        </w:rPr>
        <w:t>　　5、决策慎重，决定了就要坚持，避免决策的随意性和变化性。</w:t>
      </w:r>
      <w:r>
        <w:rPr>
          <w:lang w:eastAsia="zh-CN"/>
        </w:rPr>
        <w:br/>
      </w:r>
      <w:r>
        <w:rPr>
          <w:lang w:eastAsia="zh-CN"/>
        </w:rPr>
        <w:t xml:space="preserve">    2024信息部工作总结 篇5 </w:t>
      </w:r>
      <w:r>
        <w:rPr>
          <w:lang w:eastAsia="zh-CN"/>
        </w:rPr>
        <w:br/>
      </w:r>
      <w:r>
        <w:rPr>
          <w:lang w:eastAsia="zh-CN"/>
        </w:rPr>
        <w:t>　　在过去的一个学期里，我院各社团、组织及班级开展了一系列丰富多彩的活动，这些活动在展现了我院同学的风采的同时也展现了同学们良好的精神风貌，增强了学院的凝聚力，更重要的是扩大了学院在各院系及学校的影响力。在新的一个学期里，网络信息部从原来的记者团分离出来，并入学生会，改由网络信息部管理记者团，成为了学生会一个新的部门。作为经管学院学生会的一个部门，网络信息部在学生会中主要以加强学院和班级的精神文明建设为主要目的，以宣传学院与班级的各项特色活动为主要任务，让全校师生共同见证我院精神文明建设取得的成果，同时提供一个联系学校、学院、班级的信息交流网络平台，展示经济管理学院灿烂风采，能更好的体现同学们的积极活跃的大学生活。回顾这一学期来的工作，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现阶段我们部门的本职工作主要是参加学院所举办的的活动，并且对参加的活动中跟踪报道，以便让我校师生全程了解我院开展活动具体情况。因为本学期记者团已从学生会中独立出去，但是记者团则由网络信息部负责管理，所以我们的工作也是协同记者团一起展开的，因此，我们现阶段的成绩主要反映在发表的稿件上。本学期中，我们的稿件在院主页发表数为9篇，在师大的独秀网的发表数为3篇，校团委发表数为6篇，校主页为1篇（详情见附表），其中在“政治系五十周年庆典”活动中，我部门与法学院记者团合作报道的庆典稿件，发表在桂林晚报上，这些稿件的发表在一定程度上扩大了我院的影响力。</w:t>
      </w:r>
      <w:r>
        <w:rPr>
          <w:lang w:eastAsia="zh-CN"/>
        </w:rPr>
        <w:br/>
      </w:r>
      <w:r>
        <w:rPr>
          <w:lang w:eastAsia="zh-CN"/>
        </w:rPr>
        <w:t>　　除了与记者团协作完成稿件，用相机记录下活动精彩瞬间外，我们部门在学院举办的活动中与别的部门通力配合，活动前的准备与活动结束的善后都会看到我们部门的身影，特别值得一提的是10级助理徐坤，在没有安排守夜任务的前提下，在院运会和校运会时都无条件的留下接受守夜任务，并且在第二天还积极投入到工作中。</w:t>
      </w:r>
      <w:r>
        <w:rPr>
          <w:lang w:eastAsia="zh-CN"/>
        </w:rPr>
        <w:br/>
      </w:r>
      <w:r>
        <w:rPr>
          <w:lang w:eastAsia="zh-CN"/>
        </w:rPr>
        <w:t>　　二、网络信息部在内部控制上也取得了一定成绩，在培训新一届网络信息部成员时，我部门先后与别的兄弟学院共同举办了学习撰写新闻稿的培训活动，邀请到了文学院的.老师来为新成员讲解专业新闻知识，在加强新成员专业知识技能的同时也增进了我部门与各兄弟学院之间的交流。在这个学期，我们还举办了一次与法学院记者团的联谊活动，双方在联谊活动中交换了各自的工作经验，也让我们大家吸取到了许多好的工作经验。</w:t>
      </w:r>
      <w:r>
        <w:rPr>
          <w:lang w:eastAsia="zh-CN"/>
        </w:rPr>
        <w:br/>
      </w:r>
      <w:r>
        <w:rPr>
          <w:lang w:eastAsia="zh-CN"/>
        </w:rPr>
        <w:t>　　为方便新老成员的经验交流，记者团一向坚持老成员带新成员的模式，每次活动都由一个老成员带若干个新成员，一方面加强了新老成员的交流，另一方面保证了稿件质量让新成员多了许多学习机会。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三、在取得一些成绩的同时，我们也发现了不少问题。在写稿方面，因为人手不足以及能力提升不快，导致稿件质量没有得到很大提升，从发表的稿件相比较于上学期的缩水可以看出。在拍照方面，由于需要锻炼10级助理，所以主要由他们拍摄，但是我部门新助理还不能完全克服腼腆，因此不敢走上台前，选取好的角度，所以拍出的照片质量也在下降。</w:t>
      </w:r>
      <w:r>
        <w:rPr>
          <w:lang w:eastAsia="zh-CN"/>
        </w:rPr>
        <w:br/>
      </w:r>
      <w:r>
        <w:rPr>
          <w:lang w:eastAsia="zh-CN"/>
        </w:rPr>
        <w:t>　　在培养新人方面，由于09级助理人手不够，还要兼顾于记者团新成员的培训，因此新成员得到的锻炼机会不是很多，能力的提升十分有限。</w:t>
      </w:r>
      <w:r>
        <w:rPr>
          <w:lang w:eastAsia="zh-CN"/>
        </w:rPr>
        <w:br/>
      </w:r>
      <w:r>
        <w:rPr>
          <w:lang w:eastAsia="zh-CN"/>
        </w:rPr>
        <w:t>　　四、认识到了存在的问题，我们也会从自己做起，解决好我们工作中的问题。首先，摆正心态，写稿的时候精益求精，注意推敲用词与突出活动重点；其次，在内部发掘出具有潜力的成员进行重点培养，再由能力出色的带动其他成员，一方面解决了人手不足的问题，另一方面也可以迅速提高新成员的能力，保证了工作的顺利展开；最后，除了工作以外，我们还应加强与新助理的交流，增强部门内部凝聚力，只有一个团结的集体才能克服困难。</w:t>
      </w:r>
      <w:r>
        <w:rPr>
          <w:lang w:eastAsia="zh-CN"/>
        </w:rPr>
        <w:br/>
      </w:r>
      <w:r>
        <w:rPr>
          <w:lang w:eastAsia="zh-CN"/>
        </w:rPr>
        <w:t>　　在本学期的工作已经基本结束，但是这也预示着新学期工作的即将展开，我们部门会团结一致，共同努力、解决症结，为提升经管影响力，打造特色经管而努力。</w:t>
      </w:r>
      <w:r>
        <w:rPr>
          <w:lang w:eastAsia="zh-CN"/>
        </w:rPr>
        <w:br/>
      </w:r>
      <w:r>
        <w:rPr>
          <w:lang w:eastAsia="zh-CN"/>
        </w:rPr>
        <w:t xml:space="preserve">    2024信息部工作总结 篇6 </w:t>
      </w:r>
      <w:r>
        <w:rPr>
          <w:lang w:eastAsia="zh-CN"/>
        </w:rPr>
        <w:br/>
      </w:r>
      <w:r>
        <w:rPr>
          <w:lang w:eastAsia="zh-CN"/>
        </w:rPr>
        <w:t>　　学期的时光就这样过去了，回顾这个学期所从事的信息技术教学工作和统计工作，基本上是比较顺利地完成任务。当然在工作中我享受到收获喜悦，也在工作中发现一些存在的问题。我们所享有的收获我会用于下个学期的工作中，我所碰到的问题我要认真思考想办法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从教学上讲我主要做了这一些工作：</w:t>
      </w:r>
      <w:r>
        <w:rPr>
          <w:lang w:eastAsia="zh-CN"/>
        </w:rPr>
        <w:br/>
      </w:r>
      <w:r>
        <w:rPr>
          <w:lang w:eastAsia="zh-CN"/>
        </w:rPr>
        <w:t>　　1、深入细致的备好每一节课。在教学活动中，积极参加年级组组织的教研活动，进行集体备课，仔细听，认真记，领会精神实质。然后根据要求，提前两周备好课，写好教案。平时做到提前备课，备课时认真钻研教材、教参，学习好大纲，虚心向同年组老师学习、请教。力求吃透教材，找准重点、难点，制定符合学生认知规律的教学方法及教学形式。注意弱化难点强调重点。教案编写认真，并不断归纳总结提高教学水平。</w:t>
      </w:r>
      <w:r>
        <w:rPr>
          <w:lang w:eastAsia="zh-CN"/>
        </w:rPr>
        <w:br/>
      </w:r>
      <w:r>
        <w:rPr>
          <w:lang w:eastAsia="zh-CN"/>
        </w:rPr>
        <w:t>　　为了上好每一节课，我经常上网查资料，集中别人的优点确定自己的教学思路，常常工作到深夜。为了学生能更直观地感受所学的知识内容，我积极查找课件，制作课件，准备、制作教具。</w:t>
      </w:r>
      <w:r>
        <w:rPr>
          <w:lang w:eastAsia="zh-CN"/>
        </w:rPr>
        <w:br/>
      </w:r>
      <w:r>
        <w:rPr>
          <w:lang w:eastAsia="zh-CN"/>
        </w:rPr>
        <w:t>　　2、按照学校工作管理规定，认真备好课，写好教案，努力上好每一节课。电脑课学校安排的课时比较少，这对于学生来讲的很重要的1节课；老师来讲是比较难上的1节课。所以上好每节课对老师对学生都是很关键的。除了备好课、写好教案外，我还要查阅各种资料，能上因特网时还上网寻找好的教学材料，教学课件，把它们和我所从事的工作结合起来，为我所用。</w:t>
      </w:r>
      <w:r>
        <w:rPr>
          <w:lang w:eastAsia="zh-CN"/>
        </w:rPr>
        <w:br/>
      </w:r>
      <w:r>
        <w:rPr>
          <w:lang w:eastAsia="zh-CN"/>
        </w:rPr>
        <w:t>　　3、顺利完成了各项统计工作并建立了电子和纸质档案。</w:t>
      </w:r>
      <w:r>
        <w:rPr>
          <w:lang w:eastAsia="zh-CN"/>
        </w:rPr>
        <w:br/>
      </w:r>
      <w:r>
        <w:rPr>
          <w:lang w:eastAsia="zh-CN"/>
        </w:rPr>
        <w:t>　　4、在教学之余，我也注重自身发展进步。除了听课，评课，参加教研组教研活动外，我还注意到要自学。从思想上，利用行评机会端正自己；从行动上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参加自考学知识，学电脑技术，学教学技能等；在生活上注意形象，为人师表。</w:t>
      </w:r>
      <w:r>
        <w:rPr>
          <w:lang w:eastAsia="zh-CN"/>
        </w:rPr>
        <w:br/>
      </w:r>
      <w:r>
        <w:rPr>
          <w:lang w:eastAsia="zh-CN"/>
        </w:rPr>
        <w:t>　　作为教师教学工作是主要的，但除了教学工作外，我也积极完成了学校综合办的各项工作还参加学校组织其它活动如：政治理论学习，年级部组织的各项活动等等。</w:t>
      </w:r>
      <w:r>
        <w:rPr>
          <w:lang w:eastAsia="zh-CN"/>
        </w:rPr>
        <w:br/>
      </w:r>
      <w:r>
        <w:rPr>
          <w:lang w:eastAsia="zh-CN"/>
        </w:rPr>
        <w:t xml:space="preserve">    2024信息部工作总结 篇7 </w:t>
      </w:r>
      <w:r>
        <w:rPr>
          <w:lang w:eastAsia="zh-CN"/>
        </w:rPr>
        <w:br/>
      </w:r>
      <w:r>
        <w:rPr>
          <w:lang w:eastAsia="zh-CN"/>
        </w:rPr>
        <w:t>　　时光如白驹过隙，转眼，这个学期已近尾声，学生会的工作仍顺利进行着。回首翘望，我们有着太多的细节要去记录，作为中山职业技术学院院学生会网络信息部的成员，我们有必要去总结这一学期来我们的工作，我们必须通过总结来发现和反省我们工作中的不足和漏洞，以便我们在将来的日子里更加高效的工作，从而能更好地使同学们感受到我们部门的服务。</w:t>
      </w:r>
      <w:r>
        <w:rPr>
          <w:lang w:eastAsia="zh-CN"/>
        </w:rPr>
        <w:br/>
      </w:r>
      <w:r>
        <w:rPr>
          <w:lang w:eastAsia="zh-CN"/>
        </w:rPr>
        <w:t>　　在这个学期，我们部门为配合学生会和学校各项工作的顺利开展，积极参与并支持相关工作，在各部门开展的活动中都参与并负责活动中的后台工作。总体来说，我们部门基本上完成了我们所指定的目标，但有些不足之处仍需改进。在部门与部门工作的合作过程中，我们不仅加深了部门之间的联系，促进部门之间工作合作上的交流，同时也有利加快我们部门的快速成长，也扩大了我们部门的影响力。</w:t>
      </w:r>
      <w:r>
        <w:rPr>
          <w:lang w:eastAsia="zh-CN"/>
        </w:rPr>
        <w:br/>
      </w:r>
      <w:r>
        <w:rPr>
          <w:lang w:eastAsia="zh-CN"/>
        </w:rPr>
        <w:t>　　到目前为止，我们部门还未开展一次重大活动，这可以说是还有待完善改变的。虽然这个学期已近尾声，但脚步却不能停下，仍需要更加努力发展我们网络信息部，相信我们部门会发展成长得更加完善！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下面我们将从我们部门的详细工作记录中进行总结：</w:t>
      </w:r>
      <w:r>
        <w:rPr>
          <w:lang w:eastAsia="zh-CN"/>
        </w:rPr>
        <w:br/>
      </w:r>
      <w:r>
        <w:rPr>
          <w:lang w:eastAsia="zh-CN"/>
        </w:rPr>
        <w:t>　　一、吸纳新成员</w:t>
      </w:r>
      <w:r>
        <w:rPr>
          <w:lang w:eastAsia="zh-CN"/>
        </w:rPr>
        <w:br/>
      </w:r>
      <w:r>
        <w:rPr>
          <w:lang w:eastAsia="zh-CN"/>
        </w:rPr>
        <w:t>　　这是一个新的学年，我们迎来了新的面孔，大一新生好奇的面庞更是让校园里充满了青春活力。10中旬，我们便开始了学生会的招新工作，同学们的积极性非常高，招新当天，各个部的招新地点门口就挤满了人，我们部门由于技术性和专业性相对较强，人气稍显不足。但是还是有热爱计算机的同学加入我们部门，他们的到来给我们输入了新的血液，使得我们部充满了活力与朝气，使得我们部门的工作更加高效，更加迅速。但新成员的技术还没有完全达标，而且有时候感觉他们的积极性不够，这些问题希望在下学期能够解决。</w:t>
      </w:r>
      <w:r>
        <w:rPr>
          <w:lang w:eastAsia="zh-CN"/>
        </w:rPr>
        <w:br/>
      </w:r>
      <w:r>
        <w:rPr>
          <w:lang w:eastAsia="zh-CN"/>
        </w:rPr>
        <w:t>　　二、网站的维护与更新：</w:t>
      </w:r>
      <w:r>
        <w:rPr>
          <w:lang w:eastAsia="zh-CN"/>
        </w:rPr>
        <w:br/>
      </w:r>
      <w:r>
        <w:rPr>
          <w:lang w:eastAsia="zh-CN"/>
        </w:rPr>
        <w:t>　　因为这学期团委成立了三个新的部门，所以团委网站的维护与更新的工作我们交还给团委宣传部去做，但由于团委宣传是新成立的部门，而且他们的技术还不成熟，所以我们虽然把维护与更新的工作交还给他们，但我们在这个学期也一直帮助他们，教会他们维护与更新的相关技术。另外，虽然09的新干事进了，但由于他们没有一个对于网站方面的知识比较了解，以致于学生会网站的工作开展起来比较慢。</w:t>
      </w:r>
      <w:r>
        <w:rPr>
          <w:lang w:eastAsia="zh-CN"/>
        </w:rPr>
        <w:br/>
      </w:r>
      <w:r>
        <w:rPr>
          <w:lang w:eastAsia="zh-CN"/>
        </w:rPr>
        <w:t>　　三、PPT的制作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这个学期，我们部门负责做的PPT比较多，有大活动的PPT，如“挑战金话筒”主持人大赛和第四届司仪大赛，在做PPT的过程中，我们部门做出来的成品都不是一次通过的，都需要进行修改，尤其是09干事做出来的PPT，可能因为他们还不熟悉，所以做出来的PPT难免会不好。由于PPT的制作多半都是临时而且比较急，所以我们会在PPT的制作技术上尽量让09的干事去学会。</w:t>
      </w:r>
      <w:r>
        <w:rPr>
          <w:lang w:eastAsia="zh-CN"/>
        </w:rPr>
        <w:br/>
      </w:r>
      <w:r>
        <w:rPr>
          <w:lang w:eastAsia="zh-CN"/>
        </w:rPr>
        <w:t>　　四、后台设备操作</w:t>
      </w:r>
      <w:r>
        <w:rPr>
          <w:lang w:eastAsia="zh-CN"/>
        </w:rPr>
        <w:br/>
      </w:r>
      <w:r>
        <w:rPr>
          <w:lang w:eastAsia="zh-CN"/>
        </w:rPr>
        <w:t>　　在这学期，我们部门共负责了院级大大小小的活动后台，在09干事刚进来的时候，由于他们对后台操作技术不熟，而且我们又没有设备可以随时教他们，所以我们在一边做后台的时候一边教他们，我们把基本技术教会他们，就让他们自己去探索和体会后台设备的应用操作，因为我们觉得只是我们教他们，而他们自己没有去思考探索的话，他们是不会成长，也不会真正的应付后台所发生突发情况，我们希望他们能在我们教会他们的基本技术上，能自己探索更多的技术。</w:t>
      </w:r>
      <w:r>
        <w:rPr>
          <w:lang w:eastAsia="zh-CN"/>
        </w:rPr>
        <w:br/>
      </w:r>
      <w:r>
        <w:rPr>
          <w:lang w:eastAsia="zh-CN"/>
        </w:rPr>
        <w:t>　　五、临时性的工作：</w:t>
      </w:r>
      <w:r>
        <w:rPr>
          <w:lang w:eastAsia="zh-CN"/>
        </w:rPr>
        <w:br/>
      </w:r>
      <w:r>
        <w:rPr>
          <w:lang w:eastAsia="zh-CN"/>
        </w:rPr>
        <w:t>　　在这个学期，我们部门承办了团委的临时性工作。一个是招新的大海报，这个工作是从__年时开始的，记得师兄他们说，招新海报本来是宣传部做的，但因为当时宣传没有会做Photoshop的，所以就让网络信息部去做。但我们觉得，现在宣传部中会Photoshop的人已经比我们部门多了，而且技术比我们部门的还强，所以我们想下一年的招新海报是否应该由宣传部去做会更好呢？另外一个是名片的制作，这次制作名片，我们部门比上一年制作的时间缩短了，只用了两个星期就把名片制作好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六、学生会电脑维护：</w:t>
      </w:r>
      <w:r>
        <w:rPr>
          <w:lang w:eastAsia="zh-CN"/>
        </w:rPr>
        <w:br/>
      </w:r>
      <w:r>
        <w:rPr>
          <w:lang w:eastAsia="zh-CN"/>
        </w:rPr>
        <w:t>　　这学期我们部门对学生会的电脑进行了重新系统安装，而且对于硬盘重新分区，将无用资料清除，让出最大的容量。</w:t>
      </w:r>
      <w:r>
        <w:rPr>
          <w:lang w:eastAsia="zh-CN"/>
        </w:rPr>
        <w:br/>
      </w:r>
      <w:r>
        <w:rPr>
          <w:lang w:eastAsia="zh-CN"/>
        </w:rPr>
        <w:t>　　七、工作中的不足：</w:t>
      </w:r>
      <w:r>
        <w:rPr>
          <w:lang w:eastAsia="zh-CN"/>
        </w:rPr>
        <w:br/>
      </w:r>
      <w:r>
        <w:rPr>
          <w:lang w:eastAsia="zh-CN"/>
        </w:rPr>
        <w:t>　　在这学期的工作中，还存有一些不足，例如干事的技术不够熟练，干事的积极性不够等等。这些问题都希望在下学期能得到解决。</w:t>
      </w:r>
      <w:r>
        <w:rPr>
          <w:lang w:eastAsia="zh-CN"/>
        </w:rPr>
        <w:br/>
      </w:r>
      <w:r>
        <w:rPr>
          <w:lang w:eastAsia="zh-CN"/>
        </w:rPr>
        <w:t>　　对于网络信息部接下来的发展：</w:t>
      </w:r>
      <w:r>
        <w:rPr>
          <w:lang w:eastAsia="zh-CN"/>
        </w:rPr>
        <w:br/>
      </w:r>
      <w:r>
        <w:rPr>
          <w:lang w:eastAsia="zh-CN"/>
        </w:rPr>
        <w:t>　　1、提高网络信息部干事的各种技术能力，让他们有能力独立完成任务。</w:t>
      </w:r>
      <w:r>
        <w:rPr>
          <w:lang w:eastAsia="zh-CN"/>
        </w:rPr>
        <w:br/>
      </w:r>
      <w:r>
        <w:rPr>
          <w:lang w:eastAsia="zh-CN"/>
        </w:rPr>
        <w:t>　　2、筹划制作学生会网站。</w:t>
      </w:r>
      <w:r>
        <w:rPr>
          <w:lang w:eastAsia="zh-CN"/>
        </w:rPr>
        <w:br/>
      </w:r>
      <w:r>
        <w:rPr>
          <w:lang w:eastAsia="zh-CN"/>
        </w:rPr>
        <w:t>　　3、策划开展自己部门的活动，使网络信息部有自己的特色，而不是每日为其他部门的活动而奔波劳累。</w:t>
      </w:r>
      <w:r>
        <w:rPr>
          <w:lang w:eastAsia="zh-CN"/>
        </w:rPr>
        <w:br/>
      </w:r>
      <w:r>
        <w:rPr>
          <w:lang w:eastAsia="zh-CN"/>
        </w:rPr>
        <w:t>　　一个优秀的团队＝能力+热情+团结+信任，我们网络信息部的全体成员坚信：“只要努力，一切都能做得最好！”因为我们网络信息部是一个充满活力的部门，相信我们部门会以展成长的更加完善。</w:t>
      </w:r>
      <w:r>
        <w:rPr>
          <w:lang w:eastAsia="zh-CN"/>
        </w:rPr>
        <w:br/>
      </w:r>
      <w:r>
        <w:rPr>
          <w:lang w:eastAsia="zh-CN"/>
        </w:rPr>
        <w:t xml:space="preserve">    2024信息部工作总结 篇8 </w:t>
      </w:r>
      <w:r>
        <w:rPr>
          <w:lang w:eastAsia="zh-CN"/>
        </w:rPr>
        <w:br/>
      </w:r>
      <w:r>
        <w:rPr>
          <w:lang w:eastAsia="zh-CN"/>
        </w:rPr>
        <w:t>　　信息部是个核心部门，每天负责整个集团的软件、硬件维护工作。下面我来介绍一下这一段时间信息部的工作情况。</w:t>
      </w:r>
      <w:r>
        <w:rPr>
          <w:lang w:eastAsia="zh-CN"/>
        </w:rPr>
        <w:br/>
      </w:r>
      <w:r>
        <w:rPr>
          <w:lang w:eastAsia="zh-CN"/>
        </w:rPr>
        <w:t>　　网络问题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由于超市的不断发展和壮大，我们新添置了很多电脑，也分布出内网和外网两个大的网络架构。这样就需要工作人员去维护好自己的机器。不要因为个别人的操作影响到整个网络的正常运行。（外网用的人多，速度会慢不要下载与工作无关的。内网我们是用两大软件，科脉和用友，因为科脉的后台点数有限所以希望用完就下线，方便别的人员查询和使用。）</w:t>
      </w:r>
      <w:r>
        <w:rPr>
          <w:lang w:eastAsia="zh-CN"/>
        </w:rPr>
        <w:br/>
      </w:r>
      <w:r>
        <w:rPr>
          <w:lang w:eastAsia="zh-CN"/>
        </w:rPr>
        <w:t>　　二、 我们更换软件已经有三年多时间，服务器和机器设备也到了维修、出现问题的时候，所以要做的事情很艰巨。必须从根做起，首先服务器重新做系统安装数据库，之后把所有机器清一遍，包括各门店的前台pos机。不允许私自使用u盘避免感染病毒。</w:t>
      </w:r>
      <w:r>
        <w:rPr>
          <w:lang w:eastAsia="zh-CN"/>
        </w:rPr>
        <w:br/>
      </w:r>
      <w:r>
        <w:rPr>
          <w:lang w:eastAsia="zh-CN"/>
        </w:rPr>
        <w:t>　　工作总结</w:t>
      </w:r>
      <w:r>
        <w:rPr>
          <w:lang w:eastAsia="zh-CN"/>
        </w:rPr>
        <w:br/>
      </w:r>
      <w:r>
        <w:rPr>
          <w:lang w:eastAsia="zh-CN"/>
        </w:rPr>
        <w:t>　　一、 十月份月末盘点总结。以前每月月末都是重点商品盘点，生鲜、食品四课、食品五课盘点，这次因为距离上次大盘有三个月时间了，所以做了一次非食一课大盘。我想今后也要设定一下目标：每月生鲜必盘，重点商品盘点，三个月拿出一个课别做一下大盘，六个月各店全盘。下面说一下这次的盘点结果。</w:t>
      </w:r>
      <w:r>
        <w:rPr>
          <w:lang w:eastAsia="zh-CN"/>
        </w:rPr>
        <w:br/>
      </w:r>
      <w:r>
        <w:rPr>
          <w:lang w:eastAsia="zh-CN"/>
        </w:rPr>
        <w:t>　　二、 上个月大安店出现断网数据造成收银员多款，原因是在一台pos机上有未上传数据三千多元，日期是从6月21日到10月28日的，经过调整解决了这个问题把这些数据传上来，财会和收银金额相符，但值得注意的是有数据没有传上来要及时沟通，不能按长款处理，这样是解决不了根本问题的。各店今后发生这种事情及时沟通。</w:t>
      </w:r>
      <w:r>
        <w:rPr>
          <w:lang w:eastAsia="zh-CN"/>
        </w:rPr>
        <w:br/>
      </w:r>
      <w:r>
        <w:rPr>
          <w:lang w:eastAsia="zh-CN"/>
        </w:rPr>
        <w:t>　　三、</w:t>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电子秤的问题：各店都有十多台电子秤，我们超市都是非常好的进口设备，但是需要维护的，正确使用并且不能进水，有的机器上全是蟑螂也不去打扫，这样机器设备容易烧坏。各店要经常性的清理和洒药，保护好各项设备，避免造成损失。</w:t>
      </w:r>
      <w:r>
        <w:rPr>
          <w:lang w:eastAsia="zh-CN"/>
        </w:rPr>
        <w:br/>
      </w:r>
      <w:r>
        <w:rPr>
          <w:lang w:eastAsia="zh-CN"/>
        </w:rPr>
        <w:t>　　四、 1、长春办事处能实现打定单，节省了采购时间，不用再去货栈取单据。</w:t>
      </w:r>
      <w:r>
        <w:rPr>
          <w:lang w:eastAsia="zh-CN"/>
        </w:rPr>
        <w:br/>
      </w:r>
      <w:r>
        <w:rPr>
          <w:lang w:eastAsia="zh-CN"/>
        </w:rPr>
        <w:t>　　2、沈阳办事处由于不经常有外采在，所以软件没有利用上。</w:t>
      </w:r>
      <w:r>
        <w:rPr>
          <w:lang w:eastAsia="zh-CN"/>
        </w:rPr>
        <w:br/>
      </w:r>
      <w:r>
        <w:rPr>
          <w:lang w:eastAsia="zh-CN"/>
        </w:rPr>
        <w:t>　　3、批发在上月进行了盘点，安装了管家婆软件准备软件对接。</w:t>
      </w:r>
      <w:r>
        <w:rPr>
          <w:lang w:eastAsia="zh-CN"/>
        </w:rPr>
        <w:br/>
      </w:r>
      <w:r>
        <w:rPr>
          <w:lang w:eastAsia="zh-CN"/>
        </w:rPr>
        <w:t>　　4、宾馆经常会出现软件方面的问题，例如房门打不开、内部电话接不通、房间电脑不好使，信息部及时处理了这些问题。建议宾馆培养一个会简单处理故障的人员。</w:t>
      </w:r>
      <w:r>
        <w:rPr>
          <w:lang w:eastAsia="zh-CN"/>
        </w:rPr>
        <w:br/>
      </w:r>
      <w:r>
        <w:rPr>
          <w:lang w:eastAsia="zh-CN"/>
        </w:rPr>
        <w:t>　　5、各门店信息人员也存在这个问题，本职业务能完成的很好，但处理不了简单的网络故障，要培养一批优秀的信息人员，择优录用，不只是电脑录入方面做得好，也要掌握一些硬件维护知识，有问题时能及时解决。定期培训信息人员，让他们了解各店的网络布局及处理办法，使各店系统正常运行。</w:t>
      </w:r>
      <w:r>
        <w:rPr>
          <w:lang w:eastAsia="zh-CN"/>
        </w:rPr>
        <w:br/>
      </w:r>
      <w:r>
        <w:rPr>
          <w:lang w:eastAsia="zh-CN"/>
        </w:rPr>
        <w:t>　　信息方面</w:t>
      </w:r>
      <w:r>
        <w:rPr>
          <w:lang w:eastAsia="zh-CN"/>
        </w:rPr>
        <w:br/>
      </w:r>
      <w:r>
        <w:rPr>
          <w:lang w:eastAsia="zh-CN"/>
        </w:rPr>
        <w:t>　　信息部协助部组调出滞销、淘汰商品，采购沟通返货事宜。</w:t>
      </w:r>
      <w:r>
        <w:rPr>
          <w:lang w:eastAsia="zh-CN"/>
        </w:rPr>
        <w:br/>
      </w:r>
      <w:r>
        <w:rPr>
          <w:lang w:eastAsia="zh-CN"/>
        </w:rPr>
        <w:t>　　需要各门店进行数据分析，调出abc类畅销、滞销品，并及时删除或处理各类商品。</w:t>
      </w:r>
      <w:r>
        <w:rPr>
          <w:lang w:eastAsia="zh-CN"/>
        </w:rPr>
        <w:br/>
      </w:r>
      <w:r>
        <w:rPr>
          <w:lang w:eastAsia="zh-CN"/>
        </w:rPr>
        <w:t>　　下一阶段工作安排</w:t>
      </w:r>
      <w:r>
        <w:rPr>
          <w:lang w:eastAsia="zh-CN"/>
        </w:rPr>
        <w:br/>
      </w:r>
      <w:r>
        <w:rPr>
          <w:lang w:eastAsia="zh-CN"/>
        </w:rPr>
        <w:t>　　一、由于松原江北店前期筹备阶段，首先联系上光纤，光纤连上之后把网络架上，安装机器设备，布网、调试机器，早一些用上软件系统。</w:t>
      </w:r>
      <w:r>
        <w:rPr>
          <w:lang w:eastAsia="zh-CN"/>
        </w:rPr>
        <w:br/>
      </w:r>
      <w:r>
        <w:rPr>
          <w:lang w:eastAsia="zh-CN"/>
        </w:rPr>
        <w:t>　　二、定购江北所需机器设备、软件等。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三、招聘信息软件、硬件人员并做培训，做好前期录入准备。配合采购和营运等各部门工作。</w:t>
      </w:r>
      <w:r>
        <w:rPr>
          <w:lang w:eastAsia="zh-CN"/>
        </w:rPr>
        <w:br/>
      </w:r>
      <w:r>
        <w:rPr>
          <w:lang w:eastAsia="zh-CN"/>
        </w:rPr>
        <w:t>　　四、现在到了销售旺季，越来越忙了，各店促销、店庆，新店筹备，在这个月里大安、松原检修机器设备，利用业务培训提高员工业务能力。指导信息各项工作和各部门的衔接。</w:t>
      </w:r>
      <w:r>
        <w:rPr>
          <w:lang w:eastAsia="zh-CN"/>
        </w:rPr>
        <w:br/>
      </w:r>
      <w:r>
        <w:rPr>
          <w:lang w:eastAsia="zh-CN"/>
        </w:rPr>
        <w:t>　　五、配合各部门工作，我有信心带领全体信息部人员共同努力，把信息工作做好。</w:t>
      </w:r>
      <w:r>
        <w:rPr>
          <w:lang w:eastAsia="zh-CN"/>
        </w:rPr>
        <w:br/>
      </w:r>
      <w:r>
        <w:rPr>
          <w:lang w:eastAsia="zh-CN"/>
        </w:rPr>
        <w:t xml:space="preserve">    2024信息部工作总结 篇9 </w:t>
      </w:r>
      <w:r>
        <w:rPr>
          <w:lang w:eastAsia="zh-CN"/>
        </w:rPr>
        <w:br/>
      </w:r>
      <w:r>
        <w:rPr>
          <w:lang w:eastAsia="zh-CN"/>
        </w:rPr>
        <w:t>　　时光如白驹过隙，转眼，这个学期已近尾声，学生会的工作仍顺利进行着。回首翘望，我们有着太多的细节要去记录，作为学院计算机系信息部的成员，我们有必要去总结这一学期来我们的工作，我们必须通过总结来发现和反省我们工作的不足和漏洞，以便我们在将来的日子里更加高效的工作，从而能更好地使同学们感受到我们部门的服务。</w:t>
      </w:r>
      <w:r>
        <w:rPr>
          <w:lang w:eastAsia="zh-CN"/>
        </w:rPr>
        <w:br/>
      </w:r>
      <w:r>
        <w:rPr>
          <w:lang w:eastAsia="zh-CN"/>
        </w:rPr>
        <w:t>　　在这个学期，我们部门为配合学会僧会和学校各项工作的顺利开展，积极参与并支持相关工作，在各部门开展的活动中都参与并负责活动中的相关工作，总体来说，我们部门基本上完成了我们所指定的目标，但有些不足之处仍需改进。</w:t>
      </w:r>
      <w:r>
        <w:rPr>
          <w:lang w:eastAsia="zh-CN"/>
        </w:rPr>
        <w:br/>
      </w:r>
      <w:r>
        <w:rPr>
          <w:lang w:eastAsia="zh-CN"/>
        </w:rPr>
        <w:t>　　在部门与部门工作的合作过程中，我们不仅加深了部门之间的联系，促进部门之间工作合作上的交流，同时也有利加快我们部门的快速成长，也扩大了我们部门的影响力。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到目前为止，我们部门还未开展一次重大活动，这可以说是还有待完善改变的。虽然这个学期已尽，但脚步却不能停下，仍需更加努力发展我们网络信息部，相信我们部门会发展成长得更加完善！</w:t>
      </w:r>
      <w:r>
        <w:rPr>
          <w:lang w:eastAsia="zh-CN"/>
        </w:rPr>
        <w:br/>
      </w:r>
      <w:r>
        <w:rPr>
          <w:lang w:eastAsia="zh-CN"/>
        </w:rPr>
        <w:t>　　下面我将从我们部门的.详细工作记录中进行总结：</w:t>
      </w:r>
      <w:r>
        <w:rPr>
          <w:lang w:eastAsia="zh-CN"/>
        </w:rPr>
        <w:br/>
      </w:r>
      <w:r>
        <w:rPr>
          <w:lang w:eastAsia="zh-CN"/>
        </w:rPr>
        <w:t>　　一、网站的更新</w:t>
      </w:r>
      <w:r>
        <w:rPr>
          <w:lang w:eastAsia="zh-CN"/>
        </w:rPr>
        <w:br/>
      </w:r>
      <w:r>
        <w:rPr>
          <w:lang w:eastAsia="zh-CN"/>
        </w:rPr>
        <w:t>　　因为我们信息部是新成立的，许多事情都不熟悉，一开始工作起来有点困难，随着时间的推移和工作量的加大，我们渐渐熟悉了整个工作个流程。但有时候工作有纰漏，开展起来较慢。</w:t>
      </w:r>
      <w:r>
        <w:rPr>
          <w:lang w:eastAsia="zh-CN"/>
        </w:rPr>
        <w:br/>
      </w:r>
      <w:r>
        <w:rPr>
          <w:lang w:eastAsia="zh-CN"/>
        </w:rPr>
        <w:t>　　二、PPT的制作</w:t>
      </w:r>
      <w:r>
        <w:rPr>
          <w:lang w:eastAsia="zh-CN"/>
        </w:rPr>
        <w:br/>
      </w:r>
      <w:r>
        <w:rPr>
          <w:lang w:eastAsia="zh-CN"/>
        </w:rPr>
        <w:t>　　在这个学期，我们部门负责做的PPT、FLASH动画比较多，有大活动的PPT,如“迎新晚会”等活动，在做PPT的过程中，我们部门做出来的成品都不是一次通过的，都需要进行修改。</w:t>
      </w:r>
      <w:r>
        <w:rPr>
          <w:lang w:eastAsia="zh-CN"/>
        </w:rPr>
        <w:br/>
      </w:r>
      <w:r>
        <w:rPr>
          <w:lang w:eastAsia="zh-CN"/>
        </w:rPr>
        <w:t>　　三、照片的采集</w:t>
      </w:r>
      <w:r>
        <w:rPr>
          <w:lang w:eastAsia="zh-CN"/>
        </w:rPr>
        <w:br/>
      </w:r>
      <w:r>
        <w:rPr>
          <w:lang w:eastAsia="zh-CN"/>
        </w:rPr>
        <w:t>　　采集照片是我们工作中的重点，有时候有些部门开展活动，但是没有给我们活动策划书，导致我们都不知道他要开展活动，什么时候开展，在哪里开展。活动的时候采集照片去的匆匆忙忙的。</w:t>
      </w:r>
      <w:r>
        <w:rPr>
          <w:lang w:eastAsia="zh-CN"/>
        </w:rPr>
        <w:br/>
      </w:r>
      <w:r>
        <w:rPr>
          <w:lang w:eastAsia="zh-CN"/>
        </w:rPr>
        <w:t>　　四、工作中的不足</w:t>
      </w:r>
      <w:r>
        <w:rPr>
          <w:lang w:eastAsia="zh-CN"/>
        </w:rPr>
        <w:br/>
      </w:r>
      <w:r>
        <w:rPr>
          <w:lang w:eastAsia="zh-CN"/>
        </w:rPr>
        <w:t>　　在这学期的工作中，还存有一些不足，例如干事的技术不够熟练，干事的积极性不够高等等。这些问题都希望在下学期能得到解决。</w:t>
      </w:r>
      <w:r>
        <w:rPr>
          <w:lang w:eastAsia="zh-CN"/>
        </w:rPr>
        <w:br/>
      </w:r>
      <w:r>
        <w:rPr>
          <w:lang w:eastAsia="zh-CN"/>
        </w:rPr>
        <w:t>　　对于网络信息部接下来的发展：</w:t>
      </w:r>
      <w:r>
        <w:rPr>
          <w:lang w:eastAsia="zh-CN"/>
        </w:rPr>
        <w:br/>
      </w:r>
      <w:r>
        <w:rPr>
          <w:lang w:eastAsia="zh-CN"/>
        </w:rPr>
        <w:t>　　1、提高网络信息部干事的各种技术能力，让他们有能力独立完成任务。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2、筹划制作学生会网站。</w:t>
      </w:r>
      <w:r>
        <w:rPr>
          <w:lang w:eastAsia="zh-CN"/>
        </w:rPr>
        <w:br/>
      </w:r>
      <w:r>
        <w:rPr>
          <w:lang w:eastAsia="zh-CN"/>
        </w:rPr>
        <w:t>　　3、策划开展自己部门的活动，使网络信息部有自己的特色，而不是每日为其他部门的活动而奔波劳累。</w:t>
      </w:r>
      <w:r>
        <w:rPr>
          <w:lang w:eastAsia="zh-CN"/>
        </w:rPr>
        <w:br/>
      </w:r>
      <w:r>
        <w:rPr>
          <w:lang w:eastAsia="zh-CN"/>
        </w:rPr>
        <w:t>　　一个优秀的团队=能力+热情+团结+信任，我们网络信息部的全体成员坚信：“只要努力，一切都能做的最好！”因为我们网络信息部是一个充满活力的部门，相信我们部门会以展成长的更加完善。</w:t>
      </w:r>
      <w:r>
        <w:rPr>
          <w:lang w:eastAsia="zh-CN"/>
        </w:rPr>
        <w:br/>
      </w:r>
      <w:r>
        <w:rPr>
          <w:lang w:eastAsia="zh-CN"/>
        </w:rPr>
        <w:t xml:space="preserve">    2024信息部工作总结 篇10 </w:t>
      </w:r>
      <w:r>
        <w:rPr>
          <w:lang w:eastAsia="zh-CN"/>
        </w:rPr>
        <w:br/>
      </w:r>
      <w:r>
        <w:rPr>
          <w:lang w:eastAsia="zh-CN"/>
        </w:rPr>
        <w:t>　　您好，随着时光齿轮的飞逝，回首在校区学生自律委员会经历的日子感慨与激动总在心头。特别是在这一年的工作中，在老师您的指导下，校区学生自律委员会的地位和名声发生翻天覆地的变化，为此，自委会信息部也在努力着为会内的工作作至优的贡献。作为信息部部长，肩负更加重大的责任，致力完成会内份内工作外，还为重点培养下一届部门接班人而努力着。</w:t>
      </w:r>
      <w:r>
        <w:rPr>
          <w:lang w:eastAsia="zh-CN"/>
        </w:rPr>
        <w:br/>
      </w:r>
      <w:r>
        <w:rPr>
          <w:lang w:eastAsia="zh-CN"/>
        </w:rPr>
        <w:t>　　在刚刚经手信息部时，紧张与不安常挂心头，总是担心不能胜任部门的工作，对于新干事的到来，给我们部门添加了很多活力，不过对于部门人数却有点遗憾，因为有点多，数量在很多时候都不能体现质量的，当时的想法就是宁缺毋滥，况且还没有到缺的地步，不过还是满足的“庞大组织”的需求。同时在培训花费了很多的功夫，为了能让干事们及时能够做一些实在的事，视频制作、《方圆》排版软件是重点对象，网站的维护也在同步进行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付出同时也意味着收获，在以后的每次活动中我们部门都会及时收集相片，之后制作成视频在例会给大家分享活动的过程，留下很美好的回忆。在每次例会播完比较完美的视频后，听到雷振的掌声之时，心里还是挺乐的。同时《方圆》的排版个人觉得版面的设计比之前有韵味了不少，至少看到版面后就不会有放弃阅读的冲动，确实在同学们的评价上在一定程度上感到骄傲。自律委员会的网站也是不断努力发展着，如果不出意外，网站能正常运作，我们都能及时更新有关信息。与此同时，关键词“自律委员会”在百度的搜索排名也在前面了。</w:t>
      </w:r>
      <w:r>
        <w:rPr>
          <w:lang w:eastAsia="zh-CN"/>
        </w:rPr>
        <w:br/>
      </w:r>
      <w:r>
        <w:rPr>
          <w:lang w:eastAsia="zh-CN"/>
        </w:rPr>
        <w:t>　　在学年工作期间，总结了句话，就是：一起辛苦工作的感觉不叫辛苦，那是一种幸福。还记得为了及时出报纸，和采编部师兄一起工作到四点多，突然间要做一个视频，还是要工作到两三点，等等，记忆最深的还是最近的自律月晚会背景板，也是突然通知要完成，工程如此大，连夜工作才做好，不过秘书长，策划部部长都在qq的另一端陪着我，等待着背景板的诞生，很欣慰。信息部的工作就是如此的与众不同，正是因为这样的幕后工作，让人闪耀的地方沦落到被很多同学看不到，总让人觉得这部门没有什么事做的感觉，其实很多时候有些事情不能看外表，其本质的意义还是活着。不论到三点还是四点，在这里的每一个经历都给我留下了一笔巨大的财富为着共同一个目标而努力，为达到一个共同的愿景而奋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还是坚持为上，创新为本的思想。在一学年的工作期间，将所获所得进行总结，以致力培养后备人员作为头号文件来处理，部门的工作将会更加明确化，尽量减少部分干事工作繁忙，而其他的无所事事严重的两边倒现象，看看如何能突破用人的瓶颈。信息部，其实干事们基本都活力四射，各有所长，只要有他们的表现舞台，还是能让人眼前一亮，相信信息部的干事们只要努力，一切都能做得很好！为校区学生自律委员会做更多的贡献。</w:t>
      </w:r>
      <w:r>
        <w:rPr>
          <w:lang w:eastAsia="zh-CN"/>
        </w:rPr>
        <w:br/>
      </w:r>
      <w:r>
        <w:rPr>
          <w:lang w:eastAsia="zh-CN"/>
        </w:rPr>
        <w:t xml:space="preserve">    2024信息部工作总结 篇11 </w:t>
      </w:r>
      <w:r>
        <w:rPr>
          <w:lang w:eastAsia="zh-CN"/>
        </w:rPr>
        <w:br/>
      </w:r>
      <w:r>
        <w:rPr>
          <w:lang w:eastAsia="zh-CN"/>
        </w:rPr>
        <w:t>　　在这一年里信息部部员的流失率很低，每次例会的出勤率也相对较高，在生活及工作中每个人都相处融洽。但是在工作方面也暴露出了很多的不足之处。</w:t>
      </w:r>
      <w:r>
        <w:rPr>
          <w:lang w:eastAsia="zh-CN"/>
        </w:rPr>
        <w:br/>
      </w:r>
      <w:r>
        <w:rPr>
          <w:lang w:eastAsia="zh-CN"/>
        </w:rPr>
        <w:t>　　信息部针对图片处理组合记者组一直在坚持培训，对于图片处理组，我们一直在尽力创造有利的教学条件，并且由于人员较多，对于部员进行了分组，第一学期期间的培训是每次两组人员进行，第二学期因为有了我系计算机房，每次的培训都普及到了每一个人，无论是图片处理还是CAD都对部员进行了指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信息部的主要职责是信息处理，图片的处理或者报纸的排版都不是工作的全部，但是这些都是一些最基本的工作技能，并且因为有要面对制作工作、制作宣传板等实践性工作，对这些基本的工作技能要求较高，仅仅将软件作为业余爱好或者了解程度无法达到应有的工作要求。一把抓的缺点就在于此，对所有人实行强制，要求每个人达到某一个水平致使每一个部员都致使学会了基本操作，而达不到狗不能工作要求的水平。针对这个问题，解决的方法很关键，首先在纳新时就应该招一些对平面设计感兴趣的部员，并且因为软件处理只是工作的很小一方面，所以培训在对每一个人普及时应该找到有潜力的人，对其进行着重培养，争取做到培养出对软件精通的人才，在质量上多作要求而不是数量上，为系里的工作培养出可以胜任的人才。</w:t>
      </w:r>
      <w:r>
        <w:rPr>
          <w:lang w:eastAsia="zh-CN"/>
        </w:rPr>
        <w:br/>
      </w:r>
      <w:r>
        <w:rPr>
          <w:lang w:eastAsia="zh-CN"/>
        </w:rPr>
        <w:t>　　虽然部员的流失率低，但是在本学期后半段的时间里，部分部员的积极性明显降低，工作挑拣推脱，但是因为工作中的骨干力量已经出现，所以并没有对运作造成影响，因为部内的考核应该加强，调动起部员积极性，剔除少数不积极人员来加强纪律建设，是部员便于领导，使团队的协作能力更强。</w:t>
      </w:r>
      <w:r>
        <w:rPr>
          <w:lang w:eastAsia="zh-CN"/>
        </w:rPr>
        <w:br/>
      </w:r>
      <w:r>
        <w:rPr>
          <w:lang w:eastAsia="zh-CN"/>
        </w:rPr>
        <w:t>　　在信息部的一年中，部里和谐温馨，相信在今后信息部将用于创新，未来更加辉煌。</w:t>
      </w:r>
      <w:r>
        <w:rPr>
          <w:lang w:eastAsia="zh-CN"/>
        </w:rPr>
        <w:br/>
      </w:r>
      <w:r>
        <w:rPr>
          <w:lang w:eastAsia="zh-CN"/>
        </w:rPr>
        <w:t xml:space="preserve">    2024信息部工作总结 篇12 </w:t>
      </w:r>
      <w:r>
        <w:rPr>
          <w:lang w:eastAsia="zh-CN"/>
        </w:rPr>
        <w:br/>
      </w:r>
      <w:r>
        <w:rPr>
          <w:lang w:eastAsia="zh-CN"/>
        </w:rPr>
        <w:t>　　信息部在这学年以来，干事们都尽心尽职的完成好自己的工作，学生会其他部门也对我们信息部的工作质量感到满意，更是对我们信息部干事的肯定。虽然信息部是一个小部门，但是几乎每一次活动的开展，都离不开我们信息部的协助。而这，也意味着我们信息部日常工作的繁忙与辛苦：活动之前要制作好视频，制作活动流程PPT，活动期间还要安排人手到达现场拍照、控制音控与灯光。但是，我们信息部的干事们不怕苦，不怕累，完成好各项活动的工作。从中，我们也学习到了许多东西，认识到许多朋友。如今，即将迎来11界的师弟师妹们，现对这学期的工作总结如下：</w:t>
      </w:r>
      <w:r>
        <w:rPr>
          <w:lang w:eastAsia="zh-CN"/>
        </w:rPr>
        <w:br/>
      </w:r>
      <w:r>
        <w:rPr>
          <w:lang w:eastAsia="zh-CN"/>
        </w:rPr>
        <w:t>　　一、关于人员的安排。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这一年来，我们的日常工作中也出现了不少的问题，其中之一就是工作安排的问题。比如视频的制作都是固定在一个人身上，导致了有部分人轻松，而部分人却累坏了。因此，我们准备将师弟师妹们分成四个组，一个有四个人左右，包括拍照、制作视频、制作PPT、控制灯光音控等。然后一个月左右人员交换一次，这样既有利于让各位干事了解自己部门的人，也能让大家更快的熟悉信息部</w:t>
      </w:r>
      <w:r>
        <w:rPr>
          <w:lang w:eastAsia="zh-CN"/>
        </w:rPr>
        <w:br/>
      </w:r>
      <w:r>
        <w:rPr>
          <w:lang w:eastAsia="zh-CN"/>
        </w:rPr>
        <w:t>　　二、关于部门的特色活动。</w:t>
      </w:r>
      <w:r>
        <w:rPr>
          <w:lang w:eastAsia="zh-CN"/>
        </w:rPr>
        <w:br/>
      </w:r>
      <w:r>
        <w:rPr>
          <w:lang w:eastAsia="zh-CN"/>
        </w:rPr>
        <w:t>　　这一年来，由于我们平时都是忙于其他部门的活动，导致我们自己的特色活动反倒无法得到足够的重视，特色活动最后却是草草收场。因此，明年我们准备把握好机会，尽快举办好自己的特色活动。首先是宣传好，让更多的人了解这个活动，提前准备好参赛照片与视频，同时在系刊里面宣传；其次是活动准备工作，我们要先准备好，把各个活动落实到每个人身上；最后，则是活动期间干事们对突发事故的应对。</w:t>
      </w:r>
      <w:r>
        <w:rPr>
          <w:lang w:eastAsia="zh-CN"/>
        </w:rPr>
        <w:br/>
      </w:r>
      <w:r>
        <w:rPr>
          <w:lang w:eastAsia="zh-CN"/>
        </w:rPr>
        <w:t>　　三、关于系刊工作。</w:t>
      </w:r>
      <w:r>
        <w:rPr>
          <w:lang w:eastAsia="zh-CN"/>
        </w:rPr>
        <w:br/>
      </w:r>
      <w:r>
        <w:rPr>
          <w:lang w:eastAsia="zh-CN"/>
        </w:rPr>
        <w:t>　　系刊工作是展现我们信息部特色的重要工作，我觉得这项工作还是像去年一样专门由一个人做主编，然后由他把工作分配下去，各自排版，最后汇总成大家的杰作。</w:t>
      </w:r>
      <w:r>
        <w:rPr>
          <w:lang w:eastAsia="zh-CN"/>
        </w:rPr>
        <w:br/>
      </w:r>
      <w:r>
        <w:rPr>
          <w:lang w:eastAsia="zh-CN"/>
        </w:rPr>
        <w:t>　　其实，新生们进入学生会，主要是为了锻炼自己，从而更好的适应大学生活。因此，我们主要的不是教师弟师妹们信息部的技术工作，更重要的是教师弟师妹们做人的道理！懂得“低调做人，高调做事”，更要时刻注意细节的问题，以及跟其他人的关系的处理。期待我们的师弟师妹们可以做的越来越好！</w:t>
      </w:r>
      <w:r>
        <w:rPr>
          <w:lang w:eastAsia="zh-CN"/>
        </w:rPr>
        <w:br/>
      </w:r>
      <w:r>
        <w:rPr>
          <w:lang w:eastAsia="zh-CN"/>
        </w:rPr>
        <w:t xml:space="preserve">    2024信息部工作总结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回顾过去的一学年，信息部在老师的指导下及其他各部的大力支持与帮助下，取得了很大的进步与发展。经过学生会招新大会一批充满活力的成员加入了信息部，给信息部注入了一股新鲜的血液。然而新的部员、新的部长尽管意味着新的力量但是所有的工作都要从零开始。因此在这一个学年里信息部主要从部门建设和常规工作中抓起开展各项工作。现总结如下。</w:t>
      </w:r>
      <w:r>
        <w:rPr>
          <w:lang w:eastAsia="zh-CN"/>
        </w:rPr>
        <w:br/>
      </w:r>
      <w:r>
        <w:rPr>
          <w:lang w:eastAsia="zh-CN"/>
        </w:rPr>
        <w:t>　　一、在部门建设方面</w:t>
      </w:r>
      <w:r>
        <w:rPr>
          <w:lang w:eastAsia="zh-CN"/>
        </w:rPr>
        <w:br/>
      </w:r>
      <w:r>
        <w:rPr>
          <w:lang w:eastAsia="zh-CN"/>
        </w:rPr>
        <w:t>　　1、建立了完善的例会制度。针对工作安排需要协调每位成员的时间安排，我部在每个单周的周二中午12点召开例会，在例会上我们总结本周工作经验，商讨下周，通过例会加强了部员与部员、部长与部员之间的沟通与交流，使我们工作开展起来分工协作更明确。通过交流同时也使我们的部门在短时间内融合为一个团结的集体。</w:t>
      </w:r>
      <w:r>
        <w:rPr>
          <w:lang w:eastAsia="zh-CN"/>
        </w:rPr>
        <w:br/>
      </w:r>
      <w:r>
        <w:rPr>
          <w:lang w:eastAsia="zh-CN"/>
        </w:rPr>
        <w:t>　　3、不断加强部门的集体凝聚力与荣誉感。信息部集体聚餐、组织参加学校各文艺活动，为学生会联欢晚会选派精彩节目，通过这些活动我部的集体荣誉感与凝聚力不断的增强。所有这些部门的建设举措为我部开展各项常规工作打下了坚实的基础。</w:t>
      </w:r>
      <w:r>
        <w:rPr>
          <w:lang w:eastAsia="zh-CN"/>
        </w:rPr>
        <w:br/>
      </w:r>
      <w:r>
        <w:rPr>
          <w:lang w:eastAsia="zh-CN"/>
        </w:rPr>
        <w:t>　　二、在常规工作方面</w:t>
      </w:r>
      <w:r>
        <w:rPr>
          <w:lang w:eastAsia="zh-CN"/>
        </w:rPr>
        <w:br/>
      </w:r>
      <w:r>
        <w:rPr>
          <w:lang w:eastAsia="zh-CN"/>
        </w:rPr>
        <w:t>　　1、部门建设取得极大进步。学生会成员风采更新完毕，新闻报道专栏可以看到及时地新闻报道，体育部的健康小贴士不断更新，各科学习资料也在不断完善。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2、积极配合学生会其他各部门工作的开展，加强与其他学生组织的沟通与交流。在这一学年里我部按照主席团决议安排积极配合各个部门开展了多种多样的学生活动。</w:t>
      </w:r>
      <w:r>
        <w:rPr>
          <w:lang w:eastAsia="zh-CN"/>
        </w:rPr>
        <w:br/>
      </w:r>
      <w:r>
        <w:rPr>
          <w:lang w:eastAsia="zh-CN"/>
        </w:rPr>
        <w:t>　　三、不足之处</w:t>
      </w:r>
      <w:r>
        <w:rPr>
          <w:lang w:eastAsia="zh-CN"/>
        </w:rPr>
        <w:br/>
      </w:r>
      <w:r>
        <w:rPr>
          <w:lang w:eastAsia="zh-CN"/>
        </w:rPr>
        <w:t>　　新年伊始，万象更新。相信在新的一年里，只要我们全体成员齐心协力，我们的信息部必定会取得更加出色的成绩，我们的学生会必定会有一个更加辉煌的明天。</w:t>
      </w:r>
      <w:r>
        <w:rPr>
          <w:lang w:eastAsia="zh-CN"/>
        </w:rPr>
        <w:br/>
      </w:r>
      <w:r>
        <w:rPr>
          <w:lang w:eastAsia="zh-CN"/>
        </w:rPr>
        <w:t xml:space="preserve">    2024信息部工作总结 篇14 </w:t>
      </w:r>
      <w:r>
        <w:rPr>
          <w:lang w:eastAsia="zh-CN"/>
        </w:rPr>
        <w:br/>
      </w:r>
      <w:r>
        <w:rPr>
          <w:lang w:eastAsia="zh-CN"/>
        </w:rPr>
        <w:t>　　5月份我部门主要负责号召本院同学共同组建“摄影协会”，在国教杯英语演讲大赛和欢送杯篮球赛中为参赛选手拍照摄影，并且在赛后认真完成写稿工作。记者节期间，开展了“记者节知识展览”，展出了我国的新闻奖项、著名记者的资料，媒体在突发性事件中的冲锋陷阵等新闻工作者感人的图片和人文学院大学生记者团的组建方案、整个招聘过程等资料。给同学们增长了知识，扩大了人文学院团委大学生记者团的影响。</w:t>
      </w:r>
      <w:r>
        <w:rPr>
          <w:lang w:eastAsia="zh-CN"/>
        </w:rPr>
        <w:br/>
      </w:r>
      <w:r>
        <w:rPr>
          <w:lang w:eastAsia="zh-CN"/>
        </w:rPr>
        <w:t>　　大学生记者团作为本学期新生的一个部门，从它的组建到不断完善，全团人员都为之付出了艰辛的汉水。领导的关心，院团委学生会学生干部的关怀，同学们的支持，成为记者团不断进步的不懈动力。当然，它作为一个新生的机构，必然存在着一些不足之处，有待不断完善和改进。我部门成员工作态度认真积极，得到了广大师生的'认可。</w:t>
      </w:r>
      <w:r>
        <w:rPr>
          <w:lang w:eastAsia="zh-CN"/>
        </w:rPr>
        <w:br/>
      </w:r>
      <w:r>
        <w:rPr>
          <w:lang w:eastAsia="zh-CN"/>
        </w:rPr>
        <w:t>　　工作的不足：</w:t>
      </w:r>
      <w:r>
        <w:rPr>
          <w:lang w:eastAsia="zh-CN"/>
        </w:rPr>
        <w:br/>
      </w:r>
      <w:r>
        <w:rPr>
          <w:lang w:eastAsia="zh-CN"/>
        </w:rPr>
        <w:t>　　1、我记者团成员文字功底等各方面能力有待提高。在校报校园网上发表的活动报道偏少。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2、记者团成员中有部分试用校干，大部分成员还参与了校里或院里的其它活动，如校大合唱、舞蹈等，成员没有协调好各种活动的关系，花在院内的时间偏少，导致内部活动搞的太少。</w:t>
      </w:r>
      <w:r>
        <w:rPr>
          <w:lang w:eastAsia="zh-CN"/>
        </w:rPr>
        <w:br/>
      </w:r>
      <w:r>
        <w:rPr>
          <w:lang w:eastAsia="zh-CN"/>
        </w:rPr>
        <w:t>　　我们会认真总结自己的不足，将学到的拍照技术应用到工作中，增强专业素质，保持积极认真的工作态度，减少失误，争取把每一个精彩的瞬间用相机和笔记录下来！</w:t>
      </w:r>
      <w:r>
        <w:rPr>
          <w:lang w:eastAsia="zh-CN"/>
        </w:rPr>
        <w:br/>
      </w:r>
      <w:r>
        <w:rPr>
          <w:lang w:eastAsia="zh-CN"/>
        </w:rPr>
        <w:t xml:space="preserve">    2024信息部工作总结 篇15 </w:t>
      </w:r>
      <w:r>
        <w:rPr>
          <w:lang w:eastAsia="zh-CN"/>
        </w:rPr>
        <w:br/>
      </w:r>
      <w:r>
        <w:rPr>
          <w:lang w:eastAsia="zh-CN"/>
        </w:rPr>
        <w:t>　　回顾过去的'一学期信息部在老师的指导下及其他各部的大力支持与帮助下，取得了很大的进步与发展。</w:t>
      </w:r>
      <w:r>
        <w:rPr>
          <w:lang w:eastAsia="zh-CN"/>
        </w:rPr>
        <w:br/>
      </w:r>
      <w:r>
        <w:rPr>
          <w:lang w:eastAsia="zh-CN"/>
        </w:rPr>
        <w:t>　　新一届的信息部组建于20__年10月，经过学生会招新大会一批充满活力的成员加入了信息部，给信息部注入了一股新鲜的血液。然而新的部员、新的部长尽管意味着新的力量但是所有的工作都要从零开始。因此在这一个学期里信息部主要从部门建设和常规工作中抓起开展各项工作。</w:t>
      </w:r>
      <w:r>
        <w:rPr>
          <w:lang w:eastAsia="zh-CN"/>
        </w:rPr>
        <w:br/>
      </w:r>
      <w:r>
        <w:rPr>
          <w:lang w:eastAsia="zh-CN"/>
        </w:rPr>
        <w:t>　　在部门建设方面：</w:t>
      </w:r>
      <w:r>
        <w:rPr>
          <w:lang w:eastAsia="zh-CN"/>
        </w:rPr>
        <w:br/>
      </w:r>
      <w:r>
        <w:rPr>
          <w:lang w:eastAsia="zh-CN"/>
        </w:rPr>
        <w:t>　　1建立了完善的例会制度。针对工作安排需要协调每位成员的时间安排，我部在每个单周的周二中午12点召开例会，在例会上我们总结本周工作经验，商讨下周，通过例会加强了部员与部员、部长与部员之间的沟通与交流，使我们工作开展起来分工协作更明确。通过交流同时也使我们的部门在短时间内融合为一个团结的集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紧抓部员的业务技能培训工作。由于信息部工作的特殊性，加之我们的部员对基本的新闻写作与摄影技术的不甚了解。针对这一客观实际我们进行了新闻写作培训，摄影基本技巧培训活动。针对于新闻写作的网络化电子化要求，我部举办了WORD文档与E_CEL电子表格的基本操培训。通过这一系列的培训和讲座我们部的整体业务素质得到了很大的提高。</w:t>
      </w:r>
      <w:r>
        <w:rPr>
          <w:lang w:eastAsia="zh-CN"/>
        </w:rPr>
        <w:br/>
      </w:r>
      <w:r>
        <w:rPr>
          <w:lang w:eastAsia="zh-CN"/>
        </w:rPr>
        <w:t>　　3不断加强部门的集体凝聚力与荣誉感。信息部集体聚餐、组织参加学校各文艺活动，为学生会联欢晚会选派精彩节目，通过这些活动我部的集体荣誉感与凝聚力不断的增强。</w:t>
      </w:r>
      <w:r>
        <w:rPr>
          <w:lang w:eastAsia="zh-CN"/>
        </w:rPr>
        <w:br/>
      </w:r>
      <w:r>
        <w:rPr>
          <w:lang w:eastAsia="zh-CN"/>
        </w:rPr>
        <w:t>　　所有这些部门的建设举措为我部开展各项常规工作打下了坚实的基础。</w:t>
      </w:r>
      <w:r>
        <w:rPr>
          <w:lang w:eastAsia="zh-CN"/>
        </w:rPr>
        <w:br/>
      </w:r>
      <w:r>
        <w:rPr>
          <w:lang w:eastAsia="zh-CN"/>
        </w:rPr>
        <w:t>　　在常规工作方面：</w:t>
      </w:r>
      <w:r>
        <w:rPr>
          <w:lang w:eastAsia="zh-CN"/>
        </w:rPr>
        <w:br/>
      </w:r>
      <w:r>
        <w:rPr>
          <w:lang w:eastAsia="zh-CN"/>
        </w:rPr>
        <w:t>　　1部门博客建设取得极大进步。学生会成员风采更新完毕，新闻报道专栏可以看到及时地新闻报道，体育部的健康小贴士不断更新，各科学习资料也在不断完善。</w:t>
      </w:r>
      <w:r>
        <w:rPr>
          <w:lang w:eastAsia="zh-CN"/>
        </w:rPr>
        <w:br/>
      </w:r>
      <w:r>
        <w:rPr>
          <w:lang w:eastAsia="zh-CN"/>
        </w:rPr>
        <w:t>　　2积极配合学生会其他各部门工作的开展，加强与其他学生组织的沟通与交流。在这一学期里我部按照主席团决议安排积极配合各个部门开展了多种多样的学生活动。</w:t>
      </w:r>
      <w:r>
        <w:rPr>
          <w:lang w:eastAsia="zh-CN"/>
        </w:rPr>
        <w:br/>
      </w:r>
    </w:p>
    <w:p w:rsidR="001B1F19" w14:textId="27C3F48A">
      <w:pPr>
        <w:rPr>
          <w:rFonts w:hint="eastAsia"/>
          <w:lang w:eastAsia="zh-CN"/>
        </w:rPr>
      </w:pPr>
      <w:r>
        <w:rPr>
          <w:lang w:eastAsia="zh-CN"/>
        </w:rPr>
        <w:t>　　然而尽管工作中我们取得了不少的成绩但是不可否认的是我们还存在许多的不足或者可以说是错误，新闻写的不专业不规范，上传在网上的新闻发现错别字，因此也受到过批评。新闻照片取景角度欠佳，导致照片的主题不明确。网站建设进程缓慢，许多板块还得不到及时的更新等等。但是总的来说成绩还是主要的，这些成绩的取得离不开老师的指导、以及其他各部的支持与帮助，更离不开信息部所有成员的辛勤与努力，在此我向大家表示衷心的感谢。</w:t>
      </w:r>
      <w:r>
        <w:rPr>
          <w:lang w:eastAsia="zh-CN"/>
        </w:rPr>
        <w:br/>
      </w:r>
      <w:r>
        <w:rPr>
          <w:lang w:eastAsia="zh-CN"/>
        </w:rPr>
        <w:t xml:space="preserve">    2024信息部工作总结 篇16 </w:t>
      </w:r>
      <w:r>
        <w:rPr>
          <w:lang w:eastAsia="zh-CN"/>
        </w:rPr>
        <w:br/>
      </w:r>
      <w:r>
        <w:rPr>
          <w:lang w:eastAsia="zh-CN"/>
        </w:rPr>
        <w:t>　　一概述</w:t>
      </w:r>
      <w:r>
        <w:rPr>
          <w:lang w:eastAsia="zh-CN"/>
        </w:rPr>
        <w:br/>
      </w:r>
      <w:r>
        <w:rPr>
          <w:lang w:eastAsia="zh-CN"/>
        </w:rPr>
        <w:t>　　20__年是公司信息部稳步发展的一年，在公司各位领导的大力支持下，信息部与各部门紧密配合，顺利完成了20__年度的工作，为了保障各部门工作的顺利开展，保障系统稳定运行以及提供技术支持是信息部的首要任务，以服务作为信息部的.工作重心，努力打造安全，稳定，高效的业务系统，信息化建设，信息安全保障，信息部20__年度的工作概括如下：</w:t>
      </w:r>
      <w:r>
        <w:rPr>
          <w:lang w:eastAsia="zh-CN"/>
        </w:rPr>
        <w:br/>
      </w:r>
      <w:r>
        <w:rPr>
          <w:lang w:eastAsia="zh-CN"/>
        </w:rPr>
        <w:t>　　二今年各项工作进展情况</w:t>
      </w:r>
      <w:r>
        <w:rPr>
          <w:lang w:eastAsia="zh-CN"/>
        </w:rPr>
        <w:br/>
      </w:r>
      <w:r>
        <w:rPr>
          <w:lang w:eastAsia="zh-CN"/>
        </w:rPr>
        <w:t>　　1业务系统升级</w:t>
      </w:r>
      <w:r>
        <w:rPr>
          <w:lang w:eastAsia="zh-CN"/>
        </w:rPr>
        <w:br/>
      </w:r>
      <w:r>
        <w:rPr>
          <w:lang w:eastAsia="zh-CN"/>
        </w:rPr>
        <w:t>　　为了更好，更高效的开展业务，公司的业务系统进行了升级，经过几个月的测试运行，目前状态良好，针对一系列的BUG也制定了一套完整的处理解决方案。</w:t>
      </w:r>
      <w:r>
        <w:rPr>
          <w:lang w:eastAsia="zh-CN"/>
        </w:rPr>
        <w:br/>
      </w:r>
      <w:r>
        <w:rPr>
          <w:lang w:eastAsia="zh-CN"/>
        </w:rPr>
        <w:t>　　2机房和服务器的管理，维护</w:t>
      </w:r>
      <w:r>
        <w:rPr>
          <w:lang w:eastAsia="zh-CN"/>
        </w:rPr>
        <w:br/>
      </w:r>
      <w:r>
        <w:rPr>
          <w:lang w:eastAsia="zh-CN"/>
        </w:rPr>
        <w:t>　　每日对数据进行备份，对服务器进行系统漏洞扫描，更新病毒库杀毒，及时的优化程序的运行。</w:t>
      </w:r>
      <w:r>
        <w:rPr>
          <w:lang w:eastAsia="zh-CN"/>
        </w:rPr>
        <w:br/>
      </w:r>
      <w:r>
        <w:rPr>
          <w:lang w:eastAsia="zh-CN"/>
        </w:rPr>
        <w:t>　　3网络搭建，维护及电脑维修</w:t>
      </w:r>
      <w:r>
        <w:rPr>
          <w:lang w:eastAsia="zh-CN"/>
        </w:rPr>
        <w:br/>
      </w:r>
      <w:r>
        <w:rPr>
          <w:lang w:eastAsia="zh-CN"/>
        </w:rPr>
        <w:t>　　1对防火墙，交换机等网络设备进行日常检查。</w:t>
      </w:r>
      <w:r>
        <w:rPr>
          <w:lang w:eastAsia="zh-CN"/>
        </w:rPr>
        <w:br/>
      </w:r>
      <w:r>
        <w:rPr>
          <w:lang w:eastAsia="zh-CN"/>
        </w:rPr>
        <w:t>　　2对防火墙进行配置。</w:t>
      </w:r>
      <w:r>
        <w:rPr>
          <w:lang w:eastAsia="zh-CN"/>
        </w:rPr>
        <w:br/>
      </w:r>
      <w:r>
        <w:rPr>
          <w:lang w:eastAsia="zh-CN"/>
        </w:rPr>
        <w:t>　　3维护公司同事内网办公线路畅通。</w:t>
      </w:r>
      <w:r>
        <w:rPr>
          <w:lang w:eastAsia="zh-CN"/>
        </w:rPr>
        <w:br/>
      </w:r>
      <w:r>
        <w:rPr>
          <w:lang w:eastAsia="zh-CN"/>
        </w:rPr>
        <w:t>　　4维护公司外网及通讯设备</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https://d.book118.com/916034112201010043</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16034112201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