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大学军训总结（34篇）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大学军训总结（精选34篇）</w:t>
      </w:r>
      <w:r>
        <w:rPr>
          <w:lang w:eastAsia="zh-CN"/>
        </w:rPr>
        <w:br/>
      </w:r>
      <w:r>
        <w:rPr>
          <w:lang w:eastAsia="zh-CN"/>
        </w:rPr>
        <w:t xml:space="preserve">    大学军训总结 篇1 </w:t>
      </w:r>
      <w:r>
        <w:rPr>
          <w:lang w:eastAsia="zh-CN"/>
        </w:rPr>
        <w:br/>
      </w:r>
      <w:r>
        <w:rPr>
          <w:lang w:eastAsia="zh-CN"/>
        </w:rPr>
        <w:t>　　5天的军训结束了。在这5天里，酸甜苦辣的生活经历丰富了我的生活，开阔了我的眼界，在我脑海里形成了抹不去的记忆。</w:t>
      </w:r>
      <w:r>
        <w:rPr>
          <w:lang w:eastAsia="zh-CN"/>
        </w:rPr>
        <w:br/>
      </w:r>
      <w:r>
        <w:rPr>
          <w:lang w:eastAsia="zh-CN"/>
        </w:rPr>
        <w:t>　　这5天我经历了许多难忘的事，但最有趣的还是那次去生态园。</w:t>
      </w:r>
      <w:r>
        <w:rPr>
          <w:lang w:eastAsia="zh-CN"/>
        </w:rPr>
        <w:br/>
      </w:r>
      <w:r>
        <w:rPr>
          <w:lang w:eastAsia="zh-CN"/>
        </w:rPr>
        <w:t>　　10月7日，一个令我难忘的日子。</w:t>
      </w:r>
      <w:r>
        <w:rPr>
          <w:lang w:eastAsia="zh-CN"/>
        </w:rPr>
        <w:br/>
      </w:r>
      <w:r>
        <w:rPr>
          <w:lang w:eastAsia="zh-CN"/>
        </w:rPr>
        <w:t>　　这一天，班主任通知我们去生态园。这下好了，总算可以休息了，我可不能错过，要尽情的享受享受。我心里美滋滋的想着，于是买了许多零食，全副武装迎接快乐时刻的到来。教官一声令下，我们迈着矫健的步伐，迎着和煦的风走出了第一步。万里长城便开始了。</w:t>
      </w:r>
      <w:r>
        <w:rPr>
          <w:lang w:eastAsia="zh-CN"/>
        </w:rPr>
        <w:br/>
      </w:r>
      <w:r>
        <w:rPr>
          <w:lang w:eastAsia="zh-CN"/>
        </w:rPr>
        <w:t>　　起初，我们个个兴致勃勃的，不是还哼个小歌，就连那路边的花儿也抢着跟我们打招呼，阳光温柔的照耀着我们，使我们个个身上暖洋洋的，脸上洋溢着灿烂的微笑。这哪有什么难度啊，原来出发前班主任告诉我们这次远足要走多里地，要少带点东西。我们都不以为然，依然我行我素。</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大约走了几十多米大家都大汗淋漓，太阳公公也不知是谁又惹我他生气，使出浑身解数，路边的花儿也懒洋洋的垂下了脑袋，整个路途是那么的枯燥而又漫长同学们也累得上气不接下气。刚才还哼歌的同学这是连说话的力气都没了，疯了似的争前抢后的喝水，有的则干脆一屁股坐在地上不走了。老师们也累得时不时的歇歇脚。这时我们全班军心大减，正想停下歇歇时，领班81班响起嘹亮的《团结就是力量》，这是我每个同学都震撼了。同样的环境。这时我们抖抖精神，文艺委员是带领我们唱我们独一无二的班歌。就这样唱着，我们的疲劳也抛到了九霄云外。前去的道路不再那么无聊。不知不觉眼前一亮，一个直觉告诉我们&amp;目的的到了。脸上的汗滴刷刷地流下来，但都露出了笑脸。</w:t>
      </w:r>
      <w:r>
        <w:rPr>
          <w:lang w:eastAsia="zh-CN"/>
        </w:rPr>
        <w:br/>
      </w:r>
      <w:r>
        <w:rPr>
          <w:lang w:eastAsia="zh-CN"/>
        </w:rPr>
        <w:t xml:space="preserve">    大学军训总结 篇2 </w:t>
      </w:r>
      <w:r>
        <w:rPr>
          <w:lang w:eastAsia="zh-CN"/>
        </w:rPr>
        <w:br/>
      </w:r>
      <w:r>
        <w:rPr>
          <w:lang w:eastAsia="zh-CN"/>
        </w:rPr>
        <w:t>　　勿庸置疑，军训是新生迈入大学的第一课，是实现中学生到大学生角色转换的起点，是增强国防观念竞争与合作意识、培养军事技能、意志品质、养成良好的卫生习惯和文明生活方式极为重要的途径和形式。虽然历时十余天的军训活动已落下帷幕，但是，进一步总结经验，对于今后的工作，必将起到有利的推动作用。</w:t>
      </w:r>
      <w:r>
        <w:rPr>
          <w:lang w:eastAsia="zh-CN"/>
        </w:rPr>
        <w:br/>
      </w:r>
      <w:r>
        <w:rPr>
          <w:lang w:eastAsia="zh-CN"/>
        </w:rPr>
        <w:t>　　一、 统筹规划，精心组织 军训伊始，我团根据军训师的统一部署，对军训工作进行了统筹计划。</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首先，加强制度建设，我团不仅宣布军训师各项制度，而且针对我团实际，制定了《军训作息时间安排》、《会操评分标准》、《内容检查评分标准》、《军训纪律》等制度保证军事训练，内务整理等等各个环节有章可循；其次，建立组织机构，实际分工合作。我团成立了军事训练组、内务整理组、宣传鼓动组、后勤保障组，各机构职责明确，如后勤组负责安排教官生活、官兵药品、生活用水、场地洒水、车辆调配等；宣传组负责挂横幅、办板报、印简报。各组人员由学工干部和新生辅导员组成，专人负责。同时，所有工作人员分工不分家。上述措施提高了工作效率，使军训工作有条不紊地开展起来。</w:t>
      </w:r>
      <w:r>
        <w:rPr>
          <w:lang w:eastAsia="zh-CN"/>
        </w:rPr>
        <w:br/>
      </w:r>
      <w:r>
        <w:rPr>
          <w:lang w:eastAsia="zh-CN"/>
        </w:rPr>
        <w:t>　　二、 密切配合，整合力量 为了调动教官、班主任的积极性，形成军训工作齐抓共管的格局。</w:t>
      </w:r>
      <w:r>
        <w:rPr>
          <w:lang w:eastAsia="zh-CN"/>
        </w:rPr>
        <w:br/>
      </w:r>
      <w:r>
        <w:rPr>
          <w:lang w:eastAsia="zh-CN"/>
        </w:rPr>
        <w:t>　　我团采取了以下几项措施：第一，要求新生班主任下班级指导新生军训，开展思想政治工作，并定期对其工作状况进行检查。第二，加强与承训方的合作，做到目标一致，情感交融。鉴于以往承训方重技能培训，轻内务整理倾向，我方对内务整理活动的次数、标准作了严格规定，并取得了对方的认同，在军训目标上达成一致。我方经常去官兵住所慰问官兵，交流感情，密切了军民关系。我团学工干部以高度的责任感、务实的工作作风赢得了对方的信任。团长----多次讲：“院方为我们提供了优质的服务，领导和老师的精神也鼓舞了我们官兵的斗志，我们没有理由不争取先进。”而官兵严谨的作风、高昂的斗志也深深地影响了我院学工干部。在整个军训期间，军地双方配合默契，为军训工作的顺利开展打下了坚实的基础。</w:t>
      </w:r>
      <w:r>
        <w:rPr>
          <w:lang w:eastAsia="zh-CN"/>
        </w:rPr>
        <w:br/>
      </w:r>
      <w:r>
        <w:rPr>
          <w:lang w:eastAsia="zh-CN"/>
        </w:rPr>
        <w:t>　　三、注重宣传，鼓舞斗志 ，良好的面貌、高昂的斗志是军训工作强大的精神动力。</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我团注重发挥宣传思想工作的作用。首先，注重舆论氛围的营造，军训期间，我团悬挂横幅四条，举办二十余块展板，编印《军训简报》，阐明军训工作的意义，报道军训中涌现出来的先进人物和先进事例，交流学员参加军训活动的心得体会。其次，开展每日点评活动。我团每日就军事训练、内务整理、思想面貌等各方面进行点评，前期以鞭策为主调，后期以鼓励为重点。在宣传工作中注重实际，一是将学员与许志伟事迹结合起来，以英雄的事迹鼓舞人，以英雄的情操塑造人，营造向英雄看齐的学习氛围。二是将学员与身边的先进学员结合起来，营造学先进、比先进的竞争氛围。</w:t>
      </w:r>
      <w:r>
        <w:rPr>
          <w:lang w:eastAsia="zh-CN"/>
        </w:rPr>
        <w:br/>
      </w:r>
      <w:r>
        <w:rPr>
          <w:lang w:eastAsia="zh-CN"/>
        </w:rPr>
        <w:t>　　四、严格管理 提高素质 在整个军训期间，严格按照《高等院校军事训练教学大纲》的要求，做到严格管理、严格要求、严格训练，确保了军训期间安全稳定。</w:t>
      </w:r>
      <w:r>
        <w:rPr>
          <w:lang w:eastAsia="zh-CN"/>
        </w:rPr>
        <w:br/>
      </w:r>
      <w:r>
        <w:rPr>
          <w:lang w:eastAsia="zh-CN"/>
        </w:rPr>
        <w:t>　　一是注重抓作风、纪律培养。依据各项管理手段，加强了同学们的队列作风，增强了同学们的组织纪律观念，培养了同学们，一切行动听指挥的意识，达到训管结合，培养作风的目的。二是建立了新生军训考勤表。每天出操前进行点名，登记出勤情况，没有特殊情况不得请假。从训练到日常管理，教官们都严格按照军训的要求办事，上面要求做的就坚决做好，不符合要求的事坚决不做，增强了同学们的时间观念。三是严格训练场的管理。从军训的第一天开始，不管是在训练中还是在休息期间，不管是晴天还是雨天，都严格要求，做到准时出操、准时训练、准时休息、准时收操。四是统一了内务。组织同学们整理了内务，统一了标准，并进行了检查评比，规范了同学们的内务秩序。</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五、训练刻苦 成效显著。</w:t>
      </w:r>
      <w:r>
        <w:rPr>
          <w:lang w:eastAsia="zh-CN"/>
        </w:rPr>
        <w:br/>
      </w:r>
      <w:r>
        <w:rPr>
          <w:lang w:eastAsia="zh-CN"/>
        </w:rPr>
        <w:t>　　这次军训，气候比较炎热，同们对所学的内容都比较陌生，但每一个同学都能端正训练态度，把这次军训当作一次学习提高自身素质和锻炼自我、挑战自我的机会，安下心来训练，静下心来带着问题思考。白天，在高温的训练场上，在火热的太阳下面，同学们发扬了不怕苦、不怕累的精神，每天一身汗。晚上，还撰写军训心得。同学们在军训体会中写到?“军训是一次提高国防知识和增强自身素质的好机会。通过军训，我们的精神面貌焕然一新，我们的爱国热情为之振奋，我们的意志倍加顽强。军训就像一条鞭子，时刻鞭策着我们前进，军训又像一把尺子，时刻规范着我们的行为，军训更像一盆火炬，时刻照耀着我们的前方。自军训以来，我深刻地感受到军队生活的快乐与艰辛，意识到军事训练的重要性，认识到国防力量对国家安全和社会稳定的重要性，这次军训锻炼了我的意志和毅力。”同学们普遍感觉是：苦中有乐，累中有笑，学到了许多课堂上学不到的知识。有的同学身体不好仍带病坚持训练，不拖后腿；有的同学为了不影响班里的荣誉、系里的荣誉，自己加班加点训练，这种训练劲头，在军训中处处可见，蔚然成风，一直坚持到最后。就是由于这种精神，这种风气，这种激情，大大地激发了全体同学的军训积极性，为安全、胜利、圆满完成军训任务奠定了坚实的基础。</w:t>
      </w:r>
      <w:r>
        <w:rPr>
          <w:lang w:eastAsia="zh-CN"/>
        </w:rPr>
        <w:br/>
      </w:r>
      <w:r>
        <w:rPr>
          <w:lang w:eastAsia="zh-CN"/>
        </w:rPr>
        <w:t>　　在军训师统一部署和组织下，在学校的通力配合下，我团在军训中取得了较好的成绩，再次被评为优秀先锋单位。</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大学军训总结 篇3 </w:t>
      </w:r>
      <w:r>
        <w:rPr>
          <w:lang w:eastAsia="zh-CN"/>
        </w:rPr>
        <w:br/>
      </w:r>
      <w:r>
        <w:rPr>
          <w:lang w:eastAsia="zh-CN"/>
        </w:rPr>
        <w:t>　　一觉醒来，望着窗外嫩绿的叶子，忽然觉得，军训，就如梦一样，匆匆地来，又在我没有细细品味那份感觉的时候又悄然而逝，二十一天的疲劳在肩头隐隐告诉我，已经结束了。有点痛，酸酸的感觉。教官走了，没有眼泪，也没有分别，那么匆匆。阳光照进来，落在堆在角落的军装上，军训的记忆一股脑全翻了出来，我在呆呆地想着，想着和教官的依次邂逅的美丽，想着那整齐或凌乱的踏步声，以及同学们的窃笑声。军训究竟带给了我什么，有吗?唉，军训，真像一场梦啊!记忆已经在疲劳的压迫下变得愈发模糊，对于军训，我能说什么，是从崇高的为保卫祖国而刻苦训练来说，还是充斥在这期间的铁骨柔情。当然，这都都是必要回忆和怀念的，可是否还有更重要的。</w:t>
      </w:r>
      <w:r>
        <w:rPr>
          <w:lang w:eastAsia="zh-CN"/>
        </w:rPr>
        <w:br/>
      </w:r>
      <w:r>
        <w:rPr>
          <w:lang w:eastAsia="zh-CN"/>
        </w:rPr>
        <w:t>　　做为一个比较懒的人，军训中我吃了不少苦，有个人单独“表演”不太标准的俯卧撑的，也有与大家一齐的，但周华健那种《一齐吃苦的幸福》却不怎样体会的到，尽管我为了寻找回忆在那里满脸笑容汗流浃背地受罚，但烈日烤焦了我所有关于这个记忆的储存，而反复记起的是咬紧牙关想着的一句话：“好累啊，必须要撑下去!”也许许多年后我还能体味离家军训时那份不自在、那份累，以及汗流满面而不能擦的那种无法形容的难以忍受的感觉。有人说这是非人的日子，是人生最黑暗的日子。我想如果是这样就应高呼万岁了，因为我们都熬过来了。</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有位哲人说过：无法回味的感觉才是最美妙的感觉。对于军训，有些感受真的不能言传，只能在淙淙的意会中回味。那味道、就如品一味很浓郁的茶，仅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完美的记忆，是同学们和教官之间纯洁淳朴充满人情味的关系。这些年，这种人与人之间的关系已经很少见，很令人怀念和留恋，向往啊!</w:t>
      </w:r>
      <w:r>
        <w:rPr>
          <w:lang w:eastAsia="zh-CN"/>
        </w:rPr>
        <w:br/>
      </w:r>
      <w:r>
        <w:rPr>
          <w:lang w:eastAsia="zh-CN"/>
        </w:rPr>
        <w:t>　　军训，就让它成为人生的一段丰满的记忆，在岁月中酝酿，然后在几个亲友聚杂一齐的时候再把珍藏着的那些温馨的片段捧出来，沉醉其中，享受感动吧!</w:t>
      </w:r>
      <w:r>
        <w:rPr>
          <w:lang w:eastAsia="zh-CN"/>
        </w:rPr>
        <w:br/>
      </w:r>
      <w:r>
        <w:rPr>
          <w:lang w:eastAsia="zh-CN"/>
        </w:rPr>
        <w:t>　　大学军训总结篇二</w:t>
      </w:r>
      <w:r>
        <w:rPr>
          <w:lang w:eastAsia="zh-CN"/>
        </w:rPr>
        <w:br/>
      </w:r>
      <w:r>
        <w:rPr>
          <w:lang w:eastAsia="zh-CN"/>
        </w:rPr>
        <w:t>　　短短的9天军训生活，增强了我们的组织纪律观念，让我们真正的放下了任性和自私，学会了谦让和宽容，最主要的是让我们明白了团结合作的力量是多么的强大。</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r>
        <w:rPr>
          <w:lang w:eastAsia="zh-CN"/>
        </w:rPr>
        <w:br/>
      </w:r>
      <w:r>
        <w:rPr>
          <w:lang w:eastAsia="zh-CN"/>
        </w:rPr>
        <w:t>　　教官对我们很严格，但也很关心我们。立正稍息我们练了很长时间，但也在无形中改掉了我喜欢驼背的毛病。所以当我觉得很苦很累时，当教官对我严格要求时，我振作起来，因为我明白教官也是这么苦出来的，他们付出同样甚至更多的汗水，我们这些小小的苦又算得了什么呢?我觉得自我应当做得更好，虽然我常会因为没有做好被批评，但只要是我努力做了，无论被批评还是被表扬都是值得的。</w:t>
      </w:r>
      <w:r>
        <w:rPr>
          <w:lang w:eastAsia="zh-CN"/>
        </w:rPr>
        <w:br/>
      </w:r>
      <w:r>
        <w:rPr>
          <w:lang w:eastAsia="zh-CN"/>
        </w:rPr>
        <w:t>　　由于军训汇报表演要出一个军体拳方队，所以要挑选打拳打得比较好的出来组成军体拳方队。我有幸被选中到军体拳方队主练军体拳了。太阳很猛烈，练军体拳也很累，可是我没有退缩，每个动作我都很认真的去学习，有些打得不够好的动作自我就多加训练，因为我们是经过教官挑选出来的，我们就必须做得更好。选人的时候，教官证明不想训练的能够立刻提出离开，可是我没有提出，我认为我能够坚持，必须要做出一些成绩。</w:t>
      </w:r>
      <w:r>
        <w:rPr>
          <w:lang w:eastAsia="zh-CN"/>
        </w:rPr>
        <w:br/>
      </w:r>
      <w:r>
        <w:rPr>
          <w:lang w:eastAsia="zh-CN"/>
        </w:rPr>
        <w:t>　　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那里想说一声：教官，辛苦了!</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军训不但培养人有吃苦耐劳的精神，并且能磨练人的坚强意志。苏轼有句话：“古之立大事者，不惟有超世之才，亦必有坚忍不拔之志。”这句话意思是成功的大门从来都是向意志运坚强的人敞开的，甚至能够说是只向意志坚强的人敞开。</w:t>
      </w:r>
      <w:r>
        <w:rPr>
          <w:lang w:eastAsia="zh-CN"/>
        </w:rPr>
        <w:br/>
      </w:r>
      <w:r>
        <w:rPr>
          <w:lang w:eastAsia="zh-CN"/>
        </w:rPr>
        <w:t>　　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欢乐，一种更好地朝人生目标前进的勇气，更增添了一份完善自我的信心吗?</w:t>
      </w:r>
      <w:r>
        <w:rPr>
          <w:lang w:eastAsia="zh-CN"/>
        </w:rPr>
        <w:br/>
      </w:r>
      <w:r>
        <w:rPr>
          <w:lang w:eastAsia="zh-CN"/>
        </w:rPr>
        <w:t>　　我们是生长在新世纪的一代，我们是幸福的，父母把我们从天真浪慢的童年时代细心翼翼地扶我们走过来，在温暖和无微不至的怀抱中，得到了严父的教诲和慈母的垂爱。对于我们已踏入青年的行列，有了独特的思维，完整的性格和较稳定的人生观，正缺乏一种对意志的考验。英国作家狄更斯说过：“顽强的毅力能够征服世界上的任何一座高峰。”军训好困难，困难是磨炼坚强意志的一块磨刀石，坚强的意志总是在困难的磨砺中培养起来的。</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必须要不怕苦不怕累，只要能过去就能让自我受益一辈子。你努力了，你收获了，别人不能沾什么光，但你没有收获，别人就不会看得起你，你就会苦一辈子，所以我们必须要努力付出，付出越多就会有越多的收获。所以军训虽苦，但收获是不可估量的，也能为我们在人生道路上打下良好的基础。</w:t>
      </w:r>
      <w:r>
        <w:rPr>
          <w:lang w:eastAsia="zh-CN"/>
        </w:rPr>
        <w:br/>
      </w:r>
      <w:r>
        <w:rPr>
          <w:lang w:eastAsia="zh-CN"/>
        </w:rPr>
        <w:t xml:space="preserve">    大学军训总结 篇4 </w:t>
      </w:r>
      <w:r>
        <w:rPr>
          <w:lang w:eastAsia="zh-CN"/>
        </w:rPr>
        <w:br/>
      </w:r>
      <w:r>
        <w:rPr>
          <w:lang w:eastAsia="zh-CN"/>
        </w:rPr>
        <w:t>　　军训的第一课就是站军姿，抬头、挺胸、十指夹紧贴于裤缝，真是难受，虽然有教官陪我们一起站，可我们还是坚持不住，头上顶着火热的阳光，我感觉到汗从我的额头滴到了地下。真是苦，这还不算苦的。联系正步的时候，教官让我们控腿，一控就是十分钟，当然有教官陪伴，十分钟不到，我们已经东倒西歪了。可教官却稳稳地站在那，还和我们聊天呢。我不禁佩服他们的毅力和耐力。后几天我们学了擒敌拳，有几个教官给我们表演了跳起来再摔下去的动作，真是太厉害了。我的手都快拍麻了，无限的敬佩涌上心头。</w:t>
      </w:r>
      <w:r>
        <w:rPr>
          <w:lang w:eastAsia="zh-CN"/>
        </w:rPr>
        <w:br/>
      </w:r>
      <w:r>
        <w:rPr>
          <w:lang w:eastAsia="zh-CN"/>
        </w:rPr>
        <w:t>　　军训十天，我学到了很多，首先我真正地了解遵守纪律的重要性，不单单是以前的听话就好，而是要不啊纪律放在心上，要有责任感，对自己所做的事负责任;其次，在这十天里我感受到军人那良好的生活习惯，我会朝着那个标准努力，让自己拥有良好的习惯。回到学校后我会认真努力地学习，像军人一样吃苦耐劳，我不会忘记这最后一次军营生活。</w:t>
      </w:r>
      <w:r>
        <w:rPr>
          <w:lang w:eastAsia="zh-CN"/>
        </w:rPr>
        <w:br/>
      </w:r>
      <w:r>
        <w:rPr>
          <w:lang w:eastAsia="zh-CN"/>
        </w:rPr>
        <w:t>　　军训感受</w:t>
      </w:r>
      <w:r>
        <w:rPr>
          <w:lang w:eastAsia="zh-CN"/>
        </w:rPr>
        <w:br/>
      </w:r>
      <w:r>
        <w:rPr>
          <w:lang w:eastAsia="zh-CN"/>
        </w:rPr>
        <w:t>　　度过了三天的军训，同学们是什么感受呢?有些许疲惫，有些许兴奋，有些许解脱，更有些许有得。</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三天军训虽短，却给我们上了复旦附中的第一课。军训中，有苦，有累，但更多的却是无尽的快乐。</w:t>
      </w:r>
      <w:r>
        <w:rPr>
          <w:lang w:eastAsia="zh-CN"/>
        </w:rPr>
        <w:br/>
      </w:r>
      <w:r>
        <w:rPr>
          <w:lang w:eastAsia="zh-CN"/>
        </w:rPr>
        <w:t>　　第一天军训，暴雨骤至，给了大家一个下马威&amp;&amp;好象老天有意告诉我们，军训不是闹着玩的。大家一起学习立正，稍息，一遍遍地做着枯燥无味的四面转。渐渐地，太阳又露出来。被雨水打湿的衣裳刚刚晾干，就又被汗水所浸湿。然而，汗水浸湿了衣裳，却无法打败大家的坚强。第一天，我们学会了坚韧不拔。</w:t>
      </w:r>
      <w:r>
        <w:rPr>
          <w:lang w:eastAsia="zh-CN"/>
        </w:rPr>
        <w:br/>
      </w:r>
      <w:r>
        <w:rPr>
          <w:lang w:eastAsia="zh-CN"/>
        </w:rPr>
        <w:t>　　第二天军训，艳阳高照。同学们腰酸脚痛，豆大的汗珠不断地从脸上滑落。然而，只要教官的命令，就没有人会擅自休息，即使脚下磨出了水泡。这一站，就是半个小时。教官不发话，整个班级就是一支整齐的队伍，没有一死一毫的动摇。第二天，我们学会了服从命令。</w:t>
      </w:r>
      <w:r>
        <w:rPr>
          <w:lang w:eastAsia="zh-CN"/>
        </w:rPr>
        <w:br/>
      </w:r>
      <w:r>
        <w:rPr>
          <w:lang w:eastAsia="zh-CN"/>
        </w:rPr>
        <w:t>　　第三天军训，要迎接下午的会操。为了班级的荣誉，每个方阵都一丝不苟地练习着集体的配合。从最简单的立正，稍息，到向右看齐，再到四面转法，最后到整个方阵的齐步行进，都不允许任何一个人犯一点差错。俗话说：差之毫厘，谬之千里。不错，前排同学小小的一个错误，就会是整个排面变乱，操场上，没一个方阵无数次地从这一头走到那一头，再从那一头跑到这一头。无数次的练习就是为了训练整支队伍的统一一致。教官说：步调一致，整齐划一才是真正的军队。今天，我们又学会协调一致。</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三天的军训，我们付出了辛苦，付出了汗水。然而得到的却是一份沉甸甸的收获。我们学会了坚韧不拔，学会了服从命令。军训，就是要培养我们的品质，磨砺我们的意志。经历了军训，我们获益匪浅;通过了军训，我们无比骄傲。</w:t>
      </w:r>
      <w:r>
        <w:rPr>
          <w:lang w:eastAsia="zh-CN"/>
        </w:rPr>
        <w:br/>
      </w:r>
      <w:r>
        <w:rPr>
          <w:lang w:eastAsia="zh-CN"/>
        </w:rPr>
        <w:t>　　在今天的结营式上，大家或许是备感自豪，或许是心喊解放。然而，毕竟我们经历了，我们努力了，我们能够说，军训后，我们更出色。</w:t>
      </w:r>
      <w:r>
        <w:rPr>
          <w:lang w:eastAsia="zh-CN"/>
        </w:rPr>
        <w:br/>
      </w:r>
      <w:r>
        <w:rPr>
          <w:lang w:eastAsia="zh-CN"/>
        </w:rPr>
        <w:t>　　我们选择了坚持。尽管烈日炎炎，一分一秒地如此漫长，但在训练场上的我们昂首挺胸、精神饱满，认真进行着训练。最后的结果正像教官说的那样，胜利是属于我们的，我们用自己的汗水和努力换来的是结业式上完美的表演，赢来的是前来参加结业式的院领导、老师以及教官们的认同和掌声。</w:t>
      </w:r>
      <w:r>
        <w:rPr>
          <w:lang w:eastAsia="zh-CN"/>
        </w:rPr>
        <w:br/>
      </w:r>
      <w:r>
        <w:rPr>
          <w:lang w:eastAsia="zh-CN"/>
        </w:rPr>
        <w:t>　　我们不否认的是，身为独生子女的我们习惯于独来独往，凡事先考虑到的是我们自己，而忽视了许多事是需要大家共同为之付出才能做好的。当我们把自己融在一个大集体时，个人的得失就显得微不足道，显现出的是一个团队的作用和力量。为了使这个团队有一个良好的精神面貌展现在全体教官的面前，为了给学院增光添彩，不少同学是带病坚持训练的。我想如果没有这种集体意识和集体荣誉感，我们军训的效果也不会这样好。</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在军训过程中，我们不但学会了一些军事常识，我们还学会了尊重他人。开始我们曾为一些小事与教官发生冲撞，以至于彼此之间产生了误会，说话语气也难免会重一些。但是我们随时都在反醒自己，毕竟军训的目的就是要让我们体验军人的生活，了解作为一名军人应遵循的基本准则;而教官们亦在调整，因为我们是学生，和真正的军人是有差别的。为了缓解偶尔出现的矛盾，我们坐在一起聊天，交换着各自的人生经历和对问题的看法，换位思考后彼此之间有了进一步了解的同时，我们也明白了军队铁的纪律，而教官们也接受了我们身上存在的一些问题。从中我们也体会到了学会理解和尊重他人，学会换位思考的重要性。</w:t>
      </w:r>
      <w:r>
        <w:rPr>
          <w:lang w:eastAsia="zh-CN"/>
        </w:rPr>
        <w:br/>
      </w:r>
      <w:r>
        <w:rPr>
          <w:lang w:eastAsia="zh-CN"/>
        </w:rPr>
        <w:t>　　许是离家在外，身在军营，我们的教官不能经常回家，所以他们对父母兄弟姐妹有着一种深深的思念，每次回家都会为父老乡亲们做点什么。他们对家乡的怀念和对父母的孝敬，感动了我们的同时，也使我们学会感激父母的养育之恩，所以在打电话回家时，我们会叮嘱父母上班时路上小心，不要吸烟，那有害身体健康;生病了记得要吃药，不要为了挣钱而忽略自己的健康;我们在基地生活很好和同学教官相处很融洽，请不要为我们担心``````匆匆挂上电话，擦掉眼角的泪水，心中充满了无限思念。可以说，军营的生活使我们的意志得到锻炼的同时，也使我们懂得了感恩，懂得了长大成人的意味着什么。</w:t>
      </w:r>
      <w:r>
        <w:rPr>
          <w:lang w:eastAsia="zh-CN"/>
        </w:rPr>
        <w:br/>
      </w:r>
      <w:r>
        <w:rPr>
          <w:lang w:eastAsia="zh-CN"/>
        </w:rPr>
        <w:t>　　难忘的军训，教会了我太多、太多。自信、奉献，尊重、感恩``````这些都是财富，一笔宝贵的财富。　　</w:t>
      </w:r>
      <w:r>
        <w:rPr>
          <w:lang w:eastAsia="zh-CN"/>
        </w:rPr>
        <w:br/>
      </w:r>
      <w:r>
        <w:rPr>
          <w:lang w:eastAsia="zh-CN"/>
        </w:rPr>
        <w:t xml:space="preserve">    大学军训总结 篇5 </w:t>
      </w:r>
      <w:r>
        <w:rPr>
          <w:lang w:eastAsia="zh-CN"/>
        </w:rPr>
        <w:br/>
      </w:r>
      <w:r>
        <w:rPr>
          <w:lang w:eastAsia="zh-CN"/>
        </w:rPr>
        <w:t>　　每日这样重复着：走向同一个地点；见证太阳的起落；听着响亮的口令。</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数十天已转瞬即逝，回望过去的一天天军训生活，让我们体验到什么才是真正的军事化训练与生活，一路汗水洒过，一路疲惫留过，而我们依然不曾轻言放下，不曾向困难低头，难道烈阳、风雨能够阻挡我们坚持前进的脚步吗？当然不。</w:t>
      </w:r>
      <w:r>
        <w:rPr>
          <w:lang w:eastAsia="zh-CN"/>
        </w:rPr>
        <w:br/>
      </w:r>
      <w:r>
        <w:rPr>
          <w:lang w:eastAsia="zh-CN"/>
        </w:rPr>
        <w:t>　　此刻的我们既然身穿整齐的绿色军装就就应以一个军人的姿态来规范自我，提醒自我。这短暂的20天也许就是你人生中的唯一，是你在求学路上的奠基石，甚至是你步入社会后的一份财富以及助推器。我们就应把握这样一个塑造自我，锻炼自我，挑战自我的机会。这其中的种种困难，只要坚定信念，心中的毅志不倒，还有什么过不去的呢？</w:t>
      </w:r>
      <w:r>
        <w:rPr>
          <w:lang w:eastAsia="zh-CN"/>
        </w:rPr>
        <w:br/>
      </w:r>
      <w:r>
        <w:rPr>
          <w:lang w:eastAsia="zh-CN"/>
        </w:rPr>
        <w:t>　　咬一咬牙，就能够直起身体。</w:t>
      </w:r>
      <w:r>
        <w:rPr>
          <w:lang w:eastAsia="zh-CN"/>
        </w:rPr>
        <w:br/>
      </w:r>
      <w:r>
        <w:rPr>
          <w:lang w:eastAsia="zh-CN"/>
        </w:rPr>
        <w:t>　　提一下眉，就能够神采熠熠。</w:t>
      </w:r>
      <w:r>
        <w:rPr>
          <w:lang w:eastAsia="zh-CN"/>
        </w:rPr>
        <w:br/>
      </w:r>
      <w:r>
        <w:rPr>
          <w:lang w:eastAsia="zh-CN"/>
        </w:rPr>
        <w:t>　　再多坚持一分钟或半分钟，甚至是一秒，胜利的旗帜就会向你飘扬。亦或是少错一步，少动一下就能够为整个群众出力，增光。</w:t>
      </w:r>
      <w:r>
        <w:rPr>
          <w:lang w:eastAsia="zh-CN"/>
        </w:rPr>
        <w:br/>
      </w:r>
      <w:r>
        <w:rPr>
          <w:lang w:eastAsia="zh-CN"/>
        </w:rPr>
        <w:t>　　不要被别人的一句批评、一句指责变得苦恼；不要让些许疲累丧失心中的斗志；更不要轻易对困难低下头颅。因为我们的未来之路会比这更加荆棘，随时会有艰难险阻在某个地方等着你，而我们需要做的就是：昂首挺胸，向困难挑战。军训为我们每一个人的成长、成才打了下坚实的基础。感谢领导、感谢教官、感谢为我们成长而做出努力和牺牲的每一个人。</w:t>
      </w:r>
      <w:r>
        <w:rPr>
          <w:lang w:eastAsia="zh-CN"/>
        </w:rPr>
        <w:br/>
      </w:r>
      <w:r>
        <w:rPr>
          <w:lang w:eastAsia="zh-CN"/>
        </w:rPr>
        <w:t xml:space="preserve">    大学军训总结 篇6 </w:t>
      </w:r>
      <w:r>
        <w:rPr>
          <w:lang w:eastAsia="zh-CN"/>
        </w:rPr>
        <w:br/>
      </w:r>
      <w:r>
        <w:rPr>
          <w:lang w:eastAsia="zh-CN"/>
        </w:rPr>
        <w:t>　　秋风伴我们迎来了大学的军训生活。听见教官发出响亮而严厉的口令时，同学们都认真地学习教官所教的动作要领。虽然最初的军训只是练习一些基本的动作，并不太辛苦，但却为我们在暑假时已经松懈的学习态度重新拉紧了弦。</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看着同学们一丝不苟地拼命训练，真是高兴。但随着对军训新鲜感的逐渐消失和大量的动作练习，有的同学开始松懈。于是教官不失时机地把他参军时训练的辛苦告诉了我们，还教育我们要“流血流汗不流泪，掉皮掉肉不掉队”。我们于是下定决心，要学习军人的这种不甘落后的精神。</w:t>
      </w:r>
      <w:r>
        <w:rPr>
          <w:lang w:eastAsia="zh-CN"/>
        </w:rPr>
        <w:br/>
      </w:r>
      <w:r>
        <w:rPr>
          <w:lang w:eastAsia="zh-CN"/>
        </w:rPr>
        <w:t>　　军训让我们经历和感受了“坚持就是胜利”的考验与自豪。被日晒，让有些同学有股想逃掉的冲动。但是，一次又一次，同学们还是坚持下来了，因为大家知道“坚持就是胜利”这个道理。军训期间，我们每天都得站得端端正正，走得正正规规，这固然是一件辛苦的事情，但换个角度想，这不正在教大家怎样做人吗？它教会我们做堂堂正正的人，一个行得正走得直的人。于是，我们欣然，在操场被日晒，能换回这么一个人生的道理，实在是太值了。</w:t>
      </w:r>
      <w:r>
        <w:rPr>
          <w:lang w:eastAsia="zh-CN"/>
        </w:rPr>
        <w:br/>
      </w:r>
      <w:r>
        <w:rPr>
          <w:lang w:eastAsia="zh-CN"/>
        </w:rPr>
        <w:t>　　突然发现我们居然有些舍不得这种累人的军训生活了，可能是在训练中学到的那些道理太深的原因吧！我们坚信在以后的大学生活中会以军训中的感悟为动力。让“坚持就是胜利”的信念激励我们继续前进吧！</w:t>
      </w:r>
      <w:r>
        <w:rPr>
          <w:lang w:eastAsia="zh-CN"/>
        </w:rPr>
        <w:br/>
      </w:r>
      <w:r>
        <w:rPr>
          <w:lang w:eastAsia="zh-CN"/>
        </w:rPr>
        <w:t xml:space="preserve">    大学军训总结 篇7 </w:t>
      </w:r>
      <w:r>
        <w:rPr>
          <w:lang w:eastAsia="zh-CN"/>
        </w:rPr>
        <w:br/>
      </w:r>
      <w:r>
        <w:rPr>
          <w:lang w:eastAsia="zh-CN"/>
        </w:rPr>
        <w:t>　　在这个丹桂飘香的季节里，初到矿大的我们迎来了大学的第一场考验，也是人生的一次重要的转折点——军训。</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军训的第一天，我们就进行了站军姿和行步走。于站军姿之中，让我感受到了身为军人所拥有的钢铁般的意志，更让我从高考完的颓废状态之中，转变为，迎接大学新生活的积极向上的心态。更是充满了对大学生生活的向往和不畏惧挑战的信念。于行步走之中，让我感受了身为军人的严谨，转变了我的懒散心态。也让我充满了对未来的殷切盼望。下午我们进行了军训动员大会，鼓舞了我的信念，增强了我的信心。更是对军训的无畏和渴望，想通过军训来使自己更快地成长。</w:t>
      </w:r>
      <w:r>
        <w:rPr>
          <w:lang w:eastAsia="zh-CN"/>
        </w:rPr>
        <w:br/>
      </w:r>
      <w:r>
        <w:rPr>
          <w:lang w:eastAsia="zh-CN"/>
        </w:rPr>
        <w:t>　　军训的第二天，我们进行的转向、跨立、敬礼和跑步等，让我感受了军训的艰辛和困难。但是，身为一个矿大的学生，作为矿业工程学员的一员，我们就是永远不服输，永远不向困难低头，永远争第一。军训再苦，反而会更加成就我们。不但让我们拥有一个健康的身体，可以经受大学生活的考验，更让我们铸成钢铁般的意志，可以忍受大学学业的艰辛和对家人的思念。更能为未来成为更好的自己而打下坚定的基础。更从教官教授我们如何叠军被，让我体会到了军人不但有强硬的一面，更有那柔情似水的一面，就如同那名言“心有猛虎，细嗅蔷薇。”</w:t>
      </w:r>
      <w:r>
        <w:rPr>
          <w:lang w:eastAsia="zh-CN"/>
        </w:rPr>
        <w:br/>
      </w:r>
      <w:r>
        <w:rPr>
          <w:lang w:eastAsia="zh-CN"/>
        </w:rPr>
        <w:t>　　转眼间，军训已过了三天，让我体会到风雨之后终会有彩虹的至理名言。从踢正步中，让我感受到了军人的庄严肃穆，让我感受到了来自灵魂般的洗礼，更对之前的自己感受到了羞愧，也让我充满了对未来成为更好的自己的强烈渴望。</w:t>
      </w:r>
      <w:r>
        <w:rPr>
          <w:lang w:eastAsia="zh-CN"/>
        </w:rPr>
        <w:br/>
      </w:r>
      <w:r>
        <w:rPr>
          <w:lang w:eastAsia="zh-CN"/>
        </w:rPr>
        <w:t>　　尽管军训才刚刚开始，但我相信自己可以通过考验，从而达到一名合格的矿大人。</w:t>
      </w:r>
      <w:r>
        <w:rPr>
          <w:lang w:eastAsia="zh-CN"/>
        </w:rPr>
        <w:br/>
      </w:r>
      <w:r>
        <w:rPr>
          <w:lang w:eastAsia="zh-CN"/>
        </w:rPr>
        <w:t xml:space="preserve">    大学军训总结 篇8 </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脱下军装，我们的军训已经结束!这是我学业生涯中的第二次军训，也算是最终一次了吧!教官离开，我们的军训生活也已经完结。</w:t>
      </w:r>
      <w:r>
        <w:rPr>
          <w:lang w:eastAsia="zh-CN"/>
        </w:rPr>
        <w:br/>
      </w:r>
      <w:r>
        <w:rPr>
          <w:lang w:eastAsia="zh-CN"/>
        </w:rPr>
        <w:t>　　本以为“魔鬼”训练是漫漫无绝期，可是他却这样快速地流过，都不给人留恋的机会。</w:t>
      </w:r>
      <w:r>
        <w:rPr>
          <w:lang w:eastAsia="zh-CN"/>
        </w:rPr>
        <w:br/>
      </w:r>
      <w:r>
        <w:rPr>
          <w:lang w:eastAsia="zh-CN"/>
        </w:rPr>
        <w:t>　　不会有人叫我们站军姿了，不会有人再叫着口令让我们训练了，不会有人在我们看电影时拍我们的脊背了，不会再有人教我们整理内务，不会有人再教我叠被子了，不会有人教我们坐在滚烫的地上唱歌了，不会有这样的机会全班在一齐玩游戏了，再也不会有这样的日子了……这样的军训日子一去不复返，累并欢乐的军训生活再也不会有了!</w:t>
      </w:r>
      <w:r>
        <w:rPr>
          <w:lang w:eastAsia="zh-CN"/>
        </w:rPr>
        <w:br/>
      </w:r>
      <w:r>
        <w:rPr>
          <w:lang w:eastAsia="zh-CN"/>
        </w:rPr>
        <w:t>　　我会记住这十天，十天都给人不一样的感受。</w:t>
      </w:r>
      <w:r>
        <w:rPr>
          <w:lang w:eastAsia="zh-CN"/>
        </w:rPr>
        <w:br/>
      </w:r>
      <w:r>
        <w:rPr>
          <w:lang w:eastAsia="zh-CN"/>
        </w:rPr>
        <w:t>　　以往以为我们在这么热的天气军训会很辛苦会很累，可是我们很开心，因为有一个善良的教官，有一群可爱的同学!教官说他不会忘记这十天和我们度过的日子，他最欢乐的一段时间;我说我们也不会忘记，因为有你，我们过得很开心。</w:t>
      </w:r>
      <w:r>
        <w:rPr>
          <w:lang w:eastAsia="zh-CN"/>
        </w:rPr>
        <w:br/>
      </w:r>
      <w:r>
        <w:rPr>
          <w:lang w:eastAsia="zh-CN"/>
        </w:rPr>
        <w:t>　　那些场景一向在我的脑海里浮现：有训练的，有休息的，有唱歌的，有吃饭的，有玩游戏的，有看电影的，有整理内务的，有叠被子的……那些感情复杂的场景都给我留下了深刻的印象，我不会忘记这些场景，这些我们在一齐的日子。</w:t>
      </w:r>
      <w:r>
        <w:rPr>
          <w:lang w:eastAsia="zh-CN"/>
        </w:rPr>
        <w:br/>
      </w:r>
      <w:r>
        <w:rPr>
          <w:lang w:eastAsia="zh-CN"/>
        </w:rPr>
        <w:t>　　军训教会我们成长，教会我们如何成为有纪律的人，它提升我们的人格尊严。感激军训，感激教官，感激学校给了我们这次训练的机会!</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军训这十天，应当要永生不忘!这样的日子，让我们在以后的生活中去回忆吧!</w:t>
      </w:r>
      <w:r>
        <w:rPr>
          <w:lang w:eastAsia="zh-CN"/>
        </w:rPr>
        <w:br/>
      </w:r>
      <w:r>
        <w:rPr>
          <w:lang w:eastAsia="zh-CN"/>
        </w:rPr>
        <w:t xml:space="preserve">    大学军训总结 篇9 </w:t>
      </w:r>
      <w:r>
        <w:rPr>
          <w:lang w:eastAsia="zh-CN"/>
        </w:rPr>
        <w:br/>
      </w:r>
      <w:r>
        <w:rPr>
          <w:lang w:eastAsia="zh-CN"/>
        </w:rPr>
        <w:t>　　军训已经过去了将近一个星期的时间，在这段时间里，细细回想我在八达岭军训基地的十四天，感慨颇多。因为在那十四天里，我的身体得到了军事化的训练，我相公重要的的是，我的意志得到了磨砺，我的耐性得到了考验，我的心灵得到了历练。另外，军训所带给我的记忆，除了紧张、严格，还有温馨的一幕幕，还有泪洒的时刻。我们遇见了最最可爱的人，碰到了各种不一的事儿，一件件历历在目，记忆犹新。</w:t>
      </w:r>
      <w:r>
        <w:rPr>
          <w:lang w:eastAsia="zh-CN"/>
        </w:rPr>
        <w:br/>
      </w:r>
      <w:r>
        <w:rPr>
          <w:lang w:eastAsia="zh-CN"/>
        </w:rPr>
        <w:t>　　一、训练、训练，还是训练！</w:t>
      </w:r>
      <w:r>
        <w:rPr>
          <w:lang w:eastAsia="zh-CN"/>
        </w:rPr>
        <w:br/>
      </w:r>
      <w:r>
        <w:rPr>
          <w:lang w:eastAsia="zh-CN"/>
        </w:rPr>
        <w:t>　　我们在军训基地接受军训，每天的主旋律当然还是训练。忘不了，每天就要5点起床，迅速的洗漱，按照统一的标准整理内务；忘不了，每天迎着初升的太阳开始早操，顶着晌午的炎炎烈日纹丝不动的站军姿，而且还要坚持好久；忘不了，在黄沙漫天的大风中，在黄土石子的土地上坚持一遍遍踢正步，而且要求有砸地的声音；忘不了，在濛濛细雨的天里，我们要一遍遍的练习打背包和限时集合；忘不了，我们一遍一遍的军歌唱完之后冲击实体昂的兴奋和激动；忘不了……</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这也许就是我军训记忆力的苦吧！其实我知道这苦和真正军人们所吃的苦相比算不了什么，而且自己还是能过吃苦的。军训只有短短的十四天，或许给我们带来不了什么实质的改变，但是在军训之后作总结，就是要告诉自己，经历了军训，在以后的生活中就要努力的培养一种军人的作风，即使不必事事苛刻，也应该做事要雷厉风行，办事要迅速紧张，为人要肯吃苦下功夫，我想这是今后无论做什么事都应该发扬的可贵品质吧！我希望自己以后能够做到，用心实践。</w:t>
      </w:r>
      <w:r>
        <w:rPr>
          <w:lang w:eastAsia="zh-CN"/>
        </w:rPr>
        <w:br/>
      </w:r>
      <w:r>
        <w:rPr>
          <w:lang w:eastAsia="zh-CN"/>
        </w:rPr>
        <w:t>　　二、心灵的磨砺</w:t>
      </w:r>
      <w:r>
        <w:rPr>
          <w:lang w:eastAsia="zh-CN"/>
        </w:rPr>
        <w:br/>
      </w:r>
      <w:r>
        <w:rPr>
          <w:lang w:eastAsia="zh-CN"/>
        </w:rPr>
        <w:t>　　我想，回想起这段军训的时光，我会有与大家不同的情感体验吧！也许就是这一段段小小的破折和坎坷，给我在这段军训的记忆了增添了不一样的感受，我也是其为一笔精神财富。</w:t>
      </w:r>
      <w:r>
        <w:rPr>
          <w:lang w:eastAsia="zh-CN"/>
        </w:rPr>
        <w:br/>
      </w:r>
      <w:r>
        <w:rPr>
          <w:lang w:eastAsia="zh-CN"/>
        </w:rPr>
        <w:t>　　从高中到大学的军训，我都是很积极地迎接军训的，因而为我觉得军训给了我们一次机会，一个平台去展示自己的另一面，不同于生活中，不同于学习上。军训中是要比拼谁能吃得了苦，谁更能够严格要求自己，谁能在一遍一遍的的训练中磨砺自己，挑战自己。所以，军训来不得半点偷懒和松散，并希望自己能好好表现得到认可。高中的时候，我热情高涨的去参加军训，但最后因为发烧的缘故躺进了医务室里，因此在大学的军训的时候，我在便好好训练，认真听教官的命令，可是冥冥之中又一次与优秀擦肩而过。示范班因为写稿错过了选拔机会，队列方阵又意外的落选，所以在军训时泪水因此而流，不愿意看着同学们刻苦的训练自己坐在旁边休息，是挫败感，是遗憾，是种种复杂的心情……</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但是有些道理是自己给自己讲明白的。从主观的分析，我齐步正步走还有待进步，从客观方面讲，有凑巧的因素，有别人评价的因素。所以慢慢也想明白了，自己的确努力过争取过，勇于放弃何不是需要更大的勇气？所以我又投入了军体拳的方阵中，我依旧会认真的对待，我的确这样做了。</w:t>
      </w:r>
      <w:r>
        <w:rPr>
          <w:lang w:eastAsia="zh-CN"/>
        </w:rPr>
        <w:br/>
      </w:r>
      <w:r>
        <w:rPr>
          <w:lang w:eastAsia="zh-CN"/>
        </w:rPr>
        <w:t>　　所以，我想军训又给了我这样一种人生体验，一如既往的追求更</w:t>
      </w:r>
      <w:r>
        <w:rPr>
          <w:lang w:eastAsia="zh-CN"/>
        </w:rPr>
        <w:br/>
      </w:r>
      <w:r>
        <w:rPr>
          <w:lang w:eastAsia="zh-CN"/>
        </w:rPr>
        <w:t>　　高的目标是积极的人生态度，我们应该时刻保持，但是当自己确实努力后没有达到是，徒留伤心和忧郁给自己吗，不是！勇于放弃也是一种智慧，去开辟一条更加属于自己的道路。</w:t>
      </w:r>
      <w:r>
        <w:rPr>
          <w:lang w:eastAsia="zh-CN"/>
        </w:rPr>
        <w:br/>
      </w:r>
      <w:r>
        <w:rPr>
          <w:lang w:eastAsia="zh-CN"/>
        </w:rPr>
        <w:t>　　三、小细节，小杂碎</w:t>
      </w:r>
      <w:r>
        <w:rPr>
          <w:lang w:eastAsia="zh-CN"/>
        </w:rPr>
        <w:br/>
      </w:r>
      <w:r>
        <w:rPr>
          <w:lang w:eastAsia="zh-CN"/>
        </w:rPr>
        <w:t>　　军训的十四日很苦，但是每天每天度过也有快乐的点点滴滴。这些记忆都珍藏在心里，以后的日子慢慢品读，慢慢回味……</w:t>
      </w:r>
      <w:r>
        <w:rPr>
          <w:lang w:eastAsia="zh-CN"/>
        </w:rPr>
        <w:br/>
      </w:r>
      <w:r>
        <w:rPr>
          <w:lang w:eastAsia="zh-CN"/>
        </w:rPr>
        <w:t xml:space="preserve">    大学军训总结 篇10 </w:t>
      </w:r>
      <w:r>
        <w:rPr>
          <w:lang w:eastAsia="zh-CN"/>
        </w:rPr>
        <w:br/>
      </w:r>
      <w:r>
        <w:rPr>
          <w:lang w:eastAsia="zh-CN"/>
        </w:rPr>
        <w:t>　　为期15天的军训工作，在学院领导的重视、武装部的周密安排及各系、处室的通力协助下，在武警教官们的辛勤教导和全体同学的密切配合、共同努力下，已安全、顺利、圆满的完成了。</w:t>
      </w:r>
      <w:r>
        <w:rPr>
          <w:lang w:eastAsia="zh-CN"/>
        </w:rPr>
        <w:br/>
      </w:r>
      <w:r>
        <w:rPr>
          <w:lang w:eastAsia="zh-CN"/>
        </w:rPr>
        <w:t>　　这次军训从9月15日开始至25日结束，历时15天，受训的本、专科新生3170人，根据《_学院20__年新生军训计划》的要求，坚持严格要求，严格训练，同学们发扬不怕苦、不怕累的精神，在武警教官的悉心指导下，学到了基本的军事知识，初步掌握了一定的军事技能，加强了组织纪律性，树立了集体主义思想，增强了国防观念和国家安全意识。通过军事理论知识测试、实弹射击和军事汇操，达到了预期的目的，取得了圆满的成功。主要做了如下工作：</w:t>
      </w:r>
      <w:r>
        <w:rPr>
          <w:lang w:eastAsia="zh-CN"/>
        </w:rPr>
        <w:br/>
      </w:r>
      <w:r>
        <w:rPr>
          <w:lang w:eastAsia="zh-CN"/>
        </w:rPr>
        <w:t>　　l、领导重视 周密安排</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为高质量完成今年的新生军训，切实提高同学们的基本军事技能，增强了国防观念和国家安全意识。学院党委非常重视，成立了以谢友祥副院长为团长的军事训练团，负责军训的筹划、准备及实施工作。为了完成今年的军训任务，武装部在暑假期间多次与承训部队--梅州市武警支队的领导联系沟通，协商军训事宜，并着手制定《__学院20__年新生军训计划》和各项准备工作，做到有计划、有准备。承训武警部队抽调专门力量，进行了具体分工。军训期间，学院领导及各系领导都非常重视，深入训练场检查、指导军训工作。如江南校区管委会各职能部门高度重视，各司其职，密切配合，确保军训工作的完成。又如：体育系、外语系、化学系、财经系、教育系、土木工程系等分管领导冒着炎炎烈日，每天跟随在训练场协助教官抓好训练，极大地鼓舞了军训人员的热情。在每天的具体组织上，双方领导都把一天所需的训练场地、器材等方面做好协调，明确分工，周密安排，严密组织，确保了军训工作的顺利开展。</w:t>
      </w:r>
      <w:r>
        <w:rPr>
          <w:lang w:eastAsia="zh-CN"/>
        </w:rPr>
        <w:br/>
      </w:r>
      <w:r>
        <w:rPr>
          <w:lang w:eastAsia="zh-CN"/>
        </w:rPr>
        <w:t>　　2、严格训练 保证质量</w:t>
      </w:r>
      <w:r>
        <w:rPr>
          <w:lang w:eastAsia="zh-CN"/>
        </w:rPr>
        <w:br/>
      </w:r>
    </w:p>
    <w:p w:rsidR="001B1F19" w14:textId="27C3F48A">
      <w:pPr>
        <w:rPr>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按照《高等院校军事训练教学大纲》的要求，科学施训。共完成了15个教育训练日，其中军事训练84课时，军事理论教育17课时。严格训练管理，是提高军训学生军事理论、军事技能和身体素质的根本途径，也是学生实现军训掌握基本军事技能知识，增强国防观念，集体主义观念，加强组织纪律性，激发爱国主义精神的根本保证。针对这次参训学生的特点，为保证军训质量，做到四严：一是严格教官的示教。从教官的自身形象、教学等每个环节，从严要求，严格把关；二是严格对教官的要求。这次军训的教官，是经过武警教导队严格筛选，把能力强，政治素质好、工作作风过硬的人员抽调到这次军训中当教官；三是按训练科目的安排实行劳逸结合，采取军事训练与军事理论教育、国家安全教育，室内与室外相结合的方式。在训练之余，各教官还教同学们唱一些革命歌曲，并组织同学们拉歌，既调动了训练积极性，又活跃了气氛，既增强了团结精神，又营造了健康向上的娱乐氛围，达到了劳逸结合的效果；四是严把质量关。为确保军训质量，严把质量关，训练中，每位教官把自身所学的本领，灵活运用到训练之中，并根据学生领会动作强弱等特点，采取分层次进行训练，帮扶相结合。并针对检查、军训中发现的问题，及时进行讲解，逐一过关，从而保证了军训任务按质按量的完成。</w:t>
      </w:r>
      <w:r>
        <w:rPr>
          <w:lang w:eastAsia="zh-CN"/>
        </w:rPr>
        <w:br/>
      </w:r>
      <w:r>
        <w:rPr>
          <w:lang w:eastAsia="zh-CN"/>
        </w:rPr>
        <w:t>　　3、严格管理 提高素质</w:t>
      </w:r>
      <w:r>
        <w:rPr>
          <w:lang w:eastAsia="zh-CN"/>
        </w:rPr>
        <w:br/>
      </w:r>
    </w:p>
    <w:p w:rsidR="001B1F19" w14:textId="27C3F48A">
      <w:pPr>
        <w:rPr>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在整个军训期间，严格按照《高等院校军事训练教学大纲》的要求，做到严格管理、严格要求、严格训练，确保了军训期间安全稳定。一是注重抓作风、纪律培养。依据各项管理手段，加强了同学们的队列作风，增强了同学们的组织纪律观念，培养了同学;一切行动听指挥的意识，达到训管结合，培养作风的目的。二是建立了新生军训考勤表。每天出操前进行点名，登记出勤情况，没有特殊情况不得请假。从训练到日常管理，教官们都严格按照军训的要求办事，上面要求做的就坚决做好，不符合要求的事坚决不做，增强了同学们的时间观念。三是严格训练场的管理。从军训的第一天开始，不管是在训练中还是在休息期间，不管是晴天还是雨天，都严格要求，做到准时出操、准时训练、准时休息、准时收操。四是统一了内务。组织同学们整理了内务，统一了标准，并进行了检查评比，规范了同学们的内务秩序。</w:t>
      </w:r>
      <w:r>
        <w:rPr>
          <w:lang w:eastAsia="zh-CN"/>
        </w:rPr>
        <w:br/>
      </w:r>
      <w:r>
        <w:rPr>
          <w:lang w:eastAsia="zh-CN"/>
        </w:rPr>
        <w:t>　　4、训练刻苦 成效显著</w:t>
      </w:r>
      <w:r>
        <w:rPr>
          <w:lang w:eastAsia="zh-CN"/>
        </w:rPr>
        <w:br/>
      </w:r>
    </w:p>
    <w:p w:rsidR="001B1F19" w14:textId="27C3F48A">
      <w:pPr>
        <w:rPr>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这次军训，时间比往年长，增加了5天的训练量，而且气候比较炎热，同学们对所学的内容都比较陌生，但每一个同学都能端正训练态度，把这次军训当作一次学习提高自身素质和锻炼自我、挑战自我的机会，安下心来训练，静下心来带着问题思考。白天，在高温的训练场上，在火热的太阳下面，同学们发扬了不怕苦、不怕累的精神，每天一身汗。晚上，还撰写军训心得。同学们在军训体会中写到;军训是一次提高国防知识和增强自身素质的好机会。通过军训，我们的精神面貌焕然一新，我们的爱国热情为之振奋，我们的意志倍加顽强。军训就像一条鞭子，时刻鞭策着我们前进，军训又像一把尺子，时刻规范着我们的行为，军训更像一盆火炬，时刻照耀着我们的前方。自军训以来，我深刻地感受到军队生活的快乐与艰辛，意识到军事训练的重要性，认识到国防力量对国家安全和社会稳定的重要性，这次军训锻炼了我的意志和毅力。同学们普遍感觉是：苦中有乐，累中有笑，学到了许多课堂上学不到的知识。有的同学身体不好仍带病坚持训练，不拖后腿；有的同学为了不影响班里的荣誉、系里的荣誉，自己加班加点训练，这种训练劲头，在军训中处处可见，蔚然成风，一直坚持到最后。就是由于这种精神，这种风气，这种激情，大大地激发了全体同学的军训积极性，为安全、胜利、圆满完成军训任务奠定了坚实的基础。</w:t>
      </w:r>
      <w:r>
        <w:rPr>
          <w:lang w:eastAsia="zh-CN"/>
        </w:rPr>
        <w:br/>
      </w:r>
      <w:r>
        <w:rPr>
          <w:lang w:eastAsia="zh-CN"/>
        </w:rPr>
        <w:t>　　5、保障到位 扎实有效</w:t>
      </w:r>
      <w:r>
        <w:rPr>
          <w:lang w:eastAsia="zh-CN"/>
        </w:rPr>
        <w:br/>
      </w:r>
      <w:r>
        <w:rPr>
          <w:lang w:eastAsia="zh-CN"/>
        </w:rPr>
        <w:t>　　强有力的保障是圆满完成军训任务的重要一环。为了让军训人员精力充沛，以饱满的热情投入到军训中去，一是各保障人员服务意识强，军训团成员经常深入训练场检查指导，特别是武装部领导坚持每天深入一线检查协调军训工作.</w:t>
      </w:r>
      <w:r>
        <w:rPr>
          <w:lang w:eastAsia="zh-CN"/>
        </w:rPr>
        <w:br/>
      </w:r>
      <w:r>
        <w:rPr>
          <w:lang w:eastAsia="zh-CN"/>
        </w:rPr>
        <w:t>　　上一篇：军训会操比赛-军训作文500字大全 下一篇：军训会操-小学军训作文500字</w:t>
      </w:r>
      <w:r>
        <w:rPr>
          <w:lang w:eastAsia="zh-CN"/>
        </w:rPr>
        <w:br/>
      </w:r>
      <w:r>
        <w:rPr>
          <w:lang w:eastAsia="zh-CN"/>
        </w:rPr>
        <w:t xml:space="preserve">    大学军训总结 篇11 </w:t>
      </w:r>
      <w:r>
        <w:rPr>
          <w:lang w:eastAsia="zh-CN"/>
        </w:rPr>
        <w:br/>
      </w:r>
      <w:r>
        <w:rPr>
          <w:lang w:eastAsia="zh-CN"/>
        </w:rPr>
        <w:t>　　短短的两周军训生活，增强了我们的组织纪律观念，让我们真正的放下了任性和自私，学会了谦让和宽容，最主要的是让我们明白了团结合作的力量是多么的强大。</w:t>
      </w:r>
      <w:r>
        <w:rPr>
          <w:lang w:eastAsia="zh-CN"/>
        </w:rPr>
        <w:br/>
      </w:r>
      <w:r>
        <w:rPr>
          <w:lang w:eastAsia="zh-CN"/>
        </w:rPr>
        <w:t>　　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r>
        <w:rPr>
          <w:lang w:eastAsia="zh-CN"/>
        </w:rPr>
        <w:br/>
      </w:r>
    </w:p>
    <w:p w:rsidR="001B1F19" w14:textId="27C3F48A">
      <w:pPr>
        <w:rPr>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教官对我们很严格，但也很关心我们。立正稍息我们练了很长时间，但也在无形中改掉了我喜欢驼背的毛病。所以当我觉得很苦很累时，当教官对我严格要求时，我振作起来，因为我明白教官也是这么苦出来的，他们付出同样甚至更多的汗水，我们这些小小的苦又算得了什么呢我觉得自我应当做得更好，虽然我常会因为没有做好被批评，但只要是我努力做了，无论被批评还是被表扬都是值得的。</w:t>
      </w:r>
      <w:r>
        <w:rPr>
          <w:lang w:eastAsia="zh-CN"/>
        </w:rPr>
        <w:br/>
      </w:r>
      <w:r>
        <w:rPr>
          <w:lang w:eastAsia="zh-CN"/>
        </w:rPr>
        <w:t>　　由于军训汇报表演要出一个军体拳方队，所以要挑选打拳打得比较好的出来组成军体拳方队。我有幸被选中到军体拳方队主练军体拳了。太阳很猛烈，练军体拳也很累，可是我没有退缩，每个动作我都很认真的去学习，有些打得不够好的动作自我就多加训练，因为我们是经过教官挑选出来的，我们就必须做得更好。选人的时候，教官证明不想训练的能够立刻提出离开，可是我没有提出，我认为我能够坚持，必须要做出一些成绩。</w:t>
      </w:r>
      <w:r>
        <w:rPr>
          <w:lang w:eastAsia="zh-CN"/>
        </w:rPr>
        <w:br/>
      </w:r>
      <w:r>
        <w:rPr>
          <w:lang w:eastAsia="zh-CN"/>
        </w:rPr>
        <w:t>　　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那里想说一声：教官，辛苦了!</w:t>
      </w:r>
      <w:r>
        <w:rPr>
          <w:lang w:eastAsia="zh-CN"/>
        </w:rPr>
        <w:br/>
      </w:r>
      <w:r>
        <w:rPr>
          <w:lang w:eastAsia="zh-CN"/>
        </w:rPr>
        <w:t>　　军训不但培养人有吃苦耐劳的精神，并且能磨练人的坚强意志。苏轼有句话：“古之立大事者，不惟有超世之才，亦必有坚忍不拔之志。”这句话意思是成功的大门从来都是向意志运坚强的人敞开的，甚至能够说是只向意志坚强的人敞开。</w:t>
      </w:r>
      <w:r>
        <w:rPr>
          <w:lang w:eastAsia="zh-CN"/>
        </w:rPr>
        <w:br/>
      </w:r>
    </w:p>
    <w:p w:rsidR="001B1F19" w14:textId="27C3F48A">
      <w:pPr>
        <w:rPr>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欢乐，一种更好地朝人生目标前进的勇气，更增添了一份完善自我的信心吗</w:t>
      </w:r>
      <w:r>
        <w:rPr>
          <w:lang w:eastAsia="zh-CN"/>
        </w:rPr>
        <w:br/>
      </w:r>
      <w:r>
        <w:rPr>
          <w:lang w:eastAsia="zh-CN"/>
        </w:rPr>
        <w:t>　　我们是生长在新世纪的一代，我们是幸福的，父母把我们从天真浪慢的童年时代细心翼翼地扶我们走过来，在温暖和无微不至的怀抱中，得到了严父的教诲和慈母的垂爱。对于我们已踏入青年的行列，有了独特的思维，完整的性格和较稳定的人生观，正缺乏一种对意志的考验。英国作家狄更斯说过：“顽强的毅力能够征服世界上的任何一座高峰。”军训好困难，困难是磨炼坚强意志的一块磨刀石，坚强的意志总是在困难的磨砺中培养起来的。</w:t>
      </w:r>
      <w:r>
        <w:rPr>
          <w:lang w:eastAsia="zh-CN"/>
        </w:rPr>
        <w:br/>
      </w:r>
      <w:r>
        <w:rPr>
          <w:lang w:eastAsia="zh-CN"/>
        </w:rPr>
        <w:t>　　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必须要不怕苦不怕累，只要能过去就能让自我受益一辈子。你努力了，你收获了，别人不能沾什么光，但你没有收获，别人就不会看得起你，你就会苦一辈子，所以我们必须要努力付出，付出越多就会有越多的收获。所以军训虽苦，但收获是不可估量的，也能为我们在人生道路上打下良好的基础。</w:t>
      </w:r>
      <w:r>
        <w:rPr>
          <w:lang w:eastAsia="zh-CN"/>
        </w:rPr>
        <w:br/>
      </w:r>
      <w:r>
        <w:rPr>
          <w:lang w:eastAsia="zh-CN"/>
        </w:rPr>
        <w:t xml:space="preserve">    大学军训总结 篇12 </w:t>
      </w:r>
      <w:r>
        <w:rPr>
          <w:lang w:eastAsia="zh-CN"/>
        </w:rPr>
        <w:br/>
      </w:r>
    </w:p>
    <w:p w:rsidR="001B1F19" w14:textId="27C3F48A">
      <w:pPr>
        <w:rPr>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不知从什么时候开始，大学生军训的味越来越淡了，与真正意义上的军训的距离越来越远了。其时间在紧缩，内容在减少，强度在降落。现现在，只剩下在学校的操场上稍息、立正、蹲下、坐下、起立、整顿着装、敬礼、喊口号、四步走(齐步走、踏步走、跑步走、正步走)、五向转(向左转、向右转、向后转、向左45度转、向右45度转)。军体拳也不过是拉两个连对过去练练架势，就更别提对于武器装备和军营生活方面的内容。更曾经的那些老师所描写的大学军训几乎就是天地之别。</w:t>
      </w:r>
      <w:r>
        <w:rPr>
          <w:lang w:eastAsia="zh-CN"/>
        </w:rPr>
        <w:br/>
      </w:r>
      <w:r>
        <w:rPr>
          <w:lang w:eastAsia="zh-CN"/>
        </w:rPr>
        <w:t>　　没进过军营，没阅历过军谋生活，没接触过兵器设备，这就不是真正意义上的大学军训。这样的军训训练出来的学生军战役力在哪呢?军训的意思又在哪呢?说白了，就是搞情势，走进程，甚至连一些做得比拟好的中学军训都比不上。所以说，大学军训正规化势在必行!</w:t>
      </w:r>
      <w:r>
        <w:rPr>
          <w:lang w:eastAsia="zh-CN"/>
        </w:rPr>
        <w:br/>
      </w:r>
      <w:r>
        <w:rPr>
          <w:lang w:eastAsia="zh-CN"/>
        </w:rPr>
        <w:t>　　大学生是年青的一代，搞好军事训练，深入大学生国防意识，培育大学生精良品德，意义不凡!</w:t>
      </w:r>
      <w:r>
        <w:rPr>
          <w:lang w:eastAsia="zh-CN"/>
        </w:rPr>
        <w:br/>
      </w:r>
      <w:r>
        <w:rPr>
          <w:lang w:eastAsia="zh-CN"/>
        </w:rPr>
        <w:t>　　就国防方面来说，一支存在必定战斗力的学生军，必要时拉出来就是一支占有数千万之众的国民部队，是国防实力的主要组成局部。</w:t>
      </w:r>
      <w:r>
        <w:rPr>
          <w:lang w:eastAsia="zh-CN"/>
        </w:rPr>
        <w:br/>
      </w:r>
      <w:r>
        <w:rPr>
          <w:lang w:eastAsia="zh-CN"/>
        </w:rPr>
        <w:t>　　就社会现状方面来说，当代大学生整体素质较低,励志书籍，重大缺少义务感、危机感、组织性、纪律性。正规的军事训练是一次拉近大学生心灵与事实形式间隔的机遇，是一次用现实对大学生心灵进行塑造的机会，更是转变这种不良社会现状的一剂良药。</w:t>
      </w:r>
      <w:r>
        <w:rPr>
          <w:lang w:eastAsia="zh-CN"/>
        </w:rPr>
        <w:br/>
      </w:r>
    </w:p>
    <w:p w:rsidR="001B1F19" w14:textId="27C3F48A">
      <w:pPr>
        <w:rPr>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实干兴邦,望今后的大学军训能更正规一些，次数上也更多一些(每年都来个一两次)，造福于学生，造福于民族!</w:t>
      </w:r>
      <w:r>
        <w:rPr>
          <w:lang w:eastAsia="zh-CN"/>
        </w:rPr>
        <w:br/>
      </w:r>
      <w:r>
        <w:rPr>
          <w:lang w:eastAsia="zh-CN"/>
        </w:rPr>
        <w:t xml:space="preserve">    大学军训总结 篇13 </w:t>
      </w:r>
      <w:r>
        <w:rPr>
          <w:lang w:eastAsia="zh-CN"/>
        </w:rPr>
        <w:br/>
      </w:r>
      <w:r>
        <w:rPr>
          <w:lang w:eastAsia="zh-CN"/>
        </w:rPr>
        <w:t>　　星期三，我们学校举行了一次军训，地点是园山，在那里我体会到了只要功夫深，铁杵磨成针这句话，让我意味深长.在太阳的照射下，伴随着沐浴阳光的口号声，我们在锻炼。汗水湿透了衣服，我们仍然在继续就这样日日夜夜的联系，也进步了很多很多。汗水凝固成了快乐，令我们获得了不少的收获与快乐。</w:t>
      </w:r>
      <w:r>
        <w:rPr>
          <w:lang w:eastAsia="zh-CN"/>
        </w:rPr>
        <w:br/>
      </w:r>
      <w:r>
        <w:rPr>
          <w:lang w:eastAsia="zh-CN"/>
        </w:rPr>
        <w:t>　　我们还进行了很多活动，如：看电影、六顶思考帽、团队浮桥、报纸时装秀尤其是那团队浮桥，让我明白了同学们之间深厚的感情，看见了令我讨厌的同学也有可爱的一面。经过这些磨砺，让我明白了只要功夫深，铁杵磨成针的道理。是啊，人也一样，做什么事要下功夫，不怕吃苦，才会有意想不到的结果。不能怕吃苦而逃避，要坚持下去，心里要有绝不做逃兵的意念，才会成功。</w:t>
      </w:r>
      <w:r>
        <w:rPr>
          <w:lang w:eastAsia="zh-CN"/>
        </w:rPr>
        <w:br/>
      </w:r>
      <w:r>
        <w:rPr>
          <w:lang w:eastAsia="zh-CN"/>
        </w:rPr>
        <w:t>　　这次军训，让我学到了不少的东西并有了很多体会。只要功夫深，铁杵磨成针这句话将成为我一生中取之不尽，用之不竭的精神源泉!</w:t>
      </w:r>
      <w:r>
        <w:rPr>
          <w:lang w:eastAsia="zh-CN"/>
        </w:rPr>
        <w:br/>
      </w:r>
      <w:r>
        <w:rPr>
          <w:lang w:eastAsia="zh-CN"/>
        </w:rPr>
        <w:t>　　大学军训总结300字三</w:t>
      </w:r>
      <w:r>
        <w:rPr>
          <w:lang w:eastAsia="zh-CN"/>
        </w:rPr>
        <w:br/>
      </w:r>
    </w:p>
    <w:p w:rsidR="001B1F19" w14:textId="27C3F48A">
      <w:pPr>
        <w:rPr>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每天早上六点半起床;从七点一直训练到十一点;烈日当空，热量逼人，挺胸收腹，我们在站军姿。汗流下来了，在身上流淌，痒痒的，但不能擦;喉咙干了，火在心中燃烧，很难受，但不能喝水;脚麻了，血在脚下集中，脑缺氧，但不能休息。一二一，向右看，踢正步，脚肿了。很多人都叫苦，但是人生何时没有苦，苦并不可怕，关键是坚持，坚持才能去克服。</w:t>
      </w:r>
      <w:r>
        <w:rPr>
          <w:lang w:eastAsia="zh-CN"/>
        </w:rPr>
        <w:t xml:space="preserve"> 军训有乐。休息时，雄壮军歌为疲倦的身体增添了力量;幽默小品为枯燥军训增添力量。有人说，辛苦后的收获是加倍的快乐，现在我有了更深的体会。</w:t>
      </w:r>
      <w:r>
        <w:rPr>
          <w:lang w:eastAsia="zh-CN"/>
        </w:rPr>
        <w:t xml:space="preserve"> 还有就是叠被子，叠、压、折、修，一块见棱见角的被子出现在我眼前。在我惊叹原来被子可以这样叠时，我也感叹它可以锻炼一个人，使人坚毅，使人有耐心，而这正是我们所缺少的。看着教官们一张张坚毅而刚强的脸，也许经过一番磨炼，我们的意志也会出现同样的轮廓。</w:t>
      </w:r>
      <w:r>
        <w:rPr>
          <w:lang w:eastAsia="zh-CN"/>
        </w:rPr>
        <w:t xml:space="preserve"> 经过这次短暂、艰苦而又难忘的军训，我们少了份娇气，多了份坚强;少了份依赖，多了份自强;少了份怨天尤人，多了份勇往直前;同时也懂得了自制、自爱、自理和自强。</w:t>
      </w:r>
      <w:r>
        <w:rPr>
          <w:lang w:eastAsia="zh-CN"/>
        </w:rPr>
        <w:t xml:space="preserve"> 向前、向前、向前，我们的军训还没有结束，这只是我们漫长人生的第一步，我们脚下的路还很长。</w:t>
      </w:r>
      <w:r>
        <w:rPr>
          <w:lang w:eastAsia="zh-CN"/>
        </w:rPr>
        <w:br/>
      </w:r>
      <w:r>
        <w:rPr>
          <w:lang w:eastAsia="zh-CN"/>
        </w:rPr>
        <w:t xml:space="preserve">    大学军训总结 篇14 </w:t>
      </w:r>
      <w:r>
        <w:rPr>
          <w:lang w:eastAsia="zh-CN"/>
        </w:rPr>
        <w:br/>
      </w:r>
      <w:r>
        <w:rPr>
          <w:lang w:eastAsia="zh-CN"/>
        </w:rPr>
        <w:t>　　军训不但培养人有吃苦耐劳的精神，而且能磨练人的坚强意志。但我还是满怀欣喜与信心地去拥抱我向往已久的军训。</w:t>
      </w:r>
      <w:r>
        <w:rPr>
          <w:lang w:eastAsia="zh-CN"/>
        </w:rPr>
        <w:br/>
      </w:r>
      <w:r>
        <w:rPr>
          <w:lang w:eastAsia="zh-CN"/>
        </w:rPr>
        <w:t>　　在军训中，很苦很累，但这是一种人生体验，战胜自我，锻炼意志的最佳良机。我丝毫不能放松，心里虽有说不出的酸甜苦辣，在烈日酷暑下的曝晒，皮肤变成黑黝黝的，但这何尝不是一种快乐，一种更好地朝人生目标前进的勇气，更</w:t>
      </w:r>
      <w:r>
        <w:rPr>
          <w:lang w:eastAsia="zh-CN"/>
        </w:rPr>
        <w:br/>
      </w:r>
      <w:r>
        <w:rPr>
          <w:lang w:eastAsia="zh-CN"/>
        </w:rPr>
        <w:t>　　增添了一份完善自我的信心吗?</w:t>
      </w:r>
      <w:r>
        <w:rPr>
          <w:lang w:eastAsia="zh-CN"/>
        </w:rPr>
        <w:br/>
      </w:r>
    </w:p>
    <w:p w:rsidR="001B1F19" w14:textId="27C3F48A">
      <w:pPr>
        <w:rPr>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我满怀信心地开始了真正的训练。教官一遍遍耐心地指导代替了严厉的训斥。训练场上不但有我们整齐的步伐，也有我们阵阵洪亮的口号声，更有我们那嘹亮的军营歌曲。</w:t>
      </w:r>
      <w:r>
        <w:rPr>
          <w:lang w:eastAsia="zh-CN"/>
        </w:rPr>
        <w:br/>
      </w:r>
      <w:r>
        <w:rPr>
          <w:lang w:eastAsia="zh-CN"/>
        </w:rPr>
        <w:t>　　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w:t>
      </w:r>
      <w:r>
        <w:rPr>
          <w:lang w:eastAsia="zh-CN"/>
        </w:rPr>
        <w:br/>
      </w:r>
      <w:r>
        <w:rPr>
          <w:lang w:eastAsia="zh-CN"/>
        </w:rPr>
        <w:t>　　这次军训使我学会很多学校学不到的知识。我相信，它将使我终身受益，无论在哪个岗位上。</w:t>
      </w:r>
      <w:r>
        <w:rPr>
          <w:lang w:eastAsia="zh-CN"/>
        </w:rPr>
        <w:br/>
      </w:r>
      <w:r>
        <w:rPr>
          <w:lang w:eastAsia="zh-CN"/>
        </w:rPr>
        <w:t>　　大学军训总结300字左右三</w:t>
      </w:r>
      <w:r>
        <w:rPr>
          <w:lang w:eastAsia="zh-CN"/>
        </w:rPr>
        <w:br/>
      </w:r>
      <w:r>
        <w:rPr>
          <w:lang w:eastAsia="zh-CN"/>
        </w:rPr>
        <w:t>　　见到了教官，一个可爱、腼腆的大男孩，似乎是因为彼此的陌生对我们还有一种距离感，不过向我们示范的几个基本动作却让我顿时看到了可爱教官背后认真、严肃的一面，颇有军人风范。身为80后的我们，其中很多人在汶川大地震后奔赴灾区支援。很多人捐出血液、善款，又有很多人在为奥运做着最后的冲刺。而我们这批大一新生也决不会害怕军训的挑战。少了炎热的天气，多的决不是一份娇气，而是更坚强的毅力与勇气。我们都期待着，用自己青春的汗水，书写一份精彩难忘的经理。在人生的道路上，它将是支持我们勇往直前的宝贵财富与动力。这一路的风风雨雨也许会让我们跌倒。但我们都知道，执着是我们唯一的骄傲。一想到我们将以军人的姿态迈开坚定的步伐，尝试着艰苦奋斗的日子，在操场上挥洒我们无数洋溢着青春的汗水，我就感到无比的激动与喜悦。</w:t>
      </w:r>
      <w:r>
        <w:rPr>
          <w:lang w:eastAsia="zh-CN"/>
        </w:rPr>
        <w:br/>
      </w:r>
      <w:r>
        <w:rPr>
          <w:lang w:eastAsia="zh-CN"/>
        </w:rPr>
        <w:t>　　大学军训总结300字左右四</w:t>
      </w:r>
      <w:r>
        <w:rPr>
          <w:lang w:eastAsia="zh-CN"/>
        </w:rPr>
        <w:br/>
      </w:r>
    </w:p>
    <w:p w:rsidR="001B1F19" w14:textId="27C3F48A">
      <w:pPr>
        <w:rPr>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黑白蓝相交融的迷彩服，服朴素而庄严。多少曾娇的女孩穿着它昂首立足于训练场上，勾勒出一道美丽的风景。</w:t>
      </w:r>
      <w:r>
        <w:rPr>
          <w:lang w:eastAsia="zh-CN"/>
        </w:rPr>
        <w:br/>
      </w:r>
      <w:r>
        <w:rPr>
          <w:lang w:eastAsia="zh-CN"/>
        </w:rPr>
        <w:t>　　我骄傲我是其中的一员。</w:t>
      </w:r>
      <w:r>
        <w:rPr>
          <w:lang w:eastAsia="zh-CN"/>
        </w:rPr>
        <w:br/>
      </w:r>
      <w:r>
        <w:rPr>
          <w:lang w:eastAsia="zh-CN"/>
        </w:rPr>
        <w:t>　　炎炎烈日下，汗水渗出我们的额头;跌倒在训练场上，血液涌出我们的肌肤.我们没有流泪，军训中我们学会了承受，我们劳记流汗流血不流泪。</w:t>
      </w:r>
      <w:r>
        <w:rPr>
          <w:lang w:eastAsia="zh-CN"/>
        </w:rPr>
        <w:br/>
      </w:r>
      <w:r>
        <w:rPr>
          <w:lang w:eastAsia="zh-CN"/>
        </w:rPr>
        <w:t xml:space="preserve">    大学军训总结 篇15 </w:t>
      </w:r>
      <w:r>
        <w:rPr>
          <w:lang w:eastAsia="zh-CN"/>
        </w:rPr>
        <w:br/>
      </w:r>
      <w:r>
        <w:rPr>
          <w:lang w:eastAsia="zh-CN"/>
        </w:rPr>
        <w:t>　　在军训之前，我总认为那是一件非常有趣的事，虽然初中、高中也有过军训，但那毕竟只是在校内，因此对这种军营中的生活充满了期待和向往。再加上那些电视上所报道的军训中的篝火晚会、打靶、野营、拉歌我真的把军训当作夏令营般轻松和自在。</w:t>
      </w:r>
      <w:r>
        <w:rPr>
          <w:lang w:eastAsia="zh-CN"/>
        </w:rPr>
        <w:br/>
      </w:r>
      <w:r>
        <w:rPr>
          <w:lang w:eastAsia="zh-CN"/>
        </w:rPr>
        <w:t>　　到达训练营之后才意识到自己的想法太天真了，军营就是军营，军人的坚强和钢硬不是轻松自在能够练就出来的。当天下午，我就体验到了军营的严肃气氛。教官说话时不可乱动，笑更是不太可能的事情，就算吃饭时都不能发出除了餐具碰撞饭盒以外的声间。回宿舍的路上要高喊口号，喊不响就不让回去，可有时明明用尽全力，教官却还不满意，于是只能拼命嚷出来。</w:t>
      </w:r>
      <w:r>
        <w:rPr>
          <w:lang w:eastAsia="zh-CN"/>
        </w:rPr>
        <w:br/>
      </w:r>
      <w:r>
        <w:rPr>
          <w:lang w:eastAsia="zh-CN"/>
        </w:rPr>
        <w:t>　　那一晚，我哭了，苦涩的泪流进嘴里，心中的憧憬被击得粉碎</w:t>
      </w:r>
      <w:r>
        <w:rPr>
          <w:lang w:eastAsia="zh-CN"/>
        </w:rPr>
        <w:br/>
      </w:r>
      <w:r>
        <w:rPr>
          <w:lang w:eastAsia="zh-CN"/>
        </w:rPr>
        <w:t>　　第二天不到五点钟，我就起来了，因为六点钟要集合，在这之前还要整理内务。按照要求，被子要折成豆腐块，有的同学甚至起得更早一些。而我则是在前一晚把被子叠好没舍得拆，和衣而睡，以此减少早上的慌乱，可还是很忙的就到了集合时间。</w:t>
      </w:r>
      <w:r>
        <w:rPr>
          <w:lang w:eastAsia="zh-CN"/>
        </w:rPr>
        <w:br/>
      </w:r>
    </w:p>
    <w:p w:rsidR="001B1F19" w14:textId="27C3F48A">
      <w:pPr>
        <w:rPr>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吃过早饭，一天的训练开始了。不准动，不准笑，站军姿;一遍一遍地坐下，起立，蹲下，起立;短时间的休息;吃饭时间食堂门口一遍一遍的喊号;食堂里一遍遍的拿凳子，再放进去的动作操练教官残酷的训练方式，不通人情的批评让我们不堪忍受，甚至产生了厌烦</w:t>
      </w:r>
      <w:r>
        <w:rPr>
          <w:lang w:eastAsia="zh-CN"/>
        </w:rPr>
        <w:br/>
      </w:r>
      <w:r>
        <w:rPr>
          <w:lang w:eastAsia="zh-CN"/>
        </w:rPr>
        <w:t>　　吃过晚饭后，本想飞奔进宿舍，贪睡在床上，享受一天难得的时光。此时，教官却通知我们今天训练的下一个项目是军体拳。就这样，那个难忘的夜晚，教官不辞辛劳地为我们演示，一遍遍地耐心教导看着他们疲惫的神态，听着他们已经嘶哑的嗓音，心里不由得一阵感动。也许他们的方式有些激烈，言辞过于锋利，但他们毕竟是军人，军人的刚毅使他们不善于柔风细雨</w:t>
      </w:r>
      <w:r>
        <w:rPr>
          <w:lang w:eastAsia="zh-CN"/>
        </w:rPr>
        <w:br/>
      </w:r>
      <w:r>
        <w:rPr>
          <w:lang w:eastAsia="zh-CN"/>
        </w:rPr>
        <w:t>　　我不再仇视教官，不再反感军训，可由于身体的原因，我来到了特勤分队，这是一个专门为病号组建的连队，负责一些后勤工作。工作很轻松，但是不能回到以前的连队与同学中，心中竟有了无限遗憾。</w:t>
      </w:r>
      <w:r>
        <w:rPr>
          <w:lang w:eastAsia="zh-CN"/>
        </w:rPr>
        <w:br/>
      </w:r>
    </w:p>
    <w:p w:rsidR="001B1F19" w14:textId="27C3F48A">
      <w:pPr>
        <w:rPr>
          <w:lang w:eastAsia="zh-CN"/>
        </w:rPr>
      </w:pPr>
      <w:r>
        <w:rPr>
          <w:lang w:eastAsia="zh-CN"/>
        </w:rPr>
        <w:t>　　天将降大任于期人也，必先苦其心志，劳其筋骨，饿其体肤，空乏其身，行拂乱其所为军训为大学生加强国防教育，树立爱国主义思想，煅炼身体，增强体质起到了致关重要的作用。虽然我没有能坚持到底，但我也永远难忘这些日子。在军训之前，我总认为那是一件非常有趣的事，虽然初中、高中也有过军训，但那毕竟只是在校内，因此对这种军营中的生活充满了期待和向往。再加上那些电视上所报道的军训中的篝火晚会、打靶、野营、拉歌我真的把军训当作夏令营般轻松和自在。</w:t>
      </w:r>
      <w:r>
        <w:rPr>
          <w:lang w:eastAsia="zh-CN"/>
        </w:rPr>
        <w:br/>
      </w:r>
      <w:r>
        <w:rPr>
          <w:lang w:eastAsia="zh-CN"/>
        </w:rPr>
        <w:t>　　到达训练营之后才意识到自己的想法太天真了，军营就是军营，军人的坚强和钢硬不是轻松自在能够练就出来的。当天下午，我就体验到了军营的严肃气氛。教官说话时不可乱动，笑更是不太可能的事情，就算吃饭时都不能发出除了餐具碰撞饭盒以外的声间。回宿舍的路上要高喊口号，喊不响就不让回去，可有时明明用尽全力，教官却还不满意，于是只能拼命嚷出来。</w:t>
      </w:r>
      <w:r>
        <w:rPr>
          <w:lang w:eastAsia="zh-CN"/>
        </w:rPr>
        <w:br/>
      </w:r>
      <w:r>
        <w:rPr>
          <w:lang w:eastAsia="zh-CN"/>
        </w:rPr>
        <w:t>　　那一晚，我哭了，苦涩的泪流进嘴里，心中的憧憬被击得粉碎</w:t>
      </w:r>
      <w:r>
        <w:rPr>
          <w:lang w:eastAsia="zh-CN"/>
        </w:rPr>
        <w:br/>
      </w:r>
      <w:r>
        <w:rPr>
          <w:lang w:eastAsia="zh-CN"/>
        </w:rPr>
        <w:t>　　第二天不到五点钟，我就起来了，因为六点钟要集合，在这之前还要整理内务。按照要求，被子要折成豆腐块，有的同学甚至起得更早一些。而我则是在前一晚把被子叠好没舍得拆，和衣而睡，以此减少早上的慌乱，可还是很忙的就到了集合时间。</w:t>
      </w:r>
      <w:r>
        <w:rPr>
          <w:lang w:eastAsia="zh-CN"/>
        </w:rPr>
        <w:br/>
      </w:r>
      <w:r>
        <w:rPr>
          <w:lang w:eastAsia="zh-CN"/>
        </w:rPr>
        <w:t>　　吃过早饭，一天的训练开始了。不准动，不准笑，站军姿;一遍一遍地坐下，起立，蹲下，起立;短时间的休息;吃饭时间食堂门口一遍一遍的喊号;食堂里一遍遍的拿凳子，再放进去的动作操练教官残酷的训练方式，不通人情的批评让我们不堪忍受，甚至产生了厌烦</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https://d.book118.com/917053165060006052</w:t>
        </w:r>
      </w:hyperlink>
    </w:p>
    <w:p w:rsidR="001B1F19">
      <w:pPr>
        <w:rPr>
          <w:lang w:eastAsia="zh-CN"/>
        </w:rPr>
      </w:pPr>
    </w:p>
    <w:sectPr>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1705316506000605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