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br/>
        <w:t>有这么个女人</w:t>
      </w:r>
      <w:r>
        <w:t xml:space="preserve"> 她抛硬币</w:t>
        <w:br/>
        <w:t>There</w:t>
      </w:r>
      <w:r>
        <w:t xml:space="preserve"> was</w:t>
      </w:r>
      <w:r>
        <w:t xml:space="preserve"> this</w:t>
      </w:r>
      <w:r>
        <w:t xml:space="preserve"> woman,</w:t>
      </w:r>
      <w:r>
        <w:t xml:space="preserve"> she</w:t>
      </w:r>
      <w:r>
        <w:t xml:space="preserve"> flipped</w:t>
      </w:r>
      <w:r>
        <w:t xml:space="preserve"> a</w:t>
      </w:r>
      <w:r>
        <w:t xml:space="preserve"> coin.</w:t>
        <w:br/>
        <w:t>她问我敢不敢猜</w:t>
      </w:r>
      <w:r>
        <w:t xml:space="preserve"> 我猜了</w:t>
        <w:br/>
        <w:t>She</w:t>
      </w:r>
      <w:r>
        <w:t xml:space="preserve"> dared</w:t>
      </w:r>
      <w:r>
        <w:t xml:space="preserve"> me</w:t>
      </w:r>
      <w:r>
        <w:t xml:space="preserve"> to</w:t>
      </w:r>
      <w:r>
        <w:t xml:space="preserve"> call</w:t>
      </w:r>
      <w:r>
        <w:t xml:space="preserve"> it,</w:t>
      </w:r>
      <w:r>
        <w:t xml:space="preserve"> and</w:t>
      </w:r>
      <w:r>
        <w:t xml:space="preserve"> I</w:t>
      </w:r>
      <w:r>
        <w:t xml:space="preserve"> did.</w:t>
        <w:br/>
        <w:t>祝你好运</w:t>
        <w:br/>
        <w:t>For</w:t>
      </w:r>
      <w:r>
        <w:t xml:space="preserve"> luck.</w:t>
        <w:br/>
        <w:t>是他们的责任</w:t>
      </w:r>
      <w:r>
        <w:t xml:space="preserve"> 凯</w:t>
      </w:r>
      <w:r>
        <w:t xml:space="preserve"> 致远星陷落是他们的责任</w:t>
        <w:br/>
        <w:t>They're</w:t>
      </w:r>
      <w:r>
        <w:t xml:space="preserve"> responsible,</w:t>
      </w:r>
      <w:r>
        <w:t xml:space="preserve"> Kai.</w:t>
      </w:r>
      <w:r>
        <w:t xml:space="preserve"> For</w:t>
      </w:r>
      <w:r>
        <w:t xml:space="preserve"> Reach.</w:t>
        <w:br/>
        <w:t>还有瓦纳克的死</w:t>
      </w:r>
      <w:r>
        <w:t xml:space="preserve"> </w:t>
      </w:r>
      <w:r>
        <w:t xml:space="preserve"> -该负责的是星盟</w:t>
        <w:br/>
        <w:t>For</w:t>
      </w:r>
      <w:r>
        <w:t xml:space="preserve"> Vannak.</w:t>
      </w:r>
      <w:r>
        <w:t xml:space="preserve"> </w:t>
      </w:r>
      <w:r>
        <w:t xml:space="preserve"> </w:t>
      </w:r>
      <w:r>
        <w:t xml:space="preserve"> -</w:t>
      </w:r>
      <w:r>
        <w:t xml:space="preserve"> The</w:t>
      </w:r>
      <w:r>
        <w:t xml:space="preserve"> Covenant's</w:t>
      </w:r>
      <w:r>
        <w:t xml:space="preserve"> responsible.</w:t>
        <w:br/>
        <w:t>星盟没有带走我们的战甲</w:t>
        <w:br/>
        <w:t>The</w:t>
      </w:r>
      <w:r>
        <w:t xml:space="preserve"> Covenant</w:t>
      </w:r>
      <w:r>
        <w:t xml:space="preserve"> didn't</w:t>
      </w:r>
      <w:r>
        <w:t xml:space="preserve"> take</w:t>
      </w:r>
      <w:r>
        <w:t xml:space="preserve"> our</w:t>
      </w:r>
      <w:r>
        <w:t xml:space="preserve"> armor.</w:t>
        <w:br/>
        <w:t>只不过是几个小疏忽</w:t>
        <w:br/>
        <w:t>Centuries</w:t>
      </w:r>
      <w:r>
        <w:t xml:space="preserve"> of</w:t>
      </w:r>
      <w:r>
        <w:t xml:space="preserve"> work</w:t>
      </w:r>
      <w:r>
        <w:t xml:space="preserve"> can</w:t>
      </w:r>
      <w:r>
        <w:t xml:space="preserve"> be</w:t>
      </w:r>
      <w:r>
        <w:t xml:space="preserve"> undone</w:t>
        <w:br/>
        <w:t>百年来的努力付之东流</w:t>
        <w:br/>
        <w:t>by</w:t>
      </w:r>
      <w:r>
        <w:t xml:space="preserve"> the</w:t>
      </w:r>
      <w:r>
        <w:t xml:space="preserve"> smallest</w:t>
      </w:r>
      <w:r>
        <w:t xml:space="preserve"> of</w:t>
      </w:r>
      <w:r>
        <w:t xml:space="preserve"> oversights.</w:t>
        <w:br/>
        <w:t>你为什么选择了我</w:t>
        <w:br/>
        <w:t>How</w:t>
      </w:r>
      <w:r>
        <w:t xml:space="preserve"> did</w:t>
      </w:r>
      <w:r>
        <w:t xml:space="preserve"> you</w:t>
      </w:r>
      <w:r>
        <w:t xml:space="preserve"> choose</w:t>
      </w:r>
      <w:r>
        <w:t xml:space="preserve"> me?</w:t>
        <w:br/>
        <w:t>我没有选择你</w:t>
      </w:r>
      <w:r>
        <w:t xml:space="preserve"> 我找到了你</w:t>
        <w:br/>
        <w:t>I</w:t>
      </w:r>
      <w:r>
        <w:t xml:space="preserve"> didn't</w:t>
      </w:r>
      <w:r>
        <w:t xml:space="preserve"> choose</w:t>
      </w:r>
      <w:r>
        <w:t xml:space="preserve"> you.</w:t>
      </w:r>
      <w:r>
        <w:t xml:space="preserve"> I</w:t>
      </w:r>
      <w:r>
        <w:t xml:space="preserve"> found</w:t>
      </w:r>
      <w:r>
        <w:t xml:space="preserve"> you.</w:t>
        <w:br/>
        <w:t>每次出事你都不在</w:t>
        <w:br/>
        <w:t>When</w:t>
      </w:r>
      <w:r>
        <w:t xml:space="preserve"> things</w:t>
      </w:r>
      <w:r>
        <w:t xml:space="preserve"> fall</w:t>
      </w:r>
      <w:r>
        <w:t xml:space="preserve"> apart,</w:t>
      </w:r>
      <w:r>
        <w:t xml:space="preserve"> you're</w:t>
      </w:r>
      <w:r>
        <w:t xml:space="preserve"> never</w:t>
      </w:r>
      <w:r>
        <w:t xml:space="preserve"> there.</w:t>
        <w:br/>
        <w:t>你从斯巴达计划逃跑了</w:t>
        <w:br/>
        <w:t>You</w:t>
      </w:r>
      <w:r>
        <w:t xml:space="preserve"> ran</w:t>
      </w:r>
      <w:r>
        <w:t xml:space="preserve"> from</w:t>
      </w:r>
      <w:r>
        <w:t xml:space="preserve"> the</w:t>
      </w:r>
      <w:r>
        <w:t xml:space="preserve"> Spartan</w:t>
      </w:r>
      <w:r>
        <w:t xml:space="preserve"> program.</w:t>
        <w:br/>
        <w:t>你从碎石星逃跑了</w:t>
        <w:br/>
        <w:t>You</w:t>
      </w:r>
      <w:r>
        <w:t xml:space="preserve"> ran</w:t>
      </w:r>
      <w:r>
        <w:t xml:space="preserve"> from</w:t>
      </w:r>
      <w:r>
        <w:t xml:space="preserve"> the</w:t>
      </w:r>
      <w:r>
        <w:t xml:space="preserve"> Rubble.</w:t>
        <w:br/>
        <w:t>谁带走了凯斯勒</w:t>
      </w:r>
      <w:r>
        <w:t xml:space="preserve"> </w:t>
      </w:r>
      <w:r>
        <w:t xml:space="preserve"> -联&amp;hearts;合&amp;hearts;国&amp;hearts;太空指挥部</w:t>
        <w:br/>
        <w:t>Who</w:t>
      </w:r>
      <w:r>
        <w:t xml:space="preserve"> took</w:t>
      </w:r>
      <w:r>
        <w:t xml:space="preserve"> Kessler?</w:t>
      </w:r>
      <w:r>
        <w:t xml:space="preserve"> </w:t>
      </w:r>
      <w:r>
        <w:t xml:space="preserve"> </w:t>
      </w:r>
      <w:r>
        <w:t xml:space="preserve"> -</w:t>
      </w:r>
      <w:r>
        <w:t xml:space="preserve"> The</w:t>
      </w:r>
      <w:r>
        <w:t xml:space="preserve"> UNSC.</w:t>
        <w:br/>
        <w:t>他们还在制&amp;hearts;造&amp;hearts;斯巴达战士</w:t>
        <w:br/>
        <w:t>They're</w:t>
      </w:r>
      <w:r>
        <w:t xml:space="preserve"> still</w:t>
      </w:r>
      <w:r>
        <w:t xml:space="preserve"> making</w:t>
      </w:r>
      <w:r>
        <w:t xml:space="preserve"> Spartans.</w:t>
        <w:br/>
        <w:t>这是什么地方</w:t>
      </w:r>
      <w:r>
        <w:t xml:space="preserve"> </w:t>
      </w:r>
      <w:r>
        <w:t xml:space="preserve"> -塞莫皮菜</w:t>
        <w:br/>
        <w:t>What</w:t>
      </w:r>
      <w:r>
        <w:t xml:space="preserve"> is</w:t>
      </w:r>
      <w:r>
        <w:t xml:space="preserve"> this</w:t>
      </w:r>
      <w:r>
        <w:t xml:space="preserve"> place?-Thermopylae.</w:t>
        <w:br/>
        <w:t>潜入飞船</w:t>
        <w:br/>
        <w:t>Infiltrate</w:t>
      </w:r>
      <w:r>
        <w:t xml:space="preserve"> the</w:t>
      </w:r>
      <w:r>
        <w:t xml:space="preserve"> ship,</w:t>
        <w:br/>
        <w:t>刺入病毒</w:t>
        <w:br/>
        <w:t>deliver</w:t>
      </w:r>
      <w:r>
        <w:t xml:space="preserve"> the</w:t>
      </w:r>
      <w:r>
        <w:t xml:space="preserve"> Spike.</w:t>
        <w:br/>
        <w:t>我知道这是什么</w:t>
        <w:br/>
        <w:t>1</w:t>
      </w:r>
      <w:r>
        <w:t xml:space="preserve"> know</w:t>
      </w:r>
      <w:r>
        <w:t xml:space="preserve"> this.</w:t>
        <w:br/>
        <w:t>它为什么在这里</w:t>
        <w:br/>
        <w:t>What</w:t>
      </w:r>
      <w:r>
        <w:t xml:space="preserve"> is</w:t>
      </w:r>
      <w:r>
        <w:t xml:space="preserve"> it</w:t>
      </w:r>
      <w:r>
        <w:t xml:space="preserve"> doing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here?</w:t>
        <w:br/>
        <w:t>这是什么地方</w:t>
        <w:br/>
        <w:t>What</w:t>
      </w:r>
      <w:r>
        <w:t xml:space="preserve"> is</w:t>
      </w:r>
      <w:r>
        <w:t xml:space="preserve"> this</w:t>
      </w:r>
      <w:r>
        <w:t xml:space="preserve"> place?</w:t>
        <w:br/>
        <w:t>这是一切开始的地方</w:t>
        <w:br/>
        <w:t>It's</w:t>
      </w:r>
      <w:r>
        <w:t xml:space="preserve"> where</w:t>
      </w:r>
      <w:r>
        <w:t xml:space="preserve"> it</w:t>
      </w:r>
      <w:r>
        <w:t xml:space="preserve"> all</w:t>
      </w:r>
      <w:r>
        <w:t xml:space="preserve"> began.</w:t>
        <w:br/>
        <w:t>没有你的研究</w:t>
      </w:r>
      <w:r>
        <w:t xml:space="preserve"> 我不可能发现</w:t>
        <w:br/>
        <w:t>Without</w:t>
      </w:r>
      <w:r>
        <w:t xml:space="preserve"> your</w:t>
      </w:r>
      <w:r>
        <w:t xml:space="preserve"> research,</w:t>
      </w:r>
      <w:r>
        <w:t xml:space="preserve"> I</w:t>
      </w:r>
      <w:r>
        <w:t xml:space="preserve"> never</w:t>
      </w:r>
      <w:r>
        <w:t xml:space="preserve"> would</w:t>
      </w:r>
      <w:r>
        <w:t xml:space="preserve"> have</w:t>
      </w:r>
      <w:r>
        <w:t xml:space="preserve"> been</w:t>
      </w:r>
      <w:r>
        <w:t xml:space="preserve"> able</w:t>
        <w:br/>
        <w:t>你犯了什么错误</w:t>
        <w:br/>
        <w:t>to</w:t>
      </w:r>
      <w:r>
        <w:t xml:space="preserve"> discover</w:t>
      </w:r>
      <w:r>
        <w:t xml:space="preserve"> your</w:t>
      </w:r>
      <w:r>
        <w:t xml:space="preserve"> mistake.</w:t>
        <w:br/>
        <w:t>如果你用制品</w:t>
        <w:br/>
        <w:t>If</w:t>
      </w:r>
      <w:r>
        <w:t xml:space="preserve"> you</w:t>
      </w:r>
      <w:r>
        <w:t xml:space="preserve"> were</w:t>
      </w:r>
      <w:r>
        <w:t xml:space="preserve"> to</w:t>
      </w:r>
      <w:r>
        <w:t xml:space="preserve"> use</w:t>
      </w:r>
      <w:r>
        <w:t xml:space="preserve"> the</w:t>
      </w:r>
      <w:r>
        <w:t xml:space="preserve"> Artifact</w:t>
        <w:br/>
        <w:t>把自己投射回光环</w:t>
        <w:br/>
        <w:t>to</w:t>
      </w:r>
      <w:r>
        <w:t xml:space="preserve"> project</w:t>
      </w:r>
      <w:r>
        <w:t xml:space="preserve"> yourself</w:t>
      </w:r>
      <w:r>
        <w:t xml:space="preserve"> back</w:t>
      </w:r>
      <w:r>
        <w:t xml:space="preserve"> to</w:t>
      </w:r>
      <w:r>
        <w:t xml:space="preserve"> the</w:t>
      </w:r>
      <w:r>
        <w:t xml:space="preserve"> Halo,</w:t>
        <w:br/>
        <w:t>你就能确定它在星际中的位置</w:t>
        <w:br/>
        <w:t>you</w:t>
      </w:r>
      <w:r>
        <w:t xml:space="preserve"> could</w:t>
      </w:r>
      <w:r>
        <w:t xml:space="preserve"> determine</w:t>
      </w:r>
      <w:r>
        <w:t xml:space="preserve"> its</w:t>
      </w:r>
      <w:r>
        <w:t xml:space="preserve"> location</w:t>
      </w:r>
      <w:r>
        <w:t xml:space="preserve"> in</w:t>
      </w:r>
      <w:r>
        <w:t xml:space="preserve"> the</w:t>
      </w:r>
      <w:r>
        <w:t xml:space="preserve"> stars.</w:t>
        <w:br/>
        <w:t>没有他我去不了</w:t>
        <w:br/>
        <w:t>I</w:t>
      </w:r>
      <w:r>
        <w:t xml:space="preserve"> can't</w:t>
      </w:r>
      <w:r>
        <w:t xml:space="preserve"> go</w:t>
      </w:r>
      <w:r>
        <w:t xml:space="preserve"> there</w:t>
      </w:r>
      <w:r>
        <w:t xml:space="preserve"> without</w:t>
      </w:r>
      <w:r>
        <w:t xml:space="preserve"> him.</w:t>
        <w:br/>
        <w:t>也许我能帮是忙</w:t>
        <w:br/>
        <w:t>Perhaps</w:t>
      </w:r>
      <w:r>
        <w:t xml:space="preserve"> I</w:t>
      </w:r>
      <w:r>
        <w:t xml:space="preserve"> can</w:t>
      </w:r>
      <w:r>
        <w:t xml:space="preserve"> help.</w:t>
        <w:br/>
        <w:t>科塔娜</w:t>
        <w:br/>
        <w:t>Cortana.</w:t>
        <w:br/>
        <w:t>星盟会找到光环的</w:t>
      </w:r>
      <w:r>
        <w:t xml:space="preserve"> 士官长</w:t>
        <w:br/>
        <w:t>The</w:t>
      </w:r>
      <w:r>
        <w:t xml:space="preserve"> Covenant's</w:t>
      </w:r>
      <w:r>
        <w:t xml:space="preserve"> going</w:t>
      </w:r>
      <w:r>
        <w:t xml:space="preserve"> to</w:t>
      </w:r>
      <w:r>
        <w:t xml:space="preserve"> find</w:t>
      </w:r>
      <w:r>
        <w:t xml:space="preserve"> the</w:t>
      </w:r>
      <w:r>
        <w:t xml:space="preserve"> Halo,</w:t>
      </w:r>
      <w:r>
        <w:t xml:space="preserve"> Chief.</w:t>
        <w:br/>
        <w:t>你必须先于他们找到</w:t>
        <w:br/>
        <w:t>It</w:t>
      </w:r>
      <w:r>
        <w:t xml:space="preserve"> is</w:t>
      </w:r>
      <w:r>
        <w:t xml:space="preserve"> imperative</w:t>
      </w:r>
      <w:r>
        <w:t xml:space="preserve"> that</w:t>
      </w:r>
      <w:r>
        <w:t xml:space="preserve"> you</w:t>
      </w:r>
      <w:r>
        <w:t xml:space="preserve"> get</w:t>
      </w:r>
      <w:r>
        <w:t xml:space="preserve"> there</w:t>
      </w:r>
      <w:r>
        <w:t xml:space="preserve"> first.</w:t>
        <w:br/>
        <w:t>你需要触摸制品</w:t>
        <w:br/>
        <w:t>You</w:t>
      </w:r>
      <w:r>
        <w:t xml:space="preserve"> need</w:t>
      </w:r>
      <w:r>
        <w:t xml:space="preserve"> to</w:t>
      </w:r>
      <w:r>
        <w:t xml:space="preserve"> touch</w:t>
      </w:r>
      <w:r>
        <w:t xml:space="preserve"> the</w:t>
      </w:r>
      <w:r>
        <w:t xml:space="preserve"> Artifact.</w:t>
        <w:br/>
        <w:t>他说你放任整个星球燃毁</w:t>
        <w:br/>
        <w:t>He</w:t>
      </w:r>
      <w:r>
        <w:t xml:space="preserve"> said</w:t>
      </w:r>
      <w:r>
        <w:t xml:space="preserve"> that</w:t>
      </w:r>
      <w:r>
        <w:t xml:space="preserve"> you</w:t>
      </w:r>
      <w:r>
        <w:t xml:space="preserve"> let</w:t>
      </w:r>
      <w:r>
        <w:t xml:space="preserve"> the</w:t>
      </w:r>
      <w:r>
        <w:t xml:space="preserve"> whole</w:t>
      </w:r>
      <w:r>
        <w:t xml:space="preserve"> planet</w:t>
      </w:r>
      <w:r>
        <w:t xml:space="preserve"> burn.</w:t>
        <w:br/>
        <w:t>有时候事情是我们无法控制的</w:t>
        <w:br/>
        <w:t>Sometimes</w:t>
      </w:r>
      <w:r>
        <w:t xml:space="preserve"> events</w:t>
      </w:r>
      <w:r>
        <w:t xml:space="preserve"> are</w:t>
      </w:r>
      <w:r>
        <w:t xml:space="preserve"> beyond</w:t>
      </w:r>
      <w:r>
        <w:t xml:space="preserve"> our</w:t>
      </w:r>
      <w:r>
        <w:t xml:space="preserve"> control.</w:t>
        <w:br/>
        <w:t>你不能相信他</w:t>
      </w:r>
      <w:r>
        <w:t xml:space="preserve"> </w:t>
      </w:r>
      <w:r>
        <w:t xml:space="preserve"> -但我相信</w:t>
        <w:br/>
        <w:t>You</w:t>
      </w:r>
      <w:r>
        <w:t xml:space="preserve"> can't</w:t>
      </w:r>
      <w:r>
        <w:t xml:space="preserve"> trust</w:t>
      </w:r>
      <w:r>
        <w:t xml:space="preserve"> him.</w:t>
      </w:r>
      <w:r>
        <w:t xml:space="preserve"> </w:t>
      </w:r>
      <w:r>
        <w:t xml:space="preserve"> </w:t>
      </w:r>
      <w:r>
        <w:t xml:space="preserve"> -</w:t>
      </w:r>
      <w:r>
        <w:t xml:space="preserve"> But</w:t>
      </w:r>
      <w:r>
        <w:t xml:space="preserve"> I</w:t>
      </w:r>
      <w:r>
        <w:t xml:space="preserve"> do.</w:t>
        <w:br/>
        <w:t>我一直都相信</w:t>
        <w:br/>
        <w:t>I</w:t>
      </w:r>
      <w:r>
        <w:t xml:space="preserve"> always</w:t>
      </w:r>
      <w:r>
        <w:t xml:space="preserve"> have.</w:t>
        <w:br/>
        <w:t>信&amp;hearts;号&amp;hearts;&amp;hearts;来自这个人类的装置</w:t>
        <w:br/>
        <w:t>天可怜见</w:t>
      </w:r>
      <w:r>
        <w:t xml:space="preserve"> 我永远不会背叛你</w:t>
        <w:br/>
        <w:t>小时候</w:t>
      </w:r>
      <w:r>
        <w:t xml:space="preserve"> 我曾在想象中来到这里</w:t>
        <w:br/>
        <w:t>As</w:t>
      </w:r>
      <w:r>
        <w:t xml:space="preserve"> a</w:t>
      </w:r>
      <w:r>
        <w:t xml:space="preserve"> child,</w:t>
      </w:r>
      <w:r>
        <w:t xml:space="preserve"> I</w:t>
      </w:r>
      <w:r>
        <w:t xml:space="preserve"> came</w:t>
      </w:r>
      <w:r>
        <w:t xml:space="preserve"> here</w:t>
      </w:r>
      <w:r>
        <w:t xml:space="preserve"> in</w:t>
      </w:r>
      <w:r>
        <w:t xml:space="preserve"> my</w:t>
      </w:r>
      <w:r>
        <w:t xml:space="preserve"> imagination.</w:t>
        <w:br/>
        <w:t>我一直以为这是</w:t>
      </w:r>
      <w:r>
        <w:t xml:space="preserve"> </w:t>
      </w:r>
      <w:r>
        <w:t xml:space="preserve"> -一个梦</w:t>
        <w:br/>
        <w:t>I</w:t>
      </w:r>
      <w:r>
        <w:t xml:space="preserve"> always</w:t>
      </w:r>
      <w:r>
        <w:t xml:space="preserve"> thought</w:t>
      </w:r>
      <w:r>
        <w:t xml:space="preserve"> it</w:t>
      </w:r>
      <w:r>
        <w:t xml:space="preserve"> was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dream.</w:t>
        <w:br/>
        <w:t>有生命的</w:t>
        <w:br/>
        <w:t>alive.</w:t>
        <w:br/>
        <w:t>我试着理解它想从我这里得到什么</w:t>
        <w:br/>
        <w:t>I</w:t>
      </w:r>
      <w:r>
        <w:t xml:space="preserve"> try</w:t>
      </w:r>
      <w:r>
        <w:t xml:space="preserve"> to</w:t>
      </w:r>
      <w:r>
        <w:t xml:space="preserve"> understand</w:t>
      </w:r>
      <w:r>
        <w:t xml:space="preserve"> what</w:t>
      </w:r>
      <w:r>
        <w:t xml:space="preserve"> it</w:t>
      </w:r>
      <w:r>
        <w:t xml:space="preserve"> wants</w:t>
      </w:r>
      <w:r>
        <w:t xml:space="preserve"> from</w:t>
      </w:r>
      <w:r>
        <w:t xml:space="preserve"> me.</w:t>
        <w:br/>
        <w:t>为什么选我</w:t>
        <w:br/>
        <w:t>Why</w:t>
      </w:r>
      <w:r>
        <w:t xml:space="preserve"> me?</w:t>
        <w:br/>
        <w:t>为什么选你</w:t>
        <w:br/>
        <w:t>Why</w:t>
      </w:r>
      <w:r>
        <w:t xml:space="preserve"> you?</w:t>
        <w:br/>
        <w:t>看着我</w:t>
        <w:br/>
        <w:t>Look</w:t>
      </w:r>
      <w:r>
        <w:t xml:space="preserve"> at</w:t>
      </w:r>
      <w:r>
        <w:t xml:space="preserve"> me.</w:t>
        <w:br/>
        <w:t>我看见你了</w:t>
        <w:br/>
        <w:t>I</w:t>
      </w:r>
      <w:r>
        <w:t xml:space="preserve"> saw</w:t>
      </w:r>
      <w:r>
        <w:t xml:space="preserve"> you.</w:t>
        <w:br/>
        <w:t>在致远星上</w:t>
        <w:br/>
        <w:t>On</w:t>
      </w:r>
      <w:r>
        <w:t xml:space="preserve"> Reach.</w:t>
        <w:br/>
        <w:t>和向斐力人在一起</w:t>
        <w:br/>
        <w:t>With</w:t>
      </w:r>
      <w:r>
        <w:t xml:space="preserve"> the</w:t>
      </w:r>
      <w:r>
        <w:t xml:space="preserve"> Sangheili.</w:t>
        <w:br/>
        <w:t>神风烈士是个士兵</w:t>
        <w:br/>
        <w:t>The</w:t>
      </w:r>
      <w:r>
        <w:t xml:space="preserve"> Arbiter</w:t>
      </w:r>
      <w:r>
        <w:t xml:space="preserve"> is</w:t>
      </w:r>
      <w:r>
        <w:t xml:space="preserve"> a</w:t>
      </w:r>
      <w:r>
        <w:t xml:space="preserve"> soldier.</w:t>
        <w:br/>
        <w:t>像你一样</w:t>
        <w:br/>
        <w:t>Like</w:t>
      </w:r>
      <w:r>
        <w:t xml:space="preserve"> you.</w:t>
        <w:br/>
        <w:t>你把星盟带到了那里</w:t>
        <w:br/>
        <w:t>You</w:t>
      </w:r>
      <w:r>
        <w:t xml:space="preserve"> brought</w:t>
      </w:r>
      <w:r>
        <w:t xml:space="preserve"> the</w:t>
      </w:r>
      <w:r>
        <w:t xml:space="preserve"> Covenant</w:t>
      </w:r>
      <w:r>
        <w:t xml:space="preserve"> there.</w:t>
        <w:br/>
        <w:t>数百万人</w:t>
        <w:br/>
        <w:t>Millions</w:t>
      </w:r>
      <w:r>
        <w:t xml:space="preserve"> of</w:t>
      </w:r>
      <w:r>
        <w:t xml:space="preserve"> people.</w:t>
        <w:br/>
        <w:t>都死了</w:t>
        <w:br/>
        <w:t>Gone.</w:t>
        <w:br/>
        <w:t>因为你</w:t>
      </w:r>
      <w:r>
        <w:t xml:space="preserve"> </w:t>
      </w:r>
      <w:r>
        <w:t xml:space="preserve"> -是因为战争</w:t>
        <w:br/>
        <w:t>Because</w:t>
      </w:r>
      <w:r>
        <w:t xml:space="preserve"> of</w:t>
      </w:r>
      <w:r>
        <w:t xml:space="preserve"> you.</w:t>
      </w:r>
      <w:r>
        <w:t xml:space="preserve"> </w:t>
      </w:r>
      <w:r>
        <w:t xml:space="preserve"> </w:t>
      </w:r>
      <w:r>
        <w:t xml:space="preserve"> -</w:t>
      </w:r>
      <w:r>
        <w:t xml:space="preserve"> Because</w:t>
      </w:r>
      <w:r>
        <w:t xml:space="preserve"> of</w:t>
      </w:r>
      <w:r>
        <w:t xml:space="preserve"> war.</w:t>
        <w:br/>
        <w:t>如果你有机会把博爱城烧成灰烟</w:t>
      </w:r>
      <w:r>
        <w:t xml:space="preserve"> 你会犹豫吗</w:t>
        <w:br/>
        <w:t>If</w:t>
      </w:r>
      <w:r>
        <w:t xml:space="preserve"> you</w:t>
      </w:r>
      <w:r>
        <w:t xml:space="preserve"> could</w:t>
      </w:r>
      <w:r>
        <w:t xml:space="preserve"> burn</w:t>
      </w:r>
      <w:r>
        <w:t xml:space="preserve"> High</w:t>
      </w:r>
      <w:r>
        <w:t xml:space="preserve"> Charity</w:t>
      </w:r>
      <w:r>
        <w:t xml:space="preserve"> to</w:t>
      </w:r>
      <w:r>
        <w:t xml:space="preserve"> embers,</w:t>
      </w:r>
      <w:r>
        <w:t xml:space="preserve"> would</w:t>
      </w:r>
      <w:r>
        <w:t xml:space="preserve"> you</w:t>
      </w:r>
      <w:r>
        <w:t xml:space="preserve"> hesitate?</w:t>
        <w:br/>
        <w:t>这是有区别的</w:t>
      </w:r>
      <w:r>
        <w:t xml:space="preserve"> 你是个人类</w:t>
        <w:br/>
        <w:t>There's</w:t>
      </w:r>
      <w:r>
        <w:t xml:space="preserve"> a</w:t>
      </w:r>
      <w:r>
        <w:t xml:space="preserve"> difference.</w:t>
      </w:r>
      <w:r>
        <w:t xml:space="preserve"> You're</w:t>
      </w:r>
      <w:r>
        <w:t xml:space="preserve"> human.</w:t>
        <w:br/>
        <w:t>我是吗</w:t>
      </w:r>
      <w:r>
        <w:t xml:space="preserve"> 你是吗</w:t>
        <w:br/>
        <w:t>Am</w:t>
      </w:r>
      <w:r>
        <w:t xml:space="preserve"> I?</w:t>
      </w:r>
      <w:r>
        <w:t xml:space="preserve"> Are</w:t>
      </w:r>
      <w:r>
        <w:t xml:space="preserve"> you?</w:t>
        <w:br/>
        <w:t>如果没有立场呢</w:t>
        <w:br/>
        <w:t>What</w:t>
      </w:r>
      <w:r>
        <w:t xml:space="preserve"> if</w:t>
      </w:r>
      <w:r>
        <w:t xml:space="preserve"> there</w:t>
      </w:r>
      <w:r>
        <w:t xml:space="preserve"> are</w:t>
      </w:r>
      <w:r>
        <w:t xml:space="preserve"> no</w:t>
      </w:r>
      <w:r>
        <w:t xml:space="preserve"> sides?</w:t>
        <w:br/>
        <w:t>只有生与死</w:t>
        <w:br/>
        <w:t>Only</w:t>
      </w:r>
      <w:r>
        <w:t xml:space="preserve"> life</w:t>
      </w:r>
      <w:r>
        <w:t xml:space="preserve"> and</w:t>
      </w:r>
      <w:r>
        <w:t xml:space="preserve"> death.</w:t>
        <w:br/>
        <w:t>光明和黑暗</w:t>
      </w:r>
      <w:r>
        <w:t xml:space="preserve"> 我们和他们</w:t>
        <w:br/>
        <w:t>Light</w:t>
      </w:r>
      <w:r>
        <w:t xml:space="preserve"> and</w:t>
      </w:r>
      <w:r>
        <w:t xml:space="preserve"> dark.</w:t>
      </w:r>
      <w:r>
        <w:t xml:space="preserve"> Us</w:t>
      </w:r>
      <w:r>
        <w:t xml:space="preserve"> and</w:t>
      </w:r>
      <w:r>
        <w:t xml:space="preserve"> them.</w:t>
        <w:br/>
        <w:t>我们不一样</w:t>
        <w:br/>
        <w:t>We</w:t>
      </w:r>
      <w:r>
        <w:t xml:space="preserve"> are</w:t>
      </w:r>
      <w:r>
        <w:t xml:space="preserve"> not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same.</w:t>
        <w:br/>
        <w:t>你不是真的相信吧</w:t>
        <w:br/>
        <w:t>You</w:t>
      </w:r>
      <w:r>
        <w:t xml:space="preserve"> don't</w:t>
      </w:r>
      <w:r>
        <w:t xml:space="preserve"> believe</w:t>
      </w:r>
      <w:r>
        <w:t xml:space="preserve"> that.</w:t>
        <w:br/>
        <w:t>我需要看看你的眼睛</w:t>
        <w:br/>
        <w:t>I</w:t>
      </w:r>
      <w:r>
        <w:t xml:space="preserve"> needed</w:t>
      </w:r>
      <w:r>
        <w:t xml:space="preserve"> to</w:t>
      </w:r>
      <w:r>
        <w:t xml:space="preserve"> see</w:t>
      </w:r>
      <w:r>
        <w:t xml:space="preserve"> your</w:t>
      </w:r>
      <w:r>
        <w:t xml:space="preserve"> eyes.</w:t>
        <w:br/>
        <w:t>需要知道你明白需要做什么</w:t>
        <w:br/>
        <w:t>To</w:t>
      </w:r>
      <w:r>
        <w:t xml:space="preserve"> know</w:t>
      </w:r>
      <w:r>
        <w:t xml:space="preserve"> that</w:t>
      </w:r>
      <w:r>
        <w:t xml:space="preserve"> you</w:t>
      </w:r>
      <w:r>
        <w:t xml:space="preserve"> understand</w:t>
      </w:r>
      <w:r>
        <w:t xml:space="preserve"> what</w:t>
      </w:r>
      <w:r>
        <w:t xml:space="preserve"> needs</w:t>
      </w:r>
      <w:r>
        <w:t xml:space="preserve"> to</w:t>
      </w:r>
      <w:r>
        <w:t xml:space="preserve"> be</w:t>
      </w:r>
      <w:r>
        <w:t xml:space="preserve"> done.</w:t>
        <w:br/>
        <w:t>你找到了</w:t>
        <w:br/>
        <w:t>You</w:t>
      </w:r>
      <w:r>
        <w:t xml:space="preserve"> found</w:t>
      </w:r>
      <w:r>
        <w:t xml:space="preserve"> it.</w:t>
        <w:br/>
        <w:t>你不能把星盟带到这里来</w:t>
        <w:br/>
        <w:t>You</w:t>
      </w:r>
      <w:r>
        <w:t xml:space="preserve"> can't</w:t>
      </w:r>
      <w:r>
        <w:t xml:space="preserve"> bring</w:t>
      </w:r>
      <w:r>
        <w:t xml:space="preserve"> the</w:t>
      </w:r>
      <w:r>
        <w:t xml:space="preserve"> Covenant</w:t>
      </w:r>
      <w:r>
        <w:t xml:space="preserve"> here.</w:t>
        <w:br/>
        <w:t>你明白吗</w:t>
        <w:br/>
        <w:t>Do</w:t>
      </w:r>
      <w:r>
        <w:t xml:space="preserve"> you</w:t>
      </w:r>
      <w:r>
        <w:t xml:space="preserve"> understand?</w:t>
        <w:br/>
        <w:t>如果他们控制了光环</w:t>
        <w:br/>
        <w:t>If</w:t>
      </w:r>
      <w:r>
        <w:t xml:space="preserve"> they</w:t>
      </w:r>
      <w:r>
        <w:t xml:space="preserve"> control</w:t>
      </w:r>
      <w:r>
        <w:t xml:space="preserve"> the</w:t>
      </w:r>
      <w:r>
        <w:t xml:space="preserve"> Halo...</w:t>
        <w:br/>
        <w:t>他们会毁灭人类</w:t>
        <w:br/>
        <w:t>They</w:t>
      </w:r>
      <w:r>
        <w:t xml:space="preserve"> will</w:t>
      </w:r>
      <w:r>
        <w:t xml:space="preserve"> annihilate</w:t>
      </w:r>
      <w:r>
        <w:t xml:space="preserve"> humankind.</w:t>
        <w:br/>
        <w:t>如果人类控制了</w:t>
      </w:r>
      <w:r>
        <w:t xml:space="preserve"> 它他们就会消灭星盟</w:t>
        <w:br/>
        <w:t>And</w:t>
      </w:r>
      <w:r>
        <w:t xml:space="preserve"> if</w:t>
      </w:r>
      <w:r>
        <w:t xml:space="preserve"> the</w:t>
      </w:r>
      <w:r>
        <w:t xml:space="preserve"> humans</w:t>
      </w:r>
      <w:r>
        <w:t xml:space="preserve"> control</w:t>
      </w:r>
      <w:r>
        <w:t xml:space="preserve"> it,</w:t>
      </w:r>
      <w:r>
        <w:t xml:space="preserve"> they'll</w:t>
      </w:r>
      <w:r>
        <w:t xml:space="preserve"> annihilate</w:t>
      </w:r>
      <w:r>
        <w:t xml:space="preserve"> the</w:t>
      </w:r>
      <w:r>
        <w:t xml:space="preserve"> Covenant.</w:t>
        <w:br/>
        <w:t>他们只知道这些</w:t>
        <w:br/>
        <w:t>This</w:t>
      </w:r>
      <w:r>
        <w:t xml:space="preserve"> is</w:t>
      </w:r>
      <w:r>
        <w:t xml:space="preserve"> all</w:t>
      </w:r>
      <w:r>
        <w:t xml:space="preserve"> they</w:t>
      </w:r>
      <w:r>
        <w:t xml:space="preserve"> know.</w:t>
        <w:br/>
        <w:t>光环的作用不仅仅是毁灭</w:t>
        <w:br/>
        <w:t>The</w:t>
      </w:r>
      <w:r>
        <w:t xml:space="preserve"> Ring</w:t>
      </w:r>
      <w:r>
        <w:t xml:space="preserve"> does</w:t>
      </w:r>
      <w:r>
        <w:t xml:space="preserve"> more</w:t>
      </w:r>
      <w:r>
        <w:t xml:space="preserve"> than</w:t>
      </w:r>
      <w:r>
        <w:t xml:space="preserve"> destroy.</w:t>
        <w:br/>
        <w:t>它孕育着生命的种子</w:t>
        <w:br/>
        <w:t>It</w:t>
      </w:r>
      <w:r>
        <w:t xml:space="preserve"> holds</w:t>
      </w:r>
      <w:r>
        <w:t xml:space="preserve"> the</w:t>
      </w:r>
      <w:r>
        <w:t xml:space="preserve"> seed</w:t>
      </w:r>
      <w:r>
        <w:t xml:space="preserve"> of</w:t>
      </w:r>
      <w:r>
        <w:t xml:space="preserve"> life</w:t>
      </w:r>
      <w:r>
        <w:t xml:space="preserve"> itself.</w:t>
        <w:br/>
        <w:t>我们可以在这里建立一个世界</w:t>
        <w:br/>
        <w:t>We</w:t>
      </w:r>
      <w:r>
        <w:t xml:space="preserve"> could</w:t>
      </w:r>
      <w:r>
        <w:t xml:space="preserve"> build</w:t>
      </w:r>
      <w:r>
        <w:t xml:space="preserve"> a</w:t>
      </w:r>
      <w:r>
        <w:t xml:space="preserve"> world</w:t>
      </w:r>
      <w:r>
        <w:t xml:space="preserve"> here.</w:t>
        <w:br/>
        <w:t>一个和平之地</w:t>
        <w:br/>
        <w:t>A</w:t>
      </w:r>
      <w:r>
        <w:t xml:space="preserve"> place</w:t>
      </w:r>
      <w:r>
        <w:t xml:space="preserve"> of</w:t>
      </w:r>
      <w:r>
        <w:t xml:space="preserve"> peace.</w:t>
        <w:br/>
        <w:t>他们是不会让这种事发生的</w:t>
        <w:br/>
        <w:t>They're</w:t>
      </w:r>
      <w:r>
        <w:t xml:space="preserve"> not</w:t>
      </w:r>
      <w:r>
        <w:t xml:space="preserve"> gonna</w:t>
      </w:r>
      <w:r>
        <w:t xml:space="preserve"> let</w:t>
      </w:r>
      <w:r>
        <w:t xml:space="preserve"> that</w:t>
      </w:r>
      <w:r>
        <w:t xml:space="preserve"> happen.</w:t>
        <w:br/>
        <w:t>这不归他们决定</w:t>
        <w:br/>
        <w:t>They</w:t>
      </w:r>
      <w:r>
        <w:t xml:space="preserve"> don't</w:t>
      </w:r>
      <w:r>
        <w:t xml:space="preserve"> decide.</w:t>
        <w:br/>
        <w:t>光环不属于他们</w:t>
      </w:r>
      <w:r>
        <w:t xml:space="preserve"> 它属于我们</w:t>
        <w:br/>
        <w:t>The</w:t>
      </w:r>
      <w:r>
        <w:t xml:space="preserve"> Ring</w:t>
      </w:r>
      <w:r>
        <w:t xml:space="preserve"> doesn't</w:t>
      </w:r>
      <w:r>
        <w:t xml:space="preserve"> belong</w:t>
      </w:r>
      <w:r>
        <w:t xml:space="preserve"> to</w:t>
      </w:r>
      <w:r>
        <w:t xml:space="preserve"> them.</w:t>
      </w:r>
      <w:r>
        <w:t xml:space="preserve"> It</w:t>
      </w:r>
      <w:r>
        <w:t xml:space="preserve"> belongs</w:t>
      </w:r>
      <w:r>
        <w:t xml:space="preserve"> to</w:t>
      </w:r>
      <w:r>
        <w:t xml:space="preserve"> us.</w:t>
        <w:br/>
        <w:t>哦</w:t>
      </w:r>
      <w:r>
        <w:t xml:space="preserve"> 我现在明白了</w:t>
        <w:br/>
        <w:t>Oh,</w:t>
      </w:r>
      <w:r>
        <w:t xml:space="preserve"> I</w:t>
      </w:r>
      <w:r>
        <w:t xml:space="preserve"> see</w:t>
      </w:r>
      <w:r>
        <w:t xml:space="preserve"> it</w:t>
      </w:r>
      <w:r>
        <w:t xml:space="preserve"> now.</w:t>
        <w:br/>
        <w:t>我俩确实不一样</w:t>
        <w:br/>
        <w:t>The</w:t>
      </w:r>
      <w:r>
        <w:t xml:space="preserve"> difference</w:t>
      </w:r>
      <w:r>
        <w:t xml:space="preserve"> between</w:t>
      </w:r>
      <w:r>
        <w:t xml:space="preserve"> us.</w:t>
        <w:br/>
        <w:t>你心存疑虑</w:t>
        <w:br/>
        <w:t>You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doubt.</w:t>
        <w:br/>
        <w:t>快走</w:t>
        <w:br/>
        <w:t>Move.</w:t>
        <w:br/>
        <w:t>你得赶紧走</w:t>
        <w:br/>
        <w:t>You</w:t>
      </w:r>
      <w:r>
        <w:t xml:space="preserve"> need</w:t>
      </w:r>
      <w:r>
        <w:t xml:space="preserve"> to</w:t>
      </w:r>
      <w:r>
        <w:t xml:space="preserve"> move.</w:t>
        <w:br/>
        <w:t>大家都出去</w:t>
        <w:br/>
        <w:t>Everybody</w:t>
      </w:r>
      <w:r>
        <w:t xml:space="preserve"> out!</w:t>
        <w:br/>
        <w:t>你可真没礼貌</w:t>
        <w:br/>
        <w:t>这又是什么背叛之举</w:t>
        <w:br/>
        <w:t>我也可以问你同样的话</w:t>
      </w:r>
      <w:r>
        <w:t xml:space="preserve"> 乌托达玛</w:t>
        <w:br/>
        <w:t>你知道我是谁</w:t>
        <w:br/>
        <w:t>我知道很多事</w:t>
      </w:r>
      <w:r>
        <w:t xml:space="preserve"> 牧师</w:t>
        <w:br/>
        <w:t>那人类在哪儿</w:t>
        <w:br/>
        <w:t>恐怕你得再说具体些</w:t>
        <w:br/>
        <w:t>那“世尊者”</w:t>
        <w:br/>
        <w:t>噢</w:t>
        <w:br/>
        <w:t>在你身后</w:t>
        <w:br/>
        <w:t>我会为你祈祷</w:t>
        <w:br/>
        <w:t>你找到了吗</w:t>
        <w:br/>
        <w:t>Did</w:t>
      </w:r>
      <w:r>
        <w:t xml:space="preserve"> you</w:t>
      </w:r>
      <w:r>
        <w:t xml:space="preserve"> find</w:t>
      </w:r>
      <w:r>
        <w:t xml:space="preserve"> it?</w:t>
        <w:br/>
        <w:t>地图</w:t>
      </w:r>
      <w:r>
        <w:t xml:space="preserve"> 给我看</w:t>
        <w:br/>
        <w:t>The</w:t>
      </w:r>
      <w:r>
        <w:t xml:space="preserve"> map.</w:t>
      </w:r>
      <w:r>
        <w:t xml:space="preserve"> Show</w:t>
      </w:r>
      <w:r>
        <w:t xml:space="preserve"> me.</w:t>
        <w:br/>
        <w:t>这儿</w:t>
        <w:br/>
        <w:t>There.</w:t>
        <w:br/>
        <w:t>《光环》</w:t>
        <w:br/>
        <w:t>第二季</w:t>
      </w:r>
      <w:r>
        <w:t xml:space="preserve"> 第7集</w:t>
        <w:br/>
        <w:t>“温泉关”</w:t>
        <w:br/>
        <w:t>看来你的突击队</w:t>
        <w:br/>
        <w:t>I</w:t>
      </w:r>
      <w:r>
        <w:t xml:space="preserve"> take</w:t>
      </w:r>
      <w:r>
        <w:t xml:space="preserve"> it</w:t>
      </w:r>
      <w:r>
        <w:t xml:space="preserve"> your</w:t>
      </w:r>
      <w:r>
        <w:t xml:space="preserve"> strike</w:t>
      </w:r>
      <w:r>
        <w:t xml:space="preserve"> team</w:t>
        <w:br/>
        <w:t>没能找到士官长</w:t>
        <w:br/>
        <w:t>has</w:t>
      </w:r>
      <w:r>
        <w:t xml:space="preserve"> failed</w:t>
      </w:r>
      <w:r>
        <w:t xml:space="preserve"> to</w:t>
      </w:r>
      <w:r>
        <w:t xml:space="preserve"> locate</w:t>
      </w:r>
      <w:r>
        <w:t xml:space="preserve"> Master</w:t>
      </w:r>
      <w:r>
        <w:t xml:space="preserve"> Chief.</w:t>
        <w:br/>
        <w:t>让我来帮你</w:t>
      </w:r>
      <w:r>
        <w:t xml:space="preserve"> 他和制品在一起</w:t>
        <w:br/>
        <w:t>Allow</w:t>
      </w:r>
      <w:r>
        <w:t xml:space="preserve"> me</w:t>
      </w:r>
      <w:r>
        <w:t xml:space="preserve"> to</w:t>
      </w:r>
      <w:r>
        <w:t xml:space="preserve"> help</w:t>
      </w:r>
      <w:r>
        <w:t xml:space="preserve"> you.</w:t>
      </w:r>
      <w:r>
        <w:t xml:space="preserve"> He's</w:t>
      </w:r>
      <w:r>
        <w:t xml:space="preserve"> with</w:t>
      </w:r>
      <w:r>
        <w:t xml:space="preserve"> the</w:t>
      </w:r>
      <w:r>
        <w:t xml:space="preserve"> Artifact.</w:t>
        <w:br/>
        <w:t>当布里格斯队长的小队</w:t>
        <w:br/>
        <w:t>Captain</w:t>
      </w:r>
      <w:r>
        <w:t xml:space="preserve"> Briggs's</w:t>
      </w:r>
      <w:r>
        <w:t xml:space="preserve"> team</w:t>
      </w:r>
      <w:r>
        <w:t xml:space="preserve"> was</w:t>
      </w:r>
      <w:r>
        <w:t xml:space="preserve"> moving</w:t>
      </w:r>
      <w:r>
        <w:t xml:space="preserve"> in</w:t>
        <w:br/>
        <w:t>正在接近日标时</w:t>
        <w:br/>
        <w:t>on</w:t>
      </w:r>
      <w:r>
        <w:t xml:space="preserve"> the</w:t>
      </w:r>
      <w:r>
        <w:t xml:space="preserve"> target</w:t>
      </w:r>
      <w:r>
        <w:t xml:space="preserve"> when-</w:t>
        <w:br/>
        <w:t>如果人们知道士官长并没有死</w:t>
        <w:br/>
        <w:t>If</w:t>
      </w:r>
      <w:r>
        <w:t xml:space="preserve"> people</w:t>
      </w:r>
      <w:r>
        <w:t xml:space="preserve"> learn</w:t>
      </w:r>
      <w:r>
        <w:t xml:space="preserve"> that</w:t>
      </w:r>
      <w:r>
        <w:t xml:space="preserve"> Master</w:t>
      </w:r>
      <w:r>
        <w:t xml:space="preserve"> Chief</w:t>
      </w:r>
      <w:r>
        <w:t xml:space="preserve"> in</w:t>
      </w:r>
      <w:r>
        <w:t xml:space="preserve"> fact</w:t>
      </w:r>
      <w:r>
        <w:t xml:space="preserve"> is</w:t>
      </w:r>
      <w:r>
        <w:t xml:space="preserve"> not</w:t>
      </w:r>
      <w:r>
        <w:t xml:space="preserve"> dead,</w:t>
        <w:br/>
        <w:t>就会引出一些关于致远星的</w:t>
        <w:br/>
        <w:t>it'll</w:t>
      </w:r>
      <w:r>
        <w:t xml:space="preserve"> lead</w:t>
      </w:r>
      <w:r>
        <w:t xml:space="preserve"> to</w:t>
      </w:r>
      <w:r>
        <w:t xml:space="preserve"> inconvenient</w:t>
      </w:r>
      <w:r>
        <w:t xml:space="preserve"> questions</w:t>
        <w:br/>
        <w:t>棘手问题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你不觉得吗</w:t>
        <w:br/>
        <w:t>about</w:t>
      </w:r>
      <w:r>
        <w:t xml:space="preserve"> Reach,</w:t>
      </w:r>
      <w:r>
        <w:t xml:space="preserve"> don't</w:t>
      </w:r>
      <w:r>
        <w:t xml:space="preserve"> you</w:t>
      </w:r>
      <w:r>
        <w:t xml:space="preserve"> think?</w:t>
        <w:br/>
        <w:t>谁知道什么</w:t>
      </w:r>
      <w:r>
        <w:t xml:space="preserve"> 什么时候知道</w:t>
        <w:br/>
        <w:t>About</w:t>
      </w:r>
      <w:r>
        <w:t xml:space="preserve"> who</w:t>
      </w:r>
      <w:r>
        <w:t xml:space="preserve"> knew</w:t>
      </w:r>
      <w:r>
        <w:t xml:space="preserve"> what,</w:t>
      </w:r>
      <w:r>
        <w:t xml:space="preserve"> and</w:t>
      </w:r>
      <w:r>
        <w:t xml:space="preserve"> when.</w:t>
        <w:br/>
        <w:t>好吧</w:t>
      </w:r>
      <w:r>
        <w:t xml:space="preserve"> 我们不用担心这个</w:t>
        <w:br/>
        <w:t>Well,</w:t>
      </w:r>
      <w:r>
        <w:t xml:space="preserve"> we</w:t>
      </w:r>
      <w:r>
        <w:t xml:space="preserve"> won't</w:t>
      </w:r>
      <w:r>
        <w:t xml:space="preserve"> have</w:t>
      </w:r>
      <w:r>
        <w:t xml:space="preserve"> to</w:t>
      </w:r>
      <w:r>
        <w:t xml:space="preserve"> worry</w:t>
      </w:r>
      <w:r>
        <w:t xml:space="preserve"> about</w:t>
      </w:r>
      <w:r>
        <w:t xml:space="preserve"> that.</w:t>
        <w:br/>
        <w:t>你是说“我们“吗</w:t>
        <w:br/>
        <w:t>Did</w:t>
      </w:r>
      <w:r>
        <w:t xml:space="preserve"> you</w:t>
      </w:r>
      <w:r>
        <w:t xml:space="preserve"> say</w:t>
      </w:r>
      <w:r>
        <w:t xml:space="preserve"> "we"?</w:t>
        <w:br/>
        <w:t>你才是管事的</w:t>
        <w:br/>
        <w:t>You</w:t>
      </w:r>
      <w:r>
        <w:t xml:space="preserve"> were</w:t>
      </w:r>
      <w:r>
        <w:t xml:space="preserve"> in</w:t>
      </w:r>
      <w:r>
        <w:t xml:space="preserve"> charge.</w:t>
        <w:br/>
        <w:t>我是执行你的命令</w:t>
        <w:br/>
        <w:t>Acting</w:t>
      </w:r>
      <w:r>
        <w:t xml:space="preserve"> on</w:t>
      </w:r>
      <w:r>
        <w:t xml:space="preserve"> your</w:t>
      </w:r>
      <w:r>
        <w:t xml:space="preserve"> orders.</w:t>
        <w:br/>
        <w:t>但我甚至都不是海军情报局的人</w:t>
        <w:br/>
        <w:t>But</w:t>
      </w:r>
      <w:r>
        <w:t xml:space="preserve"> I'm</w:t>
      </w:r>
      <w:r>
        <w:t xml:space="preserve"> not</w:t>
      </w:r>
      <w:r>
        <w:t xml:space="preserve"> even</w:t>
      </w:r>
      <w:r>
        <w:t xml:space="preserve"> in</w:t>
      </w:r>
      <w:r>
        <w:t xml:space="preserve"> the</w:t>
      </w:r>
      <w:r>
        <w:t xml:space="preserve"> ONI.</w:t>
        <w:br/>
        <w:t>怎么这么久</w:t>
      </w:r>
      <w:r>
        <w:t xml:space="preserve"> 信&amp;hearts;号&amp;hearts;&amp;hearts;在哪里</w:t>
        <w:br/>
        <w:t>What's</w:t>
      </w:r>
      <w:r>
        <w:t xml:space="preserve"> taking</w:t>
      </w:r>
      <w:r>
        <w:t xml:space="preserve"> so</w:t>
      </w:r>
      <w:r>
        <w:t xml:space="preserve"> long?</w:t>
      </w:r>
      <w:r>
        <w:t xml:space="preserve"> Where's</w:t>
      </w:r>
      <w:r>
        <w:t xml:space="preserve"> the</w:t>
      </w:r>
      <w:r>
        <w:t xml:space="preserve"> feed?</w:t>
        <w:br/>
        <w:t>正在接通</w:t>
      </w:r>
      <w:r>
        <w:t xml:space="preserve"> 长官</w:t>
        <w:br/>
        <w:t>Coming</w:t>
      </w:r>
      <w:r>
        <w:t xml:space="preserve"> back</w:t>
      </w:r>
      <w:r>
        <w:t xml:space="preserve"> online</w:t>
      </w:r>
      <w:r>
        <w:t xml:space="preserve"> now,</w:t>
      </w:r>
      <w:r>
        <w:t xml:space="preserve"> ma'am.</w:t>
        <w:br/>
        <w:t>收到信&amp;hearts;号&amp;hearts;&amp;hearts;了</w:t>
      </w:r>
      <w:r>
        <w:t xml:space="preserve"> 长官</w:t>
        <w:br/>
        <w:t>Signal</w:t>
      </w:r>
      <w:r>
        <w:t xml:space="preserve"> reacquired,</w:t>
      </w:r>
      <w:r>
        <w:t xml:space="preserve"> ma'am.</w:t>
        <w:br/>
        <w:t>我们在追踪星盟的巡洋舰</w:t>
        <w:br/>
        <w:t>We're</w:t>
      </w:r>
      <w:r>
        <w:t xml:space="preserve"> tracking</w:t>
      </w:r>
      <w:r>
        <w:t xml:space="preserve"> the</w:t>
      </w:r>
      <w:r>
        <w:t xml:space="preserve"> Covenant</w:t>
      </w:r>
      <w:r>
        <w:t xml:space="preserve"> Cruiser.</w:t>
        <w:br/>
        <w:t>它刚从索尔星系的跃迁空间出来</w:t>
        <w:br/>
        <w:t>It</w:t>
      </w:r>
      <w:r>
        <w:t xml:space="preserve"> just</w:t>
      </w:r>
      <w:r>
        <w:t xml:space="preserve"> exited</w:t>
      </w:r>
      <w:r>
        <w:t xml:space="preserve"> slipspace</w:t>
      </w:r>
      <w:r>
        <w:t xml:space="preserve"> in</w:t>
      </w:r>
      <w:r>
        <w:t xml:space="preserve"> the</w:t>
      </w:r>
      <w:r>
        <w:t xml:space="preserve"> Soell</w:t>
      </w:r>
      <w:r>
        <w:t xml:space="preserve"> system.</w:t>
        <w:br/>
        <w:t>那是圣约人的战斗编队</w:t>
        <w:br/>
        <w:t>That's</w:t>
      </w:r>
      <w:r>
        <w:t xml:space="preserve"> a</w:t>
      </w:r>
      <w:r>
        <w:t xml:space="preserve"> Covenant</w:t>
      </w:r>
      <w:r>
        <w:t xml:space="preserve"> battle</w:t>
      </w:r>
      <w:r>
        <w:t xml:space="preserve"> group.</w:t>
        <w:br/>
        <w:t>那是整个庄严协约第一舰队</w:t>
        <w:br/>
        <w:t>That's</w:t>
      </w:r>
      <w:r>
        <w:t xml:space="preserve"> the</w:t>
      </w:r>
      <w:r>
        <w:t xml:space="preserve"> entire</w:t>
      </w:r>
      <w:r>
        <w:t xml:space="preserve"> First</w:t>
      </w:r>
      <w:r>
        <w:t xml:space="preserve"> Fleet</w:t>
      </w:r>
      <w:r>
        <w:t xml:space="preserve"> of</w:t>
      </w:r>
      <w:r>
        <w:t xml:space="preserve"> Solemn</w:t>
      </w:r>
      <w:r>
        <w:t xml:space="preserve"> Accord.</w:t>
        <w:br/>
        <w:t>有什么问题吗</w:t>
      </w:r>
      <w:r>
        <w:t xml:space="preserve"> </w:t>
      </w:r>
      <w:r>
        <w:t xml:space="preserve"> -这个信&amp;hearts;号&amp;hearts;&amp;hearts;</w:t>
      </w:r>
      <w:r>
        <w:t xml:space="preserve"> 长官</w:t>
        <w:br/>
        <w:t>What's</w:t>
      </w:r>
      <w:r>
        <w:t xml:space="preserve"> wrong</w:t>
      </w:r>
      <w:r>
        <w:t xml:space="preserve"> with</w:t>
      </w:r>
      <w:r>
        <w:t xml:space="preserve"> it?</w:t>
      </w:r>
      <w:r>
        <w:t xml:space="preserve"> </w:t>
      </w:r>
      <w:r>
        <w:t xml:space="preserve"> </w:t>
      </w:r>
      <w:r>
        <w:t xml:space="preserve"> -</w:t>
      </w:r>
      <w:r>
        <w:t xml:space="preserve"> It's</w:t>
      </w:r>
      <w:r>
        <w:t xml:space="preserve"> the</w:t>
      </w:r>
      <w:r>
        <w:t xml:space="preserve"> signal,</w:t>
      </w:r>
      <w:r>
        <w:t xml:space="preserve"> ma'am.</w:t>
        <w:br/>
        <w:t>有大量的能量</w:t>
        <w:br/>
        <w:t>There's</w:t>
      </w:r>
      <w:r>
        <w:t xml:space="preserve"> significant</w:t>
      </w:r>
      <w:r>
        <w:t xml:space="preserve"> energy</w:t>
        <w:br/>
        <w:t>来白这个星系的中心</w:t>
        <w:br/>
        <w:t>coming</w:t>
      </w:r>
      <w:r>
        <w:t xml:space="preserve"> from</w:t>
      </w:r>
      <w:r>
        <w:t xml:space="preserve"> the</w:t>
      </w:r>
      <w:r>
        <w:t xml:space="preserve"> center</w:t>
      </w:r>
      <w:r>
        <w:t xml:space="preserve"> of</w:t>
      </w:r>
      <w:r>
        <w:t xml:space="preserve"> that</w:t>
      </w:r>
      <w:r>
        <w:t xml:space="preserve"> system.</w:t>
        <w:br/>
        <w:t>太阳耀斑</w:t>
      </w:r>
      <w:r>
        <w:t xml:space="preserve"> 超新星活动</w:t>
      </w:r>
      <w:r>
        <w:t xml:space="preserve"> 黑洞</w:t>
        <w:br/>
        <w:t>Solar</w:t>
      </w:r>
      <w:r>
        <w:t xml:space="preserve"> flare.</w:t>
      </w:r>
      <w:r>
        <w:t xml:space="preserve"> Nova</w:t>
      </w:r>
      <w:r>
        <w:t xml:space="preserve"> activity.</w:t>
      </w:r>
      <w:r>
        <w:t xml:space="preserve"> Black</w:t>
      </w:r>
      <w:r>
        <w:t xml:space="preserve"> hole.</w:t>
        <w:br/>
        <w:t>联&amp;hearts;系&amp;hearts;斯坦福斯上将派遣</w:t>
        <w:br/>
        <w:t>Contact</w:t>
      </w:r>
      <w:r>
        <w:t xml:space="preserve"> Admiral</w:t>
      </w:r>
      <w:r>
        <w:t xml:space="preserve"> Stanforth</w:t>
        <w:br/>
        <w:t>联&amp;hearts;合&amp;hearts;国&amp;hearts;太空指挥部舰队从第三区出发</w:t>
        <w:br/>
        <w:t>to</w:t>
      </w:r>
      <w:r>
        <w:t xml:space="preserve"> dispatch</w:t>
      </w:r>
      <w:r>
        <w:t xml:space="preserve"> the</w:t>
      </w:r>
      <w:r>
        <w:t xml:space="preserve"> UNSC</w:t>
      </w:r>
      <w:r>
        <w:t xml:space="preserve"> fleet</w:t>
      </w:r>
      <w:r>
        <w:t xml:space="preserve"> from</w:t>
      </w:r>
      <w:r>
        <w:t xml:space="preserve"> Sector</w:t>
      </w:r>
      <w:r>
        <w:t xml:space="preserve"> 3.</w:t>
        <w:br/>
        <w:t>准备好三代斯巴达战士</w:t>
        <w:br/>
        <w:t>Ready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Spartan-Ills.</w:t>
        <w:br/>
        <w:t>我的三代斯巴达战士是被训练来执行特殊任务的</w:t>
        <w:br/>
        <w:t>My</w:t>
      </w:r>
      <w:r>
        <w:t xml:space="preserve"> Spartan-Ills</w:t>
      </w:r>
      <w:r>
        <w:t xml:space="preserve"> were</w:t>
      </w:r>
      <w:r>
        <w:t xml:space="preserve"> trained</w:t>
      </w:r>
      <w:r>
        <w:t xml:space="preserve"> to</w:t>
      </w:r>
      <w:r>
        <w:t xml:space="preserve"> execute</w:t>
      </w:r>
      <w:r>
        <w:t xml:space="preserve"> specialized</w:t>
      </w:r>
      <w:r>
        <w:t xml:space="preserve"> missions.</w:t>
        <w:br/>
        <w:t>你不是说他们准备好了吗</w:t>
        <w:br/>
        <w:t>I</w:t>
      </w:r>
      <w:r>
        <w:t xml:space="preserve"> thought</w:t>
      </w:r>
      <w:r>
        <w:t xml:space="preserve"> you</w:t>
      </w:r>
      <w:r>
        <w:t xml:space="preserve"> said</w:t>
      </w:r>
      <w:r>
        <w:t xml:space="preserve"> they</w:t>
      </w:r>
      <w:r>
        <w:t xml:space="preserve"> were</w:t>
      </w:r>
      <w:r>
        <w:t xml:space="preserve"> ready?</w:t>
        <w:br/>
        <w:t>他们是精锐士兵</w:t>
        <w:br/>
        <w:t>They're</w:t>
      </w:r>
      <w:r>
        <w:t xml:space="preserve"> elite</w:t>
      </w:r>
      <w:r>
        <w:t xml:space="preserve"> soldiers.</w:t>
        <w:br/>
        <w:t>不是用来攻击星盟舰队的</w:t>
      </w:r>
      <w:r>
        <w:t xml:space="preserve"> 除非</w:t>
        <w:br/>
        <w:t>They're</w:t>
      </w:r>
      <w:r>
        <w:t xml:space="preserve"> not</w:t>
      </w:r>
      <w:r>
        <w:t xml:space="preserve"> designed</w:t>
      </w:r>
      <w:r>
        <w:t xml:space="preserve"> to</w:t>
      </w:r>
      <w:r>
        <w:t xml:space="preserve"> assault</w:t>
      </w:r>
      <w:r>
        <w:t xml:space="preserve"> a</w:t>
      </w:r>
      <w:r>
        <w:t xml:space="preserve"> Covenant</w:t>
      </w:r>
      <w:r>
        <w:t xml:space="preserve"> fleet</w:t>
      </w:r>
      <w:r>
        <w:t xml:space="preserve"> without--</w:t>
        <w:br/>
        <w:t>让他们做好准备是你的工作</w:t>
      </w:r>
      <w:r>
        <w:t xml:space="preserve"> 怎么派遣他们是我的工作</w:t>
        <w:br/>
        <w:t>It's</w:t>
      </w:r>
      <w:r>
        <w:t xml:space="preserve"> your</w:t>
      </w:r>
      <w:r>
        <w:t xml:space="preserve"> job</w:t>
      </w:r>
      <w:r>
        <w:t xml:space="preserve"> to</w:t>
      </w:r>
      <w:r>
        <w:t xml:space="preserve"> prepare</w:t>
      </w:r>
      <w:r>
        <w:t xml:space="preserve"> them.</w:t>
      </w:r>
      <w:r>
        <w:t xml:space="preserve"> I</w:t>
      </w:r>
      <w:r>
        <w:t xml:space="preserve"> decide</w:t>
      </w:r>
      <w:r>
        <w:t xml:space="preserve"> how</w:t>
      </w:r>
      <w:r>
        <w:t xml:space="preserve"> they're</w:t>
      </w:r>
      <w:r>
        <w:t xml:space="preserve"> used.</w:t>
        <w:br/>
        <w:t>如果没有别的事</w:t>
      </w:r>
      <w:r>
        <w:t xml:space="preserve"> 我建议你去找他</w:t>
        <w:br/>
        <w:t>Now,</w:t>
      </w:r>
      <w:r>
        <w:t xml:space="preserve"> if</w:t>
      </w:r>
      <w:r>
        <w:t xml:space="preserve"> there's</w:t>
      </w:r>
      <w:r>
        <w:t xml:space="preserve"> nothing</w:t>
      </w:r>
      <w:r>
        <w:t xml:space="preserve"> else,</w:t>
      </w:r>
      <w:r>
        <w:t xml:space="preserve"> I</w:t>
      </w:r>
      <w:r>
        <w:t xml:space="preserve"> suggest</w:t>
      </w:r>
      <w:r>
        <w:t xml:space="preserve"> you</w:t>
      </w:r>
      <w:r>
        <w:t xml:space="preserve"> find</w:t>
      </w:r>
      <w:r>
        <w:t xml:space="preserve"> him.</w:t>
        <w:br/>
        <w:t>不是黑洞</w:t>
        <w:br/>
        <w:t>It's</w:t>
      </w:r>
      <w:r>
        <w:t xml:space="preserve"> not</w:t>
      </w:r>
      <w:r>
        <w:t xml:space="preserve"> a</w:t>
      </w:r>
      <w:r>
        <w:t xml:space="preserve"> black</w:t>
      </w:r>
      <w:r>
        <w:t xml:space="preserve"> hole.</w:t>
        <w:br/>
        <w:t>约翰117</w:t>
      </w:r>
      <w:r>
        <w:t xml:space="preserve"> 站住</w:t>
        <w:br/>
        <w:br/>
        <w:t>John-117,</w:t>
      </w:r>
      <w:r>
        <w:t xml:space="preserve"> stop</w:t>
      </w:r>
      <w:r>
        <w:t xml:space="preserve"> where</w:t>
      </w:r>
      <w:r>
        <w:t xml:space="preserve"> you</w:t>
      </w:r>
      <w:r>
        <w:t xml:space="preserve"> are.</w:t>
        <w:br/>
        <w:t>跪下</w:t>
        <w:br/>
        <w:t>On</w:t>
      </w:r>
      <w:r>
        <w:t xml:space="preserve"> your</w:t>
      </w:r>
      <w:r>
        <w:t xml:space="preserve"> knees.</w:t>
        <w:br/>
        <w:t>我们奉命速捕你</w:t>
        <w:br/>
        <w:t>We</w:t>
      </w:r>
      <w:r>
        <w:t xml:space="preserve"> have</w:t>
      </w:r>
      <w:r>
        <w:t xml:space="preserve"> orders</w:t>
      </w:r>
      <w:r>
        <w:t xml:space="preserve"> to</w:t>
      </w:r>
      <w:r>
        <w:t xml:space="preserve"> take</w:t>
      </w:r>
      <w:r>
        <w:t xml:space="preserve"> you</w:t>
      </w:r>
      <w:r>
        <w:t xml:space="preserve"> in</w:t>
        <w:br/>
        <w:t>那不是你的命令</w:t>
        <w:br/>
        <w:t>Those</w:t>
      </w:r>
      <w:r>
        <w:t xml:space="preserve"> aren't</w:t>
      </w:r>
      <w:r>
        <w:t xml:space="preserve"> your</w:t>
      </w:r>
      <w:r>
        <w:t xml:space="preserve"> orders.</w:t>
        <w:br/>
        <w:t>他在反抗</w:t>
      </w:r>
      <w:r>
        <w:t xml:space="preserve"> 干掉他</w:t>
        <w:br/>
        <w:t>He's</w:t>
      </w:r>
      <w:r>
        <w:t xml:space="preserve"> resisting.</w:t>
      </w:r>
      <w:r>
        <w:t xml:space="preserve"> Take</w:t>
      </w:r>
      <w:r>
        <w:t xml:space="preserve"> him</w:t>
      </w:r>
      <w:r>
        <w:t xml:space="preserve"> down.</w:t>
        <w:br/>
        <w:t>我说了干掉他</w:t>
        <w:br/>
        <w:t>I</w:t>
      </w:r>
      <w:r>
        <w:t xml:space="preserve"> said</w:t>
      </w:r>
      <w:r>
        <w:t xml:space="preserve"> take</w:t>
      </w:r>
      <w:r>
        <w:t xml:space="preserve"> him</w:t>
      </w:r>
      <w:r>
        <w:t xml:space="preserve"> down.</w:t>
        <w:br/>
        <w:t>开枪打死他</w:t>
        <w:br/>
        <w:t>Shoot</w:t>
      </w:r>
      <w:r>
        <w:t xml:space="preserve"> him.</w:t>
        <w:br/>
        <w:t>我也曾站在枪口的那一边</w:t>
        <w:br/>
        <w:t>I've</w:t>
      </w:r>
      <w:r>
        <w:t xml:space="preserve"> been</w:t>
      </w:r>
      <w:r>
        <w:t xml:space="preserve"> on</w:t>
      </w:r>
      <w:r>
        <w:t xml:space="preserve"> that</w:t>
      </w:r>
      <w:r>
        <w:t xml:space="preserve"> side</w:t>
      </w:r>
      <w:r>
        <w:t xml:space="preserve"> of</w:t>
      </w:r>
      <w:r>
        <w:t xml:space="preserve"> the</w:t>
      </w:r>
      <w:r>
        <w:t xml:space="preserve"> gun.</w:t>
        <w:br/>
        <w:t>我没有问问题</w:t>
        <w:br/>
        <w:t>I</w:t>
      </w:r>
      <w:r>
        <w:t xml:space="preserve"> didn't</w:t>
      </w:r>
      <w:r>
        <w:t xml:space="preserve"> ask</w:t>
      </w:r>
      <w:r>
        <w:t xml:space="preserve"> questions.</w:t>
        <w:br/>
        <w:t>我也不想问</w:t>
        <w:br/>
        <w:t>I</w:t>
      </w:r>
      <w:r>
        <w:t xml:space="preserve"> didn't</w:t>
      </w:r>
      <w:r>
        <w:t xml:space="preserve"> want</w:t>
      </w:r>
      <w:r>
        <w:t xml:space="preserve"> to</w:t>
      </w:r>
      <w:r>
        <w:t xml:space="preserve"> know.</w:t>
        <w:br/>
        <w:t>扣动抜机</w:t>
        <w:br/>
        <w:t>Pull</w:t>
      </w:r>
      <w:r>
        <w:t xml:space="preserve"> the</w:t>
      </w:r>
      <w:r>
        <w:t xml:space="preserve"> trigger!</w:t>
        <w:br/>
        <w:t>但我们总是知道的</w:t>
      </w:r>
      <w:r>
        <w:t xml:space="preserve"> 不是吗</w:t>
        <w:br/>
        <w:t>But</w:t>
      </w:r>
      <w:r>
        <w:t xml:space="preserve"> we</w:t>
      </w:r>
      <w:r>
        <w:t xml:space="preserve"> always</w:t>
      </w:r>
      <w:r>
        <w:t xml:space="preserve"> know,</w:t>
      </w:r>
      <w:r>
        <w:t xml:space="preserve"> don't</w:t>
      </w:r>
      <w:r>
        <w:t xml:space="preserve"> we?</w:t>
        <w:br/>
        <w:t>我给你下了命令</w:t>
      </w:r>
      <w:r>
        <w:t xml:space="preserve"> 中尉</w:t>
        <w:br/>
        <w:t>I</w:t>
      </w:r>
      <w:r>
        <w:t xml:space="preserve"> gave</w:t>
      </w:r>
      <w:r>
        <w:t xml:space="preserve"> you</w:t>
      </w:r>
      <w:r>
        <w:t xml:space="preserve"> an</w:t>
      </w:r>
      <w:r>
        <w:t xml:space="preserve"> order,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Lieutenant.</w:t>
        <w:br/>
        <w:t>她知道打出去的子弹是没法收回来的</w:t>
        <w:br/>
        <w:t>She</w:t>
      </w:r>
      <w:r>
        <w:t xml:space="preserve"> knows</w:t>
      </w:r>
      <w:r>
        <w:t xml:space="preserve"> you</w:t>
      </w:r>
      <w:r>
        <w:t xml:space="preserve"> can't</w:t>
      </w:r>
      <w:r>
        <w:t xml:space="preserve"> take</w:t>
      </w:r>
      <w:r>
        <w:t xml:space="preserve"> a</w:t>
      </w:r>
      <w:r>
        <w:t xml:space="preserve"> bullet</w:t>
      </w:r>
      <w:r>
        <w:t xml:space="preserve"> back.</w:t>
        <w:br/>
        <w:t>所以她才希望是你开枪</w:t>
        <w:br/>
        <w:t>That's</w:t>
      </w:r>
      <w:r>
        <w:t xml:space="preserve"> why</w:t>
      </w:r>
      <w:r>
        <w:t xml:space="preserve"> she</w:t>
      </w:r>
      <w:r>
        <w:t xml:space="preserve"> wants</w:t>
      </w:r>
      <w:r>
        <w:t xml:space="preserve"> it</w:t>
      </w:r>
      <w:r>
        <w:t xml:space="preserve"> to</w:t>
      </w:r>
      <w:r>
        <w:t xml:space="preserve"> be</w:t>
      </w:r>
      <w:r>
        <w:t xml:space="preserve"> yours.</w:t>
        <w:br/>
        <w:t>但如果你要杀我</w:t>
        <w:br/>
        <w:t>But</w:t>
      </w:r>
      <w:r>
        <w:t xml:space="preserve"> if</w:t>
      </w:r>
      <w:r>
        <w:t xml:space="preserve"> you're</w:t>
      </w:r>
      <w:r>
        <w:t xml:space="preserve"> gonna</w:t>
      </w:r>
      <w:r>
        <w:t xml:space="preserve"> kill</w:t>
      </w:r>
      <w:r>
        <w:t xml:space="preserve"> me.</w:t>
        <w:br/>
        <w:t>至少看着我的眼睛</w:t>
        <w:br/>
        <w:t>at</w:t>
      </w:r>
      <w:r>
        <w:t xml:space="preserve"> least</w:t>
      </w:r>
      <w:r>
        <w:t xml:space="preserve"> look</w:t>
      </w:r>
      <w:r>
        <w:t xml:space="preserve"> me</w:t>
      </w:r>
      <w:r>
        <w:t xml:space="preserve"> in</w:t>
      </w:r>
      <w:r>
        <w:t xml:space="preserve"> the</w:t>
      </w:r>
      <w:r>
        <w:t xml:space="preserve"> eyes.</w:t>
        <w:br/>
        <w:t>你在干什么</w:t>
      </w:r>
      <w:r>
        <w:t xml:space="preserve"> 我说了动手</w:t>
        <w:br/>
        <w:t>What</w:t>
      </w:r>
      <w:r>
        <w:t xml:space="preserve"> are</w:t>
      </w:r>
      <w:r>
        <w:t xml:space="preserve"> you</w:t>
      </w:r>
      <w:r>
        <w:t xml:space="preserve"> doing?</w:t>
      </w:r>
      <w:r>
        <w:t xml:space="preserve"> I</w:t>
      </w:r>
      <w:r>
        <w:t xml:space="preserve"> said</w:t>
      </w:r>
      <w:r>
        <w:t xml:space="preserve"> engage!</w:t>
        <w:br/>
        <w:t>你自己动手吧</w:t>
        <w:br/>
        <w:t>Do</w:t>
      </w:r>
      <w:r>
        <w:t xml:space="preserve"> it</w:t>
      </w:r>
      <w:r>
        <w:t xml:space="preserve"> yourself.</w:t>
        <w:br/>
        <w:t>给我站住</w:t>
        <w:br/>
        <w:t>Stop</w:t>
      </w:r>
      <w:r>
        <w:t xml:space="preserve"> right</w:t>
      </w:r>
      <w:r>
        <w:t xml:space="preserve"> there!</w:t>
        <w:br/>
        <w:t>我没找你帮忙</w:t>
        <w:br/>
        <w:t>Didn't</w:t>
      </w:r>
      <w:r>
        <w:t xml:space="preserve"> ask</w:t>
      </w:r>
      <w:r>
        <w:t xml:space="preserve"> for</w:t>
      </w:r>
      <w:r>
        <w:t xml:space="preserve"> your</w:t>
      </w:r>
      <w:r>
        <w:t xml:space="preserve"> help.</w:t>
        <w:br/>
        <w:t>那你打算动手吗</w:t>
        <w:br/>
        <w:t>Were</w:t>
      </w:r>
      <w:r>
        <w:t xml:space="preserve"> you</w:t>
      </w:r>
      <w:r>
        <w:t xml:space="preserve"> gonna</w:t>
      </w:r>
      <w:r>
        <w:t xml:space="preserve"> do</w:t>
      </w:r>
      <w:r>
        <w:t xml:space="preserve"> it?</w:t>
        <w:br/>
        <w:t>这个建筑可能不稳定</w:t>
      </w:r>
      <w:r>
        <w:t xml:space="preserve"> 我们该走了</w:t>
        <w:br/>
        <w:t>This</w:t>
      </w:r>
      <w:r>
        <w:t xml:space="preserve"> structure</w:t>
      </w:r>
      <w:r>
        <w:t xml:space="preserve"> might</w:t>
      </w:r>
      <w:r>
        <w:t xml:space="preserve"> not</w:t>
      </w:r>
      <w:r>
        <w:t xml:space="preserve"> be</w:t>
      </w:r>
      <w:r>
        <w:t xml:space="preserve"> stable,</w:t>
      </w:r>
      <w:r>
        <w:t xml:space="preserve"> we</w:t>
      </w:r>
      <w:r>
        <w:t xml:space="preserve"> should</w:t>
      </w:r>
      <w:r>
        <w:t xml:space="preserve"> go.</w:t>
        <w:br/>
        <w:t>我们哪也不去</w:t>
        <w:br/>
        <w:t>We're</w:t>
      </w:r>
      <w:r>
        <w:t xml:space="preserve"> not</w:t>
      </w:r>
      <w:r>
        <w:t xml:space="preserve"> going</w:t>
      </w:r>
      <w:r>
        <w:t xml:space="preserve"> anywhere.</w:t>
        <w:br/>
        <w:t>设计这个建筑群的人建造了光环</w:t>
        <w:br/>
        <w:t>Whoever</w:t>
      </w:r>
      <w:r>
        <w:t xml:space="preserve"> designed</w:t>
      </w:r>
      <w:r>
        <w:t xml:space="preserve"> this</w:t>
      </w:r>
      <w:r>
        <w:t xml:space="preserve"> complex</w:t>
      </w:r>
      <w:r>
        <w:t xml:space="preserve"> built</w:t>
      </w:r>
      <w:r>
        <w:t xml:space="preserve"> the</w:t>
      </w:r>
      <w:r>
        <w:t xml:space="preserve"> Halo.</w:t>
        <w:br/>
        <w:t>这是什么地方</w:t>
        <w:br/>
        <w:t>What</w:t>
      </w:r>
      <w:r>
        <w:t xml:space="preserve"> is</w:t>
      </w:r>
      <w:r>
        <w:t xml:space="preserve"> this</w:t>
      </w:r>
      <w:r>
        <w:t xml:space="preserve"> place?</w:t>
        <w:br/>
        <w:t>是知识的储存库</w:t>
      </w:r>
      <w:r>
        <w:t xml:space="preserve"> 就像图书馆</w:t>
        <w:br/>
        <w:t>It's</w:t>
      </w:r>
      <w:r>
        <w:t xml:space="preserve"> a</w:t>
      </w:r>
      <w:r>
        <w:t xml:space="preserve"> repository</w:t>
      </w:r>
      <w:r>
        <w:t xml:space="preserve"> for</w:t>
      </w:r>
      <w:r>
        <w:t xml:space="preserve"> knowledge,</w:t>
      </w:r>
      <w:r>
        <w:t xml:space="preserve"> like</w:t>
      </w:r>
      <w:r>
        <w:t xml:space="preserve"> a</w:t>
      </w:r>
      <w:r>
        <w:t xml:space="preserve"> library.</w:t>
        <w:br/>
        <w:t>或者说是宗教场所</w:t>
        <w:br/>
        <w:t>Or</w:t>
      </w:r>
      <w:r>
        <w:t xml:space="preserve"> a</w:t>
      </w:r>
      <w:r>
        <w:t xml:space="preserve"> religious</w:t>
      </w:r>
      <w:r>
        <w:t xml:space="preserve"> site.</w:t>
        <w:br/>
        <w:t>作为这个项目最初的首席科学家</w:t>
        <w:br/>
        <w:t>As</w:t>
      </w:r>
      <w:r>
        <w:t xml:space="preserve"> the</w:t>
      </w:r>
      <w:r>
        <w:t xml:space="preserve"> original</w:t>
      </w:r>
      <w:r>
        <w:t xml:space="preserve"> lead</w:t>
      </w:r>
      <w:r>
        <w:t xml:space="preserve"> scientist</w:t>
      </w:r>
      <w:r>
        <w:t xml:space="preserve"> on</w:t>
      </w:r>
      <w:r>
        <w:t xml:space="preserve"> this</w:t>
      </w:r>
      <w:r>
        <w:t xml:space="preserve"> project,</w:t>
        <w:br/>
        <w:t>我可以向你保证这是一个图书馆</w:t>
        <w:br/>
        <w:t>I</w:t>
      </w:r>
      <w:r>
        <w:t xml:space="preserve"> can</w:t>
      </w:r>
      <w:r>
        <w:t xml:space="preserve"> assure</w:t>
      </w:r>
      <w:r>
        <w:t xml:space="preserve"> you</w:t>
      </w:r>
      <w:r>
        <w:t xml:space="preserve"> it</w:t>
      </w:r>
      <w:r>
        <w:t xml:space="preserve"> is</w:t>
      </w:r>
      <w:r>
        <w:t xml:space="preserve"> a</w:t>
      </w:r>
      <w:r>
        <w:t xml:space="preserve"> library.</w:t>
        <w:br/>
        <w:t>正如你从节点墙上看到的</w:t>
        <w:br/>
        <w:t>As</w:t>
      </w:r>
      <w:r>
        <w:t xml:space="preserve"> you</w:t>
      </w:r>
      <w:r>
        <w:t xml:space="preserve"> can</w:t>
      </w:r>
      <w:r>
        <w:t xml:space="preserve"> see</w:t>
      </w:r>
      <w:r>
        <w:t xml:space="preserve"> from</w:t>
      </w:r>
      <w:r>
        <w:t xml:space="preserve"> the</w:t>
      </w:r>
      <w:r>
        <w:t xml:space="preserve"> node</w:t>
      </w:r>
      <w:r>
        <w:t xml:space="preserve"> walls...</w:t>
        <w:br/>
        <w:t>就像你在教堂或小型教堂里看到的那样</w:t>
        <w:br/>
        <w:t>Like</w:t>
      </w:r>
      <w:r>
        <w:t xml:space="preserve"> you'd</w:t>
      </w:r>
      <w:r>
        <w:t xml:space="preserve"> find</w:t>
      </w:r>
      <w:r>
        <w:t xml:space="preserve"> in</w:t>
      </w:r>
      <w:r>
        <w:t xml:space="preserve"> a</w:t>
      </w:r>
      <w:r>
        <w:t xml:space="preserve"> church</w:t>
      </w:r>
      <w:r>
        <w:t xml:space="preserve"> or</w:t>
      </w:r>
      <w:r>
        <w:t xml:space="preserve"> a</w:t>
      </w:r>
      <w:r>
        <w:t xml:space="preserve"> chapel.</w:t>
        <w:br/>
        <w:t>明白了</w:t>
        <w:br/>
        <w:t>Got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it.</w:t>
        <w:br/>
        <w:t>我完全理解了</w:t>
        <w:br/>
        <w:t>You</w:t>
      </w:r>
      <w:r>
        <w:t xml:space="preserve"> have</w:t>
      </w:r>
      <w:r>
        <w:t xml:space="preserve"> no</w:t>
      </w:r>
      <w:r>
        <w:t xml:space="preserve"> idea.</w:t>
        <w:br/>
        <w:t>谢谢</w:t>
        <w:br/>
        <w:t>Thanks.</w:t>
        <w:br/>
        <w:t>你说有个错误</w:t>
        <w:br/>
        <w:t>You</w:t>
      </w:r>
      <w:r>
        <w:t xml:space="preserve"> said</w:t>
      </w:r>
      <w:r>
        <w:t xml:space="preserve"> something</w:t>
      </w:r>
      <w:r>
        <w:t xml:space="preserve"> about</w:t>
      </w:r>
      <w:r>
        <w:t xml:space="preserve"> a</w:t>
      </w:r>
      <w:r>
        <w:t xml:space="preserve"> mistake.</w:t>
        <w:br/>
        <w:t>是吗</w:t>
        <w:br/>
        <w:t>Did</w:t>
      </w:r>
      <w:r>
        <w:t xml:space="preserve"> I?</w:t>
        <w:br/>
        <w:t>是的</w:t>
      </w:r>
      <w:r>
        <w:t xml:space="preserve"> 你说我犯了个错误</w:t>
        <w:br/>
        <w:t>Yes,</w:t>
      </w:r>
      <w:r>
        <w:t xml:space="preserve"> you</w:t>
      </w:r>
      <w:r>
        <w:t xml:space="preserve"> said</w:t>
      </w:r>
      <w:r>
        <w:t xml:space="preserve"> I</w:t>
      </w:r>
      <w:r>
        <w:t xml:space="preserve"> made</w:t>
      </w:r>
      <w:r>
        <w:t xml:space="preserve"> a</w:t>
      </w:r>
      <w:r>
        <w:t xml:space="preserve"> mistake.</w:t>
        <w:br/>
        <w:t>当年你破解第一个密&amp;hearts;码&amp;hearts;的时候</w:t>
        <w:br/>
        <w:t>When</w:t>
      </w:r>
      <w:r>
        <w:t xml:space="preserve"> you</w:t>
      </w:r>
      <w:r>
        <w:t xml:space="preserve"> solved</w:t>
      </w:r>
      <w:r>
        <w:t xml:space="preserve"> the</w:t>
      </w:r>
      <w:r>
        <w:t xml:space="preserve"> first</w:t>
      </w:r>
      <w:r>
        <w:t xml:space="preserve"> cipher</w:t>
      </w:r>
      <w:r>
        <w:t xml:space="preserve"> back</w:t>
      </w:r>
      <w:r>
        <w:t xml:space="preserve"> in</w:t>
      </w:r>
      <w:r>
        <w:t xml:space="preserve"> the</w:t>
      </w:r>
      <w:r>
        <w:t xml:space="preserve"> day,</w:t>
        <w:br/>
        <w:t>是按照自己熟悉的原理破解的</w:t>
        <w:br/>
        <w:t>you</w:t>
      </w:r>
      <w:r>
        <w:t xml:space="preserve"> did</w:t>
      </w:r>
      <w:r>
        <w:t xml:space="preserve"> so</w:t>
      </w:r>
      <w:r>
        <w:t xml:space="preserve"> according</w:t>
      </w:r>
      <w:r>
        <w:t xml:space="preserve"> to</w:t>
      </w:r>
      <w:r>
        <w:t xml:space="preserve"> your</w:t>
      </w:r>
      <w:r>
        <w:t xml:space="preserve"> own</w:t>
      </w:r>
      <w:r>
        <w:t xml:space="preserve"> familiar</w:t>
      </w:r>
      <w:r>
        <w:t xml:space="preserve"> principles.</w:t>
        <w:br/>
        <w:t>数据</w:t>
      </w:r>
      <w:r>
        <w:t xml:space="preserve"> 数学</w:t>
        <w:br/>
        <w:t>Data,</w:t>
      </w:r>
      <w:r>
        <w:t xml:space="preserve"> mathematics.</w:t>
        <w:br/>
        <w:t>你打开了第一个壁龛</w:t>
        <w:br/>
        <w:t>And</w:t>
      </w:r>
      <w:r>
        <w:t xml:space="preserve"> you</w:t>
      </w:r>
      <w:r>
        <w:t xml:space="preserve"> unlocked</w:t>
      </w:r>
      <w:r>
        <w:t xml:space="preserve"> the</w:t>
      </w:r>
      <w:r>
        <w:t xml:space="preserve"> first</w:t>
      </w:r>
      <w:r>
        <w:t xml:space="preserve"> alcove.</w:t>
        <w:br/>
        <w:t>很简单</w:t>
      </w:r>
      <w:r>
        <w:t xml:space="preserve"> </w:t>
      </w:r>
      <w:r>
        <w:t xml:space="preserve"> -没那么简单</w:t>
        <w:br/>
        <w:t>Simple.</w:t>
      </w:r>
      <w:r>
        <w:t xml:space="preserve"> </w:t>
      </w:r>
      <w:r>
        <w:t xml:space="preserve"> </w:t>
      </w:r>
      <w:r>
        <w:t xml:space="preserve"> -</w:t>
      </w:r>
      <w:r>
        <w:t xml:space="preserve"> It</w:t>
      </w:r>
      <w:r>
        <w:t xml:space="preserve"> wasn't</w:t>
      </w:r>
      <w:r>
        <w:t xml:space="preserve"> that</w:t>
      </w:r>
      <w:r>
        <w:t xml:space="preserve"> simple.</w:t>
        <w:br/>
        <w:t>我花了好几个星期才解决</w:t>
      </w:r>
      <w:r>
        <w:t xml:space="preserve"> </w:t>
      </w:r>
      <w:r>
        <w:t xml:space="preserve"> -你花了四个月</w:t>
        <w:br/>
        <w:t>It</w:t>
      </w:r>
      <w:r>
        <w:t xml:space="preserve"> took</w:t>
      </w:r>
      <w:r>
        <w:t xml:space="preserve"> me</w:t>
      </w:r>
      <w:r>
        <w:t xml:space="preserve"> weeks</w:t>
      </w:r>
      <w:r>
        <w:t xml:space="preserve"> to</w:t>
      </w:r>
      <w:r>
        <w:t xml:space="preserve"> solve</w:t>
      </w:r>
      <w:r>
        <w:t xml:space="preserve"> it.</w:t>
      </w:r>
      <w:r>
        <w:t xml:space="preserve"> </w:t>
      </w:r>
      <w:r>
        <w:t xml:space="preserve"> </w:t>
      </w:r>
      <w:r>
        <w:t xml:space="preserve"> -</w:t>
      </w:r>
      <w:r>
        <w:t xml:space="preserve"> It</w:t>
      </w:r>
      <w:r>
        <w:t xml:space="preserve"> took</w:t>
      </w:r>
      <w:r>
        <w:t xml:space="preserve"> you</w:t>
      </w:r>
      <w:r>
        <w:t xml:space="preserve"> four</w:t>
      </w:r>
      <w:r>
        <w:t xml:space="preserve"> months.</w:t>
        <w:br/>
        <w:t>我有你的笔记</w:t>
      </w:r>
      <w:r>
        <w:t xml:space="preserve"> 记得吗</w:t>
        <w:br/>
        <w:t>I</w:t>
      </w:r>
      <w:r>
        <w:t xml:space="preserve"> have</w:t>
      </w:r>
      <w:r>
        <w:t xml:space="preserve"> your</w:t>
      </w:r>
      <w:r>
        <w:t xml:space="preserve"> notes,</w:t>
      </w:r>
      <w:r>
        <w:t xml:space="preserve"> remember?</w:t>
        <w:br/>
        <w:t>你打开了这个</w:t>
        <w:br/>
        <w:t>You</w:t>
      </w:r>
      <w:r>
        <w:t xml:space="preserve"> opened</w:t>
      </w:r>
      <w:r>
        <w:t xml:space="preserve"> this</w:t>
      </w:r>
      <w:r>
        <w:t xml:space="preserve"> one.</w:t>
        <w:br/>
        <w:t>但你忽略了这个密&amp;hearts;码&amp;hearts;不仅仅</w:t>
        <w:br/>
        <w:t>But</w:t>
      </w:r>
      <w:r>
        <w:t xml:space="preserve"> what</w:t>
      </w:r>
      <w:r>
        <w:t xml:space="preserve"> you</w:t>
      </w:r>
      <w:r>
        <w:t xml:space="preserve"> overlooked</w:t>
      </w:r>
      <w:r>
        <w:t xml:space="preserve"> is</w:t>
      </w:r>
      <w:r>
        <w:t xml:space="preserve"> that</w:t>
      </w:r>
      <w:r>
        <w:t xml:space="preserve"> the</w:t>
      </w:r>
      <w:r>
        <w:t xml:space="preserve"> cipher</w:t>
        <w:br/>
        <w:t>是数学上的</w:t>
        <w:br/>
        <w:t>isn't</w:t>
      </w:r>
      <w:r>
        <w:t xml:space="preserve"> just</w:t>
      </w:r>
      <w:r>
        <w:t xml:space="preserve"> mathematical.</w:t>
        <w:br/>
        <w:t>这也是语言上的</w:t>
        <w:br/>
        <w:t>It's</w:t>
      </w:r>
      <w:r>
        <w:t xml:space="preserve"> also</w:t>
      </w:r>
      <w:r>
        <w:t xml:space="preserve"> linguistic.</w:t>
        <w:br/>
        <w:t>在这种情况下</w:t>
      </w:r>
      <w:r>
        <w:t xml:space="preserve"> 一个复杂的表意文字系统</w:t>
        <w:br/>
        <w:t>In</w:t>
      </w:r>
      <w:r>
        <w:t xml:space="preserve"> this</w:t>
      </w:r>
      <w:r>
        <w:t xml:space="preserve"> case,</w:t>
      </w:r>
      <w:r>
        <w:t xml:space="preserve"> a</w:t>
      </w:r>
      <w:r>
        <w:t xml:space="preserve"> complex</w:t>
      </w:r>
      <w:r>
        <w:t xml:space="preserve"> ideographic</w:t>
      </w:r>
      <w:r>
        <w:t xml:space="preserve"> system</w:t>
        <w:br/>
        <w:t>具有许多符号&amp;hearts;特征</w:t>
      </w:r>
      <w:r>
        <w:t xml:space="preserve"> 一些音素</w:t>
        <w:br/>
        <w:t>with</w:t>
      </w:r>
      <w:r>
        <w:t xml:space="preserve"> a</w:t>
      </w:r>
      <w:r>
        <w:t xml:space="preserve"> number</w:t>
      </w:r>
      <w:r>
        <w:t xml:space="preserve"> of</w:t>
      </w:r>
      <w:r>
        <w:t xml:space="preserve"> logographic</w:t>
      </w:r>
      <w:r>
        <w:t xml:space="preserve"> traits,</w:t>
      </w:r>
      <w:r>
        <w:t xml:space="preserve"> some</w:t>
      </w:r>
      <w:r>
        <w:t xml:space="preserve"> phonemes.</w:t>
        <w:br/>
        <w:t>你认为这会花很长时间吗</w:t>
        <w:br/>
        <w:t>Do</w:t>
      </w:r>
      <w:r>
        <w:t xml:space="preserve"> you</w:t>
      </w:r>
      <w:r>
        <w:t xml:space="preserve"> think</w:t>
      </w:r>
      <w:r>
        <w:t xml:space="preserve"> this</w:t>
      </w:r>
      <w:r>
        <w:t xml:space="preserve"> will</w:t>
      </w:r>
      <w:r>
        <w:t xml:space="preserve"> take</w:t>
      </w:r>
      <w:r>
        <w:t xml:space="preserve"> a</w:t>
      </w:r>
      <w:r>
        <w:t xml:space="preserve"> long</w:t>
      </w:r>
      <w:r>
        <w:t xml:space="preserve"> time?</w:t>
        <w:br/>
        <w:t>用不了四个月</w:t>
        <w:br/>
        <w:t>It'll</w:t>
      </w:r>
      <w:r>
        <w:t xml:space="preserve"> take</w:t>
      </w:r>
      <w:r>
        <w:t xml:space="preserve"> less</w:t>
      </w:r>
      <w:r>
        <w:t xml:space="preserve"> than</w:t>
      </w:r>
      <w:r>
        <w:t xml:space="preserve"> four</w:t>
      </w:r>
      <w:r>
        <w:t xml:space="preserve"> months.</w:t>
        <w:br/>
        <w:t>这里面放的是什么</w:t>
        <w:br/>
        <w:t>What</w:t>
      </w:r>
      <w:r>
        <w:t xml:space="preserve"> was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inside?</w:t>
        <w:br/>
        <w:t>你先说</w:t>
        <w:br/>
        <w:t>You</w:t>
      </w:r>
      <w:r>
        <w:t xml:space="preserve"> first.</w:t>
        <w:br/>
        <w:t>你的笔记里没有写你发现了什么</w:t>
        <w:br/>
        <w:t>Whatever</w:t>
      </w:r>
      <w:r>
        <w:t xml:space="preserve"> you</w:t>
      </w:r>
      <w:r>
        <w:t xml:space="preserve"> found</w:t>
      </w:r>
      <w:r>
        <w:t xml:space="preserve"> wasn't</w:t>
      </w:r>
      <w:r>
        <w:t xml:space="preserve"> in</w:t>
      </w:r>
      <w:r>
        <w:t xml:space="preserve"> your</w:t>
      </w:r>
      <w:r>
        <w:t xml:space="preserve"> notes.</w:t>
        <w:br/>
        <w:t>告诉我</w:t>
        <w:br/>
        <w:t>Tell</w:t>
      </w:r>
      <w:r>
        <w:t xml:space="preserve"> me.</w:t>
        <w:br/>
        <w:t>DNA</w:t>
        <w:br/>
        <w:t>DNA.</w:t>
        <w:br/>
        <w:t>他们的</w:t>
        <w:br/>
        <w:t>Theirs.</w:t>
        <w:br/>
        <w:t>和我们的</w:t>
        <w:br/>
        <w:t>And</w:t>
      </w:r>
      <w:r>
        <w:t xml:space="preserve"> ours.</w:t>
        <w:br/>
        <w:t>兀鹰号&amp;hearts;领队的指挥官在线上</w:t>
        <w:br/>
        <w:t>I</w:t>
      </w:r>
      <w:r>
        <w:t xml:space="preserve"> have</w:t>
      </w:r>
      <w:r>
        <w:t xml:space="preserve"> the</w:t>
      </w:r>
      <w:r>
        <w:t xml:space="preserve"> commander</w:t>
      </w:r>
      <w:r>
        <w:t xml:space="preserve"> of</w:t>
      </w:r>
      <w:r>
        <w:t xml:space="preserve"> the</w:t>
      </w:r>
      <w:r>
        <w:t xml:space="preserve"> lead</w:t>
      </w:r>
      <w:r>
        <w:t xml:space="preserve"> Condor.</w:t>
        <w:br/>
        <w:t>叫布克曼</w:t>
      </w:r>
      <w:r>
        <w:t xml:space="preserve"> </w:t>
      </w:r>
      <w:r>
        <w:t xml:space="preserve"> -给他接过来</w:t>
        <w:br/>
        <w:t>Name's</w:t>
      </w:r>
      <w:r>
        <w:t xml:space="preserve"> Bookman.</w:t>
      </w:r>
      <w:r>
        <w:t xml:space="preserve"> </w:t>
      </w:r>
      <w:r>
        <w:t xml:space="preserve"> </w:t>
      </w:r>
      <w:r>
        <w:t xml:space="preserve"> -</w:t>
      </w:r>
      <w:r>
        <w:t xml:space="preserve"> Put</w:t>
      </w:r>
      <w:r>
        <w:t xml:space="preserve"> him</w:t>
      </w:r>
      <w:r>
        <w:t xml:space="preserve"> through.</w:t>
        <w:br/>
        <w:t>布克曼指挥官</w:t>
      </w:r>
      <w:r>
        <w:t xml:space="preserve"> 我是巴拉戈斯基上将</w:t>
        <w:br/>
        <w:t>Commander</w:t>
      </w:r>
      <w:r>
        <w:t xml:space="preserve"> Bookman,</w:t>
      </w:r>
      <w:r>
        <w:t xml:space="preserve"> this</w:t>
      </w:r>
      <w:r>
        <w:t xml:space="preserve"> is</w:t>
      </w:r>
      <w:r>
        <w:t xml:space="preserve"> Admiral</w:t>
      </w:r>
      <w:r>
        <w:t xml:space="preserve"> Parangosky.</w:t>
        <w:br/>
        <w:t>你的队员能听到我说话吗</w:t>
        <w:br/>
        <w:t>Can</w:t>
      </w:r>
      <w:r>
        <w:t xml:space="preserve"> your</w:t>
      </w:r>
      <w:r>
        <w:t xml:space="preserve"> team</w:t>
      </w:r>
      <w:r>
        <w:t xml:space="preserve"> hear</w:t>
      </w:r>
      <w:r>
        <w:t xml:space="preserve"> me?</w:t>
        <w:br/>
        <w:t>能</w:t>
      </w:r>
      <w:r>
        <w:t xml:space="preserve"> 长官</w:t>
        <w:br/>
        <w:t>Yes,</w:t>
      </w:r>
      <w:r>
        <w:t xml:space="preserve"> ma'am.</w:t>
        <w:br/>
        <w:t>我们的敌人很快</w:t>
        <w:br/>
        <w:t>Our</w:t>
      </w:r>
      <w:r>
        <w:t xml:space="preserve"> enemy's</w:t>
      </w:r>
      <w:r>
        <w:t xml:space="preserve"> about</w:t>
      </w:r>
      <w:r>
        <w:t xml:space="preserve"> to</w:t>
      </w:r>
      <w:r>
        <w:t xml:space="preserve"> learn</w:t>
        <w:br/>
        <w:t>就会明白与人类纠缠是要付出代价的</w:t>
        <w:br/>
        <w:t>that</w:t>
      </w:r>
      <w:r>
        <w:t xml:space="preserve"> there's</w:t>
      </w:r>
      <w:r>
        <w:t xml:space="preserve"> a</w:t>
      </w:r>
      <w:r>
        <w:t xml:space="preserve"> cost</w:t>
      </w:r>
      <w:r>
        <w:t xml:space="preserve"> to</w:t>
      </w:r>
      <w:r>
        <w:t xml:space="preserve"> tangling</w:t>
      </w:r>
      <w:r>
        <w:t xml:space="preserve"> with</w:t>
      </w:r>
      <w:r>
        <w:t xml:space="preserve"> humanity.</w:t>
        <w:br/>
        <w:t>我要求你们传达这一消息</w:t>
        <w:br/>
        <w:t>I'm</w:t>
      </w:r>
      <w:r>
        <w:t xml:space="preserve"> asking</w:t>
      </w:r>
      <w:r>
        <w:t xml:space="preserve"> you</w:t>
      </w:r>
      <w:r>
        <w:t xml:space="preserve"> to</w:t>
      </w:r>
      <w:r>
        <w:t xml:space="preserve"> deliver</w:t>
      </w:r>
      <w:r>
        <w:t xml:space="preserve"> the</w:t>
      </w:r>
      <w:r>
        <w:t xml:space="preserve"> bill.</w:t>
        <w:br/>
        <w:t>你们能做到吗</w:t>
      </w:r>
      <w:r>
        <w:t xml:space="preserve"> </w:t>
      </w:r>
      <w:r>
        <w:t xml:space="preserve"> -是的</w:t>
      </w:r>
      <w:r>
        <w:t xml:space="preserve"> 长官</w:t>
        <w:br/>
        <w:t>Can</w:t>
      </w:r>
      <w:r>
        <w:t xml:space="preserve"> you</w:t>
      </w:r>
      <w:r>
        <w:t xml:space="preserve"> do</w:t>
      </w:r>
      <w:r>
        <w:t xml:space="preserve"> that</w:t>
      </w:r>
      <w:r>
        <w:t xml:space="preserve"> for</w:t>
      </w:r>
      <w:r>
        <w:t xml:space="preserve"> me?</w:t>
      </w:r>
      <w:r>
        <w:t xml:space="preserve"> </w:t>
      </w:r>
      <w:r>
        <w:t xml:space="preserve"> </w:t>
      </w:r>
      <w:r>
        <w:t xml:space="preserve"> -</w:t>
      </w:r>
      <w:r>
        <w:t xml:space="preserve"> Yes,</w:t>
      </w:r>
      <w:r>
        <w:t xml:space="preserve"> ma'am.</w:t>
        <w:br/>
        <w:t>箭队</w:t>
      </w:r>
      <w:r>
        <w:t xml:space="preserve"> 准备</w:t>
      </w:r>
      <w:r>
        <w:t xml:space="preserve"> 听我口令</w:t>
        <w:br/>
        <w:t>Arrow</w:t>
      </w:r>
      <w:r>
        <w:t xml:space="preserve"> Team,</w:t>
      </w:r>
      <w:r>
        <w:t xml:space="preserve"> make</w:t>
      </w:r>
      <w:r>
        <w:t xml:space="preserve"> ready.</w:t>
      </w:r>
      <w:r>
        <w:t xml:space="preserve"> On</w:t>
      </w:r>
      <w:r>
        <w:t xml:space="preserve"> my</w:t>
      </w:r>
      <w:r>
        <w:t xml:space="preserve"> mark.</w:t>
        <w:br/>
        <w:t>祝成功</w:t>
        <w:br/>
        <w:t>Godspeed.</w:t>
        <w:br/>
        <w:t>斯巴达战士</w:t>
      </w:r>
      <w:r>
        <w:t xml:space="preserve"> 已就位</w:t>
        <w:br/>
        <w:t>Spartans</w:t>
      </w:r>
      <w:r>
        <w:t xml:space="preserve"> on</w:t>
      </w:r>
      <w:r>
        <w:t xml:space="preserve"> the</w:t>
      </w:r>
      <w:r>
        <w:t xml:space="preserve"> beam.</w:t>
        <w:br/>
        <w:t>兀鹰HT3号&amp;hearts;</w:t>
      </w:r>
      <w:r>
        <w:t xml:space="preserve"> 请回答</w:t>
        <w:br/>
        <w:t>Condor-</w:t>
      </w:r>
      <w:r>
        <w:t xml:space="preserve"> Hotel-</w:t>
      </w:r>
      <w:r>
        <w:t xml:space="preserve"> Tango-</w:t>
      </w:r>
      <w:r>
        <w:t xml:space="preserve"> 3,</w:t>
      </w:r>
      <w:r>
        <w:t xml:space="preserve"> come</w:t>
      </w:r>
      <w:r>
        <w:t xml:space="preserve"> in.</w:t>
        <w:br/>
        <w:t>兀鹰CN2号&amp;hearts;</w:t>
      </w:r>
      <w:r>
        <w:t xml:space="preserve"> 通讯信&amp;hearts;号&amp;hearts;&amp;hearts;检查</w:t>
        <w:br/>
        <w:t>Condor-</w:t>
      </w:r>
      <w:r>
        <w:t xml:space="preserve"> Charlie-</w:t>
      </w:r>
      <w:r>
        <w:t xml:space="preserve"> November-</w:t>
      </w:r>
      <w:r>
        <w:t xml:space="preserve"> 2</w:t>
      </w:r>
      <w:r>
        <w:t xml:space="preserve"> radio</w:t>
      </w:r>
      <w:r>
        <w:t xml:space="preserve"> check.</w:t>
        <w:br/>
        <w:t>兀鹰号&amp;hearts;人员</w:t>
      </w:r>
      <w:r>
        <w:t xml:space="preserve"> 这里是瑙星战术控制中心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完毕</w:t>
        <w:br/>
        <w:t>AlI</w:t>
      </w:r>
      <w:r>
        <w:t xml:space="preserve"> assassin</w:t>
      </w:r>
      <w:r>
        <w:t xml:space="preserve"> Condors,</w:t>
      </w:r>
      <w:r>
        <w:t xml:space="preserve"> this</w:t>
      </w:r>
      <w:r>
        <w:t xml:space="preserve"> TAC-</w:t>
      </w:r>
      <w:r>
        <w:t xml:space="preserve"> CON</w:t>
      </w:r>
      <w:r>
        <w:t xml:space="preserve"> ONYX,</w:t>
      </w:r>
      <w:r>
        <w:t xml:space="preserve"> over.</w:t>
        <w:br/>
        <w:t>兀鹰号&amp;hearts;人员</w:t>
      </w:r>
      <w:r>
        <w:t xml:space="preserve"> 请回答</w:t>
        <w:br/>
        <w:t>Any</w:t>
      </w:r>
      <w:r>
        <w:t xml:space="preserve"> Assassin</w:t>
      </w:r>
      <w:r>
        <w:t xml:space="preserve"> Condors,</w:t>
      </w:r>
      <w:r>
        <w:t xml:space="preserve"> respond.</w:t>
        <w:br/>
        <w:t>部署第二波</w:t>
        <w:br/>
        <w:t>Deploy</w:t>
      </w:r>
      <w:r>
        <w:t xml:space="preserve"> the</w:t>
      </w:r>
      <w:r>
        <w:t xml:space="preserve"> second</w:t>
      </w:r>
      <w:r>
        <w:t xml:space="preserve"> wave.</w:t>
        <w:br/>
        <w:t>是</w:t>
      </w:r>
      <w:r>
        <w:t xml:space="preserve"> 上将</w:t>
      </w:r>
      <w:r>
        <w:t xml:space="preserve"> </w:t>
      </w:r>
      <w:r>
        <w:t xml:space="preserve"> -怎么了</w:t>
        <w:br/>
        <w:t>Yes,</w:t>
      </w:r>
      <w:r>
        <w:t xml:space="preserve"> Admiral.</w:t>
      </w:r>
      <w:r>
        <w:t xml:space="preserve"> </w:t>
      </w:r>
      <w:r>
        <w:t xml:space="preserve"> </w:t>
      </w:r>
      <w:r>
        <w:t xml:space="preserve"> -</w:t>
      </w:r>
      <w:r>
        <w:t xml:space="preserve"> What?</w:t>
        <w:br/>
        <w:t>没什么</w:t>
      </w:r>
      <w:r>
        <w:t xml:space="preserve"> 第一波刚被歼灭</w:t>
        <w:br/>
        <w:t>No,</w:t>
      </w:r>
      <w:r>
        <w:t xml:space="preserve"> the</w:t>
      </w:r>
      <w:r>
        <w:t xml:space="preserve"> first</w:t>
      </w:r>
      <w:r>
        <w:t xml:space="preserve"> wave</w:t>
      </w:r>
      <w:r>
        <w:t xml:space="preserve"> just</w:t>
      </w:r>
      <w:r>
        <w:t xml:space="preserve"> got</w:t>
      </w:r>
      <w:r>
        <w:t xml:space="preserve"> obliterated</w:t>
        <w:br/>
        <w:t>你就立马就派更多人过去</w:t>
        <w:br/>
        <w:t>and</w:t>
      </w:r>
      <w:r>
        <w:t xml:space="preserve"> now</w:t>
      </w:r>
      <w:r>
        <w:t xml:space="preserve"> you're</w:t>
      </w:r>
      <w:r>
        <w:t xml:space="preserve"> sending</w:t>
      </w:r>
      <w:r>
        <w:t xml:space="preserve"> more?</w:t>
        <w:br/>
        <w:t>你希望发生什么</w:t>
        <w:br/>
        <w:t>What</w:t>
      </w:r>
      <w:r>
        <w:t xml:space="preserve"> do</w:t>
      </w:r>
      <w:r>
        <w:t xml:space="preserve"> you</w:t>
      </w:r>
      <w:r>
        <w:t xml:space="preserve"> expect</w:t>
      </w:r>
      <w:r>
        <w:t xml:space="preserve"> will</w:t>
      </w:r>
      <w:r>
        <w:t xml:space="preserve"> happen?</w:t>
        <w:br/>
        <w:t>我希望他们会服从命令</w:t>
        <w:br/>
        <w:t>I</w:t>
      </w:r>
      <w:r>
        <w:t xml:space="preserve"> expect</w:t>
      </w:r>
      <w:r>
        <w:t xml:space="preserve"> they'll</w:t>
      </w:r>
      <w:r>
        <w:t xml:space="preserve"> follow</w:t>
      </w:r>
      <w:r>
        <w:t xml:space="preserve"> their</w:t>
      </w:r>
      <w:r>
        <w:t xml:space="preserve"> orders.</w:t>
        <w:br/>
        <w:t>上将</w:t>
        <w:br/>
        <w:t>Admiral...</w:t>
        <w:br/>
        <w:t>别这样</w:t>
        <w:br/>
        <w:t>don't</w:t>
      </w:r>
      <w:r>
        <w:t xml:space="preserve"> do</w:t>
      </w:r>
      <w:r>
        <w:t xml:space="preserve"> this.</w:t>
        <w:br/>
        <w:t>兀鹰号&amp;hearts;脱出跃迁空间的时候告诉我</w:t>
        <w:br/>
        <w:t>Tell</w:t>
      </w:r>
      <w:r>
        <w:t xml:space="preserve"> me</w:t>
      </w:r>
      <w:r>
        <w:t xml:space="preserve"> the</w:t>
      </w:r>
      <w:r>
        <w:t xml:space="preserve"> moment</w:t>
      </w:r>
      <w:r>
        <w:t xml:space="preserve"> our</w:t>
      </w:r>
      <w:r>
        <w:t xml:space="preserve"> Condors</w:t>
      </w:r>
      <w:r>
        <w:t xml:space="preserve"> exit</w:t>
      </w:r>
      <w:r>
        <w:t xml:space="preserve"> slipspace.</w:t>
        <w:br/>
        <w:t>这样不合理</w:t>
        <w:br/>
        <w:t>This</w:t>
      </w:r>
      <w:r>
        <w:t xml:space="preserve"> is</w:t>
      </w:r>
      <w:r>
        <w:t xml:space="preserve"> unsound.</w:t>
        <w:br/>
        <w:t>你还要牺牲多少三代斯巴达战士</w:t>
        <w:br/>
        <w:t>How</w:t>
      </w:r>
      <w:r>
        <w:t xml:space="preserve"> many</w:t>
      </w:r>
      <w:r>
        <w:t xml:space="preserve"> Spartan-Ills</w:t>
      </w:r>
      <w:r>
        <w:t xml:space="preserve"> are</w:t>
      </w:r>
      <w:r>
        <w:t xml:space="preserve"> you</w:t>
      </w:r>
      <w:r>
        <w:t xml:space="preserve"> willing</w:t>
      </w:r>
      <w:r>
        <w:t xml:space="preserve"> to</w:t>
      </w:r>
      <w:r>
        <w:t xml:space="preserve"> sacrifice?</w:t>
        <w:br/>
        <w:t>所有人</w:t>
        <w:br/>
        <w:t>All</w:t>
      </w:r>
      <w:r>
        <w:t xml:space="preserve"> of</w:t>
      </w:r>
      <w:r>
        <w:t xml:space="preserve"> them.</w:t>
        <w:br/>
        <w:t>这不仅仅是另一场战斗</w:t>
        <w:br/>
        <w:t>This</w:t>
      </w:r>
      <w:r>
        <w:t xml:space="preserve"> isn't</w:t>
      </w:r>
      <w:r>
        <w:t xml:space="preserve"> just</w:t>
      </w:r>
      <w:r>
        <w:t xml:space="preserve"> another</w:t>
      </w:r>
      <w:r>
        <w:t xml:space="preserve"> battle.</w:t>
        <w:br/>
        <w:t>你认为那个星系的中心是什么</w:t>
        <w:br/>
        <w:t>What</w:t>
      </w:r>
      <w:r>
        <w:t xml:space="preserve"> do</w:t>
      </w:r>
      <w:r>
        <w:t xml:space="preserve"> you</w:t>
      </w:r>
      <w:r>
        <w:t xml:space="preserve"> think</w:t>
      </w:r>
      <w:r>
        <w:t xml:space="preserve"> is</w:t>
      </w:r>
      <w:r>
        <w:t xml:space="preserve"> at</w:t>
      </w:r>
      <w:r>
        <w:t xml:space="preserve"> the</w:t>
      </w:r>
      <w:r>
        <w:t xml:space="preserve"> center</w:t>
      </w:r>
      <w:r>
        <w:t xml:space="preserve"> of</w:t>
      </w:r>
      <w:r>
        <w:t xml:space="preserve"> that</w:t>
      </w:r>
      <w:r>
        <w:t xml:space="preserve"> system?</w:t>
        <w:br/>
        <w:t>如果星盟占领光环</w:t>
        <w:br/>
        <w:t>If</w:t>
      </w:r>
      <w:r>
        <w:t xml:space="preserve"> the</w:t>
      </w:r>
      <w:r>
        <w:t xml:space="preserve"> Covenant</w:t>
      </w:r>
      <w:r>
        <w:t xml:space="preserve"> takes</w:t>
      </w:r>
      <w:r>
        <w:t xml:space="preserve"> the</w:t>
      </w:r>
      <w:r>
        <w:t xml:space="preserve"> Halo.</w:t>
        <w:br/>
        <w:t>我们就活不到明天了</w:t>
        <w:br/>
        <w:t>we</w:t>
      </w:r>
      <w:r>
        <w:t xml:space="preserve"> won't</w:t>
      </w:r>
      <w:r>
        <w:t xml:space="preserve"> live</w:t>
      </w:r>
      <w:r>
        <w:t xml:space="preserve"> to</w:t>
      </w:r>
      <w:r>
        <w:t xml:space="preserve"> fight</w:t>
      </w:r>
      <w:r>
        <w:t xml:space="preserve"> another</w:t>
      </w:r>
      <w:r>
        <w:t xml:space="preserve"> day.</w:t>
        <w:br/>
        <w:t>再没有日子可活了</w:t>
        <w:br/>
        <w:t>There</w:t>
      </w:r>
      <w:r>
        <w:t xml:space="preserve"> will</w:t>
      </w:r>
      <w:r>
        <w:t xml:space="preserve"> be</w:t>
      </w:r>
      <w:r>
        <w:t xml:space="preserve"> no</w:t>
      </w:r>
      <w:r>
        <w:t xml:space="preserve"> more</w:t>
      </w:r>
      <w:r>
        <w:t xml:space="preserve"> days.</w:t>
        <w:br/>
        <w:t>我们这是要去哪儿</w:t>
        <w:br/>
        <w:t>Where</w:t>
      </w:r>
      <w:r>
        <w:t xml:space="preserve"> are</w:t>
      </w:r>
      <w:r>
        <w:t xml:space="preserve"> we</w:t>
      </w:r>
      <w:r>
        <w:t xml:space="preserve"> going?</w:t>
        <w:br/>
        <w:t>他们把我们带去了这样一个地方</w:t>
        <w:br/>
        <w:t>They</w:t>
      </w:r>
      <w:r>
        <w:t xml:space="preserve"> brought</w:t>
      </w:r>
      <w:r>
        <w:t xml:space="preserve"> us</w:t>
      </w:r>
      <w:r>
        <w:t xml:space="preserve"> to</w:t>
      </w:r>
      <w:r>
        <w:t xml:space="preserve"> a</w:t>
      </w:r>
      <w:r>
        <w:t xml:space="preserve"> place</w:t>
      </w:r>
      <w:r>
        <w:t xml:space="preserve"> just</w:t>
      </w:r>
      <w:r>
        <w:t xml:space="preserve"> like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this.</w:t>
        <w:br/>
        <w:t>当时我们还都是孩子</w:t>
        <w:br/>
        <w:t>We</w:t>
      </w:r>
      <w:r>
        <w:t xml:space="preserve"> were</w:t>
      </w:r>
      <w:r>
        <w:t xml:space="preserve"> kids.</w:t>
        <w:br/>
        <w:t>我们的教官告诉我们目标就是</w:t>
        <w:br/>
        <w:t>Our</w:t>
      </w:r>
      <w:r>
        <w:t xml:space="preserve"> trainers</w:t>
      </w:r>
      <w:r>
        <w:t xml:space="preserve"> told</w:t>
      </w:r>
      <w:r>
        <w:t xml:space="preserve"> us</w:t>
      </w:r>
      <w:r>
        <w:t xml:space="preserve"> that</w:t>
      </w:r>
      <w:r>
        <w:t xml:space="preserve"> the</w:t>
      </w:r>
      <w:r>
        <w:t xml:space="preserve"> objective</w:t>
        <w:br/>
        <w:t>防守通道</w:t>
        <w:br/>
        <w:t>was</w:t>
      </w:r>
      <w:r>
        <w:t xml:space="preserve"> to</w:t>
      </w:r>
      <w:r>
        <w:t xml:space="preserve"> defend</w:t>
      </w:r>
      <w:r>
        <w:t xml:space="preserve"> the</w:t>
      </w:r>
      <w:r>
        <w:t xml:space="preserve"> pass.</w:t>
        <w:br/>
        <w:t>但事实并非如此</w:t>
        <w:br/>
        <w:t>But</w:t>
      </w:r>
      <w:r>
        <w:t xml:space="preserve"> that</w:t>
      </w:r>
      <w:r>
        <w:t xml:space="preserve"> wasn't</w:t>
      </w:r>
      <w:r>
        <w:t xml:space="preserve"> it.</w:t>
        <w:br/>
        <w:t>目标是什么</w:t>
        <w:br/>
        <w:t>What</w:t>
      </w:r>
      <w:r>
        <w:t xml:space="preserve"> was</w:t>
      </w:r>
      <w:r>
        <w:t xml:space="preserve"> the</w:t>
      </w:r>
      <w:r>
        <w:t xml:space="preserve"> objective?</w:t>
        <w:br/>
        <w:t>学习</w:t>
      </w:r>
      <w:r>
        <w:t xml:space="preserve"> 作为斯巴达战士代表着什么</w:t>
        <w:br/>
        <w:t>To</w:t>
      </w:r>
      <w:r>
        <w:t xml:space="preserve"> learn...</w:t>
      </w:r>
      <w:r>
        <w:t xml:space="preserve"> what</w:t>
      </w:r>
      <w:r>
        <w:t xml:space="preserve"> it</w:t>
      </w:r>
      <w:r>
        <w:t xml:space="preserve"> meant</w:t>
      </w:r>
      <w:r>
        <w:t xml:space="preserve"> to</w:t>
      </w:r>
      <w:r>
        <w:t xml:space="preserve"> call</w:t>
      </w:r>
      <w:r>
        <w:t xml:space="preserve"> yourself</w:t>
      </w:r>
      <w:r>
        <w:t xml:space="preserve"> a</w:t>
      </w:r>
      <w:r>
        <w:t xml:space="preserve"> Spartan.</w:t>
        <w:br/>
        <w:t>我拼尽全力</w:t>
        <w:br/>
        <w:t>I</w:t>
      </w:r>
      <w:r>
        <w:t xml:space="preserve"> fought</w:t>
      </w:r>
      <w:r>
        <w:t xml:space="preserve"> with</w:t>
      </w:r>
      <w:r>
        <w:t xml:space="preserve"> everything</w:t>
      </w:r>
      <w:r>
        <w:t xml:space="preserve"> I</w:t>
      </w:r>
      <w:r>
        <w:t xml:space="preserve"> had.</w:t>
        <w:br/>
        <w:t>但他们是战士</w:t>
      </w:r>
      <w:r>
        <w:t xml:space="preserve"> 体型太大</w:t>
      </w:r>
      <w:r>
        <w:t xml:space="preserve"> 速度太快了</w:t>
        <w:br/>
        <w:t>But</w:t>
      </w:r>
      <w:r>
        <w:t xml:space="preserve"> they</w:t>
      </w:r>
      <w:r>
        <w:t xml:space="preserve"> were</w:t>
      </w:r>
      <w:r>
        <w:t xml:space="preserve"> soldiers.</w:t>
      </w:r>
      <w:r>
        <w:t xml:space="preserve"> They</w:t>
      </w:r>
      <w:r>
        <w:t xml:space="preserve"> were</w:t>
      </w:r>
      <w:r>
        <w:t xml:space="preserve"> too</w:t>
      </w:r>
      <w:r>
        <w:t xml:space="preserve"> big,</w:t>
      </w:r>
      <w:r>
        <w:t xml:space="preserve"> too</w:t>
      </w:r>
      <w:r>
        <w:t xml:space="preserve"> fast.</w:t>
        <w:br/>
        <w:t>他们有警棍</w:t>
        <w:br/>
        <w:t>They</w:t>
      </w:r>
      <w:r>
        <w:t xml:space="preserve"> had</w:t>
      </w:r>
      <w:r>
        <w:t xml:space="preserve"> batons.</w:t>
        <w:br/>
        <w:t>你有两个选择</w:t>
      </w:r>
      <w:r>
        <w:t xml:space="preserve"> 要么死战到底</w:t>
      </w:r>
      <w:r>
        <w:t xml:space="preserve"> 要么弃甲而逃</w:t>
        <w:br/>
        <w:t>You</w:t>
      </w:r>
      <w:r>
        <w:t xml:space="preserve"> had</w:t>
      </w:r>
      <w:r>
        <w:t xml:space="preserve"> two</w:t>
      </w:r>
      <w:r>
        <w:t xml:space="preserve"> options--</w:t>
      </w:r>
      <w:r>
        <w:t xml:space="preserve"> stand</w:t>
      </w:r>
      <w:r>
        <w:t xml:space="preserve"> and</w:t>
      </w:r>
      <w:r>
        <w:t xml:space="preserve"> bleed,</w:t>
      </w:r>
      <w:r>
        <w:t xml:space="preserve"> or</w:t>
      </w:r>
      <w:r>
        <w:t xml:space="preserve"> run.</w:t>
        <w:br/>
        <w:t>大部分人都跑了</w:t>
        <w:br/>
        <w:t>Most</w:t>
      </w:r>
      <w:r>
        <w:t xml:space="preserve"> ran.</w:t>
        <w:br/>
        <w:t>在陷入那种境地之前</w:t>
        <w:br/>
        <w:t>Until</w:t>
      </w:r>
      <w:r>
        <w:t xml:space="preserve"> you're</w:t>
      </w:r>
      <w:r>
        <w:t xml:space="preserve"> in</w:t>
      </w:r>
      <w:r>
        <w:t xml:space="preserve"> that</w:t>
      </w:r>
      <w:r>
        <w:t xml:space="preserve"> situation.</w:t>
        <w:br/>
        <w:t>你不会知道自己是哪类人</w:t>
        <w:br/>
        <w:t>.you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kind</w:t>
      </w:r>
      <w:r>
        <w:t xml:space="preserve"> of</w:t>
      </w:r>
      <w:r>
        <w:t xml:space="preserve"> person</w:t>
      </w:r>
      <w:r>
        <w:t xml:space="preserve"> you</w:t>
      </w:r>
      <w:r>
        <w:t xml:space="preserve"> are.</w:t>
        <w:br/>
        <w:t>我并不勇敢</w:t>
        <w:br/>
        <w:t>I</w:t>
      </w:r>
      <w:r>
        <w:t xml:space="preserve"> wasn't</w:t>
      </w:r>
      <w:r>
        <w:t xml:space="preserve"> brave.</w:t>
        <w:br/>
        <w:t>我只是在其他人撤回去的时候</w:t>
        <w:br/>
        <w:t>I</w:t>
      </w:r>
      <w:r>
        <w:t xml:space="preserve"> just</w:t>
      </w:r>
      <w:r>
        <w:t xml:space="preserve"> kept</w:t>
      </w:r>
      <w:r>
        <w:t xml:space="preserve"> moving</w:t>
      </w:r>
      <w:r>
        <w:t xml:space="preserve"> forward</w:t>
        <w:br/>
        <w:t>继续前进</w:t>
        <w:br/>
        <w:t>when</w:t>
      </w:r>
      <w:r>
        <w:t xml:space="preserve"> others</w:t>
      </w:r>
      <w:r>
        <w:t xml:space="preserve"> went</w:t>
      </w:r>
      <w:r>
        <w:t xml:space="preserve"> back.</w:t>
        <w:br/>
        <w:t>到了第三天晚上</w:t>
      </w:r>
      <w:r>
        <w:t xml:space="preserve"> 我们只剩下五个人</w:t>
        <w:br/>
        <w:t>By</w:t>
      </w:r>
      <w:r>
        <w:t xml:space="preserve"> the</w:t>
      </w:r>
      <w:r>
        <w:t xml:space="preserve"> third</w:t>
      </w:r>
      <w:r>
        <w:t xml:space="preserve"> night,</w:t>
      </w:r>
      <w:r>
        <w:t xml:space="preserve"> there</w:t>
      </w:r>
      <w:r>
        <w:t xml:space="preserve"> were</w:t>
      </w:r>
      <w:r>
        <w:t xml:space="preserve"> only</w:t>
      </w:r>
      <w:r>
        <w:t xml:space="preserve"> five</w:t>
      </w:r>
      <w:r>
        <w:t xml:space="preserve"> of</w:t>
      </w:r>
      <w:r>
        <w:t xml:space="preserve"> us</w:t>
      </w:r>
      <w:r>
        <w:t xml:space="preserve"> left:</w:t>
        <w:br/>
        <w:t>我</w:t>
      </w:r>
      <w:r>
        <w:t xml:space="preserve"> 里兹</w:t>
        <w:br/>
        <w:t>Me.</w:t>
      </w:r>
      <w:r>
        <w:t xml:space="preserve"> Riz.</w:t>
        <w:br/>
        <w:t>瓦纳克</w:t>
      </w:r>
      <w:r>
        <w:t xml:space="preserve"> 凯</w:t>
        <w:br/>
        <w:t>Vannak.</w:t>
      </w:r>
    </w:p>
    <w:p>
      <w:r>
        <w:t xml:space="preserve"> Kai.</w:t>
        <w:br/>
        <w:t>约翰</w:t>
        <w:br/>
        <w:t>John.</w:t>
        <w:br/>
        <w:t>我们并肩作战</w:t>
        <w:br/>
        <w:t>So</w:t>
      </w:r>
      <w:r>
        <w:t xml:space="preserve"> we</w:t>
      </w:r>
      <w:r>
        <w:t xml:space="preserve"> stood</w:t>
      </w:r>
      <w:r>
        <w:t xml:space="preserve"> together.</w:t>
        <w:br/>
        <w:t>一起杀敌</w:t>
        <w:br/>
        <w:t>And</w:t>
      </w:r>
      <w:r>
        <w:t xml:space="preserve"> we</w:t>
      </w:r>
      <w:r>
        <w:t xml:space="preserve"> fought</w:t>
      </w:r>
      <w:r>
        <w:t xml:space="preserve"> together.</w:t>
        <w:br/>
        <w:t>然后我们输了</w:t>
        <w:br/>
        <w:t>And</w:t>
      </w:r>
      <w:r>
        <w:t xml:space="preserve"> we</w:t>
      </w:r>
      <w:r>
        <w:t xml:space="preserve"> lost...</w:t>
        <w:br/>
        <w:t>一起输了</w:t>
        <w:br/>
        <w:t>together.</w:t>
        <w:br/>
        <w:t>凯斯勒的事要怎么办</w:t>
        <w:br/>
        <w:t>What</w:t>
      </w:r>
      <w:r>
        <w:t xml:space="preserve"> are</w:t>
      </w:r>
      <w:r>
        <w:t xml:space="preserve"> we</w:t>
      </w:r>
      <w:r>
        <w:t xml:space="preserve"> gonna</w:t>
      </w:r>
      <w:r>
        <w:t xml:space="preserve"> do</w:t>
      </w:r>
      <w:r>
        <w:t xml:space="preserve"> about</w:t>
      </w:r>
      <w:r>
        <w:t xml:space="preserve"> Kessler?</w:t>
        <w:br/>
        <w:t>什么都不做</w:t>
        <w:br/>
        <w:t>Nothing.</w:t>
        <w:br/>
        <w:t>什么</w:t>
        <w:br/>
        <w:t>What?</w:t>
        <w:br/>
        <w:t>今晚他就要经历了</w:t>
        <w:br/>
        <w:t>Tonight</w:t>
      </w:r>
      <w:r>
        <w:t xml:space="preserve"> is</w:t>
      </w:r>
      <w:r>
        <w:t xml:space="preserve"> his.</w:t>
        <w:br/>
        <w:t>你说什么</w:t>
        <w:br/>
        <w:t>What</w:t>
      </w:r>
      <w:r>
        <w:t xml:space="preserve"> are</w:t>
      </w:r>
      <w:r>
        <w:t xml:space="preserve"> you</w:t>
      </w:r>
      <w:r>
        <w:t xml:space="preserve"> saying?</w:t>
        <w:br/>
        <w:t>如果我们不让他经历这些</w:t>
        <w:br/>
        <w:t>If</w:t>
      </w:r>
      <w:r>
        <w:t xml:space="preserve"> we</w:t>
      </w:r>
      <w:r>
        <w:t xml:space="preserve"> take</w:t>
      </w:r>
      <w:r>
        <w:t xml:space="preserve"> this</w:t>
      </w:r>
      <w:r>
        <w:t xml:space="preserve"> away</w:t>
      </w:r>
      <w:r>
        <w:t xml:space="preserve"> from</w:t>
      </w:r>
      <w:r>
        <w:t xml:space="preserve"> him,</w:t>
        <w:br/>
        <w:t>他永远不会知道自己是谁</w:t>
        <w:br/>
        <w:t>he'll</w:t>
      </w:r>
      <w:r>
        <w:t xml:space="preserve"> never</w:t>
      </w:r>
      <w:r>
        <w:t xml:space="preserve"> know</w:t>
      </w:r>
      <w:r>
        <w:t xml:space="preserve"> which</w:t>
      </w:r>
      <w:r>
        <w:t xml:space="preserve"> person</w:t>
      </w:r>
      <w:r>
        <w:t xml:space="preserve"> he</w:t>
      </w:r>
      <w:r>
        <w:t xml:space="preserve"> is.</w:t>
        <w:br/>
        <w:t>他们对你做了什么</w:t>
        <w:br/>
        <w:t>What</w:t>
      </w:r>
      <w:r>
        <w:t xml:space="preserve"> the</w:t>
      </w:r>
      <w:r>
        <w:t xml:space="preserve"> hell</w:t>
      </w:r>
      <w:r>
        <w:t xml:space="preserve"> did</w:t>
      </w:r>
      <w:r>
        <w:t xml:space="preserve"> they</w:t>
      </w:r>
      <w:r>
        <w:t xml:space="preserve"> do</w:t>
      </w:r>
      <w:r>
        <w:t xml:space="preserve"> to</w:t>
      </w:r>
      <w:r>
        <w:t xml:space="preserve"> you?</w:t>
        <w:br/>
        <w:t>如果你说的“他们“</w:t>
        <w:br/>
        <w:t>If</w:t>
      </w:r>
      <w:r>
        <w:t xml:space="preserve"> you</w:t>
      </w:r>
      <w:r>
        <w:t xml:space="preserve"> mean</w:t>
      </w:r>
      <w:r>
        <w:t xml:space="preserve"> by</w:t>
      </w:r>
      <w:r>
        <w:t xml:space="preserve"> "they,"</w:t>
        <w:br/>
        <w:t>是那些无条件支持我的人</w:t>
        <w:br/>
        <w:t>the</w:t>
      </w:r>
      <w:r>
        <w:t xml:space="preserve"> people</w:t>
      </w:r>
      <w:r>
        <w:t xml:space="preserve"> who</w:t>
      </w:r>
      <w:r>
        <w:t xml:space="preserve"> stood</w:t>
      </w:r>
      <w:r>
        <w:t xml:space="preserve"> by</w:t>
      </w:r>
      <w:r>
        <w:t xml:space="preserve"> me</w:t>
      </w:r>
      <w:r>
        <w:t xml:space="preserve"> no</w:t>
      </w:r>
      <w:r>
        <w:t xml:space="preserve"> matter</w:t>
      </w:r>
      <w:r>
        <w:t xml:space="preserve"> what?</w:t>
        <w:br/>
        <w:t>我无条件支持你</w:t>
        <w:br/>
        <w:t>I</w:t>
      </w:r>
      <w:r>
        <w:t xml:space="preserve"> stand</w:t>
      </w:r>
      <w:r>
        <w:t xml:space="preserve"> by</w:t>
      </w:r>
      <w:r>
        <w:t xml:space="preserve"> you</w:t>
      </w:r>
      <w:r>
        <w:t xml:space="preserve"> no</w:t>
      </w:r>
      <w:r>
        <w:t xml:space="preserve"> matter</w:t>
      </w:r>
      <w:r>
        <w:t xml:space="preserve"> what!</w:t>
        <w:br/>
        <w:t>一直以来你都纠结于哈尔西的事</w:t>
        <w:br/>
        <w:br/>
        <w:t>All</w:t>
      </w:r>
      <w:r>
        <w:t xml:space="preserve"> that</w:t>
      </w:r>
      <w:r>
        <w:t xml:space="preserve"> time</w:t>
      </w:r>
      <w:r>
        <w:t xml:space="preserve"> you</w:t>
      </w:r>
      <w:r>
        <w:t xml:space="preserve"> were</w:t>
      </w:r>
      <w:r>
        <w:t xml:space="preserve"> obsessing</w:t>
      </w:r>
      <w:r>
        <w:t xml:space="preserve"> about</w:t>
      </w:r>
      <w:r>
        <w:t xml:space="preserve"> Halsey,</w:t>
        <w:br/>
        <w:t>你不是想把她绳之以法</w:t>
        <w:br/>
        <w:t>you</w:t>
      </w:r>
      <w:r>
        <w:t xml:space="preserve"> weren't</w:t>
      </w:r>
      <w:r>
        <w:t xml:space="preserve"> trying</w:t>
      </w:r>
      <w:r>
        <w:t xml:space="preserve"> to</w:t>
      </w:r>
      <w:r>
        <w:t xml:space="preserve"> bring</w:t>
      </w:r>
      <w:r>
        <w:t xml:space="preserve"> her</w:t>
      </w:r>
      <w:r>
        <w:t xml:space="preserve"> to</w:t>
      </w:r>
      <w:r>
        <w:t xml:space="preserve"> justice.</w:t>
        <w:br/>
        <w:t>你是想找到回去的路</w:t>
        <w:br/>
        <w:t>You</w:t>
      </w:r>
      <w:r>
        <w:t xml:space="preserve"> were</w:t>
      </w:r>
      <w:r>
        <w:t xml:space="preserve"> trying</w:t>
      </w:r>
      <w:r>
        <w:t xml:space="preserve"> to</w:t>
      </w:r>
      <w:r>
        <w:t xml:space="preserve"> find</w:t>
      </w:r>
      <w:r>
        <w:t xml:space="preserve"> your</w:t>
      </w:r>
      <w:r>
        <w:t xml:space="preserve"> way</w:t>
      </w:r>
      <w:r>
        <w:t xml:space="preserve"> back.</w:t>
        <w:br/>
        <w:t>身为斯巴达战士</w:t>
      </w:r>
      <w:r>
        <w:t xml:space="preserve"> 是意义非凡的</w:t>
        <w:br/>
        <w:t>It</w:t>
      </w:r>
      <w:r>
        <w:t xml:space="preserve"> meant</w:t>
      </w:r>
      <w:r>
        <w:t xml:space="preserve"> something,</w:t>
      </w:r>
      <w:r>
        <w:t xml:space="preserve"> being</w:t>
      </w:r>
      <w:r>
        <w:t xml:space="preserve"> a</w:t>
      </w:r>
      <w:r>
        <w:t xml:space="preserve"> Spartan.</w:t>
        <w:br/>
        <w:t>你不是斯巴达战士</w:t>
        <w:br/>
        <w:t>You</w:t>
      </w:r>
      <w:r>
        <w:t xml:space="preserve"> are</w:t>
      </w:r>
      <w:r>
        <w:t xml:space="preserve"> not</w:t>
      </w:r>
      <w:r>
        <w:t xml:space="preserve"> a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https://d.book118.com/917141113165006053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3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1714111316500605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