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设备年度工作计划范文（15篇）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设备年度工作计划 1</w:t>
      </w:r>
      <w:r>
        <w:rPr>
          <w:lang w:eastAsia="zh-CN"/>
        </w:rPr>
        <w:br/>
      </w:r>
      <w:r>
        <w:rPr>
          <w:lang w:eastAsia="zh-CN"/>
        </w:rPr>
        <w:t>　　特种设备安全监察股负责__县域内的特种设备安全监察工作，目前县内在用特种设备设备数量为：锅炉17台、压力容器29台、压力管道4条、电梯160台、起重机械21台、场内机动车15台、液化气充装企业1家、客运索道1条。</w:t>
      </w:r>
      <w:r>
        <w:rPr>
          <w:lang w:eastAsia="zh-CN"/>
        </w:rPr>
        <w:br/>
      </w:r>
      <w:r>
        <w:rPr>
          <w:lang w:eastAsia="zh-CN"/>
        </w:rPr>
        <w:t>　　__年特种设备安全监察工作在局党委的重视、支持下，把消除隐患和预防事故作为安全监察工作的出发点和落脚点，强化措施，规范行为，提高质效，认真履行特种设备安全监察工作的各项职责，全面落实特种设备安全监察工作的各项措施，较好地完成了年初制定的各项目标任务。</w:t>
      </w:r>
      <w:r>
        <w:rPr>
          <w:lang w:eastAsia="zh-CN"/>
        </w:rPr>
        <w:br/>
      </w:r>
      <w:r>
        <w:rPr>
          <w:lang w:eastAsia="zh-CN"/>
        </w:rPr>
        <w:t>　　现将工作汇报如下：</w:t>
      </w:r>
      <w:r>
        <w:rPr>
          <w:lang w:eastAsia="zh-CN"/>
        </w:rPr>
        <w:br/>
      </w:r>
      <w:r>
        <w:rPr>
          <w:lang w:eastAsia="zh-CN"/>
        </w:rPr>
        <w:t>　　一、在元旦、春节、五一、十一、中秋等节日期间对县域内人员密集场所进行了多次专项检查，出动了执法人员80余人次，执法车辆40余台次，确保了节假日人民出行安全。</w:t>
      </w:r>
      <w:r>
        <w:rPr>
          <w:lang w:eastAsia="zh-CN"/>
        </w:rPr>
        <w:br/>
      </w:r>
      <w:r>
        <w:rPr>
          <w:lang w:eastAsia="zh-CN"/>
        </w:rPr>
        <w:t>　　二、根据年初制定的全年工作计划对县域内18家电梯使用单位、2家锅炉使用单位、3家起重机械使用单位、3家场内机动车使用单位、3家压力容器使用单位、1家客运索道使用单位、1家石油液化气站进行了全面检查，检查中未发现安全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三、组织省电梯安全条例立法调研会议在__成功召开，参加县安全生产月宣传活动。</w:t>
      </w:r>
      <w:r>
        <w:rPr>
          <w:lang w:eastAsia="zh-CN"/>
        </w:rPr>
        <w:br/>
      </w:r>
      <w:r>
        <w:rPr>
          <w:lang w:eastAsia="zh-CN"/>
        </w:rPr>
        <w:t>　　四、根据上级部门文件精神多次开展了电梯、起重机械、场内激动车，压力容器、电站锅炉等特种设备专项检查活动。</w:t>
      </w:r>
      <w:r>
        <w:rPr>
          <w:lang w:eastAsia="zh-CN"/>
        </w:rPr>
        <w:br/>
      </w:r>
      <w:r>
        <w:rPr>
          <w:lang w:eastAsia="zh-CN"/>
        </w:rPr>
        <w:t>　　下步工作打算是：加强安全监察宣传力度，加大依法监管力度，突出抓好重点设备的安全工作，不断提高全县特种设备的运行安全水平。</w:t>
      </w:r>
      <w:r>
        <w:rPr>
          <w:lang w:eastAsia="zh-CN"/>
        </w:rPr>
        <w:br/>
      </w:r>
      <w:r>
        <w:rPr>
          <w:lang w:eastAsia="zh-CN"/>
        </w:rPr>
        <w:t>　　一、加大《特种设备安全法》宣传力度，增强全社会对特种设备的安全意识，提高全社会的安全意识和公民自我保护能力。</w:t>
      </w:r>
      <w:r>
        <w:rPr>
          <w:lang w:eastAsia="zh-CN"/>
        </w:rPr>
        <w:br/>
      </w:r>
      <w:r>
        <w:rPr>
          <w:lang w:eastAsia="zh-CN"/>
        </w:rPr>
        <w:t>　　二、严格依法行政，切实履行职责，继续坚持特种设备的.安装、使用、检验、维修和改造等全过程安全监察。认真落实特种设备的定期检验制度。加强安全监察力度，特种设备定期检验率达100%；同时提高特种设备的持证上岗率。</w:t>
      </w:r>
      <w:r>
        <w:rPr>
          <w:lang w:eastAsia="zh-CN"/>
        </w:rPr>
        <w:br/>
      </w:r>
      <w:r>
        <w:rPr>
          <w:lang w:eastAsia="zh-CN"/>
        </w:rPr>
        <w:t>　　三、重大节假日期间组织好专项检查工作，对人员密集场所使用的特种设备加大检查力度，确保人民生命财产安全。　　设备年度工作计划 2</w:t>
      </w:r>
      <w:r>
        <w:rPr>
          <w:lang w:eastAsia="zh-CN"/>
        </w:rPr>
        <w:br/>
      </w:r>
      <w:r>
        <w:rPr>
          <w:lang w:eastAsia="zh-CN"/>
        </w:rPr>
        <w:t>　　为了督促特种设备生产、经营、使用单位进一步落实安全主体责任，加强特种设备安全管理，及时发现和消除事故隐患，防止特种设备事故发生，根据《特种设备安全法》和《特种设备现场安全监督检查规则》的要求，结合我县特种设备实际情况，特制定20__年度特种设备日常监督检查工作计划。</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深入贯彻《特种设备安全法》、《安全生产法》，牢固树立安全发展理念，坚持“安全第一、预防为主、节能环保、综合治理”的原则，切实履行特种设备安全监管责任，督促企业落实特种设备安全主体责任，促进安全生产监管执法工作有计划、有重点、有条理、有措施进行。</w:t>
      </w:r>
      <w:r>
        <w:rPr>
          <w:lang w:eastAsia="zh-CN"/>
        </w:rPr>
        <w:br/>
      </w:r>
      <w:r>
        <w:rPr>
          <w:lang w:eastAsia="zh-CN"/>
        </w:rPr>
        <w:t>　　二、工作目标和主要任务</w:t>
      </w:r>
      <w:r>
        <w:rPr>
          <w:lang w:eastAsia="zh-CN"/>
        </w:rPr>
        <w:br/>
      </w:r>
      <w:r>
        <w:rPr>
          <w:lang w:eastAsia="zh-CN"/>
        </w:rPr>
        <w:t>　　全面落实特种设备使用单位安全管理主体责任制度，强化部门监管责任，加强特种设备安全监督和管理；突出重点地区、重点单位、重点设备的监管；夯实特种设备安全管理基础，依靠技术保障作用，加强与推进安全生产标准化建设，增强事故应急救援能力；主动接受群众和舆论监督；切实转变工作作风，深入现场，督查特种设备安全管理措施落实到位，促进我县特种设备安全运行平稳。</w:t>
      </w:r>
      <w:r>
        <w:rPr>
          <w:lang w:eastAsia="zh-CN"/>
        </w:rPr>
        <w:br/>
      </w:r>
      <w:r>
        <w:rPr>
          <w:lang w:eastAsia="zh-CN"/>
        </w:rPr>
        <w:t>　　三、工作要求</w:t>
      </w:r>
      <w:r>
        <w:rPr>
          <w:lang w:eastAsia="zh-CN"/>
        </w:rPr>
        <w:br/>
      </w:r>
      <w:r>
        <w:rPr>
          <w:lang w:eastAsia="zh-CN"/>
        </w:rPr>
        <w:t>　　（一）加强督查，全面落实企业主体责任。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建立健全特种设备安全责任体系，要重点落实企业特种设备安全主体责任，进一步落实企业安全主体责任；督促指导特种设备生产、使用单位提高规范化管理水平；结合本辖区特种设备生产使用标准化、规范化样板单位，并组织标准化、规范化管理的推广；采取有力措施促进企业落实主体责任。要与重点单位签订安全责任书，落实设备注册率、定检率和人员持证上岗率达到100%；建立特种设备生产、使用单位信用档案，以使用环节为重点，依法落实和强化生产者、经营者、使用者的主体责任，健全特种设备保障体系，持续深入地排查治理隐患，构建安全监管长效机制，杜绝特种设备事故发生，保障人民生命和财产安全。</w:t>
      </w:r>
      <w:r>
        <w:rPr>
          <w:lang w:eastAsia="zh-CN"/>
        </w:rPr>
        <w:br/>
      </w:r>
      <w:r>
        <w:rPr>
          <w:lang w:eastAsia="zh-CN"/>
        </w:rPr>
        <w:t>　　（二）加强执法，强化现场监察。</w:t>
      </w:r>
      <w:r>
        <w:rPr>
          <w:lang w:eastAsia="zh-CN"/>
        </w:rPr>
        <w:br/>
      </w:r>
      <w:r>
        <w:rPr>
          <w:lang w:eastAsia="zh-CN"/>
        </w:rPr>
        <w:t>　　加强行政执法，强化现场安全监察，认真贯彻执行《特种设备现场安全监督检查规则》，严格规范现场安全监督检查行为。开展现场监督检查要做好现场安全监察记录，列入检查计划的20家特种设备使用单位现场监察率确保100%。</w:t>
      </w:r>
      <w:r>
        <w:rPr>
          <w:lang w:eastAsia="zh-CN"/>
        </w:rPr>
        <w:br/>
      </w:r>
      <w:r>
        <w:rPr>
          <w:lang w:eastAsia="zh-CN"/>
        </w:rPr>
        <w:t>　　（三）突出重点，明确责任。</w:t>
      </w:r>
      <w:r>
        <w:rPr>
          <w:lang w:eastAsia="zh-CN"/>
        </w:rPr>
        <w:br/>
      </w:r>
      <w:r>
        <w:rPr>
          <w:lang w:eastAsia="zh-CN"/>
        </w:rPr>
        <w:t>　　重点对学校、幼儿园以及医院、游乐场所、车站、码头、商场、体育场馆、展览馆、宾馆等公众聚集场所特种设备的监督检查力度，严厉查处特种设备违法违规行为，排查整改重大事故隐患。明确监管职责，细化工作任务。确保辖区特种设备安全监管工作取得实效。</w:t>
      </w:r>
      <w:r>
        <w:rPr>
          <w:lang w:eastAsia="zh-CN"/>
        </w:rPr>
        <w:br/>
      </w:r>
      <w:r>
        <w:rPr>
          <w:lang w:eastAsia="zh-CN"/>
        </w:rPr>
        <w:t>　　四、工作检查计划及安排</w:t>
      </w:r>
      <w:r>
        <w:rPr>
          <w:lang w:eastAsia="zh-CN"/>
        </w:rPr>
        <w:br/>
      </w:r>
      <w:r>
        <w:rPr>
          <w:lang w:eastAsia="zh-CN"/>
        </w:rPr>
        <w:t>　　（一）加强节假日及重要时期安全监管。</w:t>
      </w:r>
      <w:r>
        <w:rPr>
          <w:lang w:eastAsia="zh-CN"/>
        </w:rPr>
        <w:br/>
      </w:r>
      <w:r>
        <w:rPr>
          <w:lang w:eastAsia="zh-CN"/>
        </w:rPr>
        <w:t>　　针对节假日及重大社会活动人员流动量大，安全形势严峻的特点，开展专项执法检查。对“春节”、“五一”“国庆”期间安全检查，检查商场、游乐场，气体充装单位、大型商场、以及其他人口密集场所的特种设备。安全生产月安全检查。对全县特种设备使用单位的全面检查，对特种设备安全进行宣传。</w:t>
      </w:r>
      <w:r>
        <w:rPr>
          <w:lang w:eastAsia="zh-CN"/>
        </w:rPr>
        <w:br/>
      </w:r>
      <w:r>
        <w:rPr>
          <w:lang w:eastAsia="zh-CN"/>
        </w:rPr>
        <w:t>　　（二）开展特种设备专项整治及隐患排查治理活动。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全年做好针对电梯、锅炉、起重机械开展专项整治及隐患排查治理活动，对查处的.隐患逐项梳理、分类分级，督促相关责任单位及时整改，确保特种设备安全隐患整改落实到位，提高整治实效，确保无特种设备事故发生。</w:t>
      </w:r>
      <w:r>
        <w:rPr>
          <w:lang w:eastAsia="zh-CN"/>
        </w:rPr>
        <w:br/>
      </w:r>
      <w:r>
        <w:rPr>
          <w:lang w:eastAsia="zh-CN"/>
        </w:rPr>
        <w:t>　　五、20__年度特种设备监察工作要点</w:t>
      </w:r>
      <w:r>
        <w:rPr>
          <w:lang w:eastAsia="zh-CN"/>
        </w:rPr>
        <w:br/>
      </w:r>
      <w:r>
        <w:rPr>
          <w:lang w:eastAsia="zh-CN"/>
        </w:rPr>
        <w:t>　　一是要认真做好特种设备常态化巡查，严查设备超期使用，大力度查处作业人员无证上岗的违法行为，认真做好隐患排查治理及隐患整改复查工作，继续抓好特种设备各项专项检查和整治活动，确保在用设备安全运行。</w:t>
      </w:r>
      <w:r>
        <w:rPr>
          <w:lang w:eastAsia="zh-CN"/>
        </w:rPr>
        <w:br/>
      </w:r>
      <w:r>
        <w:rPr>
          <w:lang w:eastAsia="zh-CN"/>
        </w:rPr>
        <w:t>　　二是要巩固和完善安全监察体制和工作机制，建好特种设备使用单位档案和准确的特种设备台帐和特种设备作业人员台帐，完善各项数据库管理。　　设备年度工作计划 3</w:t>
      </w:r>
      <w:r>
        <w:rPr>
          <w:lang w:eastAsia="zh-CN"/>
        </w:rPr>
        <w:br/>
      </w:r>
      <w:r>
        <w:rPr>
          <w:lang w:eastAsia="zh-CN"/>
        </w:rPr>
        <w:t>　　为全面落实特种设备安全监察职责，进一步推动生产使用经营单位履行特种设备安全主体责任，及时发现和消除安全隐患，维护人民群众生命和财产安全，依据《中华人民共和国特种设备安全法》和《特种设备现场安全监督检查规则》等有关法律法规规章规定，现结合实际，制定如下全市20__年度特种设备监督检查计划：</w:t>
      </w:r>
      <w:r>
        <w:rPr>
          <w:lang w:eastAsia="zh-CN"/>
        </w:rPr>
        <w:br/>
      </w:r>
      <w:r>
        <w:rPr>
          <w:lang w:eastAsia="zh-CN"/>
        </w:rPr>
        <w:t>　　一、工作目标</w:t>
      </w:r>
      <w:r>
        <w:rPr>
          <w:lang w:eastAsia="zh-CN"/>
        </w:rPr>
        <w:br/>
      </w:r>
      <w:r>
        <w:rPr>
          <w:lang w:eastAsia="zh-CN"/>
        </w:rPr>
        <w:t>　　认真落实自治区、吴忠市安全生产工作会议及市委、市政府安全生产工作安排部署，扎实推进安全生产专项整治三年行动，坚持“安全第一、预防为主、综合治理”的方针，牢固树立“发展决不能以牺牲安全为代价”的红线意识，围绕我市经济社会发展稳定大局，以问题为导向，加强重点领域、重点区域、重点部位、重点环节特种设备安全监管，确保全市特种设备安全形势持续平稳向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二、重点检查任务</w:t>
      </w:r>
      <w:r>
        <w:rPr>
          <w:lang w:eastAsia="zh-CN"/>
        </w:rPr>
        <w:br/>
      </w:r>
      <w:r>
        <w:rPr>
          <w:lang w:eastAsia="zh-CN"/>
        </w:rPr>
        <w:t>　　依据《特种设备现场安全监督检查规则》相关规定，以涉及民生安全、人员密集场所、盛装危险化学品的高风险特种设备为重点，继续强化对九大类重点场所在用特种设备的安全检查，根据风险状况实施重点监管、分类监管。加强气瓶充装单位、涉危化学品、学校特种设备、快开门式和移动式压力容器、公众聚集场所电梯、工厂厂区叉车、冶金工贸及物流园区起重机械等行业领域特种设备监督检查。20__年全市确定217家重点特种设备生产使用经营单位开展现场安全日常监督检查（见附件），对计划内的重点单位日常监督检查一年不得少于1次，对未列入重点计划内的单位，根据辖区实际情况开展日常监督检查，具体由各县（市、区）市场监管局、分局组织实施。</w:t>
      </w:r>
      <w:r>
        <w:rPr>
          <w:lang w:eastAsia="zh-CN"/>
        </w:rPr>
        <w:br/>
      </w:r>
      <w:r>
        <w:rPr>
          <w:lang w:eastAsia="zh-CN"/>
        </w:rPr>
        <w:t>　　三、规范检查程序，突出主要内容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现场安全监督检查要严格按照“三落实、两有证、一检验、一预案”和《特种设备现场安全监督检查规则》要求，规范监督检查程序和记录，建立现场安全监察工作台账，确保检查过程、内容可追溯。特种设备检验机构要发挥技术支撑作用，积极配合开展现场监督检查。督促指导企业完善特种设备安全风险分级管控和隐患排查治理双重预防机制，定期开展安全隐患自查，有效管控安全风险。加强宣传教育，督促企业认真贯彻落实《中华人民共和国安全生产法》《中华人民共和国特种设备安全法》《特种设备使用管理规则》等法律法规，配置安全管理机构和安全管理人员，健全特种设备安全技术档案，落实安全生产主体责任。加强与应急、住建、公安、生态环境等职能部门的协作配合，组织开展联合检查，形成工作合力，提高工作实效。同时，依法检查各生产使用经营单位本年度内组织对特种设备安全管理和作业人员开展安全知识教育和技能培训情况。</w:t>
      </w:r>
      <w:r>
        <w:rPr>
          <w:lang w:eastAsia="zh-CN"/>
        </w:rPr>
        <w:br/>
      </w:r>
      <w:r>
        <w:rPr>
          <w:lang w:eastAsia="zh-CN"/>
        </w:rPr>
        <w:t>　　四、严格监督检查</w:t>
      </w:r>
      <w:r>
        <w:rPr>
          <w:lang w:eastAsia="zh-CN"/>
        </w:rPr>
        <w:br/>
      </w:r>
      <w:r>
        <w:rPr>
          <w:lang w:eastAsia="zh-CN"/>
        </w:rPr>
        <w:t>　　1、健全常态化监督检查和执法机制。各县（市、区）市场监管局、分局要严格按照监督检查计划，突出监督检查的针对性和有效性，对通过投诉举报、转办交办、数据监测等发现的具体问题进行有针对性执法检查，对发现的'问题线索依法依规处理。根据实际情况，市局将适时组织开展重点抽查检查，严防风险隐患发生。</w:t>
      </w:r>
      <w:r>
        <w:rPr>
          <w:lang w:eastAsia="zh-CN"/>
        </w:rPr>
        <w:br/>
      </w:r>
      <w:r>
        <w:rPr>
          <w:lang w:eastAsia="zh-CN"/>
        </w:rPr>
        <w:t>　　2、有序推进现场安全监督检查。各县（市、区）市场监管局、分局要结合本辖区监管任务实际情况，合理分解年度检查任务到月，分步有序均衡推进监督检查工作落实。同时，要督促特种设备使用单位切实履行安全生产主体责任，认真梳理安全管理工作中存在的问题，自觉开展本单位特种设备安全风险辨识评估防控，实行隐患自查自改自报闭环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做好隐患整改闭环处置和资料归档。各县（市、区）市场监管局、分局监察人员在监督检查中发现违法行为和事故隐患，应及时下达《特种设备安全监察指令书》，责令立即采取必要措施，限期予以整改。要建立隐患台账，跟踪隐患整改，做好隐患闭环管理。对现场监督检查形成的相关原始资料要认真梳理，及时归档，对严重事故隐患需要当地政府和有关部门支持的要及时上报，由地方政府挂牌督办。　　设备年度工作计划</w:t>
      </w:r>
      <w:r>
        <w:rPr>
          <w:lang w:eastAsia="zh-CN"/>
        </w:rPr>
        <w:t xml:space="preserve"> 4</w:t>
      </w:r>
      <w:r>
        <w:rPr>
          <w:lang w:eastAsia="zh-CN"/>
        </w:rPr>
        <w:br/>
      </w:r>
      <w:r>
        <w:rPr>
          <w:lang w:eastAsia="zh-CN"/>
        </w:rPr>
        <w:t>　　根据国家质检总局《特种设备现场安全监督检查规则》（国家质检总局20__年第5号公告）、《湖南省人民政府办公厅关于加强安全生产监管执法的实施意见》（湘政办发〔20__〕101号）的要求，结合我县实际，编制本工作计划。</w:t>
      </w:r>
      <w:r>
        <w:rPr>
          <w:lang w:eastAsia="zh-CN"/>
        </w:rPr>
        <w:br/>
      </w:r>
      <w:r>
        <w:rPr>
          <w:lang w:eastAsia="zh-CN"/>
        </w:rPr>
        <w:t>　　一、指导思想</w:t>
      </w:r>
      <w:r>
        <w:rPr>
          <w:lang w:eastAsia="zh-CN"/>
        </w:rPr>
        <w:br/>
      </w:r>
      <w:r>
        <w:rPr>
          <w:lang w:eastAsia="zh-CN"/>
        </w:rPr>
        <w:t>　　通过计划执法，明确执法任务、强化监管执法，落实《中华人民共和国特种设备安全法》等法律法规授权及上级委托或下放的特种设备安全监管责任，促进运用法治手段强力推动生产经营单位自觉排查治理特种设备生产、使用隐患，全面落实特种设备安全主体责任，有效防范和遏制较大以上特种设备责任事故的发生，努力促进全县安全生产形势持续稳定好转。</w:t>
      </w:r>
      <w:r>
        <w:rPr>
          <w:lang w:eastAsia="zh-CN"/>
        </w:rPr>
        <w:br/>
      </w:r>
      <w:r>
        <w:rPr>
          <w:lang w:eastAsia="zh-CN"/>
        </w:rPr>
        <w:t>　　二、计划范围</w:t>
      </w:r>
      <w:r>
        <w:rPr>
          <w:lang w:eastAsia="zh-CN"/>
        </w:rPr>
        <w:br/>
      </w:r>
      <w:r>
        <w:rPr>
          <w:lang w:eastAsia="zh-CN"/>
        </w:rPr>
        <w:t>　　本计划对特种设备使用单位作出日常监管执法安排。专项监督检查和各类专项整治监督检查另行部署。</w:t>
      </w:r>
      <w:r>
        <w:rPr>
          <w:lang w:eastAsia="zh-CN"/>
        </w:rPr>
        <w:br/>
      </w:r>
      <w:r>
        <w:rPr>
          <w:lang w:eastAsia="zh-CN"/>
        </w:rPr>
        <w:t>　　三、责任分解</w:t>
      </w:r>
      <w:r>
        <w:rPr>
          <w:lang w:eastAsia="zh-CN"/>
        </w:rPr>
        <w:br/>
      </w:r>
      <w:r>
        <w:rPr>
          <w:lang w:eastAsia="zh-CN"/>
        </w:rPr>
        <w:t>　　县局特设股负责全县特种设备安全监管执法工作的总体部署安排、督查和业务指导，股室重点监管的'40家特种设备使用单位的现场安全监督检查（含整改复查）及有关行政处罚案件的调查。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各乡镇监管所负责本辖区内特种设备使用单位行政执法工作，特种设备使用单位的现场安全监督检查（含整改复查）及有关行政处罚案件的调查。</w:t>
      </w:r>
      <w:r>
        <w:rPr>
          <w:lang w:eastAsia="zh-CN"/>
        </w:rPr>
        <w:br/>
      </w:r>
      <w:r>
        <w:rPr>
          <w:lang w:eastAsia="zh-CN"/>
        </w:rPr>
        <w:t>　　县局执法大队负责立案处罚案件调查及与案件相关的隐患整改复查，局特设股予以配合。</w:t>
      </w:r>
      <w:r>
        <w:rPr>
          <w:lang w:eastAsia="zh-CN"/>
        </w:rPr>
        <w:br/>
      </w:r>
      <w:r>
        <w:rPr>
          <w:lang w:eastAsia="zh-CN"/>
        </w:rPr>
        <w:t>　　局法制股负责对各单位行政执法工作进行监督检查，开展执法质量考评，并负责涉嫌构成犯罪单位的司法移送工作。</w:t>
      </w:r>
      <w:r>
        <w:rPr>
          <w:lang w:eastAsia="zh-CN"/>
        </w:rPr>
        <w:br/>
      </w:r>
      <w:r>
        <w:rPr>
          <w:lang w:eastAsia="zh-CN"/>
        </w:rPr>
        <w:t>　　四、执法方法、内容、频次、措施</w:t>
      </w:r>
      <w:r>
        <w:rPr>
          <w:lang w:eastAsia="zh-CN"/>
        </w:rPr>
        <w:br/>
      </w:r>
      <w:r>
        <w:rPr>
          <w:lang w:eastAsia="zh-CN"/>
        </w:rPr>
        <w:t>　　对纳入计划的对象，全年至少1次，按《特种设备现场安全监督检查规则》规定的程序和内容实施现场检查。</w:t>
      </w:r>
      <w:r>
        <w:rPr>
          <w:lang w:eastAsia="zh-CN"/>
        </w:rPr>
        <w:br/>
      </w:r>
      <w:r>
        <w:rPr>
          <w:lang w:eastAsia="zh-CN"/>
        </w:rPr>
        <w:t>　　发现违法违规行为或事故隐患时，下达《特种设备安全监察指令书》或《责令整改通知书》，责令被检查单位采取必要措施予以改正。对检查提出整改要求的，通过现场检查、材料核查等形式实施复查。</w:t>
      </w:r>
      <w:r>
        <w:rPr>
          <w:lang w:eastAsia="zh-CN"/>
        </w:rPr>
        <w:br/>
      </w:r>
      <w:r>
        <w:rPr>
          <w:lang w:eastAsia="zh-CN"/>
        </w:rPr>
        <w:t>　　对依法应予查封或者扣押设备，予以查封或扣押。</w:t>
      </w:r>
      <w:r>
        <w:rPr>
          <w:lang w:eastAsia="zh-CN"/>
        </w:rPr>
        <w:br/>
      </w:r>
      <w:r>
        <w:rPr>
          <w:lang w:eastAsia="zh-CN"/>
        </w:rPr>
        <w:t>　　对依法应报告县人民政府或通知有关部门的情况，及时以书面形式报告县人民政府或通知有关部门。</w:t>
      </w:r>
      <w:r>
        <w:rPr>
          <w:lang w:eastAsia="zh-CN"/>
        </w:rPr>
        <w:br/>
      </w:r>
      <w:r>
        <w:rPr>
          <w:lang w:eastAsia="zh-CN"/>
        </w:rPr>
        <w:t>　　对依法应予行政处罚的单位，按照《湖南省行政程序规定》办理。</w:t>
      </w:r>
      <w:r>
        <w:rPr>
          <w:lang w:eastAsia="zh-CN"/>
        </w:rPr>
        <w:br/>
      </w:r>
      <w:r>
        <w:rPr>
          <w:lang w:eastAsia="zh-CN"/>
        </w:rPr>
        <w:t>　　对涉嫌构成犯罪情形的单位，按照《行政执法机关移送涉嫌犯罪案件的规定》移送公安机关调查处理。</w:t>
      </w:r>
      <w:r>
        <w:rPr>
          <w:lang w:eastAsia="zh-CN"/>
        </w:rPr>
        <w:br/>
      </w:r>
      <w:r>
        <w:rPr>
          <w:lang w:eastAsia="zh-CN"/>
        </w:rPr>
        <w:t>　　五、定点行政执法检查对象及检查时间安排</w:t>
      </w:r>
      <w:r>
        <w:rPr>
          <w:lang w:eastAsia="zh-CN"/>
        </w:rPr>
        <w:br/>
      </w:r>
      <w:r>
        <w:rPr>
          <w:lang w:eastAsia="zh-CN"/>
        </w:rPr>
        <w:t>　　（一）对全县辖区内所有特种设备使用单位的日常监管执法。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县局特设股对具有公众聚集场所使用、特种设备使用数量较多、气体充装城镇油气管道等潜在危险性较大等特点的40家特种设备使用单位直接负责，实施重点监督执法。</w:t>
      </w:r>
      <w:r>
        <w:rPr>
          <w:lang w:eastAsia="zh-CN"/>
        </w:rPr>
        <w:br/>
      </w:r>
      <w:r>
        <w:rPr>
          <w:lang w:eastAsia="zh-CN"/>
        </w:rPr>
        <w:t>　　易俗河、花石、谭家山、石潭、中路铺、河口6个食品药品工商质量监督管理所分别根据各自辖区内特种设备使用单位实际情况开展特种设备定点行政执法，要求日常监管执法全覆盖，特别是特种设备安全监管系统检验到期预警单位，加强监督执法，杜绝监管死角，确保辖区内特种设备安全合法运行。　　设备年度工作计划 5</w:t>
      </w:r>
      <w:r>
        <w:rPr>
          <w:lang w:eastAsia="zh-CN"/>
        </w:rPr>
        <w:br/>
      </w:r>
      <w:r>
        <w:rPr>
          <w:lang w:eastAsia="zh-CN"/>
        </w:rPr>
        <w:t>　　20__年度在公司领导正确领导下，我们设备室圆满完成了20__年度工作计划，现20__年已过去，在新的一年里根据公司今年生产任务很繁重考虑到生产任务的需要和对设备管理工作的要求，我们设备室为了更好地做好后勤保障服务工作，在总结20__年设备管理工作的基础上，将20__年设备管理做如下工作规划。</w:t>
      </w:r>
      <w:r>
        <w:rPr>
          <w:lang w:eastAsia="zh-CN"/>
        </w:rPr>
        <w:br/>
      </w:r>
      <w:r>
        <w:rPr>
          <w:lang w:eastAsia="zh-CN"/>
        </w:rPr>
        <w:t>　　一、加大设备管理考核力度</w:t>
      </w:r>
      <w:r>
        <w:rPr>
          <w:lang w:eastAsia="zh-CN"/>
        </w:rPr>
        <w:br/>
      </w:r>
      <w:r>
        <w:rPr>
          <w:lang w:eastAsia="zh-CN"/>
        </w:rPr>
        <w:t>　　按照制订的设备管理制度加大设备检查工作，增加考核制度，使设备的面貌外观较20__年有较大改变，认真切实地做好设备管理制度的落实和执行具体要做到以下几方面：</w:t>
      </w:r>
      <w:r>
        <w:rPr>
          <w:lang w:eastAsia="zh-CN"/>
        </w:rPr>
        <w:br/>
      </w:r>
      <w:r>
        <w:rPr>
          <w:lang w:eastAsia="zh-CN"/>
        </w:rPr>
        <w:t>　　1、组织设备维护人员认真学习和理解设备管理考核规定。</w:t>
      </w:r>
      <w:r>
        <w:rPr>
          <w:lang w:eastAsia="zh-CN"/>
        </w:rPr>
        <w:br/>
      </w:r>
      <w:r>
        <w:rPr>
          <w:lang w:eastAsia="zh-CN"/>
        </w:rPr>
        <w:t>　　2、检查人员在全面检查的基础上，每月要加强对重要设备和重点内容的检查考核。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3、根据设备管理实际的需要，对现有的设备管理制度进行审核、完善，补充和增加，使设备管理工作不断适应公司生产经营环境的需要，使之更符合设备管理的规律，以及能更好的促进和提高设备管理水平。</w:t>
      </w:r>
      <w:r>
        <w:rPr>
          <w:lang w:eastAsia="zh-CN"/>
        </w:rPr>
        <w:br/>
      </w:r>
      <w:r>
        <w:rPr>
          <w:lang w:eastAsia="zh-CN"/>
        </w:rPr>
        <w:t>　　4、设备的维修工作，对生产中设备出现的一些小故障不过夜，重要设备出现的故障加班加点的进行维修，如无特殊情况，当天就维修好，防止设备失修。同时力争保证设备的完好率达到97%以上。杜绝特大、重大设备责任事故、设备重大事故率为零、设备开动率98%。另外还要加强设备技术资料的管理，确保其不丢失、准确和实用以备工作中随时调用查看翻阅。</w:t>
      </w:r>
      <w:r>
        <w:rPr>
          <w:lang w:eastAsia="zh-CN"/>
        </w:rPr>
        <w:br/>
      </w:r>
      <w:r>
        <w:rPr>
          <w:lang w:eastAsia="zh-CN"/>
        </w:rPr>
        <w:t>　　5、定期检查易损件和常用件库存数量，避免维修设备时出现缺件现象。</w:t>
      </w:r>
      <w:r>
        <w:rPr>
          <w:lang w:eastAsia="zh-CN"/>
        </w:rPr>
        <w:br/>
      </w:r>
      <w:r>
        <w:rPr>
          <w:lang w:eastAsia="zh-CN"/>
        </w:rPr>
        <w:t>　　6、继续深入开展“6S”工作，大力推进设备管理规范化工作。</w:t>
      </w:r>
      <w:r>
        <w:rPr>
          <w:lang w:eastAsia="zh-CN"/>
        </w:rPr>
        <w:br/>
      </w:r>
      <w:r>
        <w:rPr>
          <w:lang w:eastAsia="zh-CN"/>
        </w:rPr>
        <w:t>　　二、设备现状与维护保养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目前二工段其数控设备（包含加工中心）总共有26台，这些设备从购置入厂开始使用到现在都已接近10年的周期了，数控设备的使用年限的控制一般是10年左右时间，由于这些设备使用年限较长，导致设备机械精度和数控精度都有较大的误差，这些误差通常表现在机床_、Y、Z轴几何精度误差、丝杠螺距累积误差、重复定位精度误差、回转轴精度误差、测量位置检测系统误差、刀具系统误差、控制系统误差以及一些由于冷却系统不足产生的零件热变形误差，这些误差的产生必定会严重影响零件的加工精度要求，从而导致零件加工精度超差，甚至还会导致加工中产生废品现象。另外还有数控电气系统的老化也会产生一些莫名其妙的系统参数数据丢失、停机报警故障，这些故障有电源故障、印刷电路板故障、还有传动部分传感器故障如接近开关感应失灵，回零开关感应失灵以及继电器、接触器触点接触或分断不良等故障。这些故障的产生归根结底都是由于机械、电气系统以及线路老化连接不良引起的。从设备的维护保养方面来看，设备的维护保养对设备的正常运行起着举足轻重的作用，日常维护保养与集中维护保养做的好就能够大大地改善设备在运转时磨损减小，能够延长机床的使用寿命，同时机床发生的故障率就会越少，加工产品的精度就会越高越好，反之将会影响设备几何精度以及对零件加工精度要求，并且还会缩短设备的使用寿命和产生故障。</w:t>
      </w:r>
      <w:r>
        <w:rPr>
          <w:lang w:eastAsia="zh-CN"/>
        </w:rPr>
        <w:br/>
      </w:r>
      <w:r>
        <w:rPr>
          <w:lang w:eastAsia="zh-CN"/>
        </w:rPr>
        <w:t>　　综上所述目前二工段设备现状与维护保养，公司能否考虑将使用关重设备进行传动轴的轴承更换，将各轴丝杆重新进行调整，请相关专业单位来对关重设备进行数控精度检测和补偿。</w:t>
      </w:r>
      <w:r>
        <w:rPr>
          <w:lang w:eastAsia="zh-CN"/>
        </w:rPr>
        <w:br/>
      </w:r>
      <w:r>
        <w:rPr>
          <w:lang w:eastAsia="zh-CN"/>
        </w:rPr>
        <w:t>　　三、人员结构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数控机床是集机械、电气、液压、气动等一体的加工设备，组成机床的各部分之间具有密切的联系，其中任何一部分发生故障均会影响其他部分的正常工作。数控机床维修是要根据故障现象，尽快判别故障的真正原因与故障部位，这就对维修人员提出了很高的要求，它要求数控机床维修人员不仅仅要掌握机械、电气两个专业的基础知识和基础理论，而且还应该熟悉机床的结构性能，熟悉PLC电气电路图，只有这样才能迅速找出故障原因，判断故障所在，所以数控维修是一门技术学科而不是简单的维修工作。我部设备室目前从事设备维修人员结构过度老化，平均年龄都在45岁左右，年老的体力和智力对新事物新技术的`学习变的越来越慢、越来越迟缓，加之长期以来并没有培养和引进新人，使得我们在处理一些具体事情时显得有些力不从心，尤其是对机床电路系统这一块显得心有余力而不足，严重短缺优秀的电气维修人员。这些现象有各种各样的原因但主要有两方面原因：一是机床维修难度大、实践性强、脏、苦、累的工作性质，使得原来从事机床维修的人员逐渐放弃了这门行业。二是历史原因2003年以前一五七厂身处海拔650米的海孔大山里，过着与世隔绝、闭门造车、早工晚归的生活，那时的维修基本上是采用前苏联计划预修为主的定期维护和检修管理模式，所从事的设备维修都是一些六七十年代的老设备，如今现在的新技术革命足以使旧有的思维模式荡然无存。　　设备年度工作计划</w:t>
      </w:r>
      <w:r>
        <w:rPr>
          <w:lang w:eastAsia="zh-CN"/>
        </w:rPr>
        <w:t xml:space="preserve"> 6</w:t>
      </w:r>
      <w:r>
        <w:rPr>
          <w:lang w:eastAsia="zh-CN"/>
        </w:rPr>
        <w:br/>
      </w:r>
      <w:r>
        <w:rPr>
          <w:lang w:eastAsia="zh-CN"/>
        </w:rPr>
        <w:t>　　根据企业制定的20__年度生产工作计划，20__年由于全球金融风暴的持续影响，生产线仍会保持现有的收缩。但根据企业生产经营的要求，设备检修大部分大中小修仍采用以往见的缝插针检修方式进行，力争有计划地进行，确保生产设备的完好运行。争取做到检修一条生产线，完好一条生产线。部分大修由生产部根据企业生产经营计划及设备运行情况，另行通知车间进行。在完成检修工作，及时做好备品配件的工作，同时做好修旧利废工作，做到备品配件物尽其用。20010年设备工作计划安排如下：</w:t>
      </w:r>
      <w:r>
        <w:rPr>
          <w:lang w:eastAsia="zh-CN"/>
        </w:rPr>
        <w:br/>
      </w:r>
      <w:r>
        <w:rPr>
          <w:lang w:eastAsia="zh-CN"/>
        </w:rPr>
        <w:t>　　1、各车间在日常工作中要落实好各项设备管理制度，加强包括设备的日常巡检、维护保养、设备日常检修、中修和大修工作力度。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生产技术部和各车间要设立重要设备台帐，利用台帐统计分析重要设备的运行特点、配件的库存情况，提前进行配件计划或自制加工工作，并有预见性地提出检修计划；根据企业年度培训计划，设备管理员要结合自己的实践经验对各车间机修工进行设备技术培训，各车间要利用班组班前班后会对机修工进行日常的设备技术培训，不断提高机修及机器操作员队伍的技术水平。</w:t>
      </w:r>
      <w:r>
        <w:rPr>
          <w:lang w:eastAsia="zh-CN"/>
        </w:rPr>
        <w:br/>
      </w:r>
      <w:r>
        <w:rPr>
          <w:lang w:eastAsia="zh-CN"/>
        </w:rPr>
        <w:t>　　3、设备副经理和设备管理员要经常深入车间生产一线检查和了解各重要设备的运行情况，跟踪主要备品配件的库存和采购情况，督促供应部对主要紧缺配件的采购，检查车间自制配件的加工制作情况，确保主要配件随用随有；检查和督促车间做好设备的日常维护保养工作，并作技术上的指导，做好安装检修、使用、维护、检查统计一条龙的工作；合理协调生产和设备检修工作，加强设备的巡回检查，增强计划性的检修工作。遇到异常情况及时作出调整，遇到抢修任务时，做好三个车间机修人员的调配工作，确保生产的连续稳定。</w:t>
      </w:r>
      <w:r>
        <w:rPr>
          <w:lang w:eastAsia="zh-CN"/>
        </w:rPr>
        <w:br/>
      </w:r>
      <w:r>
        <w:rPr>
          <w:lang w:eastAsia="zh-CN"/>
        </w:rPr>
        <w:t>　　4、做好生产设备检修的统计调查工作，为20__年设备工作计划提供统计依据。</w:t>
      </w:r>
      <w:r>
        <w:rPr>
          <w:lang w:eastAsia="zh-CN"/>
        </w:rPr>
        <w:br/>
      </w:r>
      <w:r>
        <w:rPr>
          <w:lang w:eastAsia="zh-CN"/>
        </w:rPr>
        <w:t>　　5、及时了解市场信息，发现适用的新材料新设备时，及时计划应用，延长设备的使用寿命。</w:t>
      </w:r>
      <w:r>
        <w:rPr>
          <w:lang w:eastAsia="zh-CN"/>
        </w:rPr>
        <w:br/>
      </w:r>
      <w:r>
        <w:rPr>
          <w:lang w:eastAsia="zh-CN"/>
        </w:rPr>
        <w:t>　　6、计划在8—9月份左右，对4T锅炉进行全面检查检修工作，视情况清理炉内结垢。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7、视生产情况不定期检查补焊冰晶石干燥炉筒体及相关部件3次约6米。</w:t>
      </w:r>
      <w:r>
        <w:rPr>
          <w:lang w:eastAsia="zh-CN"/>
        </w:rPr>
        <w:br/>
      </w:r>
      <w:r>
        <w:rPr>
          <w:lang w:eastAsia="zh-CN"/>
        </w:rPr>
        <w:t>　　8、重点关注C线一段炉的抽风收尘环保处理系统，确保仓库保持有1—2个叶轮备用。考虑对2#尾气风机进行重新选择，解决因引风不足引起风机叶轮冷凝结料经常振动的问题。</w:t>
      </w:r>
      <w:r>
        <w:rPr>
          <w:lang w:eastAsia="zh-CN"/>
        </w:rPr>
        <w:br/>
      </w:r>
      <w:r>
        <w:rPr>
          <w:lang w:eastAsia="zh-CN"/>
        </w:rPr>
        <w:t>　　9、加强企业生产线消防环保设置运行的检查，加强对现有生产线环保治理和整改落实，视情况进行较理想的技术改良工作。</w:t>
      </w:r>
      <w:r>
        <w:rPr>
          <w:lang w:eastAsia="zh-CN"/>
        </w:rPr>
        <w:br/>
      </w:r>
      <w:r>
        <w:rPr>
          <w:lang w:eastAsia="zh-CN"/>
        </w:rPr>
        <w:t>　　10、继续推行设备维护保养模范岗位示范点，扩大车间设备维护保养模范的推广面。加强对各车间（特别是制盐车间）的润滑维护保养检查力度。</w:t>
      </w:r>
      <w:r>
        <w:rPr>
          <w:lang w:eastAsia="zh-CN"/>
        </w:rPr>
        <w:br/>
      </w:r>
      <w:r>
        <w:rPr>
          <w:lang w:eastAsia="zh-CN"/>
        </w:rPr>
        <w:t>　　11、考虑对氟化铝氟冷器已堵塞比较严重疏通困难，无法修复。计划自制2个冷却器蕊管，待机更换处理。</w:t>
      </w:r>
      <w:r>
        <w:rPr>
          <w:lang w:eastAsia="zh-CN"/>
        </w:rPr>
        <w:br/>
      </w:r>
      <w:r>
        <w:rPr>
          <w:lang w:eastAsia="zh-CN"/>
        </w:rPr>
        <w:t>　　12、考虑全面淘汰二台IS50—125—250——132KW水泵，将水泵回收保管，把水泵房内55KW移装在现在IS50—125—250的位置上。</w:t>
      </w:r>
      <w:r>
        <w:rPr>
          <w:lang w:eastAsia="zh-CN"/>
        </w:rPr>
        <w:br/>
      </w:r>
      <w:r>
        <w:rPr>
          <w:lang w:eastAsia="zh-CN"/>
        </w:rPr>
        <w:t>　　13、收集各种废旧物资，能用则用，不能用的收回集中处理。经常把收集的螺丝、螺母，用丝攻、丝板修复后重新使用。</w:t>
      </w:r>
      <w:r>
        <w:rPr>
          <w:lang w:eastAsia="zh-CN"/>
        </w:rPr>
        <w:br/>
      </w:r>
      <w:r>
        <w:rPr>
          <w:lang w:eastAsia="zh-CN"/>
        </w:rPr>
        <w:t>　　14、由于车间设备腐蚀、老化、技术力量较弱。20__年还应加强对二大车间设备巡回检查，加强对车间设备备件计划的周密性和足够备件的准备工作，同时监督制酸车间反应炉温度、c线干燥尾气温度的控制，从使用上保证反应炉筒体及干燥尾气风机的正常使用，减少非正常的腐蚀和结料振动故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15、加强对二大车间转炉托轮润滑维护保养，减少托轮轴承损坏频次。同时及时处理已拆出的托轮轴和托轮进行外委修复，以留备用。</w:t>
      </w:r>
      <w:r>
        <w:rPr>
          <w:lang w:eastAsia="zh-CN"/>
        </w:rPr>
        <w:br/>
      </w:r>
      <w:r>
        <w:rPr>
          <w:lang w:eastAsia="zh-CN"/>
        </w:rPr>
        <w:t>　　16、因生产产量的.减少和生产不饱满，故不定期计划外购反应炉Φ1800筒体暂定30M。选用的钢板厚度按往年要求仍为25mm，以缩短反应炉补焊筒体的周期。</w:t>
      </w:r>
      <w:r>
        <w:rPr>
          <w:lang w:eastAsia="zh-CN"/>
        </w:rPr>
        <w:br/>
      </w:r>
      <w:r>
        <w:rPr>
          <w:lang w:eastAsia="zh-CN"/>
        </w:rPr>
        <w:t>　　17、不定期制作反应炉搅料器约14条，加工和修复反应炉罩8件。</w:t>
      </w:r>
      <w:r>
        <w:rPr>
          <w:lang w:eastAsia="zh-CN"/>
        </w:rPr>
        <w:br/>
      </w:r>
      <w:r>
        <w:rPr>
          <w:lang w:eastAsia="zh-CN"/>
        </w:rPr>
        <w:t>　　18、不定期计划金属衬胶风机F9—19—8D风机1台及风机叶轮约4个。</w:t>
      </w:r>
      <w:r>
        <w:rPr>
          <w:lang w:eastAsia="zh-CN"/>
        </w:rPr>
        <w:br/>
      </w:r>
      <w:r>
        <w:rPr>
          <w:lang w:eastAsia="zh-CN"/>
        </w:rPr>
        <w:t>　　19、按20__年统计，视制酸车间的换热器堵塞情况计划进行清理疏通1次。</w:t>
      </w:r>
      <w:r>
        <w:rPr>
          <w:lang w:eastAsia="zh-CN"/>
        </w:rPr>
        <w:br/>
      </w:r>
      <w:r>
        <w:rPr>
          <w:lang w:eastAsia="zh-CN"/>
        </w:rPr>
        <w:t>　　20、计划2#反应炉出渣机的螺旋主轴螺旋2条及其组件1套。视情况对2号炉出渣螺旋改造，初步考虑恢复冷却中和炉的使用。</w:t>
      </w:r>
      <w:r>
        <w:rPr>
          <w:lang w:eastAsia="zh-CN"/>
        </w:rPr>
        <w:br/>
      </w:r>
      <w:r>
        <w:rPr>
          <w:lang w:eastAsia="zh-CN"/>
        </w:rPr>
        <w:t>　　21、视企业生产经营情况计划安排清理吸收塔填料。</w:t>
      </w:r>
      <w:r>
        <w:rPr>
          <w:lang w:eastAsia="zh-CN"/>
        </w:rPr>
        <w:br/>
      </w:r>
      <w:r>
        <w:rPr>
          <w:lang w:eastAsia="zh-CN"/>
        </w:rPr>
        <w:t>　　22、加强对5台中和炉大小齿轮润滑维护保养，确保能在中长期运转。视情况对出现腐蚀严重的中和炉筒体进行大面积的补焊。</w:t>
      </w:r>
      <w:r>
        <w:rPr>
          <w:lang w:eastAsia="zh-CN"/>
        </w:rPr>
        <w:br/>
      </w:r>
      <w:r>
        <w:rPr>
          <w:lang w:eastAsia="zh-CN"/>
        </w:rPr>
        <w:t>　　23、综合考虑酸泵、混料三通、混料外壳、密封座的备件备件情况及时给予计划，加强了与供应部的沟通并联系跟踪。</w:t>
      </w:r>
      <w:r>
        <w:rPr>
          <w:lang w:eastAsia="zh-CN"/>
        </w:rPr>
        <w:br/>
      </w:r>
      <w:r>
        <w:rPr>
          <w:lang w:eastAsia="zh-CN"/>
        </w:rPr>
        <w:t>　　24、计划加工一台焦子塔更换6#反应炉已腐蚀较严重的焦子塔及整个制酸工段的F46导气管约5节。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协同和指导车间周密布置生产的开、停机计划，减少开、停机的次数，为生产抢回时间，加强对生产形势的分析和判断。生产中出现异常情况时，及早提出预防措施，并采取对策措施，确保生产的正常和连续性。　　设备年度工作计划</w:t>
      </w:r>
      <w:r>
        <w:rPr>
          <w:lang w:eastAsia="zh-CN"/>
        </w:rPr>
        <w:t xml:space="preserve"> 7</w:t>
      </w:r>
      <w:r>
        <w:rPr>
          <w:lang w:eastAsia="zh-CN"/>
        </w:rPr>
        <w:br/>
      </w:r>
      <w:r>
        <w:rPr>
          <w:lang w:eastAsia="zh-CN"/>
        </w:rPr>
        <w:t>　　根据公司生产作业的需要和对设备管理工作的要求，在20__年设备管理的基础上，我们总结出20__年设备管理工作需重点完善地方，并制定工作计划如下：</w:t>
      </w:r>
      <w:r>
        <w:rPr>
          <w:lang w:eastAsia="zh-CN"/>
        </w:rPr>
        <w:br/>
      </w:r>
      <w:r>
        <w:rPr>
          <w:lang w:eastAsia="zh-CN"/>
        </w:rPr>
        <w:t>　　一、20__年工作重点</w:t>
      </w:r>
      <w:r>
        <w:rPr>
          <w:lang w:eastAsia="zh-CN"/>
        </w:rPr>
        <w:br/>
      </w:r>
      <w:r>
        <w:rPr>
          <w:lang w:eastAsia="zh-CN"/>
        </w:rPr>
        <w:t>　　20__年工作重点是：保证设备良好运行，提高设备完好率，提升设备维修人员素质，全面加强设备维护、保养工作，避免因机械设备疏于保养出现故障，影响公司生产作业。</w:t>
      </w:r>
      <w:r>
        <w:rPr>
          <w:lang w:eastAsia="zh-CN"/>
        </w:rPr>
        <w:br/>
      </w:r>
      <w:r>
        <w:rPr>
          <w:lang w:eastAsia="zh-CN"/>
        </w:rPr>
        <w:t>　　二、20__年工作目标</w:t>
      </w:r>
      <w:r>
        <w:rPr>
          <w:lang w:eastAsia="zh-CN"/>
        </w:rPr>
        <w:br/>
      </w:r>
      <w:r>
        <w:rPr>
          <w:lang w:eastAsia="zh-CN"/>
        </w:rPr>
        <w:t>　　1、设备的检查与保养工作落到实处。</w:t>
      </w:r>
      <w:r>
        <w:rPr>
          <w:lang w:eastAsia="zh-CN"/>
        </w:rPr>
        <w:br/>
      </w:r>
      <w:r>
        <w:rPr>
          <w:lang w:eastAsia="zh-CN"/>
        </w:rPr>
        <w:t>　　2、设备完好率达到90%以上。</w:t>
      </w:r>
      <w:r>
        <w:rPr>
          <w:lang w:eastAsia="zh-CN"/>
        </w:rPr>
        <w:br/>
      </w:r>
      <w:r>
        <w:rPr>
          <w:lang w:eastAsia="zh-CN"/>
        </w:rPr>
        <w:t>　　3、设备维修费用符合20__年维修计划费用标准，防止设备失修。</w:t>
      </w:r>
      <w:r>
        <w:rPr>
          <w:lang w:eastAsia="zh-CN"/>
        </w:rPr>
        <w:br/>
      </w:r>
      <w:r>
        <w:rPr>
          <w:lang w:eastAsia="zh-CN"/>
        </w:rPr>
        <w:t>　　4、加强设备维修、保养等资料的管理，确保其真实性与实用性。</w:t>
      </w:r>
      <w:r>
        <w:rPr>
          <w:lang w:eastAsia="zh-CN"/>
        </w:rPr>
        <w:br/>
      </w:r>
      <w:r>
        <w:rPr>
          <w:lang w:eastAsia="zh-CN"/>
        </w:rPr>
        <w:t>　　5、加大维修人员培训力度，确保维修人员素质不断提高。</w:t>
      </w:r>
      <w:r>
        <w:rPr>
          <w:lang w:eastAsia="zh-CN"/>
        </w:rPr>
        <w:br/>
      </w:r>
      <w:r>
        <w:rPr>
          <w:lang w:eastAsia="zh-CN"/>
        </w:rPr>
        <w:t>　　三、设备管理中出现的问题与解决措施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以往设备维修中，我们多处是设备出故障之后的被动维修，出现突发故障后，会影响生产作业，而且有些突发故障出现时，库内没有维修所需备件，或需花大量时间去购买配件，这样会增加机械设备修复时间，这样就促使我们，要及时改变设备管理思路，由被动事后维修转变为主动的预防性维修，加强设备维护保养的.管理力度，根据机械设备近几年来的使用情况和完好状况，制定机械设备的年度维修计划，或季度维修计划等，由专人负责检查，按时做好机械设备维护保养工作，定期进行维护保养情况监测，做好机械设备维护保养记录。</w:t>
      </w:r>
      <w:r>
        <w:rPr>
          <w:lang w:eastAsia="zh-CN"/>
        </w:rPr>
        <w:br/>
      </w:r>
      <w:r>
        <w:rPr>
          <w:lang w:eastAsia="zh-CN"/>
        </w:rPr>
        <w:t>　　2、主要生产机械设备的维修更换配件库存不够健全，不能保证随用随有，下阶段我们要加强对主要备品配件的库存与采购情况进行跟踪，敦促采购部门对主要紧缺配件去及时采购，或进行集中采购。确保主要配件随用随有。</w:t>
      </w:r>
      <w:r>
        <w:rPr>
          <w:lang w:eastAsia="zh-CN"/>
        </w:rPr>
        <w:br/>
      </w:r>
      <w:r>
        <w:rPr>
          <w:lang w:eastAsia="zh-CN"/>
        </w:rPr>
        <w:t>　　3、维修人员的技术水平有局限，由于我们所管理的机械设备种类较多，要求维修人员要熟练掌握多种机械设备的维修技巧，维修人员应积极的去探索学习，我们也会加强设备维修人员的培训工作，在合适的情况下，寻求设备厂家的帮助，对生产作业中操作、维修和机械设备故障较多的部位，进行专向培训。或者请专业技术人员对我部门设备维修人员进行现场实际操作培训，不断提高设备维修人员的技术水平。</w:t>
      </w:r>
      <w:r>
        <w:rPr>
          <w:lang w:eastAsia="zh-CN"/>
        </w:rPr>
        <w:br/>
      </w:r>
      <w:r>
        <w:rPr>
          <w:lang w:eastAsia="zh-CN"/>
        </w:rPr>
        <w:t>　　4、我们负责维修设备的使用者涉及到公司的所有部门，设备使用者的素质参差不齐，因设备操作不当而造成的事故时有发生，20__年我们将加强对设备操作者的培训与操作过程的监督，保证设备的良好运行，不能只靠我们设备保障部去时时监督维修，我们需要所有使用部门共同去维护。　　设备年度工作计划 8</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时间如水，日月如梭，转瞬间我来到车间日常工作已经有十个多月的的时间，这十个多月的时间，承蒙车间领导和各位同事的帮助指导，再通过自己的努力，在思想上、业务日常工作水平上都有了很大的提高，基本上完成了自己的本职日常工作，并取得了一些较好的成果。现将一年来日常工作总结</w:t>
      </w:r>
      <w:r>
        <w:rPr>
          <w:lang w:eastAsia="zh-CN"/>
        </w:rPr>
        <w:br/>
      </w:r>
      <w:r>
        <w:rPr>
          <w:lang w:eastAsia="zh-CN"/>
        </w:rPr>
        <w:t>　　一、努力学习、勤奋日常工作</w:t>
      </w:r>
      <w:r>
        <w:rPr>
          <w:lang w:eastAsia="zh-CN"/>
        </w:rPr>
        <w:br/>
      </w:r>
      <w:r>
        <w:rPr>
          <w:lang w:eastAsia="zh-CN"/>
        </w:rPr>
        <w:t>　　日常日常工作中，我主动向其他人员学习。我觉得，每位同事都是我的老师，他们中有业务高手，有技术尖兵。正是不断地虚心向他们求教，使我在调入车间后，在最短的时间内熟识了日常工作环境，懂得了各种材料的运用、一般问题出现的缘由、修理的方法也都基本驾驭。在业务上，将以前的修理日常工作阅历和车间的实际状况结合起来，使自身的素养和日常工作实力得以不断提高。</w:t>
      </w:r>
      <w:r>
        <w:rPr>
          <w:lang w:eastAsia="zh-CN"/>
        </w:rPr>
        <w:br/>
      </w:r>
      <w:r>
        <w:rPr>
          <w:lang w:eastAsia="zh-CN"/>
        </w:rPr>
        <w:t>　　二、班组管理</w:t>
      </w:r>
      <w:r>
        <w:rPr>
          <w:lang w:eastAsia="zh-CN"/>
        </w:rPr>
        <w:br/>
      </w:r>
      <w:r>
        <w:rPr>
          <w:lang w:eastAsia="zh-CN"/>
        </w:rPr>
        <w:t>　　在六月份，我被任命为修理主任，我深感自己肩上任务的重大。为了不辜负领导的期望，我在严格要求自己的`同时，还加强了班组管理：</w:t>
      </w:r>
      <w:r>
        <w:rPr>
          <w:lang w:eastAsia="zh-CN"/>
        </w:rPr>
        <w:br/>
      </w:r>
      <w:r>
        <w:rPr>
          <w:lang w:eastAsia="zh-CN"/>
        </w:rPr>
        <w:t>　　1、根据班前、后会议程序要求，开好会议，并做好记录。将矿部、车间的各种文件和要求快速的传达给班组员工，使自己上承下达、承上启下的作用得以充分发挥。使班组工人尽量了解好、了解透彻上级的精神。</w:t>
      </w:r>
      <w:r>
        <w:rPr>
          <w:lang w:eastAsia="zh-CN"/>
        </w:rPr>
        <w:br/>
      </w:r>
      <w:r>
        <w:rPr>
          <w:lang w:eastAsia="zh-CN"/>
        </w:rPr>
        <w:t>　　2、加强班组管理。我制定了较为具体的班组规章制度和考核标准，特殊强调从根本的管理入手。</w:t>
      </w:r>
      <w:r>
        <w:rPr>
          <w:lang w:eastAsia="zh-CN"/>
        </w:rPr>
        <w:br/>
      </w:r>
      <w:r>
        <w:rPr>
          <w:lang w:eastAsia="zh-CN"/>
        </w:rPr>
        <w:t>　　三、进行设备规划，缩短修理周期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和车间领导一起，对设备进行了规划、从修理组织（设计、测量）到修理限制（工时、材料、库存量、费用），都做到有据可查。我认为，做好设备的保养日常工作，将设备的备品备件预备的足够，是削减在故障发生后缩短修理时间的必要前提。修理的方式有两种，一是事后修理，二是定期修理。我们不能单纯的做到损坏了再修理，只要设备能用就尽量用，坏了再修。而是应当在设备损坏前将故障解除，降低设备的故障率。</w:t>
      </w:r>
      <w:r>
        <w:rPr>
          <w:lang w:eastAsia="zh-CN"/>
        </w:rPr>
        <w:br/>
      </w:r>
      <w:r>
        <w:rPr>
          <w:lang w:eastAsia="zh-CN"/>
        </w:rPr>
        <w:t>　　四、努力做好节资降耗和修理日常工作本人任修理主任以来，特别重视节资降耗和修理日常工作。</w:t>
      </w:r>
      <w:r>
        <w:rPr>
          <w:lang w:eastAsia="zh-CN"/>
        </w:rPr>
        <w:br/>
      </w:r>
      <w:r>
        <w:rPr>
          <w:lang w:eastAsia="zh-CN"/>
        </w:rPr>
        <w:t>　　主要</w:t>
      </w:r>
      <w:r>
        <w:rPr>
          <w:lang w:eastAsia="zh-CN"/>
        </w:rPr>
        <w:br/>
      </w:r>
      <w:r>
        <w:rPr>
          <w:lang w:eastAsia="zh-CN"/>
        </w:rPr>
        <w:t>　　（1）修旧利废16吨；</w:t>
      </w:r>
      <w:r>
        <w:rPr>
          <w:lang w:eastAsia="zh-CN"/>
        </w:rPr>
        <w:br/>
      </w:r>
      <w:r>
        <w:rPr>
          <w:lang w:eastAsia="zh-CN"/>
        </w:rPr>
        <w:t>　　（2）在对绿皮吉普车的修理过程中，修理班利用旧件，组装了后传动轴、后桥差速器、刹车总泵、后弹簧钢板；</w:t>
      </w:r>
      <w:r>
        <w:rPr>
          <w:lang w:eastAsia="zh-CN"/>
        </w:rPr>
        <w:br/>
      </w:r>
      <w:r>
        <w:rPr>
          <w:lang w:eastAsia="zh-CN"/>
        </w:rPr>
        <w:t>　　（3）对28#铲斗进行翻新；</w:t>
      </w:r>
      <w:r>
        <w:rPr>
          <w:lang w:eastAsia="zh-CN"/>
        </w:rPr>
        <w:br/>
      </w:r>
      <w:r>
        <w:rPr>
          <w:lang w:eastAsia="zh-CN"/>
        </w:rPr>
        <w:t>　　（4）下放并安装3立方内燃铲运机、1.5立方电动铲运机、0.75铲运机各2台；</w:t>
      </w:r>
      <w:r>
        <w:rPr>
          <w:lang w:eastAsia="zh-CN"/>
        </w:rPr>
        <w:br/>
      </w:r>
      <w:r>
        <w:rPr>
          <w:lang w:eastAsia="zh-CN"/>
        </w:rPr>
        <w:t>　　（5）下放复新凿岩台车一台；</w:t>
      </w:r>
      <w:r>
        <w:rPr>
          <w:lang w:eastAsia="zh-CN"/>
        </w:rPr>
        <w:br/>
      </w:r>
      <w:r>
        <w:rPr>
          <w:lang w:eastAsia="zh-CN"/>
        </w:rPr>
        <w:t>　　（6）架设风水管路1000多米；</w:t>
      </w:r>
      <w:r>
        <w:rPr>
          <w:lang w:eastAsia="zh-CN"/>
        </w:rPr>
        <w:br/>
      </w:r>
      <w:r>
        <w:rPr>
          <w:lang w:eastAsia="zh-CN"/>
        </w:rPr>
        <w:t>　　（7）安装钢溜井30多节；</w:t>
      </w:r>
      <w:r>
        <w:rPr>
          <w:lang w:eastAsia="zh-CN"/>
        </w:rPr>
        <w:br/>
      </w:r>
      <w:r>
        <w:rPr>
          <w:lang w:eastAsia="zh-CN"/>
        </w:rPr>
        <w:t>　　（8）新架设格筛、护栏10多个；</w:t>
      </w:r>
      <w:r>
        <w:rPr>
          <w:lang w:eastAsia="zh-CN"/>
        </w:rPr>
        <w:br/>
      </w:r>
      <w:r>
        <w:rPr>
          <w:lang w:eastAsia="zh-CN"/>
        </w:rPr>
        <w:t>　　（9）对各种平安防护设施及设备出现的临时性突发故障，做到刚好抢修；</w:t>
      </w:r>
      <w:r>
        <w:rPr>
          <w:lang w:eastAsia="zh-CN"/>
        </w:rPr>
        <w:br/>
      </w:r>
      <w:r>
        <w:rPr>
          <w:lang w:eastAsia="zh-CN"/>
        </w:rPr>
        <w:t>　　（10）大修内燃机2次。</w:t>
      </w:r>
      <w:r>
        <w:rPr>
          <w:lang w:eastAsia="zh-CN"/>
        </w:rPr>
        <w:br/>
      </w:r>
    </w:p>
    <w:p w:rsidR="001B1F19" w14:textId="27C3F48A">
      <w:pPr>
        <w:rPr>
          <w:rFonts w:hint="eastAsia"/>
          <w:lang w:eastAsia="zh-CN"/>
        </w:rPr>
      </w:pPr>
      <w:r>
        <w:rPr>
          <w:lang w:eastAsia="zh-CN"/>
        </w:rPr>
        <w:t>　　五、日常工作中的不足</w:t>
      </w:r>
      <w:r>
        <w:rPr>
          <w:lang w:eastAsia="zh-CN"/>
        </w:rPr>
        <w:br/>
      </w:r>
      <w:r>
        <w:rPr>
          <w:lang w:eastAsia="zh-CN"/>
        </w:rPr>
        <w:t>　　1、对设备的了解还不够深化，有些状况没有刚好地驾驭。</w:t>
      </w:r>
      <w:r>
        <w:rPr>
          <w:lang w:eastAsia="zh-CN"/>
        </w:rPr>
        <w:br/>
      </w:r>
      <w:r>
        <w:rPr>
          <w:lang w:eastAsia="zh-CN"/>
        </w:rPr>
        <w:t>　　2、服务的深度还不够，需进一步加强自我和班组管理，应强调意识和看法。</w:t>
      </w:r>
      <w:r>
        <w:rPr>
          <w:lang w:eastAsia="zh-CN"/>
        </w:rPr>
        <w:br/>
      </w:r>
      <w:r>
        <w:rPr>
          <w:lang w:eastAsia="zh-CN"/>
        </w:rPr>
        <w:t>　　3、对于隐患的整改有时存在肯定的时间差，在今后争取在第一时间内完成，确保整改率达到100%。</w:t>
      </w:r>
      <w:r>
        <w:rPr>
          <w:lang w:eastAsia="zh-CN"/>
        </w:rPr>
        <w:br/>
      </w:r>
      <w:r>
        <w:rPr>
          <w:lang w:eastAsia="zh-CN"/>
        </w:rPr>
        <w:t>　　4、在修理时有影响生产的现象出现。</w:t>
      </w:r>
      <w:r>
        <w:rPr>
          <w:lang w:eastAsia="zh-CN"/>
        </w:rPr>
        <w:br/>
      </w:r>
      <w:r>
        <w:rPr>
          <w:lang w:eastAsia="zh-CN"/>
        </w:rPr>
        <w:t>　　六、几点建议和今后的准备除了完善管理制度。加强巡察外，我有以下几点建议和准备</w:t>
      </w:r>
      <w:r>
        <w:rPr>
          <w:lang w:eastAsia="zh-CN"/>
        </w:rPr>
        <w:br/>
      </w:r>
      <w:r>
        <w:rPr>
          <w:lang w:eastAsia="zh-CN"/>
        </w:rPr>
        <w:t>　　1、建立点检制：接着建立、健全设备点检制度、精确驾驭设备运行状况，重新制定点检标准。</w:t>
      </w:r>
      <w:r>
        <w:rPr>
          <w:lang w:eastAsia="zh-CN"/>
        </w:rPr>
        <w:br/>
      </w:r>
      <w:r>
        <w:rPr>
          <w:lang w:eastAsia="zh-CN"/>
        </w:rPr>
        <w:t>　　2、制定安排，对设备检修以时间为基础，到期必修。</w:t>
      </w:r>
      <w:r>
        <w:rPr>
          <w:lang w:eastAsia="zh-CN"/>
        </w:rPr>
        <w:br/>
      </w:r>
      <w:r>
        <w:rPr>
          <w:lang w:eastAsia="zh-CN"/>
        </w:rPr>
        <w:t>　　3、强化员工培训：加强岗位技能培训，提高修理工素养，通过培训逐步转变原有观念。</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https://d.book118.com/917153110023006042</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7153110023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