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ody>
    <w:p w:rsidR="001B1F19" w14:paraId="7F7A67AA" w14:textId="0AE8485B">
      <w:pPr>
        <w:pStyle w:val="Heading1"/>
        <w:jc w:val="center"/>
        <w:rPr>
          <w:rFonts w:hint="eastAsia"/>
          <w:lang w:eastAsia="zh-CN"/>
        </w:rPr>
      </w:pPr>
      <w:r>
        <w:rPr>
          <w:sz w:val="44"/>
          <w:lang w:eastAsia="zh-CN"/>
        </w:rPr>
        <w:t>寒假的学习计划范文（35篇）</w:t>
      </w:r>
    </w:p>
    <w:p w:rsidR="001B1F19" w14:paraId="15E7D7A0" w14:textId="27C3F48A">
      <w:pPr>
        <w:rPr>
          <w:rFonts w:hint="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lang w:eastAsia="zh-CN"/>
        </w:rPr>
        <w:br/>
      </w:r>
      <w:r>
        <w:rPr>
          <w:lang w:eastAsia="zh-CN"/>
        </w:rPr>
        <w:br/>
      </w:r>
      <w:r>
        <w:rPr>
          <w:lang w:eastAsia="zh-CN"/>
        </w:rPr>
        <w:t>最新寒假的学习计划范文（精选35篇）</w:t>
      </w:r>
      <w:r>
        <w:rPr>
          <w:lang w:eastAsia="zh-CN"/>
        </w:rPr>
        <w:br/>
      </w:r>
      <w:r>
        <w:rPr>
          <w:lang w:eastAsia="zh-CN"/>
        </w:rPr>
        <w:t xml:space="preserve">    最新寒假的学习计划范文 篇1 </w:t>
      </w:r>
      <w:r>
        <w:rPr>
          <w:lang w:eastAsia="zh-CN"/>
        </w:rPr>
        <w:br/>
      </w:r>
      <w:r>
        <w:rPr>
          <w:lang w:eastAsia="zh-CN"/>
        </w:rPr>
        <w:t>　　8∶00———8∶10 ：起床穿衣洗漱</w:t>
      </w:r>
      <w:r>
        <w:rPr>
          <w:lang w:eastAsia="zh-CN"/>
        </w:rPr>
        <w:br/>
      </w:r>
      <w:r>
        <w:rPr>
          <w:lang w:eastAsia="zh-CN"/>
        </w:rPr>
        <w:t>　　8∶10———8∶30 ：吃早饭</w:t>
      </w:r>
      <w:r>
        <w:rPr>
          <w:lang w:eastAsia="zh-CN"/>
        </w:rPr>
        <w:br/>
      </w:r>
      <w:r>
        <w:rPr>
          <w:lang w:eastAsia="zh-CN"/>
        </w:rPr>
        <w:t>　　8∶30———9∶30 ：写语文做业（作文）</w:t>
      </w:r>
      <w:r>
        <w:rPr>
          <w:lang w:eastAsia="zh-CN"/>
        </w:rPr>
        <w:br/>
      </w:r>
      <w:r>
        <w:rPr>
          <w:lang w:eastAsia="zh-CN"/>
        </w:rPr>
        <w:t>　　9∶30———10∶40 ：写英语作业（手抄报）</w:t>
      </w:r>
      <w:r>
        <w:rPr>
          <w:lang w:eastAsia="zh-CN"/>
        </w:rPr>
        <w:br/>
      </w:r>
      <w:r>
        <w:rPr>
          <w:lang w:eastAsia="zh-CN"/>
        </w:rPr>
        <w:t>　　10∶00——12∶00 ：出门活动</w:t>
      </w:r>
      <w:r>
        <w:rPr>
          <w:lang w:eastAsia="zh-CN"/>
        </w:rPr>
        <w:br/>
      </w:r>
      <w:r>
        <w:rPr>
          <w:lang w:eastAsia="zh-CN"/>
        </w:rPr>
        <w:t>　　12∶00——12∶30 ：吃中午饭</w:t>
      </w:r>
      <w:r>
        <w:rPr>
          <w:lang w:eastAsia="zh-CN"/>
        </w:rPr>
        <w:br/>
      </w:r>
      <w:r>
        <w:rPr>
          <w:lang w:eastAsia="zh-CN"/>
        </w:rPr>
        <w:t>　　☆☆☆☆☆☆☆☆☆☆☆</w:t>
      </w:r>
      <w:r>
        <w:rPr>
          <w:lang w:eastAsia="zh-CN"/>
        </w:rPr>
        <w:br/>
      </w:r>
      <w:r>
        <w:rPr>
          <w:lang w:eastAsia="zh-CN"/>
        </w:rPr>
        <w:t>　　12∶30——12∶45 ：走一走散步</w:t>
      </w:r>
      <w:r>
        <w:rPr>
          <w:lang w:eastAsia="zh-CN"/>
        </w:rPr>
        <w:br/>
      </w:r>
      <w:r>
        <w:rPr>
          <w:lang w:eastAsia="zh-CN"/>
        </w:rPr>
        <w:t>　　12∶45——14∶00 ：睡中午觉</w:t>
      </w:r>
      <w:r>
        <w:rPr>
          <w:lang w:eastAsia="zh-CN"/>
        </w:rPr>
        <w:br/>
      </w:r>
      <w:r>
        <w:rPr>
          <w:lang w:eastAsia="zh-CN"/>
        </w:rPr>
        <w:t>　　☆☆☆☆☆☆☆☆☆☆</w:t>
      </w:r>
      <w:r>
        <w:rPr>
          <w:lang w:eastAsia="zh-CN"/>
        </w:rPr>
        <w:br/>
      </w:r>
      <w:r>
        <w:rPr>
          <w:lang w:eastAsia="zh-CN"/>
        </w:rPr>
        <w:t>　　14∶00——14∶30 ：写语文作业（段落积累）</w:t>
      </w:r>
      <w:r>
        <w:rPr>
          <w:lang w:eastAsia="zh-CN"/>
        </w:rPr>
        <w:br/>
      </w:r>
      <w:r>
        <w:rPr>
          <w:lang w:eastAsia="zh-CN"/>
        </w:rPr>
        <w:t>　　14∶30——15∶00 ：写数学作业（笔算）</w:t>
      </w:r>
      <w:r>
        <w:rPr>
          <w:lang w:eastAsia="zh-CN"/>
        </w:rPr>
        <w:br/>
      </w:r>
      <w:r>
        <w:rPr>
          <w:lang w:eastAsia="zh-CN"/>
        </w:rPr>
        <w:t>　　15∶00——15∶45 ：写英语作业（随堂阅读)</w:t>
      </w:r>
      <w:r>
        <w:rPr>
          <w:lang w:eastAsia="zh-CN"/>
        </w:rPr>
        <w:br/>
      </w:r>
      <w:r>
        <w:rPr>
          <w:lang w:eastAsia="zh-CN"/>
        </w:rPr>
        <w:t>　　15∶45——17∶00 ：自由活动</w:t>
      </w:r>
      <w:r>
        <w:rPr>
          <w:lang w:eastAsia="zh-CN"/>
        </w:rPr>
        <w:br/>
      </w:r>
      <w:r>
        <w:rPr>
          <w:lang w:eastAsia="zh-CN"/>
        </w:rPr>
        <w:t>　　17∶00——18∶00 ：吃晚饭散步</w:t>
      </w:r>
      <w:r>
        <w:rPr>
          <w:lang w:eastAsia="zh-CN"/>
        </w:rPr>
        <w:br/>
      </w:r>
      <w:r>
        <w:rPr>
          <w:lang w:eastAsia="zh-CN"/>
        </w:rPr>
        <w:t xml:space="preserve">    最新寒假的学习计划范文 篇2 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lang w:eastAsia="zh-CN"/>
        </w:rPr>
        <w:t>　　一、整理规划时间，确定要学习的内容 在开始前，应该是整理出可利用的时间，清楚自己在的空闲时间生活习惯。在此前提下，以每一天为单位，制定学习计划。接下来，梳理自身学习情况，找出最需要提高，合理分配复习与预习时间，有针对性地制定假期学习计划。每天有效学习时间最好保持在6-8个小时。可以根据自己的情况合理的规划一下，寒假中要做到既不睡懒觉，也不要开夜车。习惯比聪明更重要!只要按照计划来，每天坚持的话，超清你的成绩肯定会进步的。(后面我会做出一个具体的时间安排表，超清你可以根据自身情况做适当调整)</w:t>
      </w:r>
      <w:r>
        <w:rPr>
          <w:lang w:eastAsia="zh-CN"/>
        </w:rPr>
        <w:br/>
      </w:r>
      <w:r>
        <w:rPr>
          <w:lang w:eastAsia="zh-CN"/>
        </w:rPr>
        <w:t>　　二、复习上学期内容，攻克薄弱环节 应该把寒假分为复习与预习两个阶段，前段时间主要是复习，在此基础上留一个星期的时间对下学期内容进行预习。</w:t>
      </w:r>
      <w:r>
        <w:rPr>
          <w:lang w:eastAsia="zh-CN"/>
        </w:rPr>
        <w:br/>
      </w:r>
      <w:r>
        <w:rPr>
          <w:lang w:eastAsia="zh-CN"/>
        </w:rPr>
        <w:t>　　今年寒假假期较短，目标不宜太大、复习范围不宜太广。如果想真正有收获，就不能贪多!适宜重点攻克薄弱学科、或某学科中的重点内容。(超清数学应多用点时间来巩固提高。英语可把平时的上课内容拿来复习，记忆一些固定的用法与常用搭配。把上学期的课文从开始再复习下，有些需要记忆的东西一定要记住。比如每单元的单词及其拼写与固定搭配与固定句式及语法知识。)</w:t>
      </w:r>
      <w:r>
        <w:rPr>
          <w:lang w:eastAsia="zh-CN"/>
        </w:rPr>
        <w:br/>
      </w:r>
      <w:r>
        <w:rPr>
          <w:lang w:eastAsia="zh-CN"/>
        </w:rPr>
        <w:t>　　三、预习下学期课程： 把下学期的课程提前预习一下，掌握各重要科目(语文、数学、英语)下学期的重难点。预习的过程中碰到的不懂的问题要及时做记录，等到开学的时候可询问老师。(数学要提前预习前4章，英语要预习前五单元)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lang w:eastAsia="zh-CN"/>
        </w:rPr>
        <w:t>　　四、时间安排表(可根据自身情况作合理调整)</w:t>
      </w:r>
      <w:r>
        <w:rPr>
          <w:lang w:eastAsia="zh-CN"/>
        </w:rPr>
        <w:br/>
      </w:r>
      <w:r>
        <w:rPr>
          <w:lang w:eastAsia="zh-CN"/>
        </w:rPr>
        <w:t>　　8：00起床之后 刷牙漱口洗脸吃早饭</w:t>
      </w:r>
      <w:r>
        <w:rPr>
          <w:lang w:eastAsia="zh-CN"/>
        </w:rPr>
        <w:br/>
      </w:r>
      <w:r>
        <w:rPr>
          <w:lang w:eastAsia="zh-CN"/>
        </w:rPr>
        <w:t>　　早上8：30 合理安排30分钟大声朗读背诵英语课文，听一些英语听力。听读是培养英语语感最好的方法。听读的材料可以是上学期的英语教材，也可把下学期教材。</w:t>
      </w:r>
      <w:r>
        <w:rPr>
          <w:lang w:eastAsia="zh-CN"/>
        </w:rPr>
        <w:br/>
      </w:r>
      <w:r>
        <w:rPr>
          <w:lang w:eastAsia="zh-CN"/>
        </w:rPr>
        <w:t>　　9:00 做寒假作业 先做数学。因为早上头脑是最清醒的，数学逻辑思维比较强，所以先做数学的作业;</w:t>
      </w:r>
      <w:r>
        <w:rPr>
          <w:lang w:eastAsia="zh-CN"/>
        </w:rPr>
        <w:br/>
      </w:r>
      <w:r>
        <w:rPr>
          <w:lang w:eastAsia="zh-CN"/>
        </w:rPr>
        <w:t>　　10：00 开始休息15分钟，学了一个小时也该舒展舒展筋骨了，因此利用这15分钟的时间充分休息，也活动活动。</w:t>
      </w:r>
      <w:r>
        <w:rPr>
          <w:lang w:eastAsia="zh-CN"/>
        </w:rPr>
        <w:br/>
      </w:r>
      <w:r>
        <w:rPr>
          <w:lang w:eastAsia="zh-CN"/>
        </w:rPr>
        <w:t>　　10: 20—11:20 做英语寒假作业，给自己每天定一个目标。比如每天做多少页，然后在规定的时间做完。寒假作业做完后可以阅读一些英语读物，写写单词。</w:t>
      </w:r>
      <w:r>
        <w:rPr>
          <w:lang w:eastAsia="zh-CN"/>
        </w:rPr>
        <w:br/>
      </w:r>
      <w:r>
        <w:rPr>
          <w:lang w:eastAsia="zh-CN"/>
        </w:rPr>
        <w:t>　　下午可以自己安排1个半小时开始学习语文 学习语文的时间可以比较自由，依靠自己的劳逸程度，充分分配自己的时间。实在累了，可以阅读一些课外书籍，这样也可以扩充自己的知识面，为写作积累材料。</w:t>
      </w:r>
      <w:r>
        <w:rPr>
          <w:lang w:eastAsia="zh-CN"/>
        </w:rPr>
        <w:br/>
      </w:r>
      <w:r>
        <w:rPr>
          <w:lang w:eastAsia="zh-CN"/>
        </w:rPr>
        <w:t>　　晚上可安排一个小时 练习写字与学习写作文，包括语文与英语。时间上可以是今天学习语文，明天就学习英语。坚持每天认真写一页，英语字帖或者语文都行。然后呢可以买本英语方面的作文辅导书，学习写一些小文章。可把时间安排在晚上7:00-8:00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lang w:eastAsia="zh-CN"/>
        </w:rPr>
        <w:t>　　其他的晚上时间可以自由分配，可以自己看些电影，电视。外国电影必须有英语字幕，慢速的。建议看看bbc的魅力中国，挺适合英语学习的。</w:t>
      </w:r>
      <w:r>
        <w:rPr>
          <w:lang w:eastAsia="zh-CN"/>
        </w:rPr>
        <w:br/>
      </w:r>
      <w:r>
        <w:rPr>
          <w:lang w:eastAsia="zh-CN"/>
        </w:rPr>
        <w:t>　　建议：1、在寒假里读一些优秀的'文章，来提高自己作文水平。</w:t>
      </w:r>
      <w:r>
        <w:rPr>
          <w:lang w:eastAsia="zh-CN"/>
        </w:rPr>
        <w:br/>
      </w:r>
      <w:r>
        <w:rPr>
          <w:lang w:eastAsia="zh-CN"/>
        </w:rPr>
        <w:t>　　2、在寒假里按时做作业，坚持不拖拉，也不可开小差。</w:t>
      </w:r>
      <w:r>
        <w:rPr>
          <w:lang w:eastAsia="zh-CN"/>
        </w:rPr>
        <w:br/>
      </w:r>
      <w:r>
        <w:rPr>
          <w:lang w:eastAsia="zh-CN"/>
        </w:rPr>
        <w:t>　　3、制定的计划要坚持。不能半途而废</w:t>
      </w:r>
      <w:r>
        <w:rPr>
          <w:lang w:eastAsia="zh-CN"/>
        </w:rPr>
        <w:br/>
      </w:r>
      <w:r>
        <w:rPr>
          <w:lang w:eastAsia="zh-CN"/>
        </w:rPr>
        <w:t>　　4、每天最迟不能超过十点半睡觉</w:t>
      </w:r>
      <w:r>
        <w:rPr>
          <w:lang w:eastAsia="zh-CN"/>
        </w:rPr>
        <w:br/>
      </w:r>
      <w:r>
        <w:rPr>
          <w:lang w:eastAsia="zh-CN"/>
        </w:rPr>
        <w:t>　　5、 适当的做些运动</w:t>
      </w:r>
      <w:r>
        <w:rPr>
          <w:lang w:eastAsia="zh-CN"/>
        </w:rPr>
        <w:br/>
      </w:r>
      <w:r>
        <w:rPr>
          <w:lang w:eastAsia="zh-CN"/>
        </w:rPr>
        <w:t xml:space="preserve">    最新寒假的学习计划范文 篇3 </w:t>
      </w:r>
      <w:r>
        <w:rPr>
          <w:lang w:eastAsia="zh-CN"/>
        </w:rPr>
        <w:br/>
      </w:r>
      <w:r>
        <w:rPr>
          <w:lang w:eastAsia="zh-CN"/>
        </w:rPr>
        <w:t>　　转眼之间，一个学期结束了，漫长的寒假即把开始。为了使本人能够度过一个充实而有意义的寒假，早日成为父母眼中的乘龙之才、社会的可造之才，特对自己的寒假生活作如下计划：</w:t>
      </w:r>
      <w:r>
        <w:rPr>
          <w:lang w:eastAsia="zh-CN"/>
        </w:rPr>
        <w:br/>
      </w:r>
      <w:r>
        <w:rPr>
          <w:lang w:eastAsia="zh-CN"/>
        </w:rPr>
        <w:t>　　1、坚持早睡早起。每晚10：30分准时熄灯上床(周六延至11点)，早上7：30前起床、叠被、洗漱，并且力争全部耗时控制在5分钟以内，决不因为回到家里而改变在学校长期养成的良好作息习惯。</w:t>
      </w:r>
      <w:r>
        <w:rPr>
          <w:lang w:eastAsia="zh-CN"/>
        </w:rPr>
        <w:br/>
      </w:r>
      <w:r>
        <w:rPr>
          <w:lang w:eastAsia="zh-CN"/>
        </w:rPr>
        <w:t>　　2、继承中华民族尊老爱幼的传统美德。在家里，多陪爸爸看体育比赛聊天，多陪妈妈买菜逛街看电视剧。对待长辈要保持谦虚尊敬的态度，对待小朋友要让其感受到春天般的温暖。过年的时候主动给长辈们打电话或登门拜年。做到老吾老以及人之老，幼吾幼以及人之幼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lang w:eastAsia="zh-CN"/>
        </w:rPr>
        <w:t>　　3、以辛勤劳动为荣，以好逸恶劳为耻。主动帮父母做家务，保持卧室、书房、客厅的清洁卫生，饭后主动洗碗刷筷，保证油垢餐具不过夜。自己的衣物自己洗，且本着节约电能资源及洗衣粉等物资的原则尽量手洗拧干。</w:t>
      </w:r>
      <w:r>
        <w:rPr>
          <w:lang w:eastAsia="zh-CN"/>
        </w:rPr>
        <w:br/>
      </w:r>
      <w:r>
        <w:rPr>
          <w:lang w:eastAsia="zh-CN"/>
        </w:rPr>
        <w:t>　　4、崇尚科学，坚持每天补充知识养料。每天坚持学习两个小时左右，假期初制定好学习计划，保证学习的科学性、效率性。力争利用这个假期学会一到两门小技能(例如网页制作等)，以备把来工作之需。有句话说：“活到老，学到老。”在年轻的时候，趁学习能力强，就更应该抓紧一切时间，努力学习，提高自己的知识储备量，为把来实现人生的厚积薄发而做好充分的准备。</w:t>
      </w:r>
      <w:r>
        <w:rPr>
          <w:lang w:eastAsia="zh-CN"/>
        </w:rPr>
        <w:br/>
      </w:r>
      <w:r>
        <w:rPr>
          <w:lang w:eastAsia="zh-CN"/>
        </w:rPr>
        <w:t>　　5、娱乐休闲要适度，不可玩物丧志。每天上网看电视等时间累计不应超过四小时。出去与朋友们聚会时要注意时间、场所，避免去一些盈利性较强的娱乐场所，要时刻以一名合格大学生的标准严格要求自己。</w:t>
      </w:r>
      <w:r>
        <w:rPr>
          <w:lang w:eastAsia="zh-CN"/>
        </w:rPr>
        <w:br/>
      </w:r>
      <w:r>
        <w:rPr>
          <w:lang w:eastAsia="zh-CN"/>
        </w:rPr>
        <w:t>　　6、计划在本次假期出行一次。读万卷书行万里路，多出去走走，才能多长见识。同时也要注意保证旅途安全，尽量避免春运的高峰期。且旅行时间不宜过长，以免影响下学期正常开学。</w:t>
      </w:r>
      <w:r>
        <w:rPr>
          <w:lang w:eastAsia="zh-CN"/>
        </w:rPr>
        <w:br/>
      </w:r>
      <w:r>
        <w:rPr>
          <w:lang w:eastAsia="zh-CN"/>
        </w:rPr>
        <w:t xml:space="preserve">    最新寒假的学习计划范文 篇4 </w:t>
      </w:r>
      <w:r>
        <w:rPr>
          <w:lang w:eastAsia="zh-CN"/>
        </w:rPr>
        <w:br/>
      </w:r>
      <w:r>
        <w:rPr>
          <w:lang w:eastAsia="zh-CN"/>
        </w:rPr>
        <w:t>　　时间过得真快，不知不觉一个学期又悄悄地从我们身边溜走，随之而来的是同学们向往已久的寒假!</w:t>
      </w:r>
      <w:r>
        <w:rPr>
          <w:lang w:eastAsia="zh-CN"/>
        </w:rPr>
        <w:br/>
      </w:r>
      <w:r>
        <w:rPr>
          <w:lang w:eastAsia="zh-CN"/>
        </w:rPr>
        <w:t>　　在漫长的一个月里，我们可以不用上学，不用早早地起床，整天无忧无虑的，想干什么就干什么。不过好不容易才得来的假期可不能就这样荒废了，看来，要想过好整个寒假还得好好地计划一下。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lang w:eastAsia="zh-CN"/>
        </w:rPr>
        <w:t>　　相信很多同学都会有和我有一样的体会，那就是上学时作业很多，总是做到很晚才睡觉，早上又要早起，总是睡不饱觉。既然到了寒假，一定想赖床赖到很晚才起来，这样可不行，我们要做个勤劳的孩子嘛。早上起床虽不用像上学那样早，但也不能到太阳晒屁股了才起来。我认为在七点到七点半起床最好，晚上九点睡觉，这样才有规律。</w:t>
      </w:r>
      <w:r>
        <w:rPr>
          <w:lang w:eastAsia="zh-CN"/>
        </w:rPr>
        <w:br/>
      </w:r>
      <w:r>
        <w:rPr>
          <w:lang w:eastAsia="zh-CN"/>
        </w:rPr>
        <w:t>　　除了有良好的作息时间外，还要按时完成作业。有些性急的同学为了寒假里没有负担，一定会在几天之内一下子把作业做完，可这也是一个不好的习惯。老师们布置作业是为了我们在寒假里要时时复习功课，每天都做适量的作业我们才能好好地复习。要是一下子全都做完，还不得全都忘光了？!所以，我决定每天寒假作业每科各做一个单元，隔几天写一篇日记，不仅轻松，又有条理。</w:t>
      </w:r>
      <w:r>
        <w:rPr>
          <w:lang w:eastAsia="zh-CN"/>
        </w:rPr>
        <w:br/>
      </w:r>
      <w:r>
        <w:rPr>
          <w:lang w:eastAsia="zh-CN"/>
        </w:rPr>
        <w:t>　　我是一个非常喜爱看书的女孩，平时只要一有空就到新华书店去。到了寒假，休息时间多了，去新华书店的次数也越来越频繁。现在，我已经读了许多以前没有时间看的名著，知识更加丰富了。</w:t>
      </w:r>
      <w:r>
        <w:rPr>
          <w:lang w:eastAsia="zh-CN"/>
        </w:rPr>
        <w:br/>
      </w:r>
      <w:r>
        <w:rPr>
          <w:lang w:eastAsia="zh-CN"/>
        </w:rPr>
        <w:t xml:space="preserve">    最新寒假的学习计划范文 篇5 </w:t>
      </w:r>
      <w:r>
        <w:rPr>
          <w:lang w:eastAsia="zh-CN"/>
        </w:rPr>
        <w:br/>
      </w:r>
      <w:r>
        <w:rPr>
          <w:lang w:eastAsia="zh-CN"/>
        </w:rPr>
        <w:t>　　寒假将近，如何在寒假期间做好完美的英语学习计划，利用短暂的'时间创造出最多的学习价值，是每一位想学好英语的童鞋都想知道的。但是学习计划因人而已，能制定出适合自己的寒假英语学习计划非常重要，那么寒假中，同学们又应该怎么来延续英语学习进程，保障学习效果，保持学习状态呢？来看英语教育专家、CCTV全国中小学生英语电视大赛评委团副主席蔡章兵教授的学法分享，希望大家能充分利用好寒假的时间，将英语学好。</w:t>
      </w:r>
      <w:r>
        <w:rPr>
          <w:lang w:eastAsia="zh-CN"/>
        </w:rPr>
        <w:br/>
      </w:r>
      <w:r>
        <w:rPr>
          <w:lang w:eastAsia="zh-CN"/>
        </w:rPr>
        <w:t>　　一个总原则：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lang w:eastAsia="zh-CN"/>
        </w:rPr>
        <w:t>　　1、坚持每一天，充分利用一切可以利用的时间学英语。没有持之以恒的学习和大量的时将做保障，一切都是空谈。</w:t>
      </w:r>
      <w:r>
        <w:rPr>
          <w:lang w:eastAsia="zh-CN"/>
        </w:rPr>
        <w:br/>
      </w:r>
      <w:r>
        <w:rPr>
          <w:lang w:eastAsia="zh-CN"/>
        </w:rPr>
        <w:t>　　2、每天阅读一篇适合自己难度的文章，以此文章为中心，展开一天的学习。</w:t>
      </w:r>
      <w:r>
        <w:rPr>
          <w:lang w:eastAsia="zh-CN"/>
        </w:rPr>
        <w:br/>
      </w:r>
      <w:r>
        <w:rPr>
          <w:lang w:eastAsia="zh-CN"/>
        </w:rPr>
        <w:t>　　3、听说读写译五项都要练，以听说为主。</w:t>
      </w:r>
      <w:r>
        <w:rPr>
          <w:lang w:eastAsia="zh-CN"/>
        </w:rPr>
        <w:br/>
      </w:r>
      <w:r>
        <w:rPr>
          <w:lang w:eastAsia="zh-CN"/>
        </w:rPr>
        <w:t>　　4、求质不求量，选一篇英语美文听写，把听写的文章彻底搞懂足矣，不要好大喜功，贪大贪快。扎扎实实，按部就班，是学好英语的必经之路。</w:t>
      </w:r>
      <w:r>
        <w:rPr>
          <w:lang w:eastAsia="zh-CN"/>
        </w:rPr>
        <w:br/>
      </w:r>
      <w:r>
        <w:rPr>
          <w:lang w:eastAsia="zh-CN"/>
        </w:rPr>
        <w:t>　　5、把零碎的时间充分利用起来学英语，不断地重复。</w:t>
      </w:r>
      <w:r>
        <w:rPr>
          <w:lang w:eastAsia="zh-CN"/>
        </w:rPr>
        <w:br/>
      </w:r>
      <w:r>
        <w:rPr>
          <w:lang w:eastAsia="zh-CN"/>
        </w:rPr>
        <w:t>　　6、听写是个学习英语的好方法，要继续加强。</w:t>
      </w:r>
      <w:r>
        <w:rPr>
          <w:lang w:eastAsia="zh-CN"/>
        </w:rPr>
        <w:br/>
      </w:r>
      <w:r>
        <w:rPr>
          <w:lang w:eastAsia="zh-CN"/>
        </w:rPr>
        <w:t>　　7、早睡早起学英语。</w:t>
      </w:r>
      <w:r>
        <w:rPr>
          <w:lang w:eastAsia="zh-CN"/>
        </w:rPr>
        <w:br/>
      </w:r>
      <w:r>
        <w:rPr>
          <w:lang w:eastAsia="zh-CN"/>
        </w:rPr>
        <w:t>　　8、抓住奇速英语24个故事串记中学3500单词听说读写联动一套教材足矣，不要盲目的更换教材。</w:t>
      </w:r>
      <w:r>
        <w:rPr>
          <w:lang w:eastAsia="zh-CN"/>
        </w:rPr>
        <w:br/>
      </w:r>
      <w:r>
        <w:rPr>
          <w:lang w:eastAsia="zh-CN"/>
        </w:rPr>
        <w:t>　　9、每天学习英语必须要有详细可行的计划，必须坚决执行，没有任何借口。</w:t>
      </w:r>
      <w:r>
        <w:rPr>
          <w:lang w:eastAsia="zh-CN"/>
        </w:rPr>
        <w:br/>
      </w:r>
      <w:r>
        <w:rPr>
          <w:lang w:eastAsia="zh-CN"/>
        </w:rPr>
        <w:t>　　10、相信自己，一定能够学好英语。</w:t>
      </w:r>
      <w:r>
        <w:rPr>
          <w:lang w:eastAsia="zh-CN"/>
        </w:rPr>
        <w:br/>
      </w:r>
      <w:r>
        <w:rPr>
          <w:lang w:eastAsia="zh-CN"/>
        </w:rPr>
        <w:t>　　四个有效方法：</w:t>
      </w:r>
      <w:r>
        <w:rPr>
          <w:lang w:eastAsia="zh-CN"/>
        </w:rPr>
        <w:br/>
      </w:r>
      <w:r>
        <w:rPr>
          <w:lang w:eastAsia="zh-CN"/>
        </w:rPr>
        <w:t>　　一、合作学习</w:t>
      </w:r>
      <w:r>
        <w:rPr>
          <w:lang w:eastAsia="zh-CN"/>
        </w:rPr>
        <w:br/>
      </w:r>
      <w:r>
        <w:rPr>
          <w:lang w:eastAsia="zh-CN"/>
        </w:rPr>
        <w:t>　　1、跟个性相投的朋友建立学习小组，也可报名奇速英语寒假在线课程班；</w:t>
      </w:r>
      <w:r>
        <w:rPr>
          <w:lang w:eastAsia="zh-CN"/>
        </w:rPr>
        <w:br/>
      </w:r>
      <w:r>
        <w:rPr>
          <w:lang w:eastAsia="zh-CN"/>
        </w:rPr>
        <w:t>　　2、确立学习主题、学习计划、学习目标，由老师制定的学习计划和目标效果更加；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lang w:eastAsia="zh-CN"/>
        </w:rPr>
        <w:t>　　3、互相监督，互相提问、回答，共同讨论，共同验收成果；</w:t>
      </w:r>
      <w:r>
        <w:rPr>
          <w:lang w:eastAsia="zh-CN"/>
        </w:rPr>
        <w:br/>
      </w:r>
      <w:r>
        <w:rPr>
          <w:lang w:eastAsia="zh-CN"/>
        </w:rPr>
        <w:t>　　4、记录每个阶段的情况，优化方式，开展下个阶段的学习。</w:t>
      </w:r>
      <w:r>
        <w:rPr>
          <w:lang w:eastAsia="zh-CN"/>
        </w:rPr>
        <w:br/>
      </w:r>
      <w:r>
        <w:rPr>
          <w:lang w:eastAsia="zh-CN"/>
        </w:rPr>
        <w:t>　　结果：你会看见自己和同伴的进步，会在他人的映衬下让自己变更好，还会产生成就感和荣誉感，并且会在这种共有的成就感下推动获取更大的学习动力。</w:t>
      </w:r>
      <w:r>
        <w:rPr>
          <w:lang w:eastAsia="zh-CN"/>
        </w:rPr>
        <w:br/>
      </w:r>
      <w:r>
        <w:rPr>
          <w:lang w:eastAsia="zh-CN"/>
        </w:rPr>
        <w:t>　　二、规律学习</w:t>
      </w:r>
      <w:r>
        <w:rPr>
          <w:lang w:eastAsia="zh-CN"/>
        </w:rPr>
        <w:br/>
      </w:r>
      <w:r>
        <w:rPr>
          <w:lang w:eastAsia="zh-CN"/>
        </w:rPr>
        <w:t>　　1、选择合适的学习时间；</w:t>
      </w:r>
      <w:r>
        <w:rPr>
          <w:lang w:eastAsia="zh-CN"/>
        </w:rPr>
        <w:br/>
      </w:r>
      <w:r>
        <w:rPr>
          <w:lang w:eastAsia="zh-CN"/>
        </w:rPr>
        <w:t>　　2、固定每天的学习量；</w:t>
      </w:r>
      <w:r>
        <w:rPr>
          <w:lang w:eastAsia="zh-CN"/>
        </w:rPr>
        <w:br/>
      </w:r>
      <w:r>
        <w:rPr>
          <w:lang w:eastAsia="zh-CN"/>
        </w:rPr>
        <w:t>　　3、天天坚持，形成习惯。</w:t>
      </w:r>
      <w:r>
        <w:rPr>
          <w:lang w:eastAsia="zh-CN"/>
        </w:rPr>
        <w:br/>
      </w:r>
      <w:r>
        <w:rPr>
          <w:lang w:eastAsia="zh-CN"/>
        </w:rPr>
        <w:t>　　结果：每天进行一定量的学习会成为很自然的事情，要是哪天不学习了，你还会感觉不舒服，如报名奇速英语寒假在线课程，除了老师的督促，更重要的是培养你对英语学习的兴趣，有了兴趣，自然学习就变得轻松了。</w:t>
      </w:r>
      <w:r>
        <w:rPr>
          <w:lang w:eastAsia="zh-CN"/>
        </w:rPr>
        <w:br/>
      </w:r>
      <w:r>
        <w:rPr>
          <w:lang w:eastAsia="zh-CN"/>
        </w:rPr>
        <w:t>　　三、自主学习</w:t>
      </w:r>
      <w:r>
        <w:rPr>
          <w:lang w:eastAsia="zh-CN"/>
        </w:rPr>
        <w:br/>
      </w:r>
      <w:r>
        <w:rPr>
          <w:lang w:eastAsia="zh-CN"/>
        </w:rPr>
        <w:t>　　1、利用现有教材的资源，深耕精学；</w:t>
      </w:r>
      <w:r>
        <w:rPr>
          <w:lang w:eastAsia="zh-CN"/>
        </w:rPr>
        <w:br/>
      </w:r>
      <w:r>
        <w:rPr>
          <w:lang w:eastAsia="zh-CN"/>
        </w:rPr>
        <w:t>　　2、利用优质互联网资源，拓展学习。</w:t>
      </w:r>
      <w:r>
        <w:rPr>
          <w:lang w:eastAsia="zh-CN"/>
        </w:rPr>
        <w:br/>
      </w:r>
      <w:r>
        <w:rPr>
          <w:lang w:eastAsia="zh-CN"/>
        </w:rPr>
        <w:t>　　寒暑假除了常规的作业，还应充分利用互联网优质资源，拓展学习。</w:t>
      </w:r>
      <w:r>
        <w:rPr>
          <w:lang w:eastAsia="zh-CN"/>
        </w:rPr>
        <w:br/>
      </w:r>
      <w:r>
        <w:rPr>
          <w:lang w:eastAsia="zh-CN"/>
        </w:rPr>
        <w:t>　　结果：提升了英语成绩，培养了终生受益的良好习惯。</w:t>
      </w:r>
      <w:r>
        <w:rPr>
          <w:lang w:eastAsia="zh-CN"/>
        </w:rPr>
        <w:br/>
      </w:r>
      <w:r>
        <w:rPr>
          <w:lang w:eastAsia="zh-CN"/>
        </w:rPr>
        <w:t xml:space="preserve">    最新寒假的学习计划范文 篇6 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lang w:eastAsia="zh-CN"/>
        </w:rPr>
        <w:t>　　寒假已经临近为了在寒假中丰富自己的知识面，按时的学习生活，做事有规律，更好地度过一个快乐，充实，有意义的寒假，特制定此寒假学习计划：</w:t>
      </w:r>
      <w:r>
        <w:rPr>
          <w:lang w:eastAsia="zh-CN"/>
        </w:rPr>
        <w:br/>
      </w:r>
      <w:r>
        <w:rPr>
          <w:lang w:eastAsia="zh-CN"/>
        </w:rPr>
        <w:t>　　1、每天足量学习6小时，内容包括:寒假各科作业：语文阅读、数学练习、英语听力等</w:t>
      </w:r>
      <w:r>
        <w:rPr>
          <w:lang w:eastAsia="zh-CN"/>
        </w:rPr>
        <w:br/>
      </w:r>
      <w:r>
        <w:rPr>
          <w:lang w:eastAsia="zh-CN"/>
        </w:rPr>
        <w:t>　　2、每日英语听力或口语30分钟</w:t>
      </w:r>
      <w:r>
        <w:rPr>
          <w:lang w:eastAsia="zh-CN"/>
        </w:rPr>
        <w:br/>
      </w:r>
      <w:r>
        <w:rPr>
          <w:lang w:eastAsia="zh-CN"/>
        </w:rPr>
        <w:t>　　3、中午保证一小时休息，下午学习或外出体育活动</w:t>
      </w:r>
      <w:r>
        <w:rPr>
          <w:lang w:eastAsia="zh-CN"/>
        </w:rPr>
        <w:br/>
      </w:r>
      <w:r>
        <w:rPr>
          <w:lang w:eastAsia="zh-CN"/>
        </w:rPr>
        <w:t>　　4、每天做中考数学最后一题、两天做一题物理竞赛、化学竞赛题(轮流)</w:t>
      </w:r>
      <w:r>
        <w:rPr>
          <w:lang w:eastAsia="zh-CN"/>
        </w:rPr>
        <w:br/>
      </w:r>
      <w:r>
        <w:rPr>
          <w:lang w:eastAsia="zh-CN"/>
        </w:rPr>
        <w:t>　　1周</w:t>
      </w:r>
      <w:r>
        <w:rPr>
          <w:lang w:eastAsia="zh-CN"/>
        </w:rPr>
        <w:br/>
      </w:r>
      <w:r>
        <w:rPr>
          <w:lang w:eastAsia="zh-CN"/>
        </w:rPr>
        <w:t>　　7：00起床</w:t>
      </w:r>
      <w:r>
        <w:rPr>
          <w:lang w:eastAsia="zh-CN"/>
        </w:rPr>
        <w:br/>
      </w:r>
      <w:r>
        <w:rPr>
          <w:lang w:eastAsia="zh-CN"/>
        </w:rPr>
        <w:t>　　7：20洗漱完毕</w:t>
      </w:r>
      <w:r>
        <w:rPr>
          <w:lang w:eastAsia="zh-CN"/>
        </w:rPr>
        <w:br/>
      </w:r>
      <w:r>
        <w:rPr>
          <w:lang w:eastAsia="zh-CN"/>
        </w:rPr>
        <w:t>　　7：20----7：50：跑步</w:t>
      </w:r>
      <w:r>
        <w:rPr>
          <w:lang w:eastAsia="zh-CN"/>
        </w:rPr>
        <w:br/>
      </w:r>
      <w:r>
        <w:rPr>
          <w:lang w:eastAsia="zh-CN"/>
        </w:rPr>
        <w:t>　　8：00吃饭</w:t>
      </w:r>
      <w:r>
        <w:rPr>
          <w:lang w:eastAsia="zh-CN"/>
        </w:rPr>
        <w:br/>
      </w:r>
      <w:r>
        <w:rPr>
          <w:lang w:eastAsia="zh-CN"/>
        </w:rPr>
        <w:t>　　8：20---9：10做作业(语文阅读一篇和摘抄)</w:t>
      </w:r>
      <w:r>
        <w:rPr>
          <w:lang w:eastAsia="zh-CN"/>
        </w:rPr>
        <w:br/>
      </w:r>
      <w:r>
        <w:rPr>
          <w:lang w:eastAsia="zh-CN"/>
        </w:rPr>
        <w:t>　　9：25—11：25数学试卷一份</w:t>
      </w:r>
      <w:r>
        <w:rPr>
          <w:lang w:eastAsia="zh-CN"/>
        </w:rPr>
        <w:br/>
      </w:r>
      <w:r>
        <w:rPr>
          <w:lang w:eastAsia="zh-CN"/>
        </w:rPr>
        <w:t>　　11：25---11：45看报课外书</w:t>
      </w:r>
      <w:r>
        <w:rPr>
          <w:lang w:eastAsia="zh-CN"/>
        </w:rPr>
        <w:br/>
      </w:r>
      <w:r>
        <w:rPr>
          <w:lang w:eastAsia="zh-CN"/>
        </w:rPr>
        <w:t>　　11：45--13：00吃饭午休</w:t>
      </w:r>
      <w:r>
        <w:rPr>
          <w:lang w:eastAsia="zh-CN"/>
        </w:rPr>
        <w:br/>
      </w:r>
      <w:r>
        <w:rPr>
          <w:lang w:eastAsia="zh-CN"/>
        </w:rPr>
        <w:t>　　13：10---14：10化学</w:t>
      </w:r>
      <w:r>
        <w:rPr>
          <w:lang w:eastAsia="zh-CN"/>
        </w:rPr>
        <w:br/>
      </w:r>
      <w:r>
        <w:rPr>
          <w:lang w:eastAsia="zh-CN"/>
        </w:rPr>
        <w:t>　　14：25--15：25英语</w:t>
      </w:r>
      <w:r>
        <w:rPr>
          <w:lang w:eastAsia="zh-CN"/>
        </w:rPr>
        <w:br/>
      </w:r>
      <w:r>
        <w:rPr>
          <w:lang w:eastAsia="zh-CN"/>
        </w:rPr>
        <w:t>　　15：40—16：40物理</w:t>
      </w:r>
      <w:r>
        <w:rPr>
          <w:lang w:eastAsia="zh-CN"/>
        </w:rPr>
        <w:br/>
      </w:r>
      <w:r>
        <w:rPr>
          <w:lang w:eastAsia="zh-CN"/>
        </w:rPr>
        <w:t>　　16：40---吃晚饭前free包括体育运动</w:t>
      </w:r>
      <w:r>
        <w:rPr>
          <w:lang w:eastAsia="zh-CN"/>
        </w:rPr>
        <w:br/>
      </w:r>
      <w:r>
        <w:rPr>
          <w:lang w:eastAsia="zh-CN"/>
        </w:rPr>
        <w:t>　　吃完饭后：看英语节目，每天一门学科复习(或做数学题，物理，化学题)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lang w:eastAsia="zh-CN"/>
        </w:rPr>
        <w:t>　　21;00—21：30电视，电脑，课外书，free</w:t>
      </w:r>
      <w:r>
        <w:rPr>
          <w:lang w:eastAsia="zh-CN"/>
        </w:rPr>
        <w:br/>
      </w:r>
      <w:r>
        <w:rPr>
          <w:lang w:eastAsia="zh-CN"/>
        </w:rPr>
        <w:t>　　21：30睡觉</w:t>
      </w:r>
      <w:r>
        <w:rPr>
          <w:lang w:eastAsia="zh-CN"/>
        </w:rPr>
        <w:br/>
      </w:r>
      <w:r>
        <w:rPr>
          <w:lang w:eastAsia="zh-CN"/>
        </w:rPr>
        <w:t>　　2周</w:t>
      </w:r>
      <w:r>
        <w:rPr>
          <w:lang w:eastAsia="zh-CN"/>
        </w:rPr>
        <w:br/>
      </w:r>
      <w:r>
        <w:rPr>
          <w:lang w:eastAsia="zh-CN"/>
        </w:rPr>
        <w:t>　　7：00起床</w:t>
      </w:r>
      <w:r>
        <w:rPr>
          <w:lang w:eastAsia="zh-CN"/>
        </w:rPr>
        <w:br/>
      </w:r>
      <w:r>
        <w:rPr>
          <w:lang w:eastAsia="zh-CN"/>
        </w:rPr>
        <w:t>　　7：20洗漱完毕</w:t>
      </w:r>
      <w:r>
        <w:rPr>
          <w:lang w:eastAsia="zh-CN"/>
        </w:rPr>
        <w:br/>
      </w:r>
      <w:r>
        <w:rPr>
          <w:lang w:eastAsia="zh-CN"/>
        </w:rPr>
        <w:t>　　7：20----7：50：跑步</w:t>
      </w:r>
      <w:r>
        <w:rPr>
          <w:lang w:eastAsia="zh-CN"/>
        </w:rPr>
        <w:br/>
      </w:r>
      <w:r>
        <w:rPr>
          <w:lang w:eastAsia="zh-CN"/>
        </w:rPr>
        <w:t>　　8：00吃饭</w:t>
      </w:r>
      <w:r>
        <w:rPr>
          <w:lang w:eastAsia="zh-CN"/>
        </w:rPr>
        <w:br/>
      </w:r>
      <w:r>
        <w:rPr>
          <w:lang w:eastAsia="zh-CN"/>
        </w:rPr>
        <w:t>　　8：20---9：00做作业(英语)</w:t>
      </w:r>
      <w:r>
        <w:rPr>
          <w:lang w:eastAsia="zh-CN"/>
        </w:rPr>
        <w:br/>
      </w:r>
      <w:r>
        <w:rPr>
          <w:lang w:eastAsia="zh-CN"/>
        </w:rPr>
        <w:t>　　9：15—10：55物理试卷一份</w:t>
      </w:r>
      <w:r>
        <w:rPr>
          <w:lang w:eastAsia="zh-CN"/>
        </w:rPr>
        <w:br/>
      </w:r>
      <w:r>
        <w:rPr>
          <w:lang w:eastAsia="zh-CN"/>
        </w:rPr>
        <w:t>　　11：00---11：45历史</w:t>
      </w:r>
      <w:r>
        <w:rPr>
          <w:lang w:eastAsia="zh-CN"/>
        </w:rPr>
        <w:br/>
      </w:r>
      <w:r>
        <w:rPr>
          <w:lang w:eastAsia="zh-CN"/>
        </w:rPr>
        <w:t>　　11：45--13：00吃饭午休</w:t>
      </w:r>
      <w:r>
        <w:rPr>
          <w:lang w:eastAsia="zh-CN"/>
        </w:rPr>
        <w:br/>
      </w:r>
      <w:r>
        <w:rPr>
          <w:lang w:eastAsia="zh-CN"/>
        </w:rPr>
        <w:t>　　13：10---14：10语文(可写作文，或文言文)</w:t>
      </w:r>
      <w:r>
        <w:rPr>
          <w:lang w:eastAsia="zh-CN"/>
        </w:rPr>
        <w:br/>
      </w:r>
      <w:r>
        <w:rPr>
          <w:lang w:eastAsia="zh-CN"/>
        </w:rPr>
        <w:t>　　14：25--15：25数学</w:t>
      </w:r>
      <w:r>
        <w:rPr>
          <w:lang w:eastAsia="zh-CN"/>
        </w:rPr>
        <w:br/>
      </w:r>
      <w:r>
        <w:rPr>
          <w:lang w:eastAsia="zh-CN"/>
        </w:rPr>
        <w:t>　　15：40—16：40化学</w:t>
      </w:r>
      <w:r>
        <w:rPr>
          <w:lang w:eastAsia="zh-CN"/>
        </w:rPr>
        <w:br/>
      </w:r>
      <w:r>
        <w:rPr>
          <w:lang w:eastAsia="zh-CN"/>
        </w:rPr>
        <w:t>　　16：40---5：30摘抄，阅读包括体育运动</w:t>
      </w:r>
      <w:r>
        <w:rPr>
          <w:lang w:eastAsia="zh-CN"/>
        </w:rPr>
        <w:br/>
      </w:r>
      <w:r>
        <w:rPr>
          <w:lang w:eastAsia="zh-CN"/>
        </w:rPr>
        <w:t>　　吃完饭后：看英语节目，每天一门学科复习(或做数学题，物理，化学题)</w:t>
      </w:r>
      <w:r>
        <w:rPr>
          <w:lang w:eastAsia="zh-CN"/>
        </w:rPr>
        <w:br/>
      </w:r>
      <w:r>
        <w:rPr>
          <w:lang w:eastAsia="zh-CN"/>
        </w:rPr>
        <w:t>　　21;00—21：30电视，电脑，课外书，free</w:t>
      </w:r>
      <w:r>
        <w:rPr>
          <w:lang w:eastAsia="zh-CN"/>
        </w:rPr>
        <w:br/>
      </w:r>
      <w:r>
        <w:rPr>
          <w:lang w:eastAsia="zh-CN"/>
        </w:rPr>
        <w:t>　　21：30睡觉</w:t>
      </w:r>
      <w:r>
        <w:rPr>
          <w:lang w:eastAsia="zh-CN"/>
        </w:rPr>
        <w:br/>
      </w:r>
      <w:r>
        <w:rPr>
          <w:lang w:eastAsia="zh-CN"/>
        </w:rPr>
        <w:t>　　3周</w:t>
      </w:r>
      <w:r>
        <w:rPr>
          <w:lang w:eastAsia="zh-CN"/>
        </w:rPr>
        <w:br/>
      </w:r>
      <w:r>
        <w:rPr>
          <w:lang w:eastAsia="zh-CN"/>
        </w:rPr>
        <w:t>　　7：00起床</w:t>
      </w:r>
      <w:r>
        <w:rPr>
          <w:lang w:eastAsia="zh-CN"/>
        </w:rPr>
        <w:br/>
      </w:r>
      <w:r>
        <w:rPr>
          <w:lang w:eastAsia="zh-CN"/>
        </w:rPr>
        <w:t>　　7：20洗漱完毕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lang w:eastAsia="zh-CN"/>
        </w:rPr>
        <w:t>　　7：20----7：50：跑步</w:t>
      </w:r>
      <w:r>
        <w:rPr>
          <w:lang w:eastAsia="zh-CN"/>
        </w:rPr>
        <w:br/>
      </w:r>
      <w:r>
        <w:rPr>
          <w:lang w:eastAsia="zh-CN"/>
        </w:rPr>
        <w:t>　　8：00吃饭</w:t>
      </w:r>
      <w:r>
        <w:rPr>
          <w:lang w:eastAsia="zh-CN"/>
        </w:rPr>
        <w:br/>
      </w:r>
      <w:r>
        <w:rPr>
          <w:lang w:eastAsia="zh-CN"/>
        </w:rPr>
        <w:t>　　8：20---9：00做作业(数学)</w:t>
      </w:r>
      <w:r>
        <w:rPr>
          <w:lang w:eastAsia="zh-CN"/>
        </w:rPr>
        <w:br/>
      </w:r>
      <w:r>
        <w:rPr>
          <w:lang w:eastAsia="zh-CN"/>
        </w:rPr>
        <w:t>　　9：15—10：55化学试卷一份</w:t>
      </w:r>
      <w:r>
        <w:rPr>
          <w:lang w:eastAsia="zh-CN"/>
        </w:rPr>
        <w:br/>
      </w:r>
      <w:r>
        <w:rPr>
          <w:lang w:eastAsia="zh-CN"/>
        </w:rPr>
        <w:t>　　11：00---11：45英语</w:t>
      </w:r>
      <w:r>
        <w:rPr>
          <w:lang w:eastAsia="zh-CN"/>
        </w:rPr>
        <w:br/>
      </w:r>
      <w:r>
        <w:rPr>
          <w:lang w:eastAsia="zh-CN"/>
        </w:rPr>
        <w:t>　　11：45--13：00吃饭午休</w:t>
      </w:r>
      <w:r>
        <w:rPr>
          <w:lang w:eastAsia="zh-CN"/>
        </w:rPr>
        <w:br/>
      </w:r>
      <w:r>
        <w:rPr>
          <w:lang w:eastAsia="zh-CN"/>
        </w:rPr>
        <w:t>　　13：10---14：10语文(阅读一篇和摘抄)</w:t>
      </w:r>
      <w:r>
        <w:rPr>
          <w:lang w:eastAsia="zh-CN"/>
        </w:rPr>
        <w:br/>
      </w:r>
      <w:r>
        <w:rPr>
          <w:lang w:eastAsia="zh-CN"/>
        </w:rPr>
        <w:t>　　14：25--15：25物理</w:t>
      </w:r>
      <w:r>
        <w:rPr>
          <w:lang w:eastAsia="zh-CN"/>
        </w:rPr>
        <w:br/>
      </w:r>
      <w:r>
        <w:rPr>
          <w:lang w:eastAsia="zh-CN"/>
        </w:rPr>
        <w:t>　　15：40—16：40政治</w:t>
      </w:r>
      <w:r>
        <w:rPr>
          <w:lang w:eastAsia="zh-CN"/>
        </w:rPr>
        <w:br/>
      </w:r>
      <w:r>
        <w:rPr>
          <w:lang w:eastAsia="zh-CN"/>
        </w:rPr>
        <w:t>　　16：40---吃晚饭前free包括体育运动，吃完饭后：看英语节目，每天一门学科复习(或做数学题，物理，化学题)</w:t>
      </w:r>
      <w:r>
        <w:rPr>
          <w:lang w:eastAsia="zh-CN"/>
        </w:rPr>
        <w:br/>
      </w:r>
      <w:r>
        <w:rPr>
          <w:lang w:eastAsia="zh-CN"/>
        </w:rPr>
        <w:t>　　21;00—21：30电视，电脑，课外书，free</w:t>
      </w:r>
      <w:r>
        <w:rPr>
          <w:lang w:eastAsia="zh-CN"/>
        </w:rPr>
        <w:br/>
      </w:r>
      <w:r>
        <w:rPr>
          <w:lang w:eastAsia="zh-CN"/>
        </w:rPr>
        <w:t>　　21：30睡觉</w:t>
      </w:r>
      <w:r>
        <w:rPr>
          <w:lang w:eastAsia="zh-CN"/>
        </w:rPr>
        <w:br/>
      </w:r>
      <w:r>
        <w:rPr>
          <w:lang w:eastAsia="zh-CN"/>
        </w:rPr>
        <w:t>　　以上计划，三天一循环。意专心、用心、恒心等基本素质的培养，对于自身的优势、缺陷等更要有深刻的认识。总之，世上无难事，只怕有心人。</w:t>
      </w:r>
      <w:r>
        <w:rPr>
          <w:lang w:eastAsia="zh-CN"/>
        </w:rPr>
        <w:br/>
      </w:r>
      <w:r>
        <w:rPr>
          <w:lang w:eastAsia="zh-CN"/>
        </w:rPr>
        <w:t xml:space="preserve">    最新寒假的学习计划范文 篇7 </w:t>
      </w:r>
      <w:r>
        <w:rPr>
          <w:lang w:eastAsia="zh-CN"/>
        </w:rPr>
        <w:br/>
      </w:r>
      <w:r>
        <w:rPr>
          <w:lang w:eastAsia="zh-CN"/>
        </w:rPr>
        <w:t>　　对于我初中的第一个寒假的表现，我还是比较满意的。这期间我认真完成了所有的假期作业，有一些比较难的则和父母一起讨论，还和父母一起分析了期末考试试题，感觉收获很大。作业之余，复习了七上的有关内容，并预习以下的部分内容，阅读《水浒传》及一些其它的课外书籍，丰富了自己的知识，扩展了自己的视野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lang w:eastAsia="zh-CN"/>
        </w:rPr>
        <w:t>　　我总是尽力的帮助父母做一些力所能及的家务事，偶尔上上网，看电视时间比较长。</w:t>
      </w:r>
      <w:r>
        <w:rPr>
          <w:lang w:eastAsia="zh-CN"/>
        </w:rPr>
        <w:br/>
      </w:r>
      <w:r>
        <w:rPr>
          <w:lang w:eastAsia="zh-CN"/>
        </w:rPr>
        <w:t>　　现在寒假的生活结合上一学期存在的问题，为了让自己能做得更好，我也对自己有了新的要求。校内校外都要认真完成作业，上过的内容要及时复习，有问题时一定要及时问老师，将所有没有听懂的知识都弄明白。上课认真听讲，认真做笔记，上课积极发言，不随意做小动作、讲话。平时要多做有意义的事，如多读书，并做好读书笔记，多做数学题，多听英语磁带，每天坚持练字页，做一道数学难题，做一篇完形阅读，少上网，少看电视。还要在性格上进行改变，要开朗一些，多与人交流。</w:t>
      </w:r>
      <w:r>
        <w:rPr>
          <w:lang w:eastAsia="zh-CN"/>
        </w:rPr>
        <w:br/>
      </w:r>
      <w:r>
        <w:rPr>
          <w:lang w:eastAsia="zh-CN"/>
        </w:rPr>
        <w:t>　　我对自己下次考试的要求：</w:t>
      </w:r>
      <w:r>
        <w:rPr>
          <w:lang w:eastAsia="zh-CN"/>
        </w:rPr>
        <w:br/>
      </w:r>
      <w:r>
        <w:rPr>
          <w:lang w:eastAsia="zh-CN"/>
        </w:rPr>
        <w:t>　　1、做题时要看仔细，不能马虎；</w:t>
      </w:r>
      <w:r>
        <w:rPr>
          <w:lang w:eastAsia="zh-CN"/>
        </w:rPr>
        <w:br/>
      </w:r>
      <w:r>
        <w:rPr>
          <w:lang w:eastAsia="zh-CN"/>
        </w:rPr>
        <w:t>　　2、认真对待每一道题；</w:t>
      </w:r>
      <w:r>
        <w:rPr>
          <w:lang w:eastAsia="zh-CN"/>
        </w:rPr>
        <w:br/>
      </w:r>
      <w:r>
        <w:rPr>
          <w:lang w:eastAsia="zh-CN"/>
        </w:rPr>
        <w:t>　　3、遇到难题不能放弃，要克服困难仔细思考；</w:t>
      </w:r>
      <w:r>
        <w:rPr>
          <w:lang w:eastAsia="zh-CN"/>
        </w:rPr>
        <w:br/>
      </w:r>
      <w:r>
        <w:rPr>
          <w:lang w:eastAsia="zh-CN"/>
        </w:rPr>
        <w:t>　　4、做完要认真检查。</w:t>
      </w:r>
      <w:r>
        <w:rPr>
          <w:lang w:eastAsia="zh-CN"/>
        </w:rPr>
        <w:br/>
      </w:r>
      <w:r>
        <w:rPr>
          <w:lang w:eastAsia="zh-CN"/>
        </w:rPr>
        <w:t>　　我相信，我的成绩一定会上升的，请老师和同学们监督我。</w:t>
      </w:r>
      <w:r>
        <w:rPr>
          <w:lang w:eastAsia="zh-CN"/>
        </w:rPr>
        <w:br/>
      </w:r>
      <w:r>
        <w:rPr>
          <w:lang w:eastAsia="zh-CN"/>
        </w:rPr>
        <w:t xml:space="preserve">    最新寒假的学习计划范文 篇8 </w:t>
      </w:r>
      <w:r>
        <w:rPr>
          <w:lang w:eastAsia="zh-CN"/>
        </w:rPr>
        <w:br/>
      </w:r>
      <w:r>
        <w:rPr>
          <w:lang w:eastAsia="zh-CN"/>
        </w:rPr>
        <w:t>　　一年一度的寒假到来了，为了响应学校大队部发出的”过一个丰富多彩的寒假”的号召，结合本人实际，制定如下计划:</w:t>
      </w:r>
      <w:r>
        <w:rPr>
          <w:lang w:eastAsia="zh-CN"/>
        </w:rPr>
        <w:br/>
      </w:r>
      <w:r>
        <w:rPr>
          <w:lang w:eastAsia="zh-CN"/>
        </w:rPr>
        <w:t>　　一、学习方面</w:t>
      </w:r>
      <w:r>
        <w:rPr>
          <w:lang w:eastAsia="zh-CN"/>
        </w:rPr>
        <w:br/>
      </w:r>
      <w:r>
        <w:rPr>
          <w:lang w:eastAsia="zh-CN"/>
        </w:rPr>
        <w:t>　　1、认真完成老师布置的假期阅读，每天写2篇，保证质量。</w:t>
      </w:r>
      <w:r>
        <w:rPr>
          <w:lang w:eastAsia="zh-CN"/>
        </w:rPr>
        <w:br/>
      </w:r>
      <w:r>
        <w:rPr>
          <w:lang w:eastAsia="zh-CN"/>
        </w:rPr>
        <w:t>　　2、我的字写得不好，为了练好字，我每天写一篇钢楷。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lang w:eastAsia="zh-CN"/>
        </w:rPr>
        <w:t>　　3、阅读《小人国和大人国的故事》，每天看5页，读后讲给奶奶听。</w:t>
      </w:r>
      <w:r>
        <w:rPr>
          <w:lang w:eastAsia="zh-CN"/>
        </w:rPr>
        <w:br/>
      </w:r>
      <w:r>
        <w:rPr>
          <w:lang w:eastAsia="zh-CN"/>
        </w:rPr>
        <w:t>　　4、每天准时去上作文班，保证学好作文。</w:t>
      </w:r>
      <w:r>
        <w:rPr>
          <w:lang w:eastAsia="zh-CN"/>
        </w:rPr>
        <w:br/>
      </w:r>
      <w:r>
        <w:rPr>
          <w:lang w:eastAsia="zh-CN"/>
        </w:rPr>
        <w:t>　　二、劳动方面</w:t>
      </w:r>
      <w:r>
        <w:rPr>
          <w:lang w:eastAsia="zh-CN"/>
        </w:rPr>
        <w:br/>
      </w:r>
      <w:r>
        <w:rPr>
          <w:lang w:eastAsia="zh-CN"/>
        </w:rPr>
        <w:t>　　1、每天自己叠被，整理房间，</w:t>
      </w:r>
      <w:r>
        <w:rPr>
          <w:lang w:eastAsia="zh-CN"/>
        </w:rPr>
        <w:br/>
      </w:r>
      <w:r>
        <w:rPr>
          <w:lang w:eastAsia="zh-CN"/>
        </w:rPr>
        <w:t>　　2、每天给妈妈捶背，按摩至少2次，减轻妈妈的疲劳。</w:t>
      </w:r>
      <w:r>
        <w:rPr>
          <w:lang w:eastAsia="zh-CN"/>
        </w:rPr>
        <w:br/>
      </w:r>
      <w:r>
        <w:rPr>
          <w:lang w:eastAsia="zh-CN"/>
        </w:rPr>
        <w:t>　　三、体育方面</w:t>
      </w:r>
      <w:r>
        <w:rPr>
          <w:lang w:eastAsia="zh-CN"/>
        </w:rPr>
        <w:br/>
      </w:r>
      <w:r>
        <w:rPr>
          <w:lang w:eastAsia="zh-CN"/>
        </w:rPr>
        <w:t>　　1、每天早、晚跳绳各100下</w:t>
      </w:r>
      <w:r>
        <w:rPr>
          <w:lang w:eastAsia="zh-CN"/>
        </w:rPr>
        <w:br/>
      </w:r>
      <w:r>
        <w:rPr>
          <w:lang w:eastAsia="zh-CN"/>
        </w:rPr>
        <w:t>　　2、每天做3次眼保健操，每次10分钟。</w:t>
      </w:r>
      <w:r>
        <w:rPr>
          <w:lang w:eastAsia="zh-CN"/>
        </w:rPr>
        <w:br/>
      </w:r>
      <w:r>
        <w:rPr>
          <w:lang w:eastAsia="zh-CN"/>
        </w:rPr>
        <w:t>　　四、娱乐方面</w:t>
      </w:r>
      <w:r>
        <w:rPr>
          <w:lang w:eastAsia="zh-CN"/>
        </w:rPr>
        <w:br/>
      </w:r>
      <w:r>
        <w:rPr>
          <w:lang w:eastAsia="zh-CN"/>
        </w:rPr>
        <w:t>　　1、每天看一小时的动画片。</w:t>
      </w:r>
      <w:r>
        <w:rPr>
          <w:lang w:eastAsia="zh-CN"/>
        </w:rPr>
        <w:br/>
      </w:r>
      <w:r>
        <w:rPr>
          <w:lang w:eastAsia="zh-CN"/>
        </w:rPr>
        <w:t>　　2、每天玩30分钟的电脑。</w:t>
      </w:r>
      <w:r>
        <w:rPr>
          <w:lang w:eastAsia="zh-CN"/>
        </w:rPr>
        <w:br/>
      </w:r>
      <w:r>
        <w:rPr>
          <w:lang w:eastAsia="zh-CN"/>
        </w:rPr>
        <w:t>　　请大家监督我。</w:t>
      </w:r>
      <w:r>
        <w:rPr>
          <w:lang w:eastAsia="zh-CN"/>
        </w:rPr>
        <w:br/>
      </w:r>
      <w:r>
        <w:rPr>
          <w:lang w:eastAsia="zh-CN"/>
        </w:rPr>
        <w:t xml:space="preserve">    最新寒假的学习计划范文 篇9 </w:t>
      </w:r>
      <w:r>
        <w:rPr>
          <w:lang w:eastAsia="zh-CN"/>
        </w:rPr>
        <w:br/>
      </w:r>
      <w:r>
        <w:rPr>
          <w:lang w:eastAsia="zh-CN"/>
        </w:rPr>
        <w:t>　　一、早晨合理安排30分钟读一读英语。</w:t>
      </w:r>
      <w:r>
        <w:rPr>
          <w:lang w:eastAsia="zh-CN"/>
        </w:rPr>
        <w:br/>
      </w:r>
      <w:r>
        <w:rPr>
          <w:lang w:eastAsia="zh-CN"/>
        </w:rPr>
        <w:t>　　二、利用上午2节课的时间分别独立完成2科寒假作业。</w:t>
      </w:r>
      <w:r>
        <w:rPr>
          <w:lang w:eastAsia="zh-CN"/>
        </w:rPr>
        <w:br/>
      </w:r>
      <w:r>
        <w:rPr>
          <w:lang w:eastAsia="zh-CN"/>
        </w:rPr>
        <w:t>　　三、中午适当午休</w:t>
      </w:r>
      <w:r>
        <w:rPr>
          <w:lang w:eastAsia="zh-CN"/>
        </w:rPr>
        <w:br/>
      </w:r>
      <w:r>
        <w:rPr>
          <w:lang w:eastAsia="zh-CN"/>
        </w:rPr>
        <w:t>　　四、和上午一样，利用下午的时间做些寒假作业，但不可一下子贪多。要均衡、科学安排。</w:t>
      </w:r>
      <w:r>
        <w:rPr>
          <w:lang w:eastAsia="zh-CN"/>
        </w:rPr>
        <w:br/>
      </w:r>
      <w:r>
        <w:rPr>
          <w:lang w:eastAsia="zh-CN"/>
        </w:rPr>
        <w:t>　　五、自由时间可以干一些喜欢的事情，但要控制在半小时的时间。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>
        <w:rPr>
          <w:lang w:eastAsia="zh-CN"/>
        </w:rPr>
        <w:t>　　六、晚饭之前是自由活动的时间，可以看电视等，但要看看新闻。</w:t>
      </w:r>
      <w:r>
        <w:rPr>
          <w:lang w:eastAsia="zh-CN"/>
        </w:rPr>
        <w:br/>
      </w:r>
      <w:r>
        <w:rPr>
          <w:lang w:eastAsia="zh-CN"/>
        </w:rPr>
        <w:t>　　七、读一些好的小文章，写日记或是读后感，或是精彩的摘抄。</w:t>
      </w:r>
      <w:r>
        <w:rPr>
          <w:lang w:eastAsia="zh-CN"/>
        </w:rPr>
        <w:br/>
      </w:r>
      <w:r>
        <w:rPr>
          <w:lang w:eastAsia="zh-CN"/>
        </w:rPr>
        <w:t>　　八、一天学习时间最少保持在7-8小时(上课时间包括在内)</w:t>
      </w:r>
      <w:r>
        <w:rPr>
          <w:lang w:eastAsia="zh-CN"/>
        </w:rPr>
        <w:br/>
      </w:r>
      <w:r>
        <w:rPr>
          <w:lang w:eastAsia="zh-CN"/>
        </w:rPr>
        <w:t>　　九、学习时间最好固定在：上午8：30-11：30，下午14：30-17：30;晚上19：30-21：30。</w:t>
      </w:r>
      <w:r>
        <w:rPr>
          <w:lang w:eastAsia="zh-CN"/>
        </w:rPr>
        <w:br/>
      </w:r>
      <w:r>
        <w:rPr>
          <w:lang w:eastAsia="zh-CN"/>
        </w:rPr>
        <w:t>　　十、既不要睡懒觉，也不要开夜车。</w:t>
      </w:r>
      <w:r>
        <w:rPr>
          <w:lang w:eastAsia="zh-CN"/>
        </w:rPr>
        <w:br/>
      </w:r>
      <w:r>
        <w:rPr>
          <w:lang w:eastAsia="zh-CN"/>
        </w:rPr>
        <w:t>　　十一、制定学习计划，主要是以保证每科的学习时间为主。若在规定的时间内无法完成作业，应赶快根据计划更换到其他的学习科目。千万不要总出现计划总是赶不上变化的局面。</w:t>
      </w:r>
      <w:r>
        <w:rPr>
          <w:lang w:eastAsia="zh-CN"/>
        </w:rPr>
        <w:br/>
      </w:r>
      <w:r>
        <w:rPr>
          <w:lang w:eastAsia="zh-CN"/>
        </w:rPr>
        <w:t>　　十二、晚上学习的最后一个小时为机动，目的是把白天没有解决的问题或没有完成的任务再找补一下。</w:t>
      </w:r>
      <w:r>
        <w:rPr>
          <w:lang w:eastAsia="zh-CN"/>
        </w:rPr>
        <w:br/>
      </w:r>
      <w:r>
        <w:rPr>
          <w:lang w:eastAsia="zh-CN"/>
        </w:rPr>
        <w:t>　　十三、一天至少进行三科的复习，文理分开，擅长/喜欢和厌恶的科目交叉进行。不要前赶或后补作业。完成作业不是目的，根据作业查缺补漏，或翻书再复习一下薄弱环节才是根本。</w:t>
      </w:r>
      <w:r>
        <w:rPr>
          <w:lang w:eastAsia="zh-CN"/>
        </w:rPr>
        <w:br/>
      </w:r>
      <w:r>
        <w:rPr>
          <w:lang w:eastAsia="zh-CN"/>
        </w:rPr>
        <w:t>　　十四、若有自己解决不了的问题，千万不要死抠或置之不理，可以打电话请教一下老师或同学。</w:t>
      </w:r>
      <w:r>
        <w:rPr>
          <w:lang w:eastAsia="zh-CN"/>
        </w:rPr>
        <w:br/>
      </w:r>
      <w:r>
        <w:rPr>
          <w:lang w:eastAsia="zh-CN"/>
        </w:rPr>
        <w:t>　　小学生寒假学习计划5</w:t>
      </w:r>
      <w:r>
        <w:rPr>
          <w:lang w:eastAsia="zh-CN"/>
        </w:rPr>
        <w:br/>
      </w:r>
      <w:r>
        <w:rPr>
          <w:lang w:eastAsia="zh-CN"/>
        </w:rPr>
        <w:t>　　寒假就要开始了，根据爸爸妈妈的要求，为了能过一个有意义的寒假，为五年级有一个好的开始！我决定拟一个寒假计划！我一定按计划做。</w:t>
      </w:r>
      <w:r>
        <w:rPr>
          <w:lang w:eastAsia="zh-CN"/>
        </w:rPr>
        <w:br/>
      </w:r>
      <w:r>
        <w:rPr>
          <w:lang w:eastAsia="zh-CN"/>
        </w:rPr>
        <w:t>　　第一条：每日早上6：00起床，晚上9：00睡觉。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lang w:eastAsia="zh-CN"/>
        </w:rPr>
        <w:t>　　第二条：起床跑半个小时的步，然后每日坚持户外活动两个小时。</w:t>
      </w:r>
      <w:r>
        <w:rPr>
          <w:lang w:eastAsia="zh-CN"/>
        </w:rPr>
        <w:br/>
      </w:r>
      <w:r>
        <w:rPr>
          <w:lang w:eastAsia="zh-CN"/>
        </w:rPr>
        <w:t>　　第三条：每日背诵作文范文精彩片段2段；</w:t>
      </w:r>
      <w:r>
        <w:rPr>
          <w:lang w:eastAsia="zh-CN"/>
        </w:rPr>
        <w:br/>
      </w:r>
      <w:r>
        <w:rPr>
          <w:lang w:eastAsia="zh-CN"/>
        </w:rPr>
        <w:t>　　第四条：每周1篇命题作文；周记一周一篇，完成时间自选。</w:t>
      </w:r>
      <w:r>
        <w:rPr>
          <w:lang w:eastAsia="zh-CN"/>
        </w:rPr>
        <w:br/>
      </w:r>
      <w:r>
        <w:rPr>
          <w:lang w:eastAsia="zh-CN"/>
        </w:rPr>
        <w:t>　　第五条：电脑中学习新概念英语第一册半小时/天；</w:t>
      </w:r>
      <w:r>
        <w:rPr>
          <w:lang w:eastAsia="zh-CN"/>
        </w:rPr>
        <w:br/>
      </w:r>
      <w:r>
        <w:rPr>
          <w:lang w:eastAsia="zh-CN"/>
        </w:rPr>
        <w:t>　　第六条：每周一次跟爸爸妈妈出去活动，活动形式含逛商场，骑自行车郊游，爬山，游公园等；一周可选择性观看自己喜欢的电视节目2小时。</w:t>
      </w:r>
      <w:r>
        <w:rPr>
          <w:lang w:eastAsia="zh-CN"/>
        </w:rPr>
        <w:br/>
      </w:r>
      <w:r>
        <w:rPr>
          <w:lang w:eastAsia="zh-CN"/>
        </w:rPr>
        <w:t>　　第七条：语文、数学的作业要同步进行。</w:t>
      </w:r>
      <w:r>
        <w:rPr>
          <w:lang w:eastAsia="zh-CN"/>
        </w:rPr>
        <w:br/>
      </w:r>
      <w:r>
        <w:rPr>
          <w:lang w:eastAsia="zh-CN"/>
        </w:rPr>
        <w:t>　　第七条：每日写一篇小字，如果时间宽松，再练毛笔字每日一张。</w:t>
      </w:r>
      <w:r>
        <w:rPr>
          <w:lang w:eastAsia="zh-CN"/>
        </w:rPr>
        <w:br/>
      </w:r>
      <w:r>
        <w:rPr>
          <w:lang w:eastAsia="zh-CN"/>
        </w:rPr>
        <w:t>　　另外，对于我的压岁钱，我要拿出20％作“流动资金”，30％交学费。”50％捐给希望工程。如果以上我都完成得很好，那以后我就给自己做很多的计划，这样我就能成为一个很优秀的学生。</w:t>
      </w:r>
      <w:r>
        <w:rPr>
          <w:lang w:eastAsia="zh-CN"/>
        </w:rPr>
        <w:br/>
      </w:r>
      <w:r>
        <w:rPr>
          <w:lang w:eastAsia="zh-CN"/>
        </w:rPr>
        <w:t xml:space="preserve">    最新寒假的学习计划范文 篇10 </w:t>
      </w:r>
      <w:r>
        <w:rPr>
          <w:lang w:eastAsia="zh-CN"/>
        </w:rPr>
        <w:br/>
      </w:r>
      <w:r>
        <w:rPr>
          <w:lang w:eastAsia="zh-CN"/>
        </w:rPr>
        <w:t>　　1.早晨7:50起床。</w:t>
      </w:r>
      <w:r>
        <w:rPr>
          <w:lang w:eastAsia="zh-CN"/>
        </w:rPr>
        <w:br/>
      </w:r>
      <w:r>
        <w:rPr>
          <w:lang w:eastAsia="zh-CN"/>
        </w:rPr>
        <w:t>　　2.7:50---8:00洗漱。</w:t>
      </w:r>
      <w:r>
        <w:rPr>
          <w:lang w:eastAsia="zh-CN"/>
        </w:rPr>
        <w:br/>
      </w:r>
      <w:r>
        <w:rPr>
          <w:lang w:eastAsia="zh-CN"/>
        </w:rPr>
        <w:t>　　3.8:10---8:30读读背背《论语》至少一面。</w:t>
      </w:r>
      <w:r>
        <w:rPr>
          <w:lang w:eastAsia="zh-CN"/>
        </w:rPr>
        <w:br/>
      </w:r>
      <w:r>
        <w:rPr>
          <w:lang w:eastAsia="zh-CN"/>
        </w:rPr>
        <w:t>　　4.8:40---9:20做读书摘记至少两篇。</w:t>
      </w:r>
      <w:r>
        <w:rPr>
          <w:lang w:eastAsia="zh-CN"/>
        </w:rPr>
        <w:br/>
      </w:r>
      <w:r>
        <w:rPr>
          <w:lang w:eastAsia="zh-CN"/>
        </w:rPr>
        <w:t>　　5.9:30---9:50完成数学报纸至少两面。</w:t>
      </w:r>
      <w:r>
        <w:rPr>
          <w:lang w:eastAsia="zh-CN"/>
        </w:rPr>
        <w:br/>
      </w:r>
      <w:r>
        <w:rPr>
          <w:lang w:eastAsia="zh-CN"/>
        </w:rPr>
        <w:t>　　6.10:00---10:30预习下册教科书。</w:t>
      </w:r>
      <w:r>
        <w:rPr>
          <w:lang w:eastAsia="zh-CN"/>
        </w:rPr>
        <w:br/>
      </w:r>
      <w:r>
        <w:rPr>
          <w:lang w:eastAsia="zh-CN"/>
        </w:rPr>
        <w:t>　　7.10:40---11:00默写上册英语书的单词表星号词和粗体词，至少两个单元。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>
        <w:rPr>
          <w:lang w:eastAsia="zh-CN"/>
        </w:rPr>
        <w:t>　　8.11:00---11:25吃午饭。</w:t>
      </w:r>
      <w:r>
        <w:rPr>
          <w:lang w:eastAsia="zh-CN"/>
        </w:rPr>
        <w:br/>
      </w:r>
      <w:r>
        <w:rPr>
          <w:lang w:eastAsia="zh-CN"/>
        </w:rPr>
        <w:t>　　9.11:30---12：20看课外书。</w:t>
      </w:r>
      <w:r>
        <w:rPr>
          <w:lang w:eastAsia="zh-CN"/>
        </w:rPr>
        <w:br/>
      </w:r>
      <w:r>
        <w:rPr>
          <w:lang w:eastAsia="zh-CN"/>
        </w:rPr>
        <w:t>　　10.12:30---13:00读熟古诗。</w:t>
      </w:r>
      <w:r>
        <w:rPr>
          <w:lang w:eastAsia="zh-CN"/>
        </w:rPr>
        <w:br/>
      </w:r>
      <w:r>
        <w:rPr>
          <w:lang w:eastAsia="zh-CN"/>
        </w:rPr>
        <w:t>　　11.13:20---13:50读读背背《弟子规》至少五面。</w:t>
      </w:r>
      <w:r>
        <w:rPr>
          <w:lang w:eastAsia="zh-CN"/>
        </w:rPr>
        <w:br/>
      </w:r>
      <w:r>
        <w:rPr>
          <w:lang w:eastAsia="zh-CN"/>
        </w:rPr>
        <w:t>　　12.14:00---14:50读读背背《知识大全》至少一面。</w:t>
      </w:r>
      <w:r>
        <w:rPr>
          <w:lang w:eastAsia="zh-CN"/>
        </w:rPr>
        <w:br/>
      </w:r>
      <w:r>
        <w:rPr>
          <w:lang w:eastAsia="zh-CN"/>
        </w:rPr>
        <w:t>　　13.15:00---15:50练毛笔字或钢笔字。</w:t>
      </w:r>
      <w:r>
        <w:rPr>
          <w:lang w:eastAsia="zh-CN"/>
        </w:rPr>
        <w:br/>
      </w:r>
      <w:r>
        <w:rPr>
          <w:lang w:eastAsia="zh-CN"/>
        </w:rPr>
        <w:t>　　14.16:10---17:10骑自行车或打羽毛球。</w:t>
      </w:r>
      <w:r>
        <w:rPr>
          <w:lang w:eastAsia="zh-CN"/>
        </w:rPr>
        <w:br/>
      </w:r>
      <w:r>
        <w:rPr>
          <w:lang w:eastAsia="zh-CN"/>
        </w:rPr>
        <w:t>　　15.17:20---17:50吃晚饭。</w:t>
      </w:r>
      <w:r>
        <w:rPr>
          <w:lang w:eastAsia="zh-CN"/>
        </w:rPr>
        <w:br/>
      </w:r>
      <w:r>
        <w:rPr>
          <w:lang w:eastAsia="zh-CN"/>
        </w:rPr>
        <w:t>　　16.18:00---19:00帮爸爸妈妈做一些力所能及的事。</w:t>
      </w:r>
      <w:r>
        <w:rPr>
          <w:lang w:eastAsia="zh-CN"/>
        </w:rPr>
        <w:br/>
      </w:r>
      <w:r>
        <w:rPr>
          <w:lang w:eastAsia="zh-CN"/>
        </w:rPr>
        <w:t>　　17.19：20---8:10洗漱。</w:t>
      </w:r>
      <w:r>
        <w:rPr>
          <w:lang w:eastAsia="zh-CN"/>
        </w:rPr>
        <w:br/>
      </w:r>
      <w:r>
        <w:rPr>
          <w:lang w:eastAsia="zh-CN"/>
        </w:rPr>
        <w:t>　　18.8:10---10:00看电视。</w:t>
      </w:r>
      <w:r>
        <w:rPr>
          <w:lang w:eastAsia="zh-CN"/>
        </w:rPr>
        <w:br/>
      </w:r>
      <w:r>
        <w:rPr>
          <w:lang w:eastAsia="zh-CN"/>
        </w:rPr>
        <w:t>　　19.10:00睡觉。</w:t>
      </w:r>
      <w:r>
        <w:rPr>
          <w:lang w:eastAsia="zh-CN"/>
        </w:rPr>
        <w:br/>
      </w:r>
      <w:r>
        <w:rPr>
          <w:lang w:eastAsia="zh-CN"/>
        </w:rPr>
        <w:t xml:space="preserve">    最新寒假的学习计划范文 篇11 </w:t>
      </w:r>
      <w:r>
        <w:rPr>
          <w:lang w:eastAsia="zh-CN"/>
        </w:rPr>
        <w:br/>
      </w:r>
      <w:r>
        <w:rPr>
          <w:lang w:eastAsia="zh-CN"/>
        </w:rPr>
        <w:t>　　快乐的寒假就要到来，为了使我的寒假变得更充实有趣的同时学习功课也不落下，我要定个寒假计划，以方便我执行。</w:t>
      </w:r>
      <w:r>
        <w:rPr>
          <w:lang w:eastAsia="zh-CN"/>
        </w:rPr>
        <w:br/>
      </w:r>
      <w:r>
        <w:rPr>
          <w:lang w:eastAsia="zh-CN"/>
        </w:rPr>
        <w:t>　　因为过年后要走亲访友去拜年，就没时间写作业了，所以我决定在过年前将作业完成。也就是在2月_号前完成作业，除去今天不算，也就有十天写作业的时间。在这十天我将把所有作业写完，下面是我十天的作息表：</w:t>
      </w:r>
      <w:r>
        <w:rPr>
          <w:lang w:eastAsia="zh-CN"/>
        </w:rPr>
        <w:br/>
      </w:r>
      <w:r>
        <w:rPr>
          <w:lang w:eastAsia="zh-CN"/>
        </w:rPr>
        <w:t>　　7：00起床，然后在在半个小时内穿好衣服洗好脸刷好牙;</w:t>
      </w:r>
      <w:r>
        <w:rPr>
          <w:lang w:eastAsia="zh-CN"/>
        </w:rPr>
        <w:br/>
      </w:r>
      <w:r>
        <w:rPr>
          <w:lang w:eastAsia="zh-CN"/>
        </w:rPr>
        <w:t>　　7：30吃早餐，然后在家里做一些运动;</w:t>
      </w:r>
      <w:r>
        <w:rPr>
          <w:lang w:eastAsia="zh-CN"/>
        </w:rPr>
        <w:br/>
      </w:r>
      <w:r>
        <w:rPr>
          <w:lang w:eastAsia="zh-CN"/>
        </w:rPr>
        <w:t>　　8：00-8：40做英语作业;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>
        <w:rPr>
          <w:lang w:eastAsia="zh-CN"/>
        </w:rPr>
        <w:t>　　8：40-9：00休息;</w:t>
      </w:r>
      <w:r>
        <w:rPr>
          <w:lang w:eastAsia="zh-CN"/>
        </w:rPr>
        <w:br/>
      </w:r>
      <w:r>
        <w:rPr>
          <w:lang w:eastAsia="zh-CN"/>
        </w:rPr>
        <w:t>　　9：00-9：40做语文作业;</w:t>
      </w:r>
      <w:r>
        <w:rPr>
          <w:lang w:eastAsia="zh-CN"/>
        </w:rPr>
        <w:br/>
      </w:r>
      <w:r>
        <w:rPr>
          <w:lang w:eastAsia="zh-CN"/>
        </w:rPr>
        <w:t>　　10：00-10：40做完数学作业;</w:t>
      </w:r>
      <w:r>
        <w:rPr>
          <w:lang w:eastAsia="zh-CN"/>
        </w:rPr>
        <w:br/>
      </w:r>
      <w:r>
        <w:rPr>
          <w:lang w:eastAsia="zh-CN"/>
        </w:rPr>
        <w:t>　　10：40-11：20看一本多课外书;</w:t>
      </w:r>
      <w:r>
        <w:rPr>
          <w:lang w:eastAsia="zh-CN"/>
        </w:rPr>
        <w:br/>
      </w:r>
      <w:r>
        <w:rPr>
          <w:lang w:eastAsia="zh-CN"/>
        </w:rPr>
        <w:t>　　11：30-12：00吃午餐;</w:t>
      </w:r>
      <w:r>
        <w:rPr>
          <w:lang w:eastAsia="zh-CN"/>
        </w:rPr>
        <w:br/>
      </w:r>
      <w:r>
        <w:rPr>
          <w:lang w:eastAsia="zh-CN"/>
        </w:rPr>
        <w:t>　　12：00-13：20休息;</w:t>
      </w:r>
      <w:r>
        <w:rPr>
          <w:lang w:eastAsia="zh-CN"/>
        </w:rPr>
        <w:br/>
      </w:r>
      <w:r>
        <w:rPr>
          <w:lang w:eastAsia="zh-CN"/>
        </w:rPr>
        <w:t>　　13：20-15：30学跆拳道;</w:t>
      </w:r>
      <w:r>
        <w:rPr>
          <w:lang w:eastAsia="zh-CN"/>
        </w:rPr>
        <w:br/>
      </w:r>
      <w:r>
        <w:rPr>
          <w:lang w:eastAsia="zh-CN"/>
        </w:rPr>
        <w:t>　　15：20-16：20做自己喜欢的事情(除了玩电脑看电视等相关的);</w:t>
      </w:r>
      <w:r>
        <w:rPr>
          <w:lang w:eastAsia="zh-CN"/>
        </w:rPr>
        <w:br/>
      </w:r>
      <w:r>
        <w:rPr>
          <w:lang w:eastAsia="zh-CN"/>
        </w:rPr>
        <w:t>　　16：20-18：20再看一本课外书;</w:t>
      </w:r>
      <w:r>
        <w:rPr>
          <w:lang w:eastAsia="zh-CN"/>
        </w:rPr>
        <w:br/>
      </w:r>
      <w:r>
        <w:rPr>
          <w:lang w:eastAsia="zh-CN"/>
        </w:rPr>
        <w:t>　　18：20-19：00随便玩什么(玩20分钟电脑，剩余找别人玩);</w:t>
      </w:r>
      <w:r>
        <w:rPr>
          <w:lang w:eastAsia="zh-CN"/>
        </w:rPr>
        <w:br/>
      </w:r>
      <w:r>
        <w:rPr>
          <w:lang w:eastAsia="zh-CN"/>
        </w:rPr>
        <w:t>　　19：00-21：00看情况，作业多就再做作业或看电视;</w:t>
      </w:r>
      <w:r>
        <w:rPr>
          <w:lang w:eastAsia="zh-CN"/>
        </w:rPr>
        <w:br/>
      </w:r>
      <w:r>
        <w:rPr>
          <w:lang w:eastAsia="zh-CN"/>
        </w:rPr>
        <w:t>　　21：00洗漱(要每个星期洗一次澡)睡觉。</w:t>
      </w:r>
      <w:r>
        <w:rPr>
          <w:lang w:eastAsia="zh-CN"/>
        </w:rPr>
        <w:br/>
      </w:r>
      <w:r>
        <w:rPr>
          <w:lang w:eastAsia="zh-CN"/>
        </w:rPr>
        <w:t>　　怎么样?不错吧!还有，在此说明为什么看课外书时间长，因为我准备在寒假看完三本书。</w:t>
      </w:r>
      <w:r>
        <w:rPr>
          <w:lang w:eastAsia="zh-CN"/>
        </w:rPr>
        <w:br/>
      </w:r>
      <w:r>
        <w:rPr>
          <w:lang w:eastAsia="zh-CN"/>
        </w:rPr>
        <w:t>　　不过再好的计划不执行是没有用的，所以不能只说不做，那样一点用处都没有呢!</w:t>
      </w:r>
      <w:r>
        <w:rPr>
          <w:lang w:eastAsia="zh-CN"/>
        </w:rPr>
        <w:br/>
      </w:r>
      <w:r>
        <w:rPr>
          <w:lang w:eastAsia="zh-CN"/>
        </w:rPr>
        <w:t xml:space="preserve">    最新寒假的学习计划范文 篇12 </w:t>
      </w:r>
      <w:r>
        <w:rPr>
          <w:lang w:eastAsia="zh-CN"/>
        </w:rPr>
        <w:br/>
      </w:r>
      <w:r>
        <w:rPr>
          <w:lang w:eastAsia="zh-CN"/>
        </w:rPr>
        <w:t>　　一、按时作息。</w:t>
      </w:r>
      <w:r>
        <w:rPr>
          <w:lang w:eastAsia="zh-CN"/>
        </w:rPr>
        <w:br/>
      </w:r>
      <w:r>
        <w:rPr>
          <w:lang w:eastAsia="zh-CN"/>
        </w:rPr>
        <w:t>　　早上8：00起床，晚上9：30——10：00之间这个时间睡觉。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>
        <w:rPr>
          <w:lang w:eastAsia="zh-CN"/>
        </w:rPr>
        <w:t>　　二、每天上午，下午各用2个小时认真完成各科老师布置的寒假作业，每天至少做五页，尽快完成，然后一条心玩，迎接新的一年到来，快快乐乐过新年！</w:t>
      </w:r>
      <w:r>
        <w:rPr>
          <w:lang w:eastAsia="zh-CN"/>
        </w:rPr>
        <w:br/>
      </w:r>
      <w:r>
        <w:rPr>
          <w:lang w:eastAsia="zh-CN"/>
        </w:rPr>
        <w:t>　　三、坚持每天课外阅读一小时。并且摘抄好词，好句，好段。</w:t>
      </w:r>
      <w:r>
        <w:rPr>
          <w:lang w:eastAsia="zh-CN"/>
        </w:rPr>
        <w:br/>
      </w:r>
      <w:r>
        <w:rPr>
          <w:lang w:eastAsia="zh-CN"/>
        </w:rPr>
        <w:t>　　四、帮助爸爸妈妈做力所能及的事。为家人讲笑话或者小故事，给家里带来笑声和快乐。</w:t>
      </w:r>
      <w:r>
        <w:rPr>
          <w:lang w:eastAsia="zh-CN"/>
        </w:rPr>
        <w:br/>
      </w:r>
      <w:r>
        <w:rPr>
          <w:lang w:eastAsia="zh-CN"/>
        </w:rPr>
        <w:t>　　五、坚持每天在网上玩半小时动脑筋的游戏，提高智力。</w:t>
      </w:r>
      <w:r>
        <w:rPr>
          <w:lang w:eastAsia="zh-CN"/>
        </w:rPr>
        <w:br/>
      </w:r>
      <w:r>
        <w:rPr>
          <w:lang w:eastAsia="zh-CN"/>
        </w:rPr>
        <w:t>　　六、坚持每天写一篇日记，记录自己每一天的生活。</w:t>
      </w:r>
      <w:r>
        <w:rPr>
          <w:lang w:eastAsia="zh-CN"/>
        </w:rPr>
        <w:br/>
      </w:r>
      <w:r>
        <w:rPr>
          <w:lang w:eastAsia="zh-CN"/>
        </w:rPr>
        <w:t>　　七、坚持每周写一篇周记，提高习作水平。</w:t>
      </w:r>
      <w:r>
        <w:rPr>
          <w:lang w:eastAsia="zh-CN"/>
        </w:rPr>
        <w:br/>
      </w:r>
      <w:r>
        <w:rPr>
          <w:lang w:eastAsia="zh-CN"/>
        </w:rPr>
        <w:t>　　八、由我当导演和主角，策划一次“家庭春节联欢会”。</w:t>
      </w:r>
      <w:r>
        <w:rPr>
          <w:lang w:eastAsia="zh-CN"/>
        </w:rPr>
        <w:br/>
      </w:r>
      <w:r>
        <w:rPr>
          <w:lang w:eastAsia="zh-CN"/>
        </w:rPr>
        <w:t>　　九、积极参加体育锻炼和社区的各项活动，注意安全。</w:t>
      </w:r>
      <w:r>
        <w:rPr>
          <w:lang w:eastAsia="zh-CN"/>
        </w:rPr>
        <w:br/>
      </w:r>
      <w:r>
        <w:rPr>
          <w:lang w:eastAsia="zh-CN"/>
        </w:rPr>
        <w:t>　　十、为新学期定一个学习计划，并准备好必备的学习用具。</w:t>
      </w:r>
      <w:r>
        <w:rPr>
          <w:lang w:eastAsia="zh-CN"/>
        </w:rPr>
        <w:br/>
      </w:r>
      <w:r>
        <w:rPr>
          <w:lang w:eastAsia="zh-CN"/>
        </w:rPr>
        <w:t xml:space="preserve">    最新寒假的学习计划范文 篇13 </w:t>
      </w:r>
      <w:r>
        <w:rPr>
          <w:lang w:eastAsia="zh-CN"/>
        </w:rPr>
        <w:br/>
      </w:r>
      <w:r>
        <w:rPr>
          <w:lang w:eastAsia="zh-CN"/>
        </w:rPr>
        <w:t>　　寒假，一个漫长的假期，在这个假期里，你都干什么呢？“看电视，玩儿电脑，逛街”只是玩吗？如果你只是吃只是玩儿的话，那么这个假期你就浪费了。</w:t>
      </w:r>
      <w:r>
        <w:rPr>
          <w:lang w:eastAsia="zh-CN"/>
        </w:rPr>
        <w:br/>
      </w:r>
      <w:r>
        <w:rPr>
          <w:lang w:eastAsia="zh-CN"/>
        </w:rPr>
        <w:t>　　我呢？可不像这样，我可是有“学习划”的哦！“每天我“7:50起床，7:50——8:00打扫房间。8:00——9:00写两篇日记。9:00——9:30学英语。9:30——10:30玩。下午呢？是“2:00——3:00打两篇作文。3:00——3:30看作文。3:30——4:30玩”。嘻嘻，还不错吧。我想:“一些人肯定是只说不干，夸夸其谈。”我呢？可不是这样的。“我俩每天坚持着写日记、学英语、打日记。”“功夫不故有心人”。我真觉得自己写的日记上升了，英语也更强了，打日记也更快了！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>
        <w:rPr>
          <w:lang w:eastAsia="zh-CN"/>
        </w:rPr>
        <w:t xml:space="preserve">    最新寒假的学习计划范文 篇14 </w:t>
      </w:r>
      <w:r>
        <w:rPr>
          <w:lang w:eastAsia="zh-CN"/>
        </w:rPr>
        <w:br/>
      </w:r>
      <w:r>
        <w:rPr>
          <w:lang w:eastAsia="zh-CN"/>
        </w:rPr>
        <w:t>　　一、学法守法讲礼仪，文明安全</w:t>
      </w:r>
      <w:r>
        <w:rPr>
          <w:lang w:eastAsia="zh-CN"/>
        </w:rPr>
        <w:br/>
      </w:r>
      <w:r>
        <w:rPr>
          <w:lang w:eastAsia="zh-CN"/>
        </w:rPr>
        <w:t>　　1、请大家遵纪守法，遵守社会公德，讲究礼仪，传播文明，争当文明守法小公民。</w:t>
      </w:r>
      <w:r>
        <w:rPr>
          <w:lang w:eastAsia="zh-CN"/>
        </w:rPr>
        <w:br/>
      </w:r>
      <w:r>
        <w:rPr>
          <w:lang w:eastAsia="zh-CN"/>
        </w:rPr>
        <w:t>　　2、加强防火、防盗、防触电、防传染病、防煤气中毒的宣传学习，遵守交通法规，不玩危险游戏，安全燃放烟花爆竹，安全度过快乐祥和玉兔年。</w:t>
      </w:r>
      <w:r>
        <w:rPr>
          <w:lang w:eastAsia="zh-CN"/>
        </w:rPr>
        <w:br/>
      </w:r>
      <w:r>
        <w:rPr>
          <w:lang w:eastAsia="zh-CN"/>
        </w:rPr>
        <w:t>　　3、自觉抵制诱惑，不进网吧、游戏机室等场所。在家文明上网，自觉抵制不良信息的危害，做一个绿色健康的网络小公民。</w:t>
      </w:r>
      <w:r>
        <w:rPr>
          <w:lang w:eastAsia="zh-CN"/>
        </w:rPr>
        <w:br/>
      </w:r>
      <w:r>
        <w:rPr>
          <w:lang w:eastAsia="zh-CN"/>
        </w:rPr>
        <w:t>　　二、紧抓作业好时机，学习阅读</w:t>
      </w:r>
      <w:r>
        <w:rPr>
          <w:lang w:eastAsia="zh-CN"/>
        </w:rPr>
        <w:br/>
      </w:r>
      <w:r>
        <w:rPr>
          <w:lang w:eastAsia="zh-CN"/>
        </w:rPr>
        <w:t>　　1、制定学习计划和作息时间表，按时规律作息，保质保量地完成寒假作业，争做学习的小主人。</w:t>
      </w:r>
      <w:r>
        <w:rPr>
          <w:lang w:eastAsia="zh-CN"/>
        </w:rPr>
        <w:br/>
      </w:r>
      <w:r>
        <w:rPr>
          <w:lang w:eastAsia="zh-CN"/>
        </w:rPr>
        <w:t>　　2、开展经典诵读，书香伴我成长活动，广泛阅读科技、童话、散文、小说等优秀书籍，以书为伴，天天记忆，日日积累；积极发动家长和自己一起读书学习，并与父母一起办经典伴我乐兔年手抄报，设计制作古诗卡，中高年级还可作阅读记录卡等，在博览群书中享受文化大餐的营养。</w:t>
      </w:r>
      <w:r>
        <w:rPr>
          <w:lang w:eastAsia="zh-CN"/>
        </w:rPr>
        <w:br/>
      </w:r>
      <w:r>
        <w:rPr>
          <w:lang w:eastAsia="zh-CN"/>
        </w:rPr>
        <w:t>　　3、适量观看精彩有益的电影电视，提高自己的鉴赏能力，培养审美情趣；天天观看新闻联播，关心国家世界大事，开拓视野，面向社会。相信社会大舞台让你享受与众不同的营养。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>
        <w:rPr>
          <w:lang w:eastAsia="zh-CN"/>
        </w:rPr>
        <w:t>　　4、春节拜年走亲访友期间，留意各地张贴的春联，并记录、积累。积极发挥才智，创新形式，制作一份春联集锦，感受传统文化的营养魅力。</w:t>
      </w:r>
      <w:r>
        <w:rPr>
          <w:lang w:eastAsia="zh-CN"/>
        </w:rPr>
        <w:br/>
      </w:r>
      <w:r>
        <w:rPr>
          <w:lang w:eastAsia="zh-CN"/>
        </w:rPr>
        <w:t>　　三、阳光体育不松懈</w:t>
      </w:r>
      <w:r>
        <w:rPr>
          <w:lang w:eastAsia="zh-CN"/>
        </w:rPr>
        <w:br/>
      </w:r>
      <w:r>
        <w:rPr>
          <w:lang w:eastAsia="zh-CN"/>
        </w:rPr>
        <w:t>　　积极开展我运动、我健康、我快乐活动，请同学们选择自己喜欢的体育项目，和家人或小伙伴一起开展跳绳、踢毽、打篮球、乒乓球、跑步等健身活动。每天坚持至少1小时的体育锻炼，争做运动小健将。</w:t>
      </w:r>
      <w:r>
        <w:rPr>
          <w:lang w:eastAsia="zh-CN"/>
        </w:rPr>
        <w:br/>
      </w:r>
      <w:r>
        <w:rPr>
          <w:lang w:eastAsia="zh-CN"/>
        </w:rPr>
        <w:t>　　四、迈进生活大舞台</w:t>
      </w:r>
      <w:r>
        <w:rPr>
          <w:lang w:eastAsia="zh-CN"/>
        </w:rPr>
        <w:br/>
      </w:r>
      <w:r>
        <w:rPr>
          <w:lang w:eastAsia="zh-CN"/>
        </w:rPr>
        <w:t>　　1、开展小眼睛看家乡，红领巾在行动活动。请同学们根据兴趣自定考察项目，以个人或雏鹰假日小队的形式参与活动，自由组合制订活动方案，通过看、听、问、议、写、画、拍等形式，做到考察有主题、有记录、有收获。通过观察、走访、调查、分析、整理，全面了解家乡改革开放30多年的发展变化，激发大家热爱家乡的情感，产生建设家乡的行动。</w:t>
      </w:r>
      <w:r>
        <w:rPr>
          <w:lang w:eastAsia="zh-CN"/>
        </w:rPr>
        <w:br/>
      </w:r>
      <w:r>
        <w:rPr>
          <w:lang w:eastAsia="zh-CN"/>
        </w:rPr>
        <w:t>　　2、争做欢乐采购员，与父母一同制订采购计划，共同的采购年货，节约理财，体验当家的辛苦和快乐，争做家庭小当家。</w:t>
      </w:r>
      <w:r>
        <w:rPr>
          <w:lang w:eastAsia="zh-CN"/>
        </w:rPr>
        <w:br/>
      </w:r>
      <w:r>
        <w:rPr>
          <w:lang w:eastAsia="zh-CN"/>
        </w:rPr>
        <w:t>　　3、变废为宝我能行，将家中的废旧物，如衣物、书报、玩具等重新组合，变废为宝，制作彩灯、壁挂等装饰，在美化家庭中感受创造的快乐。</w:t>
      </w:r>
      <w:r>
        <w:rPr>
          <w:lang w:eastAsia="zh-CN"/>
        </w:rPr>
        <w:br/>
      </w:r>
      <w:r>
        <w:rPr>
          <w:lang w:eastAsia="zh-CN"/>
        </w:rPr>
        <w:t>　　4、厨艺展示露一手，在家中与家长切磋厨艺，学习一种或几种菜的做法，敢于动手，用心的制作，将劳动成果与父母亲朋共享，尽情享受餐饮文化的营养。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  <w:sectPr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>
        <w:rPr>
          <w:lang w:eastAsia="zh-CN"/>
        </w:rPr>
        <w:t>　　5、剪纸坊里秀一秀，秀出兔年好气象。同学们通过请教他人、上网学习等途径，动手剪窗花，增年味，剪出快乐好心情，秀出兔年好气象。</w:t>
      </w:r>
      <w:r>
        <w:rPr>
          <w:lang w:eastAsia="zh-CN"/>
        </w:rPr>
        <w:br/>
      </w:r>
      <w:r>
        <w:rPr>
          <w:lang w:eastAsia="zh-CN"/>
        </w:rPr>
        <w:t>　　五、孝父敬母尊长辈，感恩孝行表真情</w:t>
      </w:r>
      <w:r>
        <w:rPr>
          <w:lang w:eastAsia="zh-CN"/>
        </w:rPr>
        <w:br/>
      </w:r>
      <w:r>
        <w:rPr>
          <w:lang w:eastAsia="zh-CN"/>
        </w:rPr>
        <w:t>　　1、开展孝敬长辈，关爱互助感恩行活动。请同学们在假期中帮助父母做一些力所能及的事，并积极争取为长辈多做好事；开展干干净净迎新年、开开心心过大年敬老助老社会实践活动，进行家庭、社区等环境卫生大扫除，清理楼院、绿地垃圾，清除公共场所小广告等活动，让同学们在劳动实践中体验感恩的快乐。</w:t>
      </w:r>
      <w:r>
        <w:rPr>
          <w:lang w:eastAsia="zh-CN"/>
        </w:rPr>
        <w:br/>
      </w:r>
      <w:r>
        <w:rPr>
          <w:lang w:eastAsia="zh-CN"/>
        </w:rPr>
        <w:t>　　2、快乐新春五个一，为父母唱一首新年祝福歌；给邻居一个真诚的祝福；给老师发一条新年祝福短信（或Email祝福）；为爷爷奶奶捶一次背；给好朋友制作一张新年贺卡。</w:t>
      </w:r>
      <w:r>
        <w:rPr>
          <w:lang w:eastAsia="zh-CN"/>
        </w:rPr>
        <w:br/>
      </w:r>
      <w:r>
        <w:rPr>
          <w:lang w:eastAsia="zh-CN"/>
        </w:rPr>
        <w:t xml:space="preserve">    最新寒假的学习计划范文 篇15 </w:t>
      </w:r>
      <w:r>
        <w:rPr>
          <w:lang w:eastAsia="zh-CN"/>
        </w:rPr>
        <w:br/>
      </w:r>
      <w:r>
        <w:rPr>
          <w:lang w:eastAsia="zh-CN"/>
        </w:rPr>
        <w:t>　　一、作息时间表</w:t>
      </w:r>
      <w:r>
        <w:rPr>
          <w:lang w:eastAsia="zh-CN"/>
        </w:rPr>
        <w:br/>
      </w:r>
      <w:r>
        <w:rPr>
          <w:lang w:eastAsia="zh-CN"/>
        </w:rPr>
        <w:t>　　7：00起床（穿衣、折被子、洗漱要求自理）；</w:t>
      </w:r>
      <w:r>
        <w:rPr>
          <w:lang w:eastAsia="zh-CN"/>
        </w:rPr>
        <w:br/>
      </w:r>
      <w:r>
        <w:rPr>
          <w:lang w:eastAsia="zh-CN"/>
        </w:rPr>
        <w:t>　　8：30—9：00吃早饭；</w:t>
      </w:r>
      <w:r>
        <w:rPr>
          <w:lang w:eastAsia="zh-CN"/>
        </w:rPr>
        <w:br/>
      </w:r>
      <w:r>
        <w:rPr>
          <w:lang w:eastAsia="zh-CN"/>
        </w:rPr>
        <w:t>　　9：00—10：00写寒假作业；</w:t>
      </w:r>
      <w:r>
        <w:rPr>
          <w:lang w:eastAsia="zh-CN"/>
        </w:rPr>
        <w:br/>
      </w:r>
      <w:r>
        <w:rPr>
          <w:lang w:eastAsia="zh-CN"/>
        </w:rPr>
        <w:t>　　10：00—11：00自由活动（到外面活动或者看电视等）；</w:t>
      </w:r>
      <w:r>
        <w:rPr>
          <w:lang w:eastAsia="zh-CN"/>
        </w:rPr>
        <w:br/>
      </w:r>
      <w:r>
        <w:rPr>
          <w:lang w:eastAsia="zh-CN"/>
        </w:rPr>
        <w:t>　　11：00—12：00练字或读书；</w:t>
      </w:r>
      <w:r>
        <w:rPr>
          <w:lang w:eastAsia="zh-CN"/>
        </w:rPr>
        <w:br/>
      </w:r>
      <w:r>
        <w:rPr>
          <w:lang w:eastAsia="zh-CN"/>
        </w:rPr>
        <w:t>　　12：00—12：30吃午饭；</w:t>
      </w:r>
      <w:r>
        <w:rPr>
          <w:lang w:eastAsia="zh-CN"/>
        </w:rPr>
        <w:br/>
      </w:r>
      <w:r>
        <w:rPr>
          <w:lang w:eastAsia="zh-CN"/>
        </w:rPr>
        <w:t>　　12：30—13：30休息（不休息就自由活动）；</w:t>
      </w:r>
      <w:r>
        <w:rPr>
          <w:lang w:eastAsia="zh-CN"/>
        </w:rPr>
        <w:br/>
      </w:r>
      <w:r>
        <w:rPr>
          <w:lang w:eastAsia="zh-CN"/>
        </w:rPr>
        <w:t>　　13：30—15：00看书或练字（过年期间有活动就参加活动）；</w:t>
      </w:r>
      <w:r>
        <w:rPr>
          <w:lang w:eastAsia="zh-CN"/>
        </w:rPr>
        <w:br/>
      </w:r>
      <w:r>
        <w:rPr>
          <w:lang w:eastAsia="zh-CN"/>
        </w:rPr>
        <w:t>　　15：00—16：00写寒假作业（包括妈妈布置的家庭作业）；</w:t>
      </w:r>
      <w:r>
        <w:rPr>
          <w:lang w:eastAsia="zh-CN"/>
        </w:rPr>
        <w:br/>
      </w:r>
    </w:p>
    <w:p w:rsidR="001B1F19" w14:textId="27C3F48A">
      <w:pPr>
        <w:rPr>
          <w:rFonts w:hint="eastAsia"/>
          <w:lang w:eastAsia="zh-CN"/>
        </w:rPr>
      </w:pPr>
      <w:r>
        <w:rPr>
          <w:lang w:eastAsia="zh-CN"/>
        </w:rPr>
        <w:t>　　16：00—18：00自由活动（可以跳绳等活动）；</w:t>
      </w:r>
      <w:r>
        <w:rPr>
          <w:lang w:eastAsia="zh-CN"/>
        </w:rPr>
        <w:br/>
      </w:r>
      <w:r>
        <w:rPr>
          <w:lang w:eastAsia="zh-CN"/>
        </w:rPr>
        <w:t>　　18：00—18：30吃晚饭；</w:t>
      </w:r>
      <w:r>
        <w:rPr>
          <w:lang w:eastAsia="zh-CN"/>
        </w:rPr>
        <w:br/>
      </w:r>
      <w:r>
        <w:rPr>
          <w:lang w:eastAsia="zh-CN"/>
        </w:rPr>
        <w:t>　　18：30—20：00自由活动（包括洗漱、看电视或玩游戏）；</w:t>
      </w:r>
      <w:r>
        <w:rPr>
          <w:lang w:eastAsia="zh-CN"/>
        </w:rPr>
        <w:br/>
      </w:r>
      <w:r>
        <w:rPr>
          <w:lang w:eastAsia="zh-CN"/>
        </w:rPr>
        <w:t>　　20：00—20：30看书；</w:t>
      </w:r>
      <w:r>
        <w:rPr>
          <w:lang w:eastAsia="zh-CN"/>
        </w:rPr>
        <w:br/>
      </w:r>
      <w:r>
        <w:rPr>
          <w:lang w:eastAsia="zh-CN"/>
        </w:rPr>
        <w:t>　　20：30睡觉。</w:t>
      </w:r>
      <w:r>
        <w:rPr>
          <w:lang w:eastAsia="zh-CN"/>
        </w:rPr>
        <w:br/>
      </w:r>
      <w:r>
        <w:rPr>
          <w:lang w:eastAsia="zh-CN"/>
        </w:rPr>
        <w:t>　　二、寒假作业清单</w:t>
      </w:r>
      <w:r>
        <w:rPr>
          <w:lang w:eastAsia="zh-CN"/>
        </w:rPr>
        <w:br/>
      </w:r>
      <w:r>
        <w:rPr>
          <w:lang w:eastAsia="zh-CN"/>
        </w:rPr>
        <w:t>　　（1）语文。</w:t>
      </w:r>
      <w:r>
        <w:rPr>
          <w:lang w:eastAsia="zh-CN"/>
        </w:rPr>
        <w:br/>
      </w:r>
      <w:r>
        <w:rPr>
          <w:lang w:eastAsia="zh-CN"/>
        </w:rPr>
        <w:t>　　1.每天坚持为家人朗读_钟文章或者诗词等。</w:t>
      </w:r>
      <w:r>
        <w:rPr>
          <w:lang w:eastAsia="zh-CN"/>
        </w:rPr>
        <w:br/>
      </w:r>
      <w:r>
        <w:rPr>
          <w:lang w:eastAsia="zh-CN"/>
        </w:rPr>
        <w:t>　　2. 参考老师提供的书单，也可以自己挑选课外书进行阅读，并作阅读记录。开学后请推荐一本喜欢的书。</w:t>
      </w:r>
      <w:r>
        <w:rPr>
          <w:lang w:eastAsia="zh-CN"/>
        </w:rPr>
        <w:br/>
      </w:r>
      <w:r>
        <w:rPr>
          <w:lang w:eastAsia="zh-CN"/>
        </w:rPr>
        <w:t>　　3.采访_名不同的人，记录整理他们的新年愿望，简要写出自己的采访感受。</w:t>
      </w:r>
      <w:r>
        <w:rPr>
          <w:lang w:eastAsia="zh-CN"/>
        </w:rPr>
        <w:br/>
      </w:r>
      <w:r>
        <w:rPr>
          <w:lang w:eastAsia="zh-CN"/>
        </w:rPr>
        <w:t>　　4.每日一拍，配以文字，记录寒假生活。</w:t>
      </w:r>
      <w:r>
        <w:rPr>
          <w:lang w:eastAsia="zh-CN"/>
        </w:rPr>
        <w:br/>
      </w:r>
      <w:r>
        <w:rPr>
          <w:lang w:eastAsia="zh-CN"/>
        </w:rPr>
        <w:t>　　5.与亲人一起观看春晚，尝试对节目进行评价。</w:t>
      </w:r>
      <w:r>
        <w:rPr>
          <w:lang w:eastAsia="zh-CN"/>
        </w:rPr>
        <w:br/>
      </w:r>
      <w:r>
        <w:rPr>
          <w:lang w:eastAsia="zh-CN"/>
        </w:rPr>
        <w:t>　　6.原创_条新年祝福短信，搜集不少于10副春联，并为家里手写一副春联。</w:t>
      </w:r>
      <w:r>
        <w:rPr>
          <w:lang w:eastAsia="zh-CN"/>
        </w:rPr>
        <w:br/>
      </w:r>
      <w:r>
        <w:rPr>
          <w:lang w:eastAsia="zh-CN"/>
        </w:rPr>
        <w:t>　　7.当一次小老师，召集不少于三个同伴，尝试上一节语文课，用照片和视频记录过程。</w:t>
      </w:r>
      <w:r>
        <w:rPr>
          <w:lang w:eastAsia="zh-CN"/>
        </w:rPr>
        <w:br/>
      </w:r>
      <w:r>
        <w:rPr>
          <w:lang w:eastAsia="zh-CN"/>
        </w:rPr>
        <w:t>　　8.收集假期发现的广告牌、电视、杂志、报纸、期刊等上面的错别字，指出错在哪里，正确的字该怎么写，并记录。</w:t>
      </w:r>
      <w:r>
        <w:rPr>
          <w:lang w:eastAsia="zh-CN"/>
        </w:rPr>
        <w:br/>
      </w:r>
      <w:r>
        <w:rPr>
          <w:lang w:eastAsia="zh-CN"/>
        </w:rPr>
        <w:t>　　9.尝试向喜欢的杂志投一次稿。</w:t>
      </w:r>
      <w:r>
        <w:rPr>
          <w:lang w:eastAsia="zh-CN"/>
        </w:rPr>
        <w:br/>
      </w:r>
      <w:r>
        <w:rPr>
          <w:rFonts w:hint="eastAsia"/>
          <w:lang w:eastAsia="zh-CN"/>
        </w:rPr>
        <w:br/>
      </w:r>
      <w:r>
        <w:rPr>
          <w:rFonts w:hint="eastAsia"/>
          <w:lang w:eastAsia="zh-CN"/>
        </w:rP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https://d.book118.com/918054042055006034</w:t>
        </w:r>
      </w:hyperlink>
    </w:p>
    <w:p w:rsidR="001B1F19">
      <w:pPr>
        <w:rPr>
          <w:rFonts w:hint="eastAsia"/>
          <w:lang w:eastAsia="zh-CN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2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49D07D03"/>
    <w:multiLevelType w:val="multilevel"/>
    <w:tmpl w:val="3AE4B26C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20273113">
    <w:abstractNumId w:val="0"/>
  </w:num>
  <w:num w:numId="2" w16cid:durableId="1499691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22227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250009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484274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3348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F19"/>
    <w:rsid w:val="00012D24"/>
    <w:rsid w:val="000B76DB"/>
    <w:rsid w:val="001B1F19"/>
    <w:rsid w:val="002E2E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8D8A34"/>
  <w15:docId w15:val="{83B6B1C2-FF47-43CC-85A6-22B37870D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仿宋" w:eastAsia="仿宋" w:hAnsi="仿宋"/>
      <w:sz w:val="28"/>
    </w:rPr>
  </w:style>
  <w:style w:type="paragraph" w:styleId="Heading1">
    <w:name w:val="heading 1"/>
    <w:basedOn w:val="Normal"/>
    <w:next w:val="Normal"/>
    <w:link w:val="1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">
    <w:name w:val="页眉 字符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a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0">
    <w:name w:val="页脚 字符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1">
    <w:name w:val="标题 1 字符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">
    <w:name w:val="标题 2 字符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">
    <w:name w:val="标题 3 字符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itle">
    <w:name w:val="Title"/>
    <w:basedOn w:val="Normal"/>
    <w:next w:val="Normal"/>
    <w:link w:val="a1"/>
    <w:uiPriority w:val="10"/>
    <w:qFormat/>
    <w:rsid w:val="00FC693F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1">
    <w:name w:val="标题 字符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a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2">
    <w:name w:val="副标题 字符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a3"/>
    <w:uiPriority w:val="99"/>
    <w:unhideWhenUsed/>
    <w:rsid w:val="00AA1D8D"/>
    <w:pPr>
      <w:spacing w:after="120"/>
    </w:pPr>
  </w:style>
  <w:style w:type="character" w:customStyle="1" w:styleId="a3">
    <w:name w:val="正文文本 字符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20"/>
    <w:uiPriority w:val="99"/>
    <w:unhideWhenUsed/>
    <w:rsid w:val="00AA1D8D"/>
    <w:pPr>
      <w:spacing w:after="120" w:line="480" w:lineRule="auto"/>
    </w:pPr>
  </w:style>
  <w:style w:type="character" w:customStyle="1" w:styleId="20">
    <w:name w:val="正文文本 2 字符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3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0">
    <w:name w:val="正文文本 3 字符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a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4">
    <w:name w:val="宏文本 字符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a5"/>
    <w:uiPriority w:val="29"/>
    <w:qFormat/>
    <w:rsid w:val="00FC693F"/>
    <w:rPr>
      <w:i/>
      <w:iCs/>
      <w:color w:val="000000" w:themeColor="text1"/>
    </w:rPr>
  </w:style>
  <w:style w:type="character" w:customStyle="1" w:styleId="a5">
    <w:name w:val="引用 字符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4">
    <w:name w:val="标题 4 字符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">
    <w:name w:val="标题 5 字符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">
    <w:name w:val="标题 6 字符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">
    <w:name w:val="标题 7 字符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">
    <w:name w:val="标题 8 字符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9">
    <w:name w:val="标题 9 字符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a6"/>
    <w:uiPriority w:val="30"/>
    <w:qFormat/>
    <w:rsid w:val="00FC693F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6">
    <w:name w:val="明显引用 字符"/>
    <w:basedOn w:val="DefaultParagraphFont"/>
    <w:link w:val="IntenseQuote"/>
    <w:uiPriority w:val="30"/>
    <w:rsid w:val="00FC693F"/>
    <w:rPr>
      <w:b/>
      <w:bCs/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18054042055006034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Leslie Kang</cp:lastModifiedBy>
  <cp:revision>5</cp:revision>
  <dcterms:created xsi:type="dcterms:W3CDTF">2024-01-11T00:28:00Z</dcterms:created>
  <dcterms:modified xsi:type="dcterms:W3CDTF">2024-01-11T07:22:00Z</dcterms:modified>
</cp:coreProperties>
</file>