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《骆驼祥子》的读书心得体会（34篇）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《骆驼祥子》的读书心得体会（通用34篇）</w:t>
      </w:r>
      <w:r>
        <w:rPr>
          <w:lang w:eastAsia="zh-CN"/>
        </w:rPr>
        <w:br/>
      </w:r>
      <w:r>
        <w:rPr>
          <w:lang w:eastAsia="zh-CN"/>
        </w:rPr>
        <w:t xml:space="preserve">    《骆驼祥子》的读书心得体会 篇1 </w:t>
      </w:r>
      <w:r>
        <w:rPr>
          <w:lang w:eastAsia="zh-CN"/>
        </w:rPr>
        <w:br/>
      </w:r>
      <w:r>
        <w:rPr>
          <w:lang w:eastAsia="zh-CN"/>
        </w:rPr>
        <w:t>　　在读老舍笔下充满悲剧色彩的故事时，越读就越悲愤。祥子原本是一个多么阳光，正直，热爱生活的健壮的青年，在无数悲剧的打击下，堕落社会的压迫下，最终还是难逃悲剧的命运。曾一生梦寐以求的洋车终在无数次巅簸坎坷中伴随着他的堕落碎了，散了。理想与现实的不符是祥子堕落的根本原因。祥子的遭遇让我联想到当今社会的许多青年胸怀大志，却因为家境原因不能如愿以偿。这一切都不能怪他们自己，要怪就只能怪这残酷的社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这篇文章其实也向我们这些即将步入社会的学生提出了一个发人深省的问题：当我们遇到与骆驼祥子遭遇的一样的境遇时，我们又该何去何从?是努力奋斗，还是甘做社会的行尸走肉?我认为当我们步入社会后发现自己的理想与现实具有十分大的差距时，我们更应该坚持自己的立场，在自己的立场上将自己变得更强大。因为想在社会立足，必须得有充分的知识。如果我们并没有良好的家境，我们就必须学会寻找机遇，那是我们通向成功的垫脚石。法拉第小时候家境贫寒，偶然的机遇使皇家学院院长哈维认识了这个聪明好学的孩童，最终使法拉第成为了著名的电磁学家。日本著名商业家松下幸之助刚刚创业曾一度破产，但也是偶然的机遇使他认识了世界名牌公司，使他走向了富裕之路。这些例子证明了这一点。</w:t>
      </w:r>
      <w:r>
        <w:rPr>
          <w:lang w:eastAsia="zh-CN"/>
        </w:rPr>
        <w:br/>
      </w:r>
      <w:r>
        <w:rPr>
          <w:lang w:eastAsia="zh-CN"/>
        </w:rPr>
        <w:t>　　试想一下，如果祥子一直坚持自己原本的梦想，他可能真的能开一家车厂，真的能盼到解放的到来，然而事情发生了就没有如果。所以我们没有退路，我们必须勇敢向前，绝不退缩，让自己的今天没有后悔。</w:t>
      </w:r>
      <w:r>
        <w:rPr>
          <w:lang w:eastAsia="zh-CN"/>
        </w:rPr>
        <w:br/>
      </w:r>
      <w:r>
        <w:rPr>
          <w:lang w:eastAsia="zh-CN"/>
        </w:rPr>
        <w:t xml:space="preserve">    《骆驼祥子》的读书心得体会 篇2 </w:t>
      </w:r>
      <w:r>
        <w:rPr>
          <w:lang w:eastAsia="zh-CN"/>
        </w:rPr>
        <w:br/>
      </w:r>
      <w:r>
        <w:rPr>
          <w:lang w:eastAsia="zh-CN"/>
        </w:rPr>
        <w:t>　　相比于鲁迅，我更喜欢读老舍的文章。倒不是鲁迅写得不好，而是两人的风格不同。鲁迅的文章多多少少都包含有一些政治色彩，充满了哲理性和政治性，也许是我太笨了，对这方面不大了解，读不太懂。而老舍的文章则更贴近于生活，是那种平民化的艺术审美倾向，讲的都是老百姓的故事，富有的是感情色彩。这对我来说似乎更容易理解。</w:t>
      </w:r>
      <w:r>
        <w:rPr>
          <w:lang w:eastAsia="zh-CN"/>
        </w:rPr>
        <w:br/>
      </w:r>
      <w:r>
        <w:rPr>
          <w:lang w:eastAsia="zh-CN"/>
        </w:rPr>
        <w:t>　　寒假我就看了一本老舍的代表作《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复了三次，祥子再也无法鼓起生活的勇气。他开始游戏生活，吃喝嫖赌，彻底堕落为城市的垃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r>
        <w:rPr>
          <w:lang w:eastAsia="zh-CN"/>
        </w:rPr>
        <w:br/>
      </w:r>
      <w:r>
        <w:rPr>
          <w:lang w:eastAsia="zh-CN"/>
        </w:rPr>
        <w:t>　　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r>
        <w:rPr>
          <w:lang w:eastAsia="zh-CN"/>
        </w:rPr>
        <w:br/>
      </w:r>
      <w:r>
        <w:rPr>
          <w:lang w:eastAsia="zh-CN"/>
        </w:rPr>
        <w:t>　　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r>
        <w:rPr>
          <w:lang w:eastAsia="zh-CN"/>
        </w:rPr>
        <w:br/>
      </w:r>
      <w:r>
        <w:rPr>
          <w:lang w:eastAsia="zh-CN"/>
        </w:rPr>
        <w:t>　　明天会怎样?我不得而知。而现在我们唯一能做的，就是把握好今天。</w:t>
      </w:r>
      <w:r>
        <w:rPr>
          <w:lang w:eastAsia="zh-CN"/>
        </w:rPr>
        <w:br/>
      </w:r>
      <w:r>
        <w:rPr>
          <w:lang w:eastAsia="zh-CN"/>
        </w:rPr>
        <w:t xml:space="preserve">    《骆驼祥子》的读书心得体会 篇3 </w:t>
      </w:r>
      <w:r>
        <w:rPr>
          <w:lang w:eastAsia="zh-CN"/>
        </w:rPr>
        <w:br/>
      </w:r>
      <w:r>
        <w:rPr>
          <w:lang w:eastAsia="zh-CN"/>
        </w:rPr>
        <w:t>　　《骆驼祥子》是中国现代著名作家老舍的代表作，是一部优秀的现实主义小说。</w:t>
      </w:r>
      <w:r>
        <w:rPr>
          <w:lang w:eastAsia="zh-CN"/>
        </w:rPr>
        <w:br/>
      </w:r>
      <w:r>
        <w:rPr>
          <w:lang w:eastAsia="zh-CN"/>
        </w:rPr>
        <w:t>　　书中主人公祥子是个勤劳、壮实的小伙子，他怀着发家、奋斗的美好梦想，并为此辛勤劳作，却最终无法逃脱被黑暗的暴风雨吞噬的命运。祥子的梦想仅仅是一辆车、一个家。但是身处当时的社会环境，这个十分渺小的梦想实现起来却是那么的艰难。尽管他身强力壮，不怕吃苦，但他却只能眼看着希望一次次被粉碎。原本善良、挺脱、鲜活的祥子，求生无路，抗争无力，终于在黑暗中衰迈了，颓废了，沉沦了</w:t>
      </w:r>
      <w:r>
        <w:rPr>
          <w:lang w:eastAsia="zh-CN"/>
        </w:rPr>
        <w:br/>
      </w:r>
      <w:r>
        <w:rPr>
          <w:lang w:eastAsia="zh-CN"/>
        </w:rPr>
        <w:t>　　小说紧紧围绕祥子买车、失车三起三落的坎坷经历，展示了当时人力车夫的悲惨生活。通过他与虎妞、小福子的感情纠葛、悲欢离合，演绎了一场人生悲剧。故事的结局低沉，弥漫着一种阴郁绝望的气氛。表现了那个时代的悲惨气氛，加强了社会批评力量。</w:t>
      </w:r>
      <w:r>
        <w:rPr>
          <w:lang w:eastAsia="zh-CN"/>
        </w:rPr>
        <w:br/>
      </w:r>
      <w:r>
        <w:rPr>
          <w:lang w:eastAsia="zh-CN"/>
        </w:rPr>
        <w:t>　　对于祥子，我感到遗憾，感到惋惜，也感到无奈，但也感到敬佩，我佩服他从前的坚强，他的上进。然而他最终没能战胜自己，没能战胜社会，终究还是被打败了。也许是因为社会的极度黑暗，也许是因为个人的因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r>
        <w:rPr>
          <w:lang w:eastAsia="zh-CN"/>
        </w:rPr>
        <w:br/>
      </w:r>
      <w:r>
        <w:rPr>
          <w:lang w:eastAsia="zh-CN"/>
        </w:rPr>
        <w:t>　　我们现在在学校,在生活中,一定要有坚定的信念和努力,应该学习祥子身上的一种精神,他可以为着自己心中埋下的理想而向着一个目标去实现它,我们也可以给自己心中种下一片希望,但是不经历风雨,怎能见彩虹?要勇于克服一切的困难,才能看见我们的希望抽枝`发芽`茁壮成长`结出果实</w:t>
      </w:r>
      <w:r>
        <w:rPr>
          <w:lang w:eastAsia="zh-CN"/>
        </w:rPr>
        <w:br/>
      </w:r>
      <w:r>
        <w:rPr>
          <w:lang w:eastAsia="zh-CN"/>
        </w:rPr>
        <w:t xml:space="preserve">    《骆驼祥子》的读书心得体会 篇4 </w:t>
      </w:r>
      <w:r>
        <w:rPr>
          <w:lang w:eastAsia="zh-CN"/>
        </w:rPr>
        <w:br/>
      </w:r>
      <w:r>
        <w:rPr>
          <w:lang w:eastAsia="zh-CN"/>
        </w:rPr>
        <w:t>　　小学时，老师就给我们介绍了一些老舍的文学作品《四世同堂》，《骆驼祥子》等。话说当我听见《骆驼祥子》时，脑海中竟然理解成一头名叫祥子的骆驼。今日一读这本书，才知晓，骆驼祥子是一个人的外号。</w:t>
      </w:r>
      <w:r>
        <w:rPr>
          <w:lang w:eastAsia="zh-CN"/>
        </w:rPr>
        <w:br/>
      </w:r>
      <w:r>
        <w:rPr>
          <w:lang w:eastAsia="zh-CN"/>
        </w:rPr>
        <w:t>　　第一章中，由作者大篇幅的介绍拉车这一行业。使我或多或少对当时那个年代，工作于这个行业的人有了些同情。原来拉车也是分派的，年轻力壮的车夫自然是“吃香”。不仅拉的车好，吃穿住行都与普通的车夫不同。</w:t>
      </w:r>
      <w:r>
        <w:rPr>
          <w:lang w:eastAsia="zh-CN"/>
        </w:rPr>
        <w:br/>
      </w:r>
      <w:r>
        <w:rPr>
          <w:lang w:eastAsia="zh-CN"/>
        </w:rPr>
        <w:t>　　而我们的主人公祥子的梦想就是想拥有一辆自己的车。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祥子长得很讨人喜爱。“他没有什么模样，使他可爱的是脸上的精神。头不很大，圆眼，肉鼻子，两条眉很短很粗，头上永远剃得发亮。腮上没有多余的肉，脖子可是几乎与头一边儿粗;脸上永远红扑扑的，特别亮的是颧骨与右耳之间一块儿不小的疤。”</w:t>
      </w:r>
      <w:r>
        <w:rPr>
          <w:lang w:eastAsia="zh-CN"/>
        </w:rPr>
        <w:br/>
      </w:r>
      <w:r>
        <w:rPr>
          <w:lang w:eastAsia="zh-CN"/>
        </w:rPr>
        <w:t>　　从对祥子的外貌描写中，“发亮”“红扑扑”可看出祥子的精神与乐观的心态。</w:t>
      </w:r>
      <w:r>
        <w:rPr>
          <w:lang w:eastAsia="zh-CN"/>
        </w:rPr>
        <w:br/>
      </w:r>
      <w:r>
        <w:rPr>
          <w:lang w:eastAsia="zh-CN"/>
        </w:rPr>
        <w:t>　　“他确乎有点儿像一棵树，坚壮，沉默，而又有生气。”</w:t>
      </w:r>
      <w:r>
        <w:rPr>
          <w:lang w:eastAsia="zh-CN"/>
        </w:rPr>
        <w:br/>
      </w:r>
      <w:r>
        <w:rPr>
          <w:lang w:eastAsia="zh-CN"/>
        </w:rPr>
        <w:t>　　两次将祥子比喻成“树”，第一次是外形上的“形似”，第二次是在内在特性上的“形似”，生动形象的比喻，给人留下深刻的印象。</w:t>
      </w:r>
      <w:r>
        <w:rPr>
          <w:lang w:eastAsia="zh-CN"/>
        </w:rPr>
        <w:br/>
      </w:r>
      <w:r>
        <w:rPr>
          <w:lang w:eastAsia="zh-CN"/>
        </w:rPr>
        <w:t>　　有了梦想，自然是要去努力实现的。理想很美好现实却是很残酷。拉车并不像看起来那么简单，但是祥子却丝毫没有畏惧。可以看出祥子对拉车的决心与不拔的毅力。</w:t>
      </w:r>
      <w:r>
        <w:rPr>
          <w:lang w:eastAsia="zh-CN"/>
        </w:rPr>
        <w:br/>
      </w:r>
      <w:r>
        <w:rPr>
          <w:lang w:eastAsia="zh-CN"/>
        </w:rPr>
        <w:t>　　我想在这一点上我是要学习祥子的。还记得，以前的我去做一件事时有一点困难就想退缩，甚至要不我就放弃吧。只是有一件事，把我这个坏毛病改正了不少。</w:t>
      </w:r>
      <w:r>
        <w:rPr>
          <w:lang w:eastAsia="zh-CN"/>
        </w:rPr>
        <w:br/>
      </w:r>
      <w:r>
        <w:rPr>
          <w:lang w:eastAsia="zh-CN"/>
        </w:rPr>
        <w:t>　　小学时，市里有一个环保绘画比赛。美术老师让我在比赛截止日期前画一幅去参加比赛。美术老师给了我很多主意。可是，一直拖延到了比赛还有两天截止的时候才开始。画的着急，什么都没好，当时画一幅扔一幅。就想着放弃。最终还是因为来不及没有参加。现在仔细想想，如果我当时坚持下去，一幅画又怎么能完不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有时候生活中的一件小事，却折射着很大的道理。“毅力”“决心”这两个词看上去简单实际有很多人却做不到，当面对一件遥不可及的事时，你是否能够拥有坚持到底的决心与永不松懈的毅力。</w:t>
      </w:r>
      <w:r>
        <w:rPr>
          <w:lang w:eastAsia="zh-CN"/>
        </w:rPr>
        <w:br/>
      </w:r>
      <w:r>
        <w:rPr>
          <w:lang w:eastAsia="zh-CN"/>
        </w:rPr>
        <w:t>　　祥子的第一关，是脚脖子肿起来了。他知道这是不可避免的事，这是拉车必须经过的一关。非过了这一关，他不能放胆的去跑。如果在现实中又是否有很多人在第一关就放弃了?</w:t>
      </w:r>
      <w:r>
        <w:rPr>
          <w:lang w:eastAsia="zh-CN"/>
        </w:rPr>
        <w:br/>
      </w:r>
      <w:r>
        <w:rPr>
          <w:lang w:eastAsia="zh-CN"/>
        </w:rPr>
        <w:t>　　在实现理想的过程中，有各种各样的关卡。只要你有毅力和决心，一路冲破这些关卡。就可能实现自己的理想。</w:t>
      </w:r>
      <w:r>
        <w:rPr>
          <w:lang w:eastAsia="zh-CN"/>
        </w:rPr>
        <w:br/>
      </w:r>
      <w:r>
        <w:rPr>
          <w:lang w:eastAsia="zh-CN"/>
        </w:rPr>
        <w:t>　　《骆驼祥子》的读书心得体会3</w:t>
      </w:r>
      <w:r>
        <w:rPr>
          <w:lang w:eastAsia="zh-CN"/>
        </w:rPr>
        <w:br/>
      </w:r>
      <w:r>
        <w:rPr>
          <w:lang w:eastAsia="zh-CN"/>
        </w:rPr>
        <w:t>　　读完《骆驼祥子》，书中的一幕幕情景开始闪现在我的脑海中，就像滚滚天雷震撼着我的心，让我能深切地感受到那个时代底层劳动者的疾苦。</w:t>
      </w:r>
      <w:r>
        <w:rPr>
          <w:lang w:eastAsia="zh-CN"/>
        </w:rPr>
        <w:br/>
      </w:r>
      <w:r>
        <w:rPr>
          <w:lang w:eastAsia="zh-CN"/>
        </w:rPr>
        <w:t>　　这本书讲述了一个叫祥子的年轻车夫事业由兴转衰的故事。他的职业史三起三落：三次想买车，可要不是丢了钱，丢了车，就是迫不得已再卖出去。他在历尽挫折后，最终由一个老师、厚道的人，变成了一个陋习缠身的、被人看不起的下等车夫。他的职业生涯从第一次买到车到最后一次丢了车，不过三年，而对我来说，这也不过是五天读完的故事。可我却觉得整个过程十分漫长---其中发生了太多太多的事，值得我回味。看书过程中，并没发现什么，可最后回过来看刚开始的祥子时，我却大吃一惊：那是两个完全不同的洋车夫啊!是那一个个变故改变了他，而这一个个变故都是在当时黑暗的社会背景下产生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当时的社会中，富得越富，穷的越穷;善无善报，恶无恶报。人们无法过上有意义的、甚至是平凡的生活。社会只能容下像后来的祥子那样的人，而无法接受以前更善良的祥子。于是，人们更冷漠，社会也更黑暗了。好像又回到了开天辟地前一片混沌的世界。</w:t>
      </w:r>
      <w:r>
        <w:rPr>
          <w:lang w:eastAsia="zh-CN"/>
        </w:rPr>
        <w:br/>
      </w:r>
      <w:r>
        <w:rPr>
          <w:lang w:eastAsia="zh-CN"/>
        </w:rPr>
        <w:t>　　转眼间，世界与人民共同跃进了二十一世纪这崭新的纪元，祥子的故事当然不可能再重现，可在一些偏远地区，仍有一些工人拼命工作，却常常遭遇工头拖欠工钱。他们只能回家呆呆地看正在等待饭食的孩子们，或是找一个偏僻的墙角头头哭泣。这虽不是祥子苦难再现，却与祥子的生活无本质区别：专心工作，却处处遭人嫌弃。</w:t>
      </w:r>
      <w:r>
        <w:rPr>
          <w:lang w:eastAsia="zh-CN"/>
        </w:rPr>
        <w:br/>
      </w:r>
      <w:r>
        <w:rPr>
          <w:lang w:eastAsia="zh-CN"/>
        </w:rPr>
        <w:t>　　以前看见辛劳的底层劳动者，最多只明白了自己生活得很幸福，应该要知足。可是，我从未为他们着想过。合上《骆驼祥子》，我心中充满了惭愧：我真心希望能阻止祥子的悲剧再次上演。</w:t>
      </w:r>
      <w:r>
        <w:rPr>
          <w:lang w:eastAsia="zh-CN"/>
        </w:rPr>
        <w:br/>
      </w:r>
      <w:r>
        <w:rPr>
          <w:lang w:eastAsia="zh-CN"/>
        </w:rPr>
        <w:t xml:space="preserve">    《骆驼祥子》的读书心得体会 篇5 </w:t>
      </w:r>
      <w:r>
        <w:rPr>
          <w:lang w:eastAsia="zh-CN"/>
        </w:rPr>
        <w:br/>
      </w:r>
      <w:r>
        <w:rPr>
          <w:lang w:eastAsia="zh-CN"/>
        </w:rPr>
        <w:t>　　读完了《骆驼祥子》这本书后，我心中的感受又是欣赏，又是气愤，又是惋惜。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老舍笔下的祥子来自乡间，失去了父母与几亩薄田后，十八岁就独自一人来到了城里，他带着乡间小伙子的足壮、诚实、善良与勤劳，当他决定拉车时，便成了“车迷”，凭着自己三年的省吃俭用，他终于买上了一辆属于自己的车，成了上等的洋车夫。可好景不长，当时的社会情况是兵荒马乱的，终于在一次拉车时被逃兵掳走，失去了一切，但幸好牵回了三批骆驼，在回北平路上的一个乡村，祥子把三匹骆驼给卖了，原以为能换到一百块钱买一辆新车的，结果只换了三十多块钱。回北平后，因为一连串的是非祥子与虎妞成了婚，可他并不高兴，幸好虎妞用他自己的钱给祥子买了一辆车，可不久虎妞死于难产，加上他又失去了喜爱的小福子，祥子终于被这个残忍的社会，被折磨他的生活给害得鼓不起信心了，从此他开始了游戏生活，他吃喝嫖赌，出卖甚至害死他人赚钱，祥子彻底沦为了城市的垃圾，彻底成为了一句失去灵魂的行尸走肉。</w:t>
      </w:r>
      <w:r>
        <w:rPr>
          <w:lang w:eastAsia="zh-CN"/>
        </w:rPr>
        <w:br/>
      </w:r>
      <w:r>
        <w:rPr>
          <w:lang w:eastAsia="zh-CN"/>
        </w:rPr>
        <w:t>　　祥子的悲哀结局让我们惋惜，也值得我们深思，他为什么不早转行呢?如果是在那种恶劣的社会环境下也就原谅祥子这类人吧。可在无战乱的21世纪的今天，为什么仍有“祥子的影子”出现呢?也许是社会没有充分关照最底层的人们吧。我们是多么希望能迎来古时候的那种大同社会啊——人们不独亲其亲，不独子其子，男有分，女有归……</w:t>
      </w:r>
      <w:r>
        <w:rPr>
          <w:lang w:eastAsia="zh-CN"/>
        </w:rPr>
        <w:br/>
      </w:r>
      <w:r>
        <w:rPr>
          <w:lang w:eastAsia="zh-CN"/>
        </w:rPr>
        <w:t>　　我们应吸取祥子的教训，关爱尊重身边的每一个人，因为我们是一个和谐的大团体，这是我们应尽的责任。</w:t>
      </w:r>
      <w:r>
        <w:rPr>
          <w:lang w:eastAsia="zh-CN"/>
        </w:rPr>
        <w:br/>
      </w:r>
      <w:r>
        <w:rPr>
          <w:lang w:eastAsia="zh-CN"/>
        </w:rPr>
        <w:t xml:space="preserve">    《骆驼祥子》的读书心得体会 篇6 </w:t>
      </w:r>
      <w:r>
        <w:rPr>
          <w:lang w:eastAsia="zh-CN"/>
        </w:rPr>
        <w:br/>
      </w:r>
      <w:r>
        <w:rPr>
          <w:lang w:eastAsia="zh-CN"/>
        </w:rPr>
        <w:t>　　大概是考试前的一两个星期吧，我读完了老舍的名著———《骆驼祥子》。</w:t>
      </w:r>
      <w:r>
        <w:rPr>
          <w:lang w:eastAsia="zh-CN"/>
        </w:rPr>
        <w:br/>
      </w:r>
      <w:r>
        <w:rPr>
          <w:lang w:eastAsia="zh-CN"/>
        </w:rPr>
        <w:t>　　可能是由于知识，经验不够的原因吧，我还没能完全看懂，就是看了个大概，虽然祥子奋发向上，但到了后来，什么都没有。我从中了解到了在当时混乱的社会里，人们过着什么样的生活。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祥子的正义，他的诚实，他的厚道，使他阴阳差错的认识到了很多人，有从朋友到夫妻的虎妞，有骗钱的警官，还有乐于助人的……在老舍的笔下，出现了很多北京市民阶层的人物形象。如小商人，小职员，巡警……小说大概是通过一个洋车夫的苦难史，描绘了旧社会如何把一个正直，好强，好体面，自食其力的洋车夫从肉体到灵魂加以毁灭的过程。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花，他丧失了对于生活的任何乞求和信心，从上进好强而沦为自甘坠落。这个悲剧有力地揭露旧社会把人变成鬼的罪行。深刻地揭示了生产这个悲剧的原因。</w:t>
      </w:r>
      <w:r>
        <w:rPr>
          <w:lang w:eastAsia="zh-CN"/>
        </w:rPr>
        <w:br/>
      </w:r>
      <w:r>
        <w:rPr>
          <w:lang w:eastAsia="zh-CN"/>
        </w:rPr>
        <w:t>　　现在的社会稳定，经济也在不断发展。作为青少年，有书读，而且到处都有人维护着，鼓励着。所以我们不能辜负新中国对我们的期望。至少，我们要学习祥子奋发向上的精神。</w:t>
      </w:r>
      <w:r>
        <w:rPr>
          <w:lang w:eastAsia="zh-CN"/>
        </w:rPr>
        <w:br/>
      </w:r>
      <w:r>
        <w:rPr>
          <w:lang w:eastAsia="zh-CN"/>
        </w:rPr>
        <w:t xml:space="preserve">    《骆驼祥子》的读书心得体会 篇7 </w:t>
      </w:r>
      <w:r>
        <w:rPr>
          <w:lang w:eastAsia="zh-CN"/>
        </w:rPr>
        <w:br/>
      </w:r>
      <w:r>
        <w:rPr>
          <w:lang w:eastAsia="zh-CN"/>
        </w:rPr>
        <w:t>　　读了《骆驼祥子》这本书，我了解了在当时混乱的社会里，人们过着什么样的生活。这部小说以二十年代末期的北京市民生活为背景，以人力车夫祥子的坎坷悲惨生活遭遇为主要情节，深刻揭露了旧中国的黑暗，控诉了统治阶级对劳动人民的深切同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r>
        <w:rPr>
          <w:lang w:eastAsia="zh-CN"/>
        </w:rPr>
        <w:br/>
      </w:r>
      <w:r>
        <w:rPr>
          <w:lang w:eastAsia="zh-CN"/>
        </w:rPr>
        <w:t>　　我仿佛看到了天桥、鼓楼、白塔，是牌楼、街道、小巷，是车厂、大杂院和熙熙攘攘的人群，这就是几十年前的老北京，但是这儿没有丝毫田园诗一般的快乐，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r>
        <w:rPr>
          <w:lang w:eastAsia="zh-CN"/>
        </w:rPr>
        <w:br/>
      </w:r>
      <w:r>
        <w:rPr>
          <w:lang w:eastAsia="zh-CN"/>
        </w:rPr>
        <w:t>　　祥子的悲剧，是他所置身的社会生活环境的产物。在黑暗的社会中，人类的力量实在太渺小了。祥子多次想要凭自己来打败命运，可是最后呢，却使身心又一次的伤痕累累。祥子在一次次的痛苦中挣扎，越陷越深，他渐渐的被黑暗所扭曲、吞噬。以前有抱负且满是骨气的祥子，现在只有对钱的贪念而已。在社会的黑暗与金钱的诱惑下，祥子没有了骨气但是，我依然坚信，命运是掌握在我们自己手中的!挫折面前，敌人不是对手，而是自己。我们要把挫折看成一种精神财富来珍惜，不要为一时的痛苦、失败而蒙闭了自己的双眼，而要将自己的命运交给自己来安排，努力找回自己的出路。</w:t>
      </w:r>
      <w:r>
        <w:rPr>
          <w:lang w:eastAsia="zh-CN"/>
        </w:rPr>
        <w:br/>
      </w:r>
      <w:r>
        <w:rPr>
          <w:lang w:eastAsia="zh-CN"/>
        </w:rPr>
        <w:t xml:space="preserve">    《骆驼祥子》的读书心得体会 篇8 </w:t>
      </w:r>
      <w:r>
        <w:rPr>
          <w:lang w:eastAsia="zh-CN"/>
        </w:rPr>
        <w:br/>
      </w:r>
      <w:r>
        <w:rPr>
          <w:lang w:eastAsia="zh-CN"/>
        </w:rPr>
        <w:t>　　《骆驼祥子》真实地描绘了北京一个人力车夫的悲惨命运。祥子是北京旧三十年代一位青年车夫，善良纯朴，正直，热爱劳动。他的理想是车，拥有一辆属于自己的车。三年之后终于得偿所愿，但那时是抗战时期，北平乱成一团，祥子稀里糊涂地被抓去打杂，更痛苦的是他用血汗钱买来的车，也被夺走了。千辛万苦逃了出来，回到“仁和厂子”继续拉车。但是痛苦还没结束，厂主刘四爷的丑女儿虎妞看上了祥子，并诱惑他，祥子上了当，被迫娶了虎妞，不多久虎妞就死于难产，孩子也没了。虎妞死后，小福子又表示和他一起过，可是当祥子找到一份稳定工作后去找小福子时，才知道小福子已在一个树林里上吊死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此后，祥子就堕落了，原来那个祥子因为生活的压迫染上了吃喝嫖赌的恶习。原来那个祥子彻底消失了。</w:t>
      </w:r>
      <w:r>
        <w:rPr>
          <w:lang w:eastAsia="zh-CN"/>
        </w:rPr>
        <w:br/>
      </w:r>
      <w:r>
        <w:rPr>
          <w:lang w:eastAsia="zh-CN"/>
        </w:rPr>
        <w:t>　　祥子是一个悲剧，他尽了所有的力，也吃了所有的痛苦，但却依然落了个两手空空。这本书真实地展现了那个黑暗社会的真面目，如果不是黑暗社会的迫害，祥子也不会从一个充满希望的热血青年走向堕落。祥子不奢望别的，他只是想要得到一辆车都这么难吗?也许这才是现实，残酷、悲哀、无可奈何......</w:t>
      </w:r>
      <w:r>
        <w:rPr>
          <w:lang w:eastAsia="zh-CN"/>
        </w:rPr>
        <w:br/>
      </w:r>
      <w:r>
        <w:rPr>
          <w:lang w:eastAsia="zh-CN"/>
        </w:rPr>
        <w:t>　　理想和现实总是充满了矛盾，它们往往不能调和，然而它们却又同时存在。社会是现实的，它不会为了一个人的理想而改变。对于骆驼祥子，我感到遗憾，感到惋惜，感到无奈，但也感到敬佩，我佩服他从前的坚强，他从前的热血。然而，他最终还是输给了自己。</w:t>
      </w:r>
      <w:r>
        <w:rPr>
          <w:lang w:eastAsia="zh-CN"/>
        </w:rPr>
        <w:br/>
      </w:r>
      <w:r>
        <w:rPr>
          <w:lang w:eastAsia="zh-CN"/>
        </w:rPr>
        <w:t>　　虽然这只是一本书，但它写的是真实的社会。能够一生都坚忍不拔的人很少数，但我们可以在追求的过程中慢慢改变。毕竟我们都不能预知未来，但是我们可以把握今天。海伦.凯勒说过：“把活着的每一天看做生命的最后一天。”</w:t>
      </w:r>
      <w:r>
        <w:rPr>
          <w:lang w:eastAsia="zh-CN"/>
        </w:rPr>
        <w:br/>
      </w:r>
      <w:r>
        <w:rPr>
          <w:lang w:eastAsia="zh-CN"/>
        </w:rPr>
        <w:t xml:space="preserve">    《骆驼祥子》的读书心得体会 篇9 </w:t>
      </w:r>
      <w:r>
        <w:rPr>
          <w:lang w:eastAsia="zh-CN"/>
        </w:rPr>
        <w:br/>
      </w:r>
      <w:r>
        <w:rPr>
          <w:lang w:eastAsia="zh-CN"/>
        </w:rPr>
        <w:t>　　我对《骆驼祥子》中的主人公祥子，心中多多少少有些怜悯。有人说他的悲惨结局是由于他的自作自受，也有人说是他错生了时代。若在今天他靠如此毅力做自己喜欢的事，成就肯定不在马云之下。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他最吸引我的一点就是他那持之以恒的定力。当他决定要买一台人力车的时候，他不惜紧衣缩食来达成自己的目的。他虽然在攒钱过程中遇到了许多波折，比如说孙队长的讹诈，但他始终都没有放弃，也正是因为他这种可贵精神，使他在车夫这一卑贱行列中能较为成功的主要原因吧。</w:t>
      </w:r>
      <w:r>
        <w:rPr>
          <w:lang w:eastAsia="zh-CN"/>
        </w:rPr>
        <w:br/>
      </w:r>
      <w:r>
        <w:rPr>
          <w:lang w:eastAsia="zh-CN"/>
        </w:rPr>
        <w:t>　　但是无论是他妻子虎妞的惨死，还是他最终的堕落，都和他的愚钝有不可或缺的关系。比如虎妞的惨死，为什么到最后都不肯去医院，而相信所谓百试百灵跳大神呢?归根结底，都是他心中那愚不可及的迷信和那所谓的宿命论在作祟。若不是如此，怕是祥子夫妇的生活必是美美满满，也能在民国的乱世中度过安稳的一生了。</w:t>
      </w:r>
      <w:r>
        <w:rPr>
          <w:lang w:eastAsia="zh-CN"/>
        </w:rPr>
        <w:br/>
      </w:r>
      <w:r>
        <w:rPr>
          <w:lang w:eastAsia="zh-CN"/>
        </w:rPr>
        <w:t>　　不过祥子拥有乱世中的一个可以安身立命的元素，就是投机，他在一开始时就冒着生命危险在一个山坡上找到了三头骆驼，并把它们卖到屠户那儿得到了第一桶金。虽然不多，但对当时初来乍到的祥子却是一笔巨款了。也是他这投机的性格却是他日后堕落埋下了伏笔。首先他赌和虎妞能得到幸福，却不知自己看中的是人力车车场老板女儿的身份，导致后来生活有诸多不平也没处发泄。他赌出卖朋友用所得到的钱可以逍遥快活。谁又知这只是杯水车薪，且还进入了无限内疚的境地中了。由此种种，此性格虽然有利可图，但利大于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但老舍先生所描写的祥子并非一个人，而是当时社会制度下的下等阶级人民的典型代表吧。他们依靠出卖自己的力气过日子，但是所得却要被当时恐怖的税收压得喘不过气来。常年都是亏的。不仅如此，倒卖儿童妇女也成为了家常便饭，官员们接受贿赂就可以睁一只眼闭一只眼，所谓是民不聊生，若再加上严苛至极的刑罚，那真的是人间地狱了。因此，祥子的事情并非个例，而是无数悲惨人的写照。</w:t>
      </w:r>
      <w:r>
        <w:rPr>
          <w:lang w:eastAsia="zh-CN"/>
        </w:rPr>
        <w:br/>
      </w:r>
      <w:r>
        <w:rPr>
          <w:lang w:eastAsia="zh-CN"/>
        </w:rPr>
        <w:t>　　文尽于此，生于新时代的我们更要学会珍惜，让我们珍惜现在，再接再厉，给我们的世界带来一丝更加明亮的光彩吧!</w:t>
      </w:r>
      <w:r>
        <w:rPr>
          <w:lang w:eastAsia="zh-CN"/>
        </w:rPr>
        <w:br/>
      </w:r>
      <w:r>
        <w:rPr>
          <w:lang w:eastAsia="zh-CN"/>
        </w:rPr>
        <w:t xml:space="preserve">    《骆驼祥子》的读书心得体会 篇10 </w:t>
      </w:r>
      <w:r>
        <w:rPr>
          <w:lang w:eastAsia="zh-CN"/>
        </w:rPr>
        <w:br/>
      </w:r>
      <w:r>
        <w:rPr>
          <w:lang w:eastAsia="zh-CN"/>
        </w:rPr>
        <w:t>　　最近我迷上了，老舍先生写得一本书叫《骆驼祥子》这本书</w:t>
      </w:r>
      <w:r>
        <w:rPr>
          <w:lang w:eastAsia="zh-CN"/>
        </w:rPr>
        <w:br/>
      </w:r>
      <w:r>
        <w:rPr>
          <w:lang w:eastAsia="zh-CN"/>
        </w:rPr>
        <w:t>　　让人回味无穷，待我细细给你们到来。</w:t>
      </w:r>
      <w:r>
        <w:rPr>
          <w:lang w:eastAsia="zh-CN"/>
        </w:rPr>
        <w:br/>
      </w:r>
      <w:r>
        <w:rPr>
          <w:lang w:eastAsia="zh-CN"/>
        </w:rPr>
        <w:t>　　这本书的主人公是祥子。主要写了;祥子买车三起三落的过程，写出了旧社会人力车夫的苦难生活。</w:t>
      </w:r>
      <w:r>
        <w:rPr>
          <w:lang w:eastAsia="zh-CN"/>
        </w:rPr>
        <w:br/>
      </w:r>
      <w:r>
        <w:rPr>
          <w:lang w:eastAsia="zh-CN"/>
        </w:rPr>
        <w:t>　　这本书主要写了;来自乡下的年轻小伙祥子在拉租来的洋车是，立志要买一辆属于自己的洋车，做一位独立的劳动者。经过了整整三年的劳动努力，他用自己的血汗钱换来了一辆属于自己的洋车，可没过多久军阀乱兵抢走了他的洋车。孙侦探又骗走了他所有的积蓄，当他面临着一个又一个打击时，他没有向命运低头，而是像命运反抗。</w:t>
      </w:r>
      <w:r>
        <w:rPr>
          <w:lang w:eastAsia="zh-CN"/>
        </w:rPr>
        <w:br/>
      </w:r>
      <w:r>
        <w:rPr>
          <w:lang w:eastAsia="zh-CN"/>
        </w:rPr>
        <w:t>　　但是他做的一切都是徒然，他用虎妞的积蓄又买了一辆车，很快又卖掉了，用来料理虎妞的丧事，而小福子的离世吹灭了祥子心中最后一盏灯，这时的他对生活失去了信心他从好强沦落到自甘坠落，从前正直善良的的祥子被生活碾得粉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认为祥子最大的优点就是能吃苦耐劳，他的理想并不难;他只想有一辆属于自己的洋车，娶一位年轻、能吃苦的、健康的妻子，可事实不是这样自己的爱车被抢，又被迫娶了虎妞，连自己心中最后的希望也没了，因为小福子自杀了，这是他对生活失去了信心，从此变得狡猾懒惰、极端自私而无赖，成了彻头彻尾的刺头儿。</w:t>
      </w:r>
      <w:r>
        <w:rPr>
          <w:lang w:eastAsia="zh-CN"/>
        </w:rPr>
        <w:br/>
      </w:r>
      <w:r>
        <w:rPr>
          <w:lang w:eastAsia="zh-CN"/>
        </w:rPr>
        <w:t>　　我们要学习以前的祥子，而不要学有的祥子哦。</w:t>
      </w:r>
      <w:r>
        <w:rPr>
          <w:lang w:eastAsia="zh-CN"/>
        </w:rPr>
        <w:br/>
      </w:r>
      <w:r>
        <w:rPr>
          <w:lang w:eastAsia="zh-CN"/>
        </w:rPr>
        <w:t>　　《骆驼祥子》讲述的是旧中国北平城里一个人力车夫祥子的悲剧故事。祥子来到城市，渴望以自己诚实的劳动，创造生活。他怀着买车的信念，拼命的赚钱，就像是一个旋转的小陀螺。终于，祥子得到了梦寐以求的车，那辆车对于祥子来说，不知道是他磨破了多少双鞋换来的。可是命运捉弄人，车接二连三的被人夺走，祥子的梦想之火一次次的熄灭。但祥子仍然不肯放弃，不断的振作起来，再度奋斗。</w:t>
      </w:r>
      <w:r>
        <w:rPr>
          <w:lang w:eastAsia="zh-CN"/>
        </w:rPr>
        <w:br/>
      </w:r>
      <w:r>
        <w:rPr>
          <w:lang w:eastAsia="zh-CN"/>
        </w:rPr>
        <w:t>　　我不由地感动，对祥子那坚持不懈而感动;这教育了我：要坚强的面对困难，失败了靠自己站起。</w:t>
      </w:r>
      <w:r>
        <w:rPr>
          <w:lang w:eastAsia="zh-CN"/>
        </w:rPr>
        <w:br/>
      </w:r>
      <w:r>
        <w:rPr>
          <w:lang w:eastAsia="zh-CN"/>
        </w:rPr>
        <w:t xml:space="preserve">    《骆驼祥子》的读书心得体会 篇11 </w:t>
      </w:r>
      <w:r>
        <w:rPr>
          <w:lang w:eastAsia="zh-CN"/>
        </w:rPr>
        <w:br/>
      </w:r>
      <w:r>
        <w:rPr>
          <w:lang w:eastAsia="zh-CN"/>
        </w:rPr>
        <w:t>　　《骆驼祥子》读后感二十年代末期，北平，战乱，压迫，金钱，人力车夫这所有的词融合在一起就是就是两个字祥子。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一个来自农村的青年农民祥子，抛开除了自己就空无一人的家，到城里来，天天省吃俭用，拼命拉着凭来的车，没日没夜，为的只是能攒出钱来买上一辆自己的车。三年在祥子的努力中一晃而过，他有了自己的车，他可以不再受车场主的气，他可以想怎么拉就怎么拉了!可痛快的日子没有持续多久，战乱中的北平危机四伏，正在拉车的祥子莫名其妙的就被军阀的乱兵抓了回去打杂，这一切的困苦祥子都能忍受，但最让他痛苦和愤怒的，是他这辈子唯一的寄托用三年的心血与汗水换来的新车，被抢走了。祥子历尽艰辛逃回了北平，在仁和车厂，压抑着满腔的悲怆和痛苦，继续拉着凭来的车。千辛万苦，当他终于在一个平和善良的人家找到了一份相对稳定的拉包月车的工作后，又因为雇主被特务盯上而被反动政府的侦探以买命的名义榨取了他仅有的一点点积蓄，同时也丢了那份安定的工作。面对这一个个接踵而至的沉重打击，他依然骄傲的抬着头。他是年轻气盛，高大健壮的祥子阿!怎么能这么轻易的被困难打倒?他不肯屈服。他要用自己的力气、自己的血、自己的汗来挣出自己和妻子虎妞的饭钱!虎妞以低价为祥子买了一辆车，可本以为又回到从前的祥子却又不得不因为虎妞的丧事而再把车卖掉。祥子是个善良正直但很要强、肯奋斗的人，他不愿听从高妈的话放高利贷，不想贪图场主刘四爷的六十辆车，不愿听虎妞的话去做小买卖，因为他认为有了自己的车就有了一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他所梦想的不过是以自己的劳动求得一种独立自主的生活。他不喝酒，不吸烟，没有沾染上一点点地恶习，可上天对这个可怜的老实人还是没有半点的怜悯。无数的打击、挫折，终于把祥子这个铁打的人的铁打的精神给碾压得粉身碎骨。他不再那么拼命的拉车，不再烟酒不沾，以前善良正直的祥子不见了，只剩下学会了吃喝嫖赌，可以为金钱出卖朋友的行尸走肉。可就像作品中写的那样：苦人的懒是努力而落了空的自然结果，苦人的耍刺儿含有一些公理。祥子的堕落不是祥子的错，而是整个社会中的乌烟瘴气使原本善良正直的祥子变了质。祥子是一个悲剧，他尽了所有的力，也吃了所有的痛苦，但却依然落了个两手空空。如果祥子生活在我们这个年代，也许他就不会变成那样的刺儿头了。</w:t>
      </w:r>
      <w:r>
        <w:rPr>
          <w:lang w:eastAsia="zh-CN"/>
        </w:rPr>
        <w:br/>
      </w:r>
      <w:r>
        <w:rPr>
          <w:lang w:eastAsia="zh-CN"/>
        </w:rPr>
        <w:t>　　因为他是那样的要强、那样的善良、那样的正直，为了自己的理想可以放下一切!我们也应当学习祥子的那种吃得苦中苦的精神，虽然未必方为人上人，但只要努力了，奋斗过了，便能问心无愧。</w:t>
      </w:r>
      <w:r>
        <w:rPr>
          <w:lang w:eastAsia="zh-CN"/>
        </w:rPr>
        <w:br/>
      </w:r>
      <w:r>
        <w:rPr>
          <w:lang w:eastAsia="zh-CN"/>
        </w:rPr>
        <w:t xml:space="preserve">    《骆驼祥子》的读书心得体会 篇12 </w:t>
      </w:r>
      <w:r>
        <w:rPr>
          <w:lang w:eastAsia="zh-CN"/>
        </w:rPr>
        <w:br/>
      </w:r>
      <w:r>
        <w:rPr>
          <w:lang w:eastAsia="zh-CN"/>
        </w:rPr>
        <w:t>　　寒假我就看了一本老舍的代表作《骆驼祥子》，他凭着勤劳和坚忍省吃俭用，终于如愿以偿。然而好景不长，没多久他的洋车就被士兵抢走。但他没有灰心，靠自己的努力又买了一辆洋车。不过他实在太倒霉了，辛辛苦苦的积蓄又被洗劫一空。就这样反复了三次，祥子再也无法鼓起生活的勇气。他开始游戏生活，吃喝嫖赌，彻底堕落为城市的垃圾。</w:t>
      </w:r>
      <w:r>
        <w:rPr>
          <w:lang w:eastAsia="zh-CN"/>
        </w:rPr>
        <w:br/>
      </w:r>
      <w:r>
        <w:rPr>
          <w:lang w:eastAsia="zh-CN"/>
        </w:rPr>
        <w:t>　　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r>
        <w:rPr>
          <w:lang w:eastAsia="zh-CN"/>
        </w:rPr>
        <w:br/>
      </w:r>
      <w:r>
        <w:rPr>
          <w:lang w:eastAsia="zh-CN"/>
        </w:rPr>
        <w:t>　　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r>
        <w:rPr>
          <w:lang w:eastAsia="zh-CN"/>
        </w:rPr>
        <w:br/>
      </w:r>
      <w:r>
        <w:rPr>
          <w:lang w:eastAsia="zh-CN"/>
        </w:rPr>
        <w:t xml:space="preserve">    《骆驼祥子》的读书心得体会 篇13 </w:t>
      </w:r>
      <w:r>
        <w:rPr>
          <w:lang w:eastAsia="zh-CN"/>
        </w:rPr>
        <w:br/>
      </w:r>
      <w:r>
        <w:rPr>
          <w:lang w:eastAsia="zh-CN"/>
        </w:rPr>
        <w:t>　　祥子给我的印象很深：一个实实在在的车夫，勤劳、坚忍。但他的结果却是悲惨的。</w:t>
      </w:r>
      <w:r>
        <w:rPr>
          <w:lang w:eastAsia="zh-CN"/>
        </w:rPr>
        <w:br/>
      </w:r>
      <w:r>
        <w:rPr>
          <w:lang w:eastAsia="zh-CN"/>
        </w:rPr>
        <w:t>　　他带着自己的希望来到北平，认准拉车这一行，经过三年的努力，终于买上自己的车。但在兵荒马乱的时代，不到半年，祥子的车被大兵抢去，牵回三皮骆驼。祥子没有灰心，更加努力赚钱。还没有买上车，钱却又被侦探抢去。在他与虎妞的婚姻中，他付出了许多代价，但终于再次拉上自己的车。虎妞死了，祥子人车两空。生活的打击，小福子的逝去，使祥子失去生活的信心。他变了，吃喝嫖赌，样样都干，以出卖人赚钱，彻底成为城市垃圾。</w:t>
      </w:r>
      <w:r>
        <w:rPr>
          <w:lang w:eastAsia="zh-CN"/>
        </w:rPr>
        <w:br/>
      </w:r>
      <w:r>
        <w:rPr>
          <w:lang w:eastAsia="zh-CN"/>
        </w:rPr>
        <w:t>　　故事悲哀的结局，不禁让我想到当时社会的惨状。祥子一个乐观向上，坚持不懈的车夫，被可恶的社会折磨成了社会的垃圾，象行尸走肉一样，只有一个驱壳。当然，这不仅仅是社会的问题。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对于骆驼祥子。我感到遗憾，感到惋惜，也感到无奈，但也感到敬佩。我敬佩他那乐观向上、坚持不懈的精神。只可惜最终他没有战胜自己，没能战胜社会，最终还是被打败成为了社会的累赘。对于这个社会，我感到悲哀，感到痛苦，感到耻辱。祥子在社会的影响下经过三起三落成为垃圾。这个社会，在排除垃圾，却又在大量制造垃圾，这个社会又有什么本事?我只能说：这个社会是一个腐败的社会，是一个没有能力的社会。而那些促使社会腐败的人，却压迫着那些勤劳的人，那些努力的人，那些坚持不懈的人。这就是这个社会的现实：残酷、悲哀、无可奈何。</w:t>
      </w:r>
      <w:r>
        <w:rPr>
          <w:lang w:eastAsia="zh-CN"/>
        </w:rPr>
        <w:br/>
      </w:r>
      <w:r>
        <w:rPr>
          <w:lang w:eastAsia="zh-CN"/>
        </w:rPr>
        <w:t>　　这本书的讽刺性很强。讽刺了当时黑暗的社会使人们经受生活中过重的压力，让人不得喘气，不得翻身。而我确认为这不仅仅是社会的问题。虽然环境对人的改变至多至少都起着不可忽视的作用，但是更重要的是我们自身的问题。如果祥子最终战胜了自我，就算他的生活不是他理想的那样，有自己的车拉，但至少能让自己安心生活，有一点收入，不去偷，不去抢，能保持自己原来有理想、有目标的心态，不成为社会的垃圾。</w:t>
      </w:r>
      <w:r>
        <w:rPr>
          <w:lang w:eastAsia="zh-CN"/>
        </w:rPr>
        <w:br/>
      </w:r>
      <w:r>
        <w:rPr>
          <w:lang w:eastAsia="zh-CN"/>
        </w:rPr>
        <w:t>　　一个人，不管生活在什么样的社会，如果没有目标有理想，轻易放弃，永远报着消极的心态，不去闯，不去拼，最终只能容易失去自我，迷失方向，甚至堕落。所以，我们应该有理想，有目标，有积极向上的心态，才能立足于社会。</w:t>
      </w:r>
      <w:r>
        <w:rPr>
          <w:lang w:eastAsia="zh-CN"/>
        </w:rPr>
        <w:br/>
      </w:r>
      <w:r>
        <w:rPr>
          <w:lang w:eastAsia="zh-CN"/>
        </w:rPr>
        <w:t xml:space="preserve">    《骆驼祥子》的读书心得体会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幸福的社会总是安宁的，黑暗的社会总是躁动的。《骆驼祥子》这本书中，我从中了解到当时混乱的社会里，人们过着什么样的生活。</w:t>
      </w:r>
      <w:r>
        <w:rPr>
          <w:lang w:eastAsia="zh-CN"/>
        </w:rPr>
        <w:br/>
      </w:r>
      <w:r>
        <w:rPr>
          <w:lang w:eastAsia="zh-CN"/>
        </w:rPr>
        <w:t>　　来到北平当人力车夫的祥子，为了自己的理想努力奋斗，苦干了三年，筹足了一百块钱，买了一辆梦寐以求的洋车。由于遭遇不测，有一次连人带车被宪兵抓去当壮丁，希望第一次破灭。</w:t>
      </w:r>
      <w:r>
        <w:rPr>
          <w:lang w:eastAsia="zh-CN"/>
        </w:rPr>
        <w:br/>
      </w:r>
      <w:r>
        <w:rPr>
          <w:lang w:eastAsia="zh-CN"/>
        </w:rPr>
        <w:t>　　无论环境多恶劣，祥子也没有放弃，祥子把骆驼买去，平明拉车，省吃俭用攒钱买新车。但在干包月时，被搜捕到的钱全部被抢去，祥子希望有一次破灭。</w:t>
      </w:r>
      <w:r>
        <w:rPr>
          <w:lang w:eastAsia="zh-CN"/>
        </w:rPr>
        <w:br/>
      </w:r>
      <w:r>
        <w:rPr>
          <w:lang w:eastAsia="zh-CN"/>
        </w:rPr>
        <w:t>　　心事重重的祥子回到车厂已经是晚上11点多，被虎妞几杯酒引诱，便和她睡在一起了。虎妞呵祥子成亲后，虎妞以低价给祥子买了邻居二强子的车，祥子的希望再一次点燃。怀孕的虎妞不爱活动、爱吃零食，导致胎儿过大，结果难产死去。为了给虎妞办丧事，祥子逼迫卖掉了车，祥子的努力全白做了。</w:t>
      </w:r>
      <w:r>
        <w:rPr>
          <w:lang w:eastAsia="zh-CN"/>
        </w:rPr>
        <w:br/>
      </w:r>
      <w:r>
        <w:rPr>
          <w:lang w:eastAsia="zh-CN"/>
        </w:rPr>
        <w:t>　　经历了三起三落，祥子已经失去了生活的信心。他已经变成了麻木，潦倒，狡猾，好占便宜，吃喝嫖赌，自暴自弃的行尸走肉。一个曾经是那么要强的头等车夫，最后却还是没有挣扎出悲惨的命运。祥子是旧社会贫苦劳动人民的缩影，他反映了旧社会劳动人民生活苦难与无奈。</w:t>
      </w:r>
      <w:r>
        <w:rPr>
          <w:lang w:eastAsia="zh-CN"/>
        </w:rPr>
        <w:br/>
      </w:r>
      <w:r>
        <w:rPr>
          <w:lang w:eastAsia="zh-CN"/>
        </w:rPr>
        <w:t xml:space="preserve">    《骆驼祥子》的读书心得体会 篇15 </w:t>
      </w:r>
      <w:r>
        <w:rPr>
          <w:lang w:eastAsia="zh-CN"/>
        </w:rPr>
        <w:br/>
      </w:r>
    </w:p>
    <w:p w:rsidR="001B1F19" w14:textId="27C3F48A">
      <w:pPr>
        <w:rPr>
          <w:rFonts w:hint="eastAsia"/>
          <w:lang w:eastAsia="zh-CN"/>
        </w:rPr>
      </w:pPr>
      <w:r>
        <w:rPr>
          <w:lang w:eastAsia="zh-CN"/>
        </w:rPr>
        <w:t>　　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对劳动人民的深切同情。</w:t>
      </w:r>
      <w:r>
        <w:rPr>
          <w:lang w:eastAsia="zh-CN"/>
        </w:rPr>
        <w:br/>
      </w:r>
      <w:r>
        <w:rPr>
          <w:lang w:eastAsia="zh-CN"/>
        </w:rPr>
        <w:t>　　小说主要讲了一个来自农村的人，叫：祥子，在他拉上租来的洋车以后，立志买一辆车自己拉，做一个独立的劳动者。年轻力壮，正当生命的黄金时代;又刻苦耐劳，不惜用全部力量去达到这一目的。在强烈的信心的鼓舞和支持下，经过3年的努力，他用自己的血汗换来了一辆洋车。但是没有多久，军阀的乱兵抢走了他的车;借着反动政府的侦探又诈去了他仅有的积蓄，主人躲避特务追踪还使他丢了比较安定的工作;虎妞对他的那种推脱不开的爱情又给他的身心都带来磨难。迎着这一个又一个的打击，他作过挣扎，仍然执着地想用更大的努力来实现自己梦寐以求的愿望。但一切都是徒然：虎妞的积蓄买了一辆，车很快又不得不卖掉以料理虎妞的丧事。他的这一愿望像个鬼影，永远抓不牢，而空受那些辛苦与委屈，在经过多次挫折以后，终于完全破灭。他所喜爱的小福子的自杀，吹熄了心中最后一朵希望的火花，他丧失了对于生活的任何企求和信心，从上进好强而沦为自甘堕落：原来那个正直善良的祥子，被生活的磨盘碾得粉碎。</w:t>
      </w:r>
      <w:r>
        <w:rPr>
          <w:lang w:eastAsia="zh-CN"/>
        </w:rPr>
        <w:br/>
      </w:r>
      <w:r>
        <w:rPr>
          <w:lang w:eastAsia="zh-CN"/>
        </w:rPr>
        <w:t>　　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https://d.book118.com/925014000121011110</w:t>
        </w:r>
      </w:hyperlink>
    </w:p>
    <w:p w:rsidR="001B1F19">
      <w:pPr>
        <w:rPr>
          <w:rFonts w:hint="eastAsia"/>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2501400012101111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