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2024年质量员之土建质量基础知识题库</w:t>
      </w:r>
    </w:p>
    <w:p/>
    <w:p>
      <w:pPr>
        <w:jc w:val="center"/>
      </w:pPr>
      <w:r>
        <w:rPr>
          <w:rFonts w:ascii="黑体" w:hAnsi="黑体"/>
          <w:b/>
          <w:sz w:val="28"/>
        </w:rPr>
        <w:t>第一部分  单选题(150题)</w:t>
      </w:r>
    </w:p>
    <w:p>
      <w:r>
        <w:t>1、跨度为6m、混凝土强度为C30的现浇混凝土板，当混凝土强度至少应达到（　　　）时方可拆除模板。</w:t>
        <w:br/>
        <w:t>A.15N/mm2</w:t>
        <w:br/>
        <w:t>B.21N/mm2</w:t>
        <w:br/>
        <w:t>C.22.5N/mm2</w:t>
        <w:br/>
        <w:t>D.30N/mm2</w:t>
        <w:br/>
        <w:br/>
        <w:t xml:space="preserve">【答案】：C </w:t>
      </w:r>
    </w:p>
    <w:p>
      <w:r>
        <w:t>2、符合混凝土强度等级表示方法的是（　　　）。</w:t>
        <w:br/>
        <w:t>A.200号</w:t>
        <w:br/>
        <w:t>B.MU20</w:t>
        <w:br/>
        <w:t>C.C20</w:t>
        <w:br/>
        <w:t>D.A-20</w:t>
        <w:br/>
        <w:br/>
        <w:t xml:space="preserve">【答案】：C </w:t>
      </w:r>
    </w:p>
    <w:p>
      <w:r>
        <w:t>3、施工单位承担保修责任的前提条件之一是（　　　）。</w:t>
        <w:br/>
        <w:t>A.施工单位原因产生的质量问题</w:t>
        <w:br/>
        <w:t>B.工程未按期交工</w:t>
        <w:br/>
        <w:t>C.属于保修范围内发生的质量问题</w:t>
        <w:br/>
        <w:t>D.工程价款结算完毕</w:t>
        <w:br/>
        <w:br/>
        <w:t xml:space="preserve">【答案】：C </w:t>
      </w:r>
    </w:p>
    <w:p>
      <w:pPr>
        <w:sectPr w:rsidSect="00034616">
          <w:pgSz w:w="12240" w:h="15840"/>
          <w:pgMar w:top="1440" w:right="1800" w:bottom="1440" w:left="1800" w:header="720" w:footer="720" w:gutter="0"/>
          <w:cols w:space="720"/>
          <w:docGrid w:linePitch="360"/>
        </w:sectPr>
      </w:pPr>
    </w:p>
    <w:p>
      <w:r>
        <w:t>4、（　　　）具有节能、节地的特点，并可以利用工业废渣，因地制宜，工艺简便。一般适用于工业及民用建筑的墙体。</w:t>
        <w:br/>
        <w:t>A.蒸压加气混凝土砌块</w:t>
        <w:br/>
        <w:t>B.混凝土小型空心砌块</w:t>
        <w:br/>
        <w:t>C.陶粒空心砌块</w:t>
        <w:br/>
        <w:t>D.多孔砖</w:t>
        <w:br/>
        <w:br/>
        <w:t>【答案】：B</w:t>
      </w:r>
      <w:r>
        <w:t xml:space="preserve"> </w:t>
      </w:r>
    </w:p>
    <w:p>
      <w:r>
        <w:t>5、“两阶段设计”指（　　　）</w:t>
        <w:br/>
        <w:t>A.弹性阶段的概念设计和塑性阶段的抗震设计</w:t>
        <w:br/>
        <w:t>B.弹性阶段的概念设计和弹塑性阶段的抗震设计</w:t>
        <w:br/>
        <w:t>C.塑性阶段的概念设计和弹塑性阶段的抗震设计</w:t>
        <w:br/>
        <w:t>D.弹塑性阶段的概念设计和塑性阶段的抗震设计</w:t>
        <w:br/>
        <w:br/>
        <w:t xml:space="preserve">【答案】：B </w:t>
      </w:r>
    </w:p>
    <w:p>
      <w:r>
        <w:t>6、抹底层灰的作用是（　　　）。</w:t>
        <w:br/>
        <w:t>A.保证与墙面粘贴牢固</w:t>
        <w:br/>
        <w:t>B.保证抹灰层平整</w:t>
        <w:br/>
        <w:t>C.美观</w:t>
        <w:br/>
        <w:t>D.经济</w:t>
        <w:br/>
        <w:br/>
        <w:t xml:space="preserve">【答案】：A </w:t>
      </w:r>
    </w:p>
    <w:p>
      <w:r>
        <w:t>7、关于专业承包的业务范围，下列叙述不正确的是（　　　）。</w:t>
        <w:br/>
        <w:t>A.专业承包企业可以承接施工总承包企业依法分包的专业工程</w:t>
        <w:br/>
        <w:t>B.专业承包企业可以承接建设单位依法发包的专业工程</w:t>
        <w:br/>
        <w:t>C.专业承包企业可以对所承接的专业工程依法进行分包</w:t>
        <w:br/>
        <w:t>D.专业承包企业可以对劳务作业可以分包</w:t>
        <w:br/>
        <w:br/>
        <w:t xml:space="preserve">【答案】：C </w:t>
      </w:r>
    </w:p>
    <w:p>
      <w:pPr>
        <w:sectPr w:rsidSect="00034616">
          <w:type w:val="nextPage"/>
          <w:pgSz w:w="12240" w:h="15840"/>
          <w:pgMar w:top="1440" w:right="1800" w:bottom="1440" w:left="1800" w:header="720" w:footer="720" w:gutter="0"/>
          <w:pgNumType w:start="2"/>
          <w:cols w:space="720"/>
          <w:titlePg w:val="0"/>
          <w:docGrid w:linePitch="360"/>
        </w:sectPr>
      </w:pPr>
    </w:p>
    <w:p>
      <w:r>
        <w:t>8、根据《建筑抗震设计规范》GB50011-2010的规定，当遭受低于本地区设防烈度的多遭地震影响时，建筑物应（　　　）。</w:t>
        <w:br/>
        <w:t>A.一般不受损坏或不需修理仍可继续使用</w:t>
        <w:br/>
        <w:t>B.可能损坏，经一般修理或不需修理仍可继续使用</w:t>
        <w:br/>
        <w:t>C.不致发生危及生命的严重破坏</w:t>
        <w:br/>
        <w:t>D.不致倒塌</w:t>
        <w:br/>
        <w:br/>
        <w:t>【答案】：A</w:t>
      </w:r>
      <w:r>
        <w:t xml:space="preserve"> </w:t>
      </w:r>
    </w:p>
    <w:p>
      <w:r>
        <w:t>9、某梁纵向受力钢筋为5根直径为20mm的HRB335级钢筋（抗拉强度为300N/mm2），现在拟用直径为25mm的HPB300级钢筋（抗拉强度为270N/mm2）代换，所需钢筋根数为（　　　）。</w:t>
        <w:br/>
        <w:t>A.3根</w:t>
        <w:br/>
        <w:t>B.4根</w:t>
        <w:br/>
        <w:t>C.5根</w:t>
        <w:br/>
        <w:t>D.6根</w:t>
        <w:br/>
        <w:br/>
        <w:t xml:space="preserve">【答案】：B </w:t>
      </w:r>
    </w:p>
    <w:p>
      <w:r>
        <w:t>10、卫生间的防水基层必须用1：3的水泥砂浆找平，凡遇到阴、阳角处，要抹成半径不小于（　　　）mm的小圆弧。</w:t>
        <w:br/>
        <w:t>A.10</w:t>
        <w:br/>
        <w:t>B.20</w:t>
        <w:br/>
        <w:t>C.30</w:t>
        <w:br/>
        <w:t>D.40</w:t>
        <w:br/>
        <w:br/>
        <w:t xml:space="preserve">【答案】：A </w:t>
      </w:r>
    </w:p>
    <w:p>
      <w:pPr>
        <w:sectPr w:rsidSect="00034616">
          <w:type w:val="nextPage"/>
          <w:pgSz w:w="12240" w:h="15840"/>
          <w:pgMar w:top="1440" w:right="1800" w:bottom="1440" w:left="1800" w:header="720" w:footer="720" w:gutter="0"/>
          <w:pgNumType w:start="3"/>
          <w:cols w:space="720"/>
          <w:titlePg w:val="0"/>
          <w:docGrid w:linePitch="360"/>
        </w:sectPr>
      </w:pPr>
    </w:p>
    <w:p>
      <w:r>
        <w:t>11、下列关于膨胀剂、防冻剂、泵送剂、速凝剂的相关说法中，错误的是（　　　）。</w:t>
        <w:br/>
        <w:t>A.膨胀剂是能使混凝土产生一定体积膨胀的外加剂</w:t>
        <w:br/>
        <w:t>B.常用防冻剂有氯盐类、氯盐阻锈类、氯盐与阻锈剂为主复合的外加剂、硫酸盐类</w:t>
        <w:br/>
        <w:t>C.泵送剂是改善混凝土泵送性能的外加剂</w:t>
        <w:br/>
        <w:t>D.速凝剂主要用于喷射混凝土、堵漏等</w:t>
        <w:br/>
        <w:br/>
        <w:t>【答案】：B</w:t>
      </w:r>
      <w:r>
        <w:t xml:space="preserve"> </w:t>
      </w:r>
    </w:p>
    <w:p>
      <w:r>
        <w:t>12、轴向拉（压）时横截面上的正应力( )分布。（）</w:t>
        <w:br/>
        <w:t>A.均匀</w:t>
        <w:br/>
        <w:t>B.线性</w:t>
        <w:br/>
        <w:t>C.假设均匀</w:t>
        <w:br/>
        <w:t>D.抛物线</w:t>
        <w:br/>
        <w:br/>
        <w:t xml:space="preserve">【答案】：A </w:t>
      </w:r>
    </w:p>
    <w:p>
      <w:r>
        <w:t>13、防止钢结构焊缝产生（　　　）措施之一是控制焊缝的化学成分。</w:t>
        <w:br/>
        <w:t>A.冷裂纹</w:t>
        <w:br/>
        <w:t>B.热裂纹</w:t>
        <w:br/>
        <w:t>C.气孔</w:t>
        <w:br/>
        <w:t>D.弧坑缩孔</w:t>
        <w:br/>
        <w:br/>
        <w:t xml:space="preserve">【答案】：B </w:t>
      </w:r>
    </w:p>
    <w:p>
      <w:r>
        <w:t>14、下列哪种防水材料属于刚性防水材料？（　　　）</w:t>
        <w:br/>
        <w:t>A.防水砂浆</w:t>
        <w:br/>
        <w:t>B.沥青防水卷材</w:t>
        <w:br/>
        <w:t>C.高聚物改性沥青防水卷材</w:t>
        <w:br/>
        <w:t>D.合成高分子防水卷材</w:t>
        <w:br/>
        <w:br/>
        <w:t xml:space="preserve">【答案】：A </w:t>
      </w:r>
    </w:p>
    <w:p>
      <w:pPr>
        <w:sectPr w:rsidSect="00034616">
          <w:type w:val="nextPage"/>
          <w:pgSz w:w="12240" w:h="15840"/>
          <w:pgMar w:top="1440" w:right="1800" w:bottom="1440" w:left="1800" w:header="720" w:footer="720" w:gutter="0"/>
          <w:pgNumType w:start="4"/>
          <w:cols w:space="720"/>
          <w:titlePg w:val="0"/>
          <w:docGrid w:linePitch="360"/>
        </w:sectPr>
      </w:pPr>
    </w:p>
    <w:p>
      <w:r>
        <w:t>15、某高层住宅工程结构设计合理使用年限50年，屋面防水为一级，设计使用年限15年，工程于2015年8月5日竣工验收合格并交付使用，施工单位出具的质量保修书中有下列内容，其中不符合法律法规要求的有（　　　）。</w:t>
        <w:br/>
        <w:t>A.基础工程的保修期限为50年</w:t>
        <w:br/>
        <w:t>B.屋面防水工程的保修期限为8年</w:t>
        <w:br/>
        <w:t>C.供热系统的保修期限为自2015年采暖期起，到2017年采暖期结束日止</w:t>
        <w:br/>
        <w:t>D.电气管线、给水排水管道、装修工程的保修期限为1年</w:t>
        <w:br/>
        <w:br/>
        <w:t>【答案】：D</w:t>
      </w:r>
      <w:r>
        <w:t xml:space="preserve"> </w:t>
      </w:r>
    </w:p>
    <w:p>
      <w:r>
        <w:t>16、在一般清况下，中、低强度的混凝土，水泥强度等级为混凝土强度等级的（　　　）。</w:t>
        <w:br/>
        <w:t>A.1倍</w:t>
        <w:br/>
        <w:t>B.1.5～2.0倍</w:t>
        <w:br/>
        <w:t>C.2倍以上</w:t>
        <w:br/>
        <w:t>D.1.5倍以下</w:t>
        <w:br/>
        <w:br/>
        <w:t xml:space="preserve">【答案】：B </w:t>
      </w:r>
    </w:p>
    <w:p>
      <w:r>
        <w:t>17、钢结构涂装后至少在（　　　）内应保护，免受雨淋。</w:t>
        <w:br/>
        <w:t>A.1h</w:t>
        <w:br/>
        <w:t>B.2h</w:t>
        <w:br/>
        <w:t>C.3h</w:t>
        <w:br/>
        <w:t>D.4h</w:t>
        <w:br/>
        <w:br/>
        <w:t xml:space="preserve">【答案】：D </w:t>
      </w:r>
    </w:p>
    <w:p>
      <w:pPr>
        <w:sectPr w:rsidSect="00034616">
          <w:type w:val="nextPage"/>
          <w:pgSz w:w="12240" w:h="15840"/>
          <w:pgMar w:top="1440" w:right="1800" w:bottom="1440" w:left="1800" w:header="720" w:footer="720" w:gutter="0"/>
          <w:pgNumType w:start="5"/>
          <w:cols w:space="720"/>
          <w:titlePg w:val="0"/>
          <w:docGrid w:linePitch="360"/>
        </w:sectPr>
      </w:pPr>
      <w:r>
        <w:t>18、当混凝土分层浇筑到模板高度的（　　　），且第一层混凝土的强度达到出模强度时，方可进行初滑。</w:t>
        <w:br/>
        <w:t>A.1/3</w:t>
        <w:br/>
        <w:t>B.2/3</w:t>
        <w:br/>
        <w:t>C.3/4</w:t>
        <w:br/>
        <w:t>D.1/2</w:t>
        <w:br/>
        <w:br/>
        <w:t xml:space="preserve">【答案】：B </w:t>
      </w:r>
    </w:p>
    <w:p>
      <w:r>
        <w:t>19、板内分布钢筋不仅可使主筋定位，分担局部荷载，还可（　　　）。</w:t>
        <w:br/>
        <w:t>A.承担负弯矩</w:t>
        <w:br/>
        <w:t>B.承受收缩和温度应力</w:t>
        <w:br/>
        <w:t>C.减少裂缝宽度</w:t>
        <w:br/>
        <w:t>D.增加主筋与混凝土的粘结</w:t>
        <w:br/>
        <w:br/>
        <w:t xml:space="preserve">【答案】：B </w:t>
      </w:r>
    </w:p>
    <w:p>
      <w:r>
        <w:t>20、建筑基线上的基线点应不少于（　　　）。</w:t>
        <w:br/>
        <w:t>A.4</w:t>
        <w:br/>
        <w:t>B.3</w:t>
        <w:br/>
        <w:t>C.2</w:t>
        <w:br/>
        <w:t>D.4</w:t>
        <w:br/>
        <w:br/>
        <w:t xml:space="preserve">【答案】：B </w:t>
      </w:r>
    </w:p>
    <w:p>
      <w:r>
        <w:t>21、当房间使用面积大于等于100，且小于500时，室内环境污染物浓度监测点数设置不少于（　　　）个。</w:t>
        <w:br/>
        <w:t>A.1</w:t>
        <w:br/>
        <w:t>B.2</w:t>
        <w:br/>
        <w:t>C.3</w:t>
        <w:br/>
        <w:t>D.4</w:t>
        <w:br/>
        <w:br/>
        <w:t xml:space="preserve">【答案】：C </w:t>
      </w:r>
    </w:p>
    <w:p>
      <w:pPr>
        <w:sectPr w:rsidSect="00034616">
          <w:type w:val="nextPage"/>
          <w:pgSz w:w="12240" w:h="15840"/>
          <w:pgMar w:top="1440" w:right="1800" w:bottom="1440" w:left="1800" w:header="720" w:footer="720" w:gutter="0"/>
          <w:pgNumType w:start="6"/>
          <w:cols w:space="720"/>
          <w:titlePg w:val="0"/>
          <w:docGrid w:linePitch="360"/>
        </w:sectPr>
      </w:pPr>
    </w:p>
    <w:p>
      <w:r>
        <w:t>22、混凝土搅拌机按搅拌原理不同，可分为（　　　）式和强制式两类。</w:t>
        <w:br/>
        <w:t>A.简易</w:t>
        <w:br/>
        <w:t>B.附着</w:t>
        <w:br/>
        <w:t>C.自落</w:t>
        <w:br/>
        <w:t>D.便携</w:t>
        <w:br/>
        <w:br/>
        <w:t>【答案】：C</w:t>
      </w:r>
      <w:r>
        <w:t xml:space="preserve"> </w:t>
      </w:r>
    </w:p>
    <w:p>
      <w:r>
        <w:t>23、一般用作砌筑地面以上砖石砌体的砂浆是（　　　）。</w:t>
        <w:br/>
        <w:t>A.水泥砂浆</w:t>
        <w:br/>
        <w:t>B.水泥混合砂浆</w:t>
        <w:br/>
        <w:t>C.石灰砂浆</w:t>
        <w:br/>
        <w:t>D.纸筋灰砂浆</w:t>
        <w:br/>
        <w:br/>
        <w:t xml:space="preserve">【答案】：B </w:t>
      </w:r>
    </w:p>
    <w:p>
      <w:r>
        <w:t>24、当日平均气温降到（　　　）以下时，混凝土工程必须采取冬期施工技术措施。</w:t>
        <w:br/>
        <w:t>A.0℃</w:t>
        <w:br/>
        <w:t>B.-2℃</w:t>
        <w:br/>
        <w:t>C.5℃</w:t>
        <w:br/>
        <w:t>D.10℃</w:t>
        <w:br/>
        <w:br/>
        <w:t xml:space="preserve">【答案】：C </w:t>
      </w:r>
    </w:p>
    <w:p>
      <w:pPr>
        <w:sectPr w:rsidSect="00034616">
          <w:type w:val="nextPage"/>
          <w:pgSz w:w="12240" w:h="15840"/>
          <w:pgMar w:top="1440" w:right="1800" w:bottom="1440" w:left="1800" w:header="720" w:footer="720" w:gutter="0"/>
          <w:pgNumType w:start="7"/>
          <w:cols w:space="720"/>
          <w:titlePg w:val="0"/>
          <w:docGrid w:linePitch="360"/>
        </w:sectPr>
      </w:pPr>
    </w:p>
    <w:p>
      <w:r>
        <w:t>25、下列关于合成高分子防水卷材的相关说法中，有误的是（　　　）。</w:t>
        <w:br/>
        <w:t>A.常用的合成高分子防水卷材如三元乙丙橡胶防水卷材、聚氯乙烯防水卷材、氯化聚乙烯-橡胶共混防水卷材等</w:t>
        <w:br/>
        <w:t>B.三元乙丙橡胶防水卷材是我国目前用量较大的一种卷材，使用屋面、地下防水工程和防腐工程</w:t>
        <w:br/>
        <w:t>C.三元乙丙橡胶防水卷材质量轻，耐老化性好，弹性和抗拉伸性能极佳，对基层伸缩变形或开裂的适应性强，耐高低温性能优良，能在严寒和酷热环境中使用</w:t>
        <w:br/>
        <w:t>D.氯化聚乙烯-橡胶共混防水卷材价格相较于三元乙丙橡胶防水卷材低得多，属中、高档防水材料，可用于各种建筑、道路、桥梁、水利工程的防水，尤其适用寒冷地区或变形较大的屋面</w:t>
        <w:br/>
        <w:br/>
        <w:t>【答案】：B</w:t>
      </w:r>
      <w:r>
        <w:t xml:space="preserve"> </w:t>
      </w:r>
    </w:p>
    <w:p>
      <w:r>
        <w:t>26、从建筑施工的角度，根据土的（　　　），可将土分为8大类。</w:t>
        <w:br/>
        <w:t>A.颗粒级配</w:t>
        <w:br/>
        <w:t>B.沉积年代</w:t>
        <w:br/>
        <w:t>C.坚硬程度</w:t>
        <w:br/>
        <w:t>D.承载能力</w:t>
        <w:br/>
        <w:br/>
        <w:t xml:space="preserve">【答案】：C </w:t>
      </w:r>
    </w:p>
    <w:p>
      <w:r>
        <w:t>27、下列墙体或部位中，可留设脚手眼的是（　　　）。</w:t>
        <w:br/>
        <w:t>A.半砖墙和砖柱</w:t>
        <w:br/>
        <w:t>B.宽度大于1m的窗间墙</w:t>
        <w:br/>
        <w:t>C.砖砌体门窗洞口两侧200mm的范围内</w:t>
        <w:br/>
        <w:t>D.转角处450mm的范围内</w:t>
        <w:br/>
        <w:br/>
        <w:t xml:space="preserve">【答案】：B </w:t>
      </w:r>
    </w:p>
    <w:p>
      <w:r>
        <w:t>28、水泥的初凝时间是指从水泥加水拌合起至水泥浆（　　　）所需的时间。</w:t>
        <w:br/>
        <w:t>A.开始失去可塑性</w:t>
        <w:br/>
        <w:t>B.完全失去可塑性并开始产生强度</w:t>
        <w:br/>
        <w:t>C.开始失去可塑性并达到2.4MPa强度</w:t>
        <w:br/>
        <w:t>D.完全失去可塑性</w:t>
        <w:br/>
        <w:br/>
        <w:t xml:space="preserve">【答案】：A </w:t>
      </w:r>
    </w:p>
    <w:p>
      <w:pPr>
        <w:sectPr w:rsidSect="00034616">
          <w:type w:val="nextPage"/>
          <w:pgSz w:w="12240" w:h="15840"/>
          <w:pgMar w:top="1440" w:right="1800" w:bottom="1440" w:left="1800" w:header="720" w:footer="720" w:gutter="0"/>
          <w:pgNumType w:start="8"/>
          <w:cols w:space="720"/>
          <w:titlePg w:val="0"/>
          <w:docGrid w:linePitch="360"/>
        </w:sectPr>
      </w:pPr>
    </w:p>
    <w:p>
      <w:r>
        <w:t>29、混凝土必须养护至其强度达到（　　　）时，才能够在其上行人或安装模板支架</w:t>
        <w:br/>
        <w:t>A.1.2MPa</w:t>
        <w:br/>
        <w:t>B.1.8MPa</w:t>
        <w:br/>
        <w:t>C.2.4MPa</w:t>
        <w:br/>
        <w:t>D.3MPa</w:t>
        <w:br/>
        <w:br/>
        <w:t>【答案】：A</w:t>
      </w:r>
      <w:r>
        <w:t xml:space="preserve"> </w:t>
      </w:r>
    </w:p>
    <w:p>
      <w:r>
        <w:t>30、下列各项中，具有良好的隔热性能，可避免暖房效应，节约室内降温空调的能源消耗，并具有单向透视性的是（　　　）</w:t>
        <w:br/>
        <w:t>A.阳光控制镀膜玻璃</w:t>
        <w:br/>
        <w:t>B.低辐射镀膜玻璃</w:t>
        <w:br/>
        <w:t>C.中空玻璃</w:t>
        <w:br/>
        <w:t>D.着色玻璃</w:t>
        <w:br/>
        <w:br/>
        <w:t xml:space="preserve">【答案】：A </w:t>
      </w:r>
    </w:p>
    <w:p>
      <w:r>
        <w:t>31、开始浇筑柱子时，底部应先浇筑一层厚（　　　）。</w:t>
        <w:br/>
        <w:t>A.5、10mm相同成分的细石混凝土</w:t>
        <w:br/>
        <w:t>B.5、10mm相同成分的水泥砂浆或水泥浆</w:t>
        <w:br/>
        <w:t>C.50、100mm相同成分的细石混凝土</w:t>
        <w:br/>
        <w:t>D.50、100mm相同成分的水泥砂浆或水泥浆</w:t>
        <w:br/>
        <w:br/>
        <w:t xml:space="preserve">【答案】：D </w:t>
      </w:r>
    </w:p>
    <w:p>
      <w:r>
        <w:t>32、土方的开挖顺序、方法必须与设计工况相一致，并遵循开槽支撑，（　　　）严禁超挖的原则。</w:t>
        <w:br/>
        <w:t>A.先撑后挖，分层开挖</w:t>
        <w:br/>
        <w:t>B.先挖后撑，分层开挖</w:t>
        <w:br/>
        <w:t>C.先撑后挖，分段开挖</w:t>
        <w:br/>
        <w:t>D.先挖后撑，分段开挖</w:t>
        <w:br/>
        <w:br/>
        <w:t xml:space="preserve">【答案】：A </w:t>
      </w:r>
    </w:p>
    <w:p>
      <w:pPr>
        <w:sectPr w:rsidSect="00034616">
          <w:type w:val="nextPage"/>
          <w:pgSz w:w="12240" w:h="15840"/>
          <w:pgMar w:top="1440" w:right="1800" w:bottom="1440" w:left="1800" w:header="720" w:footer="720" w:gutter="0"/>
          <w:pgNumType w:start="9"/>
          <w:cols w:space="720"/>
          <w:titlePg w:val="0"/>
          <w:docGrid w:linePitch="360"/>
        </w:sectPr>
      </w:pPr>
    </w:p>
    <w:p>
      <w:r>
        <w:t>33、后浇带处的混凝土，宜采用（　　　），强度等级宜比原结构的混凝土提高5～10N/mm,并保持不少于15d的潮湿养护。</w:t>
        <w:br/>
        <w:t>A.细石混凝土</w:t>
        <w:br/>
        <w:t>B.微膨胀混凝土</w:t>
        <w:br/>
        <w:t>C.抗冻混凝土</w:t>
        <w:br/>
        <w:t>D.高性能混凝土</w:t>
        <w:br/>
        <w:br/>
        <w:t>【答案】：B</w:t>
      </w:r>
      <w:r>
        <w:t xml:space="preserve"> </w:t>
      </w:r>
    </w:p>
    <w:p>
      <w:r>
        <w:t>34、（　　　）是把经纬仪水平度盘的中心安置在所测角的顶点铅垂线上。</w:t>
        <w:br/>
        <w:t>A.直线定线</w:t>
        <w:br/>
        <w:t>B.对中</w:t>
        <w:br/>
        <w:t>C.整平</w:t>
        <w:br/>
        <w:t>D.精平</w:t>
        <w:br/>
        <w:br/>
        <w:t xml:space="preserve">【答案】：B </w:t>
      </w:r>
    </w:p>
    <w:p>
      <w:r>
        <w:t>35、柱子立稳后，立即用水准仪检测柱身上的±0.000m标高线，其容许误差为（　　　）。</w:t>
        <w:br/>
        <w:t>A.±1m</w:t>
        <w:br/>
        <w:t>B.±5mm</w:t>
        <w:br/>
        <w:t>C.±3mm</w:t>
        <w:br/>
        <w:t>D.±4mm</w:t>
        <w:br/>
        <w:br/>
        <w:t xml:space="preserve">【答案】：C </w:t>
      </w:r>
    </w:p>
    <w:p>
      <w:pPr>
        <w:sectPr w:rsidSect="00034616">
          <w:type w:val="nextPage"/>
          <w:pgSz w:w="12240" w:h="15840"/>
          <w:pgMar w:top="1440" w:right="1800" w:bottom="1440" w:left="1800" w:header="720" w:footer="720" w:gutter="0"/>
          <w:pgNumType w:start="10"/>
          <w:cols w:space="720"/>
          <w:titlePg w:val="0"/>
          <w:docGrid w:linePitch="360"/>
        </w:sectPr>
      </w:pPr>
      <w:r>
        <w:t>36、对劳动合同试用期的叙述中，不正确的是（　　　）</w:t>
        <w:br/>
        <w:t>A.劳动合同期限3个月以上不满1年的.试用期不得超过1个月</w:t>
        <w:br/>
        <w:t>B.劳动合同期限1年以上不满3年的.试用期不超过2个月</w:t>
        <w:br/>
        <w:t>C.3年以上固定期限和无固定期限的劳动合同.试用期不得超过6个月</w:t>
        <w:br/>
        <w:t>D.以完成一定工作任务为期限的劳动合同或者劳动合同期限不满3个月的.试用期不得超过10天</w:t>
        <w:br/>
        <w:br/>
        <w:t xml:space="preserve">【答案】：D </w:t>
      </w:r>
    </w:p>
    <w:p>
      <w:r>
        <w:t>37、受弯钢构件的整体失稳是（　　　）屈曲。</w:t>
        <w:br/>
        <w:t>A.弯曲</w:t>
        <w:br/>
        <w:t>B.扭转</w:t>
        <w:br/>
        <w:t>C.弯扭</w:t>
        <w:br/>
        <w:t>D.弯剪</w:t>
        <w:br/>
        <w:br/>
        <w:t xml:space="preserve">【答案】：C </w:t>
      </w:r>
    </w:p>
    <w:p>
      <w:r>
        <w:t>38、砌体的抗拉强度最主要取决于（　　　）。</w:t>
        <w:br/>
        <w:t>A.砌块抗拉强度</w:t>
        <w:br/>
        <w:t>B.砂浆的抗拉强度</w:t>
        <w:br/>
        <w:t>C.灰缝的厚度</w:t>
        <w:br/>
        <w:t>D.砂浆中的水泥用量</w:t>
        <w:br/>
        <w:br/>
        <w:t xml:space="preserve">【答案】：B </w:t>
      </w:r>
    </w:p>
    <w:p>
      <w:r>
        <w:t>39、水准测量是利用水准仪提供（　　　）。</w:t>
        <w:br/>
        <w:t>A.水平视线</w:t>
        <w:br/>
        <w:t>B.垂直视线</w:t>
        <w:br/>
        <w:t>C.倾斜视线</w:t>
        <w:br/>
        <w:t>D.直线定线</w:t>
        <w:br/>
        <w:br/>
        <w:t xml:space="preserve">【答案】：A </w:t>
      </w:r>
    </w:p>
    <w:p>
      <w:pPr>
        <w:sectPr w:rsidSect="00034616">
          <w:type w:val="nextPage"/>
          <w:pgSz w:w="12240" w:h="15840"/>
          <w:pgMar w:top="1440" w:right="1800" w:bottom="1440" w:left="1800" w:header="720" w:footer="720" w:gutter="0"/>
          <w:pgNumType w:start="11"/>
          <w:cols w:space="720"/>
          <w:titlePg w:val="0"/>
          <w:docGrid w:linePitch="360"/>
        </w:sectPr>
      </w:pPr>
      <w:r>
        <w:t>40、三元乙丙（EPDM）橡胶防水卷材属于（　　　）防水卷材。</w:t>
        <w:br/>
        <w:t>A.合成高分子防水卷材</w:t>
        <w:br/>
        <w:t>B.沥青防水卷材</w:t>
        <w:br/>
        <w:t>C.高聚物改性沥青防水卷材</w:t>
        <w:br/>
        <w:t>D.聚氯乙烯（PVC）防水卷材</w:t>
        <w:br/>
        <w:br/>
        <w:t xml:space="preserve">【答案】：A </w:t>
      </w:r>
    </w:p>
    <w:p>
      <w:r>
        <w:t>41、为了设计上的便利，对于四边均有支承的板，当（　　　）按单向板设计。</w:t>
        <w:br/>
        <w:t>A.L2/L1≤2</w:t>
        <w:br/>
        <w:t>B.L2/L1&gt;2</w:t>
        <w:br/>
        <w:t>C.L2/L1≤3</w:t>
        <w:br/>
        <w:t>D.L2/L1&gt;3</w:t>
        <w:br/>
        <w:br/>
        <w:t xml:space="preserve">【答案】：B </w:t>
      </w:r>
    </w:p>
    <w:p>
      <w:r>
        <w:t>42、钢材的工艺性能主要包括冷弯性能、（　　　）、冷拉性能、冷拔性能等。</w:t>
        <w:br/>
        <w:t>A.焊接性能</w:t>
        <w:br/>
        <w:t>B.抗拉强度</w:t>
        <w:br/>
        <w:t>C.伸长率</w:t>
        <w:br/>
        <w:t>D.冲击韧性</w:t>
        <w:br/>
        <w:br/>
        <w:t xml:space="preserve">【答案】：A </w:t>
      </w:r>
    </w:p>
    <w:p>
      <w:r>
        <w:t>43、构造柱的截面尺寸应不小于（　　　）mm。</w:t>
        <w:br/>
        <w:t>A.180×240</w:t>
        <w:br/>
        <w:t>B.120×180</w:t>
        <w:br/>
        <w:t>C.240×240</w:t>
        <w:br/>
        <w:t>D.180×180</w:t>
        <w:br/>
        <w:br/>
        <w:t xml:space="preserve">【答案】：A </w:t>
      </w:r>
    </w:p>
    <w:p>
      <w:pPr>
        <w:sectPr w:rsidSect="00034616">
          <w:type w:val="nextPage"/>
          <w:pgSz w:w="12240" w:h="15840"/>
          <w:pgMar w:top="1440" w:right="1800" w:bottom="1440" w:left="1800" w:header="720" w:footer="720" w:gutter="0"/>
          <w:pgNumType w:start="12"/>
          <w:cols w:space="720"/>
          <w:titlePg w:val="0"/>
          <w:docGrid w:linePitch="360"/>
        </w:sectPr>
      </w:pPr>
    </w:p>
    <w:p>
      <w:r>
        <w:t>44、望远镜实现水平，竖盘指标水准管气泡居中，盘左位置竖盘读数（　　　）。</w:t>
        <w:br/>
        <w:t>A.90°</w:t>
        <w:br/>
        <w:t>B.0°</w:t>
        <w:br/>
        <w:t>C.180°</w:t>
        <w:br/>
        <w:t>D.270°</w:t>
        <w:br/>
        <w:br/>
        <w:t>【答案】：A</w:t>
      </w:r>
      <w:r>
        <w:t xml:space="preserve"> </w:t>
      </w:r>
    </w:p>
    <w:p>
      <w:r>
        <w:t>45、防水卷材可以分为沥青防水卷材、（　　　）和合成高分子防水卷材三类，</w:t>
        <w:br/>
        <w:t>A.三元乙丙橡胶防水卷材</w:t>
        <w:br/>
        <w:t>B.高聚物改性沥青防水卷材</w:t>
        <w:br/>
        <w:t>C.聚氯乙烯（PVC）防水卷材</w:t>
        <w:br/>
        <w:t>D.氯化聚乙烯一橡胶共混防水卷材</w:t>
        <w:br/>
        <w:br/>
        <w:t xml:space="preserve">【答案】：B </w:t>
      </w:r>
    </w:p>
    <w:p>
      <w:r>
        <w:t>46、黏土砖应在砌筑前（　　　）浇水湿润，以水浸人砖内深度1～1.5cm为宜。</w:t>
        <w:br/>
        <w:t>A.1～12h</w:t>
        <w:br/>
        <w:t>B.3～14h</w:t>
        <w:br/>
        <w:t>C.1～2d</w:t>
        <w:br/>
        <w:t>D.3～4d</w:t>
        <w:br/>
        <w:br/>
        <w:t xml:space="preserve">【答案】：C </w:t>
      </w:r>
    </w:p>
    <w:p>
      <w:r>
        <w:t>47、大体积混凝土应选用（　　　）。</w:t>
        <w:br/>
        <w:t>A.硅酸盐水泥</w:t>
        <w:br/>
        <w:t>B.矿渣水泥</w:t>
        <w:br/>
        <w:t>C.普通水泥</w:t>
        <w:br/>
        <w:t>D.高铝水泥</w:t>
        <w:br/>
        <w:br/>
        <w:t xml:space="preserve">【答案】：B </w:t>
      </w:r>
    </w:p>
    <w:p>
      <w:pPr>
        <w:sectPr w:rsidSect="00034616">
          <w:type w:val="nextPage"/>
          <w:pgSz w:w="12240" w:h="15840"/>
          <w:pgMar w:top="1440" w:right="1800" w:bottom="1440" w:left="1800" w:header="720" w:footer="720" w:gutter="0"/>
          <w:pgNumType w:start="13"/>
          <w:cols w:space="720"/>
          <w:titlePg w:val="0"/>
          <w:docGrid w:linePitch="360"/>
        </w:sectPr>
      </w:pPr>
    </w:p>
    <w:p>
      <w:r>
        <w:t>48、打桩时宜采用（　　　）的方式，方可取得良好的效果。</w:t>
        <w:br/>
        <w:t>A.“重锤低击，低提重打”</w:t>
        <w:br/>
        <w:t>B.“轻锤高击，高提重打”</w:t>
        <w:br/>
        <w:t>C.“轻锤低击，低提轻打”</w:t>
        <w:br/>
        <w:t>D.“重锤高击，高提重打”</w:t>
        <w:br/>
        <w:br/>
        <w:t>【答案】：A</w:t>
      </w:r>
      <w:r>
        <w:t xml:space="preserve"> </w:t>
      </w:r>
    </w:p>
    <w:p>
      <w:r>
        <w:t>49、根据《劳动合同法》，劳动者的下列情形中，用人单位不得解除劳动合同的是（　　　）。</w:t>
        <w:br/>
        <w:t>A.在试用期间被证明不符合录用条件的</w:t>
        <w:br/>
        <w:t>B.严重违反用人单位的规章制度的</w:t>
        <w:br/>
        <w:t>C.患病或者非因工负伤，在规定的医疗期内的</w:t>
        <w:br/>
        <w:t>D.被依法追究刑事责任的</w:t>
        <w:br/>
        <w:br/>
        <w:t xml:space="preserve">【答案】：C </w:t>
      </w:r>
    </w:p>
    <w:p>
      <w:r>
        <w:t>50、关于劳动合同的履行和变更的叙述中，不正确的是（　　　）。</w:t>
        <w:br/>
        <w:t>A.用人单位应当履行向劳动者支付劳动报酬的义务</w:t>
        <w:br/>
        <w:t>B.用人单位不得强迫或者变相强迫劳动者加班</w:t>
        <w:br/>
        <w:t>C.劳动者有权拒绝违章指挥、冒险作业</w:t>
        <w:br/>
        <w:t>D.用人单位发生合并或者分立等情况，劳动合同终止履行</w:t>
        <w:br/>
        <w:br/>
        <w:t xml:space="preserve">【答案】：D </w:t>
      </w:r>
    </w:p>
    <w:p>
      <w:r>
        <w:t>51、对于土方开挖工程，施工单位编制专项施工方案后，经（　　　）签字后实施。</w:t>
        <w:br/>
        <w:t>A.施工单位技术负责人和建设单位负责人</w:t>
        <w:br/>
        <w:t>B.施工单位项目经理和总监理工程师</w:t>
        <w:br/>
        <w:t>C.施工单位技术负责人和总监理工程师</w:t>
        <w:br/>
        <w:t>D.建设单位负责人和总监理工程师</w:t>
        <w:br/>
        <w:br/>
        <w:t xml:space="preserve">【答案】：C </w:t>
      </w:r>
    </w:p>
    <w:p>
      <w:pPr>
        <w:sectPr w:rsidSect="00034616">
          <w:type w:val="nextPage"/>
          <w:pgSz w:w="12240" w:h="15840"/>
          <w:pgMar w:top="1440" w:right="1800" w:bottom="1440" w:left="1800" w:header="720" w:footer="720" w:gutter="0"/>
          <w:pgNumType w:start="14"/>
          <w:cols w:space="720"/>
          <w:titlePg w:val="0"/>
          <w:docGrid w:linePitch="360"/>
        </w:sectPr>
      </w:pPr>
    </w:p>
    <w:p>
      <w:r>
        <w:t>52、施涂溶剂型涂料时，基层含水率不得大于（　　　）。</w:t>
        <w:br/>
        <w:t>A.6％</w:t>
        <w:br/>
        <w:t>B.8％</w:t>
        <w:br/>
        <w:t>C.10</w:t>
        <w:br/>
        <w:t>D.12％</w:t>
        <w:br/>
        <w:br/>
        <w:t>【答案】：B</w:t>
      </w:r>
      <w:r>
        <w:t xml:space="preserve"> </w:t>
      </w:r>
    </w:p>
    <w:p>
      <w:r>
        <w:t>53、在涂膜防水屋面施工的工艺流程中，节点部位增强处理后，紧跟的工作是</w:t>
        <w:br/>
        <w:t>A.基层清理</w:t>
        <w:br/>
        <w:t>B.喷涂基层处理剂</w:t>
        <w:br/>
        <w:t>C.涂布大面防水涂料</w:t>
        <w:br/>
        <w:t>D.铺贴大面胎体增强材料</w:t>
        <w:br/>
        <w:br/>
        <w:t xml:space="preserve">【答案】：C </w:t>
      </w:r>
    </w:p>
    <w:p>
      <w:r>
        <w:t>54、适用于处理碎石土、砂土、低饱和度的黏性土、粉土、湿陷性黄土及填土地基等的深层加固方法是（　　　）。</w:t>
        <w:br/>
        <w:t>A.强夯法</w:t>
        <w:br/>
        <w:t>B.重锤夯实法</w:t>
        <w:br/>
        <w:t>C.挤密桩法</w:t>
        <w:br/>
        <w:t>D.砂石桩法</w:t>
        <w:br/>
        <w:br/>
        <w:t xml:space="preserve">【答案】：A </w:t>
      </w:r>
    </w:p>
    <w:p>
      <w:pPr>
        <w:sectPr w:rsidSect="00034616">
          <w:type w:val="nextPage"/>
          <w:pgSz w:w="12240" w:h="15840"/>
          <w:pgMar w:top="1440" w:right="1800" w:bottom="1440" w:left="1800" w:header="720" w:footer="720" w:gutter="0"/>
          <w:pgNumType w:start="15"/>
          <w:cols w:space="720"/>
          <w:titlePg w:val="0"/>
          <w:docGrid w:linePitch="360"/>
        </w:sectPr>
      </w:pPr>
      <w:r>
        <w:t>55、根据《安全生产法》的规定，下列（　　　）不属于安全生产管理人员的职责范围。</w:t>
        <w:br/>
        <w:t>A.组织或者参与本单位安全生产教育和培训</w:t>
        <w:br/>
        <w:t>B.保证本单位安全生产投入的有效实施</w:t>
        <w:br/>
        <w:t>C.督促落实本单位重大危险源的安全管理措施</w:t>
        <w:br/>
        <w:t>D.制止和纠正违章指挥、强令冒险作业、违反操作规程的行为</w:t>
        <w:br/>
        <w:br/>
        <w:t xml:space="preserve">【答案】：B </w:t>
      </w:r>
    </w:p>
    <w:p>
      <w:r>
        <w:t>56、对施工单位承揽工程问题，下列叙述不正确的是（　　　）。</w:t>
        <w:br/>
        <w:t>A.施工单位应当在其资质等级许可的范围内承揽工程</w:t>
        <w:br/>
        <w:t>B.施工单位不得转包或者违法分包工程</w:t>
        <w:br/>
        <w:t>C.禁止施工单位以其他施工单位的名义承揽工程</w:t>
        <w:br/>
        <w:t>D.在建设单位同意的情况下，允许其他单位以本单位的名义承揽工程</w:t>
        <w:br/>
        <w:br/>
        <w:t xml:space="preserve">【答案】：D </w:t>
      </w:r>
    </w:p>
    <w:p>
      <w:r>
        <w:t>57、房屋建筑工程、市政公用工程施工总承包企业资质等级均分为（　　　）。</w:t>
        <w:br/>
        <w:t>A.特级、一级、二级</w:t>
        <w:br/>
        <w:t>B.一级、二级、三级</w:t>
        <w:br/>
        <w:t>C.特级、一级、二级、三级</w:t>
        <w:br/>
        <w:t>D.甲级、乙级、丙级门</w:t>
        <w:br/>
        <w:br/>
        <w:t xml:space="preserve">【答案】：C </w:t>
      </w:r>
    </w:p>
    <w:p>
      <w:r>
        <w:t>58、质量数据的收集方法主要有（　　　）和随机抽样检验两种方法。</w:t>
        <w:br/>
        <w:t>A.随机抽样检验</w:t>
        <w:br/>
        <w:t>B.全数检验</w:t>
        <w:br/>
        <w:t>C.完全随机抽样</w:t>
        <w:br/>
        <w:t>D.等距抽样</w:t>
        <w:br/>
        <w:br/>
        <w:t xml:space="preserve">【答案】：B </w:t>
      </w:r>
    </w:p>
    <w:p>
      <w:pPr>
        <w:sectPr w:rsidSect="00034616">
          <w:type w:val="nextPage"/>
          <w:pgSz w:w="12240" w:h="15840"/>
          <w:pgMar w:top="1440" w:right="1800" w:bottom="1440" w:left="1800" w:header="720" w:footer="720" w:gutter="0"/>
          <w:pgNumType w:start="16"/>
          <w:cols w:space="720"/>
          <w:titlePg w:val="0"/>
          <w:docGrid w:linePitch="360"/>
        </w:sectPr>
      </w:pPr>
    </w:p>
    <w:p>
      <w:r>
        <w:t>59、桩基承台的厚度不应小于（　　　）。</w:t>
        <w:br/>
        <w:t>A.200mm</w:t>
        <w:br/>
        <w:t>B.300mm</w:t>
        <w:br/>
        <w:t>C.400mm</w:t>
        <w:br/>
        <w:t>D.500mm</w:t>
        <w:br/>
        <w:br/>
        <w:t>【答案】：B</w:t>
      </w:r>
      <w:r>
        <w:t xml:space="preserve"> </w:t>
      </w:r>
    </w:p>
    <w:p>
      <w:r>
        <w:t>60、混凝土在运输时不应产生离析、分层现象，如有离析现象，则必须在浇筑混凝土前进行（　　　）。</w:t>
        <w:br/>
        <w:t>A.加水</w:t>
        <w:br/>
        <w:t>B.二次搅拌</w:t>
        <w:br/>
        <w:t>C.二次配合比设计</w:t>
        <w:br/>
        <w:t>D.振捣</w:t>
        <w:br/>
        <w:br/>
        <w:t xml:space="preserve">【答案】：B </w:t>
      </w:r>
    </w:p>
    <w:p>
      <w:r>
        <w:t>61、钢结构安装时，螺栓的紧固顺序是（　　　）。</w:t>
        <w:br/>
        <w:t>A.从两边开始，对称向中间进行</w:t>
        <w:br/>
        <w:t>B.从中间开始，对称向两边进行</w:t>
        <w:br/>
        <w:t>C.C从一端开始，向另一端进行</w:t>
        <w:br/>
        <w:t>D.从中间开始，向四周扩散</w:t>
        <w:br/>
        <w:br/>
        <w:t xml:space="preserve">【答案】：B </w:t>
      </w:r>
    </w:p>
    <w:p>
      <w:r>
        <w:t>62、以下哪些性能属于防水卷材的主要性能？（　　　）</w:t>
        <w:br/>
        <w:t>A.防水性、抗冻性、耐磨蚀性</w:t>
        <w:br/>
        <w:t>B.防水性、机械力学性能、温度稳定性</w:t>
        <w:br/>
        <w:t>C.机械力学性能、大气稳定性、耐磨蚀性</w:t>
        <w:br/>
        <w:t>D.防水性、大气稳定性、抗冻性</w:t>
        <w:br/>
        <w:br/>
        <w:t xml:space="preserve">【答案】：B </w:t>
      </w:r>
    </w:p>
    <w:p>
      <w:pPr>
        <w:sectPr w:rsidSect="00034616">
          <w:type w:val="nextPage"/>
          <w:pgSz w:w="12240" w:h="15840"/>
          <w:pgMar w:top="1440" w:right="1800" w:bottom="1440" w:left="1800" w:header="720" w:footer="720" w:gutter="0"/>
          <w:pgNumType w:start="17"/>
          <w:cols w:space="720"/>
          <w:titlePg w:val="0"/>
          <w:docGrid w:linePitch="360"/>
        </w:sectPr>
      </w:pPr>
    </w:p>
    <w:p>
      <w:r>
        <w:t>63、砌筑砂浆的和易性包括（　　　）。</w:t>
        <w:br/>
        <w:t>A.流动性和稳定性</w:t>
        <w:br/>
        <w:t>B.黏聚性和保水性</w:t>
        <w:br/>
        <w:t>C.流动性和黏聚性</w:t>
        <w:br/>
        <w:t>D.黏聚性、流动性和保水性</w:t>
        <w:br/>
        <w:br/>
        <w:t>【答案】：D</w:t>
      </w:r>
      <w:r>
        <w:t xml:space="preserve"> </w:t>
      </w:r>
    </w:p>
    <w:p>
      <w:r>
        <w:t>64、关于对从业人员安全生产教育和培训，下列叙述不正确的是（　　　）。</w:t>
        <w:br/>
        <w:t>A.生产经营单位应当对从业人员进行安全生产教育和培训</w:t>
        <w:br/>
        <w:t>B.劳务派遣单位应当对被派遣劳动者进行安全生产教育和培训</w:t>
        <w:br/>
        <w:t>C.生产经营单位应当对劳务派遣单位进行安全生产教育和培训效果考核</w:t>
        <w:br/>
        <w:t>D.生产经营单位应当对实习学生进行安全生产教育和培训</w:t>
        <w:br/>
        <w:br/>
        <w:t xml:space="preserve">【答案】：C </w:t>
      </w:r>
    </w:p>
    <w:p>
      <w:r>
        <w:t>65、下面防治流砂的方法中，（　　　）是根除流砂的最有效的方法。</w:t>
        <w:br/>
        <w:t>A.水下挖土法</w:t>
        <w:br/>
        <w:t>B.打钢板桩法</w:t>
        <w:br/>
        <w:t>C.土壤冻结法</w:t>
        <w:br/>
        <w:t>D.井点降水法</w:t>
        <w:br/>
        <w:br/>
        <w:t xml:space="preserve">【答案】：D </w:t>
      </w:r>
    </w:p>
    <w:p>
      <w:r>
        <w:t>66、粘贴高聚物改性沥青防水卷材使用最多的是（　　　）。</w:t>
        <w:br/>
        <w:t>A.热粘结剂法</w:t>
        <w:br/>
        <w:t>B.热熔法</w:t>
        <w:br/>
        <w:t>C.冷粘法</w:t>
        <w:br/>
        <w:t>D.自粘法</w:t>
        <w:br/>
        <w:br/>
        <w:t xml:space="preserve">【答案】：B </w:t>
      </w:r>
    </w:p>
    <w:p>
      <w:pPr>
        <w:sectPr w:rsidSect="00034616">
          <w:type w:val="nextPage"/>
          <w:pgSz w:w="12240" w:h="15840"/>
          <w:pgMar w:top="1440" w:right="1800" w:bottom="1440" w:left="1800" w:header="720" w:footer="720" w:gutter="0"/>
          <w:pgNumType w:start="18"/>
          <w:cols w:space="720"/>
          <w:titlePg w:val="0"/>
          <w:docGrid w:linePitch="360"/>
        </w:sectPr>
      </w:pPr>
    </w:p>
    <w:p>
      <w:r>
        <w:t>67、生产效率较高的机械化焊接方法是（　　　）。</w:t>
        <w:br/>
        <w:t>A.药皮焊条手工电弧焊</w:t>
        <w:br/>
        <w:t>B.气体保护焊</w:t>
        <w:br/>
        <w:t>C.埋弧焊</w:t>
        <w:br/>
        <w:t>D.焊包括钨极氩弧焊</w:t>
        <w:br/>
        <w:br/>
        <w:t>【答案】：C</w:t>
      </w:r>
      <w:r>
        <w:t xml:space="preserve"> </w:t>
      </w:r>
    </w:p>
    <w:p>
      <w:r>
        <w:t>68、自然状态下的土，经过开挖后，其体积因松散而增加，以后虽经回填压实，仍不能恢复到原来的体积，这种性质称为（　　　）。</w:t>
        <w:br/>
        <w:t>A.土的流动性</w:t>
        <w:br/>
        <w:t>B.土的可松性</w:t>
        <w:br/>
        <w:t>C.土的渗透性</w:t>
        <w:br/>
        <w:t>D.土的结构性</w:t>
        <w:br/>
        <w:br/>
        <w:t xml:space="preserve">【答案】：B </w:t>
      </w:r>
    </w:p>
    <w:p>
      <w:r>
        <w:t>69、填土的密度常以设计规定的（　　　）作为控制标准。</w:t>
        <w:br/>
        <w:t>A.可松性系数</w:t>
        <w:br/>
        <w:t>B.孔隙率</w:t>
        <w:br/>
        <w:t>C.渗透系数</w:t>
        <w:br/>
        <w:t>D.压实系数</w:t>
        <w:br/>
        <w:br/>
        <w:t xml:space="preserve">【答案】：D </w:t>
      </w:r>
    </w:p>
    <w:p>
      <w:r>
        <w:t>70、吊顶工程的吊杆长度大于（　　　）米时，应设置反向支撑。</w:t>
        <w:br/>
        <w:t>A.1</w:t>
        <w:br/>
        <w:t>B.1.5</w:t>
        <w:br/>
        <w:t>C.2</w:t>
        <w:br/>
        <w:t>D.3</w:t>
        <w:br/>
        <w:br/>
        <w:t xml:space="preserve">【答案】：B </w:t>
      </w:r>
    </w:p>
    <w:p>
      <w:pPr>
        <w:sectPr w:rsidSect="00034616">
          <w:type w:val="nextPage"/>
          <w:pgSz w:w="12240" w:h="15840"/>
          <w:pgMar w:top="1440" w:right="1800" w:bottom="1440" w:left="1800" w:header="720" w:footer="720" w:gutter="0"/>
          <w:pgNumType w:start="19"/>
          <w:cols w:space="720"/>
          <w:titlePg w:val="0"/>
          <w:docGrid w:linePitch="360"/>
        </w:sectPr>
      </w:pPr>
    </w:p>
    <w:p>
      <w:r>
        <w:t>71、建筑施工企业的管理人员和作业人员，每（　　　）应至少进行一次安全生产教育培训并考核合格。</w:t>
        <w:br/>
        <w:t>A.3个月</w:t>
        <w:br/>
        <w:t>B.6个月</w:t>
        <w:br/>
        <w:t>C.1年</w:t>
        <w:br/>
        <w:t>D.2年</w:t>
        <w:br/>
        <w:br/>
        <w:t>【答案】：C</w:t>
      </w:r>
      <w:r>
        <w:t xml:space="preserve"> </w:t>
      </w:r>
    </w:p>
    <w:p>
      <w:r>
        <w:t>72、下列社会关系中，属于我国《劳动合同法》调整的劳动关系的是（　　　）。</w:t>
        <w:br/>
        <w:t>A.施工单位与某个体经营者之间的加工承揽关系</w:t>
        <w:br/>
        <w:t>B.劳动者与施工单位之间在劳动过程中发生的关系</w:t>
        <w:br/>
        <w:t>C.家庭雇佣劳动关系</w:t>
        <w:br/>
        <w:t>D.社会保险机构与劳动者之间的关系</w:t>
        <w:br/>
        <w:br/>
        <w:t xml:space="preserve">【答案】：B </w:t>
      </w:r>
    </w:p>
    <w:p>
      <w:r>
        <w:t>73、用于砌筑砖砌体的砂浆强度主要取决于（　　　）。</w:t>
        <w:br/>
        <w:t>A.水泥用量、水泥强度等级</w:t>
        <w:br/>
        <w:t>B.砂子用量</w:t>
        <w:br/>
        <w:t>C.水灰比</w:t>
        <w:br/>
        <w:t>D.水用量</w:t>
        <w:br/>
        <w:br/>
        <w:t xml:space="preserve">【答案】：A </w:t>
      </w:r>
    </w:p>
    <w:p>
      <w:r>
        <w:t>74、精确整平DS3型水准仪需要转动（　　　）。</w:t>
        <w:br/>
        <w:t>A.脚螺旋</w:t>
        <w:br/>
        <w:t>B.微动螺旋</w:t>
        <w:br/>
        <w:t>C.微倾螺旋</w:t>
        <w:br/>
        <w:t>D.望远镜调焦螺旋</w:t>
        <w:br/>
        <w:br/>
        <w:t xml:space="preserve">【答案】：C </w:t>
      </w:r>
    </w:p>
    <w:p>
      <w:pPr>
        <w:sectPr w:rsidSect="00034616">
          <w:type w:val="nextPage"/>
          <w:pgSz w:w="12240" w:h="15840"/>
          <w:pgMar w:top="1440" w:right="1800" w:bottom="1440" w:left="1800" w:header="720" w:footer="720" w:gutter="0"/>
          <w:pgNumType w:start="20"/>
          <w:cols w:space="720"/>
          <w:titlePg w:val="0"/>
          <w:docGrid w:linePitch="360"/>
        </w:sectPr>
      </w:pPr>
    </w:p>
    <w:p>
      <w:r>
        <w:t>75、钢结构的涂装环境温度应符合涂料产品说明书的规定，说明书若无规定时，环境温度应控制在（　　　）之间。</w:t>
        <w:br/>
        <w:t>A.4～38℃</w:t>
        <w:br/>
        <w:t>B.4～40℃</w:t>
        <w:br/>
        <w:t>C.5～38℃</w:t>
        <w:br/>
        <w:t>D.5～40℃</w:t>
        <w:br/>
        <w:br/>
        <w:t>【答案】：C</w:t>
      </w:r>
      <w:r>
        <w:t xml:space="preserve"> </w:t>
      </w:r>
    </w:p>
    <w:p>
      <w:r>
        <w:t>76、水泥在凝结硬化过程中，体积变化是否均匀，用水泥的（　　　）来判定。</w:t>
        <w:br/>
        <w:t>A.强度等级</w:t>
        <w:br/>
        <w:t>B.体积安定性</w:t>
        <w:br/>
        <w:t>C.坍落度</w:t>
        <w:br/>
        <w:t>D.细度</w:t>
        <w:br/>
        <w:br/>
        <w:t xml:space="preserve">【答案】：B </w:t>
      </w:r>
    </w:p>
    <w:p>
      <w:r>
        <w:t>77、高分子防水卷材具有拉伸强度高、（　　　）、耐热性能好、低温柔性好、耐腐蚀、耐老化以及可以冷施工等一系列优异性能，是我国大力发展的新型高档防水卷材。</w:t>
        <w:br/>
        <w:t>A.断裂伸长率大、抗撕裂强度高</w:t>
        <w:br/>
        <w:t>B.断裂伸长率小、抗撕裂强度高</w:t>
        <w:br/>
        <w:t>C.断裂伸长率大、抗撕裂强度低</w:t>
        <w:br/>
        <w:t>D.断裂伸长率小、抗撕裂强度低</w:t>
        <w:br/>
        <w:br/>
        <w:t xml:space="preserve">【答案】：A </w:t>
      </w:r>
    </w:p>
    <w:p>
      <w:pPr>
        <w:sectPr w:rsidSect="00034616">
          <w:type w:val="nextPage"/>
          <w:pgSz w:w="12240" w:h="15840"/>
          <w:pgMar w:top="1440" w:right="1800" w:bottom="1440" w:left="1800" w:header="720" w:footer="720" w:gutter="0"/>
          <w:pgNumType w:start="21"/>
          <w:cols w:space="720"/>
          <w:titlePg w:val="0"/>
          <w:docGrid w:linePitch="360"/>
        </w:sectPr>
      </w:pPr>
    </w:p>
    <w:p>
      <w:r>
        <w:t>78、劳动合同期限1年以上不满3年的，试用期最长不得超过（　　　）个月。</w:t>
        <w:br/>
        <w:t>A.1</w:t>
        <w:br/>
        <w:t>B.2</w:t>
        <w:br/>
        <w:t>C.3</w:t>
        <w:br/>
        <w:t>D.4</w:t>
        <w:br/>
        <w:br/>
        <w:t>【答案】：B</w:t>
      </w:r>
      <w:r>
        <w:t xml:space="preserve"> </w:t>
      </w:r>
    </w:p>
    <w:p>
      <w:r>
        <w:t>79、施工缝一般应留在构件（　　　）部位。</w:t>
        <w:br/>
        <w:t>A.受压最小</w:t>
        <w:br/>
        <w:t>B.受剪最小</w:t>
        <w:br/>
        <w:t>C.受弯最小</w:t>
        <w:br/>
        <w:t>D.受扭最小</w:t>
        <w:br/>
        <w:br/>
        <w:t xml:space="preserve">【答案】：B </w:t>
      </w:r>
    </w:p>
    <w:p>
      <w:r>
        <w:t>80、绝热材料具有（　　　）、多孔、疏松的特点。</w:t>
        <w:br/>
        <w:t>A.表观密度小、导热系数大</w:t>
        <w:br/>
        <w:t>B.表观密度小、导热系数小</w:t>
        <w:br/>
        <w:t>C.表观密度大、导热系数小</w:t>
        <w:br/>
        <w:t>D.表观密度大、导热系数大</w:t>
        <w:br/>
        <w:br/>
        <w:t xml:space="preserve">【答案】：B </w:t>
      </w:r>
    </w:p>
    <w:p>
      <w:r>
        <w:t>81、下列关于普通混凝土的主要技术性质的表述中，正确的是（　　　）。</w:t>
        <w:br/>
        <w:t>A.混凝土拌合物的主要技术性质为和易性，硬化混凝土的主要技术性质包括强度、变形和耐久性等</w:t>
        <w:br/>
        <w:t>B.和易性是满足施工工艺要求的综合性质，包括流动性和保水性</w:t>
        <w:br/>
        <w:t>C.混凝土拌合物的和易性目前主要以测定流动性的大小来确定</w:t>
        <w:br/>
        <w:t>D.根据坍落度值的大小将混凝土进行分级时，坍落度160mm的混凝土为流动性混凝土</w:t>
        <w:br/>
        <w:br/>
        <w:t xml:space="preserve">【答案】：A </w:t>
      </w:r>
    </w:p>
    <w:p>
      <w:pPr>
        <w:sectPr w:rsidSect="00034616">
          <w:type w:val="nextPage"/>
          <w:pgSz w:w="12240" w:h="15840"/>
          <w:pgMar w:top="1440" w:right="1800" w:bottom="1440" w:left="1800" w:header="720" w:footer="720" w:gutter="0"/>
          <w:pgNumType w:start="22"/>
          <w:cols w:space="720"/>
          <w:titlePg w:val="0"/>
          <w:docGrid w:linePitch="360"/>
        </w:sectPr>
      </w:pPr>
    </w:p>
    <w:p>
      <w:r>
        <w:t>82、筋混凝土梁中箍筋加密区的间距一般是（　　　）。</w:t>
        <w:br/>
        <w:t>A.30mm</w:t>
        <w:br/>
        <w:t>B.50mm</w:t>
        <w:br/>
        <w:t>C.100mm</w:t>
        <w:br/>
        <w:t>D.200mm</w:t>
        <w:br/>
        <w:br/>
        <w:t>【答案】：C</w:t>
      </w:r>
      <w:r>
        <w:t xml:space="preserve"> </w:t>
      </w:r>
    </w:p>
    <w:p>
      <w:r>
        <w:t>83、2013年3月10日某工程竣工验收合格，则竣工验收备案应在（　　　）前办理完毕。</w:t>
        <w:br/>
        <w:t>A.2013年4月10</w:t>
        <w:br/>
        <w:t>B.2013年6月10</w:t>
        <w:br/>
        <w:t>C.2013年3月25</w:t>
        <w:br/>
        <w:t>D.2013年5月25</w:t>
        <w:br/>
        <w:br/>
        <w:t xml:space="preserve">【答案】：C </w:t>
      </w:r>
    </w:p>
    <w:p>
      <w:r>
        <w:t>84、烧结普通砖的标准尺寸是（　　　）。</w:t>
        <w:br/>
        <w:t>A.240mm×115mm×53mm</w:t>
        <w:br/>
        <w:t>B.240mm×120mm×53mm</w:t>
        <w:br/>
        <w:t>C.240mm×115mm×50mm</w:t>
        <w:br/>
        <w:t>D.190mm×190mm×90mm</w:t>
        <w:br/>
        <w:br/>
        <w:t xml:space="preserve">【答案】：A </w:t>
      </w:r>
    </w:p>
    <w:p>
      <w:r>
        <w:t>85、径为500mm的桩为（）。</w:t>
        <w:br/>
        <w:t>A.小桩</w:t>
        <w:br/>
        <w:t>B.中等直径桩</w:t>
        <w:br/>
        <w:t>C.大直径桩</w:t>
        <w:br/>
        <w:t>D.超大直径桩</w:t>
        <w:br/>
        <w:br/>
        <w:t xml:space="preserve">【答案】：B </w:t>
      </w:r>
    </w:p>
    <w:p>
      <w:pPr>
        <w:sectPr w:rsidSect="00034616">
          <w:type w:val="nextPage"/>
          <w:pgSz w:w="12240" w:h="15840"/>
          <w:pgMar w:top="1440" w:right="1800" w:bottom="1440" w:left="1800" w:header="720" w:footer="720" w:gutter="0"/>
          <w:pgNumType w:start="23"/>
          <w:cols w:space="720"/>
          <w:titlePg w:val="0"/>
          <w:docGrid w:linePitch="360"/>
        </w:sectPr>
      </w:pPr>
    </w:p>
    <w:p>
      <w:r>
        <w:t>86、某混凝土按初步计算配合比，试拌混凝土151，其材料用量为水泥5.13kg、水2.93kg、砂9.92kg、碎石17.66kg。经搅拌后做坍落度试验，测得坍落度值偏低，不满足要求，欲采用增加10％水泥浆的办法来调整，则问：</w:t>
        <w:br/>
        <w:t>A.5.50</w:t>
        <w:br/>
        <w:t>B.5.55</w:t>
        <w:br/>
        <w:t>C.5.57</w:t>
        <w:br/>
        <w:t>D.5.64</w:t>
        <w:br/>
        <w:br/>
        <w:t>【答案】：D</w:t>
      </w:r>
      <w:r>
        <w:t xml:space="preserve"> </w:t>
      </w:r>
    </w:p>
    <w:p>
      <w:r>
        <w:t>87、在梁板柱等结构的接缝和施工缝处，产生“烂根”的原因之一是（　　　）。</w:t>
        <w:br/>
        <w:t>A.混凝土强度偏低</w:t>
        <w:br/>
        <w:t>B.养护时间不足</w:t>
        <w:br/>
        <w:t>C.配筋不足</w:t>
        <w:br/>
        <w:t>D.接缝处模板拼缝不严，漏浆</w:t>
        <w:br/>
        <w:br/>
        <w:t xml:space="preserve">【答案】：D </w:t>
      </w:r>
    </w:p>
    <w:p>
      <w:r>
        <w:t>88、事故隐患不整改不放过工程的质量保修的具体保修范围和最低保修期限由（　　　）规定。</w:t>
        <w:br/>
        <w:t>A.建设单位</w:t>
        <w:br/>
        <w:t>B.国务院</w:t>
        <w:br/>
        <w:t>C.施工单位</w:t>
        <w:br/>
        <w:t>D.建设行政主管部门</w:t>
        <w:br/>
        <w:br/>
        <w:t xml:space="preserve">【答案】：B </w:t>
      </w:r>
    </w:p>
    <w:p>
      <w:pPr>
        <w:sectPr w:rsidSect="00034616">
          <w:type w:val="nextPage"/>
          <w:pgSz w:w="12240" w:h="15840"/>
          <w:pgMar w:top="1440" w:right="1800" w:bottom="1440" w:left="1800" w:header="720" w:footer="720" w:gutter="0"/>
          <w:pgNumType w:start="24"/>
          <w:cols w:space="720"/>
          <w:titlePg w:val="0"/>
          <w:docGrid w:linePitch="360"/>
        </w:sectPr>
      </w:pPr>
    </w:p>
    <w:p>
      <w:r>
        <w:t>89、冷粘法是指用（　　　）粘贴卷材的施工方法。</w:t>
        <w:br/>
        <w:t>A.喷灯烘烤</w:t>
        <w:br/>
        <w:t>B.胶粘剂</w:t>
        <w:br/>
        <w:t>C.热沥青胶</w:t>
        <w:br/>
        <w:t>D.卷材上的自粘胶</w:t>
        <w:br/>
        <w:br/>
        <w:t>【答案】：B</w:t>
      </w:r>
      <w:r>
        <w:t xml:space="preserve"> </w:t>
      </w:r>
    </w:p>
    <w:p>
      <w:r>
        <w:t>90、防水涂料按成膜物质的主要成分可分为沥青基防水涂料、（　　　）、合成高分子防水涂料。</w:t>
        <w:br/>
        <w:t>A.高聚物改性沥青基防水涂料</w:t>
        <w:br/>
        <w:t>B.薄质防水涂料</w:t>
        <w:br/>
        <w:t>C.厚质防水涂料</w:t>
        <w:br/>
        <w:t>D.溶剂型防水涂料</w:t>
        <w:br/>
        <w:br/>
        <w:t xml:space="preserve">【答案】：A </w:t>
      </w:r>
    </w:p>
    <w:p>
      <w:r>
        <w:t>91、对待不同的检测对象，应当采集具有（　　　）的质量数据。</w:t>
        <w:br/>
        <w:t>A.普遍性</w:t>
        <w:br/>
        <w:t>B.控制意义</w:t>
        <w:br/>
        <w:t>C.特殊性</w:t>
        <w:br/>
        <w:t>D.研究意义</w:t>
        <w:br/>
        <w:br/>
        <w:t xml:space="preserve">【答案】：B </w:t>
      </w:r>
    </w:p>
    <w:p>
      <w:r>
        <w:t>92、改善砂浆和易性，砖应隔夜浇水，严禁干砖砌筑，铺灰长度不得超过500mm，宜采用“”砌砖法进行砌筑。这是预防（　　　）质量问题的有效措施。</w:t>
        <w:br/>
        <w:t>A.砂浆强度偏低、不稳定</w:t>
        <w:br/>
        <w:t>B.砂浆和易性差、沉底结硬</w:t>
        <w:br/>
        <w:t>C.砌体组砌方法错误</w:t>
        <w:br/>
        <w:t>D.灰缝砂浆不饱满</w:t>
        <w:br/>
        <w:br/>
        <w:t xml:space="preserve">【答案】：D </w:t>
      </w:r>
    </w:p>
    <w:p>
      <w:pPr>
        <w:sectPr w:rsidSect="00034616">
          <w:type w:val="nextPage"/>
          <w:pgSz w:w="12240" w:h="15840"/>
          <w:pgMar w:top="1440" w:right="1800" w:bottom="1440" w:left="1800" w:header="720" w:footer="720" w:gutter="0"/>
          <w:pgNumType w:start="25"/>
          <w:cols w:space="720"/>
          <w:titlePg w:val="0"/>
          <w:docGrid w:linePitch="360"/>
        </w:sectPr>
      </w:pPr>
    </w:p>
    <w:p>
      <w:r>
        <w:t>93、屋面工程验收后，应填写分部工程质量验收记录，交建设单位和（　　　）存档。</w:t>
        <w:br/>
        <w:t>A.施工单位</w:t>
        <w:br/>
        <w:t>B.监理单位</w:t>
        <w:br/>
        <w:t>C.设计单位</w:t>
        <w:br/>
        <w:t>D.城建单位</w:t>
        <w:br/>
        <w:br/>
        <w:t>【答案】：A</w:t>
      </w:r>
      <w:r>
        <w:t xml:space="preserve"> </w:t>
      </w:r>
    </w:p>
    <w:p>
      <w:r>
        <w:t>94、抗震设计时，建筑物应根据其重要性分为甲、乙、丙、丁四类。一幢18层的普通高层住宅应属于（　　　）。</w:t>
        <w:br/>
        <w:t>A.甲类</w:t>
        <w:br/>
        <w:t>B.乙类</w:t>
        <w:br/>
        <w:t>C.丙类</w:t>
        <w:br/>
        <w:t>D.丁类</w:t>
        <w:br/>
        <w:br/>
        <w:t xml:space="preserve">【答案】：C </w:t>
      </w:r>
    </w:p>
    <w:p>
      <w:r>
        <w:t>95、地震烈度主要根据下列指标（　　　）来评定。</w:t>
        <w:br/>
        <w:t>A.地震震源释放出的能量的大小</w:t>
        <w:br/>
        <w:t>B.地震时地面运动速度和加速度的大小</w:t>
        <w:br/>
        <w:t>C.地震时大多数房屋的震害程度、人的感觉以及其他现象</w:t>
        <w:br/>
        <w:t>D.地震时震级大小、震源深度、震中距、该地区的土质条件和地形地貌</w:t>
        <w:br/>
        <w:br/>
        <w:t xml:space="preserve">【答案】：C </w:t>
      </w:r>
    </w:p>
    <w:p>
      <w:pPr>
        <w:sectPr w:rsidSect="00034616">
          <w:type w:val="nextPage"/>
          <w:pgSz w:w="12240" w:h="15840"/>
          <w:pgMar w:top="1440" w:right="1800" w:bottom="1440" w:left="1800" w:header="720" w:footer="720" w:gutter="0"/>
          <w:pgNumType w:start="26"/>
          <w:cols w:space="720"/>
          <w:titlePg w:val="0"/>
          <w:docGrid w:linePitch="360"/>
        </w:sectPr>
      </w:pPr>
      <w:r>
        <w:t>96、起重机吊物上升时，吊钩距起重臂端不得小于（　　　）。</w:t>
        <w:br/>
        <w:t>A.0.5m</w:t>
        <w:br/>
        <w:t>B.0.8m</w:t>
        <w:br/>
        <w:t>C.1m</w:t>
        <w:br/>
        <w:t>D.1.5m</w:t>
        <w:br/>
        <w:br/>
        <w:t xml:space="preserve">【答案】：C </w:t>
      </w:r>
    </w:p>
    <w:p>
      <w:r>
        <w:t>97、当室内地面垫层为混凝土等密实材料时，防潮层设在垫层厚度中间位置，一般低于室内地坪（　　　）</w:t>
        <w:br/>
        <w:t>A.30mm</w:t>
        <w:br/>
        <w:t>B.60mm</w:t>
        <w:br/>
        <w:t>C.120mm</w:t>
        <w:br/>
        <w:t>D.180mm</w:t>
        <w:br/>
        <w:br/>
        <w:t xml:space="preserve">【答案】：B </w:t>
      </w:r>
    </w:p>
    <w:p>
      <w:r>
        <w:t>98、柱配筋平面整体表示法有（　　　）。</w:t>
        <w:br/>
        <w:t>A.平面注写和截面注写</w:t>
        <w:br/>
        <w:t>B.平面注写和列表注写</w:t>
        <w:br/>
        <w:t>C.截面注写和列表注写</w:t>
        <w:br/>
        <w:t>D.平面注写和原位注写</w:t>
        <w:br/>
        <w:br/>
        <w:t xml:space="preserve">【答案】：A </w:t>
      </w:r>
    </w:p>
    <w:p>
      <w:r>
        <w:t>99、钢筋混凝土预制桩制作时，达到（　　　）的设计强度方可起吊。</w:t>
        <w:br/>
        <w:t>A.30％</w:t>
        <w:br/>
        <w:t>B.40%</w:t>
        <w:br/>
        <w:t>C.70%</w:t>
        <w:br/>
        <w:t>D.100％</w:t>
        <w:br/>
        <w:br/>
        <w:t xml:space="preserve">【答案】：C </w:t>
      </w:r>
    </w:p>
    <w:p>
      <w:pPr>
        <w:sectPr w:rsidSect="00034616">
          <w:type w:val="nextPage"/>
          <w:pgSz w:w="12240" w:h="15840"/>
          <w:pgMar w:top="1440" w:right="1800" w:bottom="1440" w:left="1800" w:header="720" w:footer="720" w:gutter="0"/>
          <w:pgNumType w:start="27"/>
          <w:cols w:space="720"/>
          <w:titlePg w:val="0"/>
          <w:docGrid w:linePitch="360"/>
        </w:sectPr>
      </w:pPr>
    </w:p>
    <w:p>
      <w:r>
        <w:t>100、当屋面坡度小于3％时，沥青防水卷材的铺贴方向宜（　　　）。</w:t>
        <w:br/>
        <w:t>A.平行于屋脊</w:t>
        <w:br/>
        <w:t>B.垂直于屋脊</w:t>
        <w:br/>
        <w:t>C.与屋脊呈45°角</w:t>
        <w:br/>
        <w:t>D.下层平行于屋脊，上层垂直于屋脊</w:t>
        <w:br/>
        <w:br/>
        <w:t>【答案】：A</w:t>
      </w:r>
      <w:r>
        <w:t xml:space="preserve"> </w:t>
      </w:r>
    </w:p>
    <w:p>
      <w:r>
        <w:t>101、根据焊缝质量检查标准等级，其中（　　　）级质量最好。</w:t>
        <w:br/>
        <w:t>A.一级</w:t>
        <w:br/>
        <w:t>B.二级</w:t>
        <w:br/>
        <w:t>C.三级</w:t>
        <w:br/>
        <w:t>D.四级</w:t>
        <w:br/>
        <w:br/>
        <w:t xml:space="preserve">【答案】：A </w:t>
      </w:r>
    </w:p>
    <w:p>
      <w:r>
        <w:t>102、地下工程若采用防水卷材防水，其最宜设置与施工的方法为（　　　）法。</w:t>
        <w:br/>
        <w:t>A.外防外贴</w:t>
        <w:br/>
        <w:t>B.外防内贴</w:t>
        <w:br/>
        <w:t>C.内防外贴</w:t>
        <w:br/>
        <w:t>D.内防内贴</w:t>
        <w:br/>
        <w:br/>
        <w:t xml:space="preserve">【答案】：A </w:t>
      </w:r>
    </w:p>
    <w:p>
      <w:r>
        <w:t>103、“流砂”现象产生的原因是由于（　　　）。</w:t>
        <w:br/>
        <w:t>A.地面水流动的作用</w:t>
        <w:br/>
        <w:t>B.地下水动水压力大于或等于土的浸水密度</w:t>
        <w:br/>
        <w:t>C.土方开挖的作用</w:t>
        <w:br/>
        <w:t>D.基坑降水不当</w:t>
        <w:br/>
        <w:br/>
        <w:t xml:space="preserve">【答案】：B </w:t>
      </w:r>
    </w:p>
    <w:p>
      <w:pPr>
        <w:sectPr w:rsidSect="00034616">
          <w:type w:val="nextPage"/>
          <w:pgSz w:w="12240" w:h="15840"/>
          <w:pgMar w:top="1440" w:right="1800" w:bottom="1440" w:left="1800" w:header="720" w:footer="720" w:gutter="0"/>
          <w:pgNumType w:start="28"/>
          <w:cols w:space="720"/>
          <w:titlePg w:val="0"/>
          <w:docGrid w:linePitch="360"/>
        </w:sectPr>
      </w:pPr>
      <w:r>
        <w:t>104、电视塔的观测点不得少于(</w:t>
      </w:r>
    </w:p>
    <w:p>
      <w:r>
        <w:t xml:space="preserve"> )个点。（）</w:t>
        <w:br/>
        <w:t>A.1</w:t>
        <w:br/>
        <w:t>B.2</w:t>
        <w:br/>
        <w:t>C.3</w:t>
        <w:br/>
        <w:t>D.4</w:t>
        <w:br/>
        <w:br/>
        <w:t>【答案】：D</w:t>
      </w:r>
      <w:r>
        <w:t xml:space="preserve"> </w:t>
      </w:r>
    </w:p>
    <w:p>
      <w:r>
        <w:t>105、摩擦型高强度螺栓抗剪能力是依靠（　　　）。</w:t>
        <w:br/>
        <w:t>A.栓杆的预拉力</w:t>
        <w:br/>
        <w:t>B.栓杆的抗剪能力</w:t>
        <w:br/>
        <w:t>C.被连接板件间的摩擦力</w:t>
        <w:br/>
        <w:t>D.栓杆被连接板件间的挤压力</w:t>
        <w:br/>
        <w:br/>
        <w:t xml:space="preserve">【答案】：C </w:t>
      </w:r>
    </w:p>
    <w:p>
      <w:r>
        <w:t>106、下列关于烧结砖的分类、主要技术要求及应用的相关说法中，正确的是（　　　）。</w:t>
        <w:br/>
        <w:t>A.强度、抗风化性能和放射性物质合格的烧结普通砖，根据尺寸偏差、外观质量、泛霜和石灰爆裂等指标，分为优等品、一等品、合格品三个等级</w:t>
        <w:br/>
        <w:t>B.强度和抗风化性能合格的烧结空心砖，根据尺寸偏差、外观质量、孔型及孔洞排列、泛霜、石灰爆裂分为优等品、一等品二个等级</w:t>
        <w:br/>
        <w:t>C.烧结多孔砖主要用作非承重墙，如多层建筑内隔墙或框架结构的填充墙</w:t>
        <w:br/>
        <w:t>D.烧结空心砖在对安全性要求低的建筑中，可以用于承重墙体</w:t>
        <w:br/>
        <w:br/>
        <w:t xml:space="preserve">【答案】：A </w:t>
      </w:r>
    </w:p>
    <w:p>
      <w:pPr>
        <w:sectPr w:rsidSect="00034616">
          <w:type w:val="nextPage"/>
          <w:pgSz w:w="12240" w:h="15840"/>
          <w:pgMar w:top="1440" w:right="1800" w:bottom="1440" w:left="1800" w:header="720" w:footer="720" w:gutter="0"/>
          <w:pgNumType w:start="29"/>
          <w:cols w:space="720"/>
          <w:titlePg w:val="0"/>
          <w:docGrid w:linePitch="360"/>
        </w:sectPr>
      </w:pPr>
      <w:r>
        <w:t>107、把总体按照自然状态分为若干组群，并在其中抽取一定数量的样品组成样品，然后再进行检测的方法为（　　　）。</w:t>
        <w:br/>
        <w:t>A.整群抽样</w:t>
        <w:br/>
        <w:t>B.完全随机检测</w:t>
        <w:br/>
        <w:t>C.等距抽样</w:t>
        <w:br/>
        <w:t>D.分层抽样</w:t>
        <w:br/>
        <w:br/>
        <w:t xml:space="preserve">【答案】：A </w:t>
      </w:r>
    </w:p>
    <w:p>
      <w:r>
        <w:t>108、按用途和性能对水泥的分类中，下列哪项是错误的（　　　）。</w:t>
        <w:br/>
        <w:t>A.通用水泥</w:t>
        <w:br/>
        <w:t>B.专用水泥</w:t>
        <w:br/>
        <w:t>C.特性水泥</w:t>
        <w:br/>
        <w:t>D.多用水泥</w:t>
        <w:br/>
        <w:br/>
        <w:t xml:space="preserve">【答案】：D </w:t>
      </w:r>
    </w:p>
    <w:p>
      <w:r>
        <w:t>109、下列关于一般抹灰工程施工要点的说法中，错误的是（　　　）。</w:t>
        <w:br/>
        <w:t>A.对表面光滑的基层进行“毛化处理”时，常在浇水湿润后，用1:2水泥细砂浆喷洒墙面</w:t>
        <w:br/>
        <w:t>B.与人、物经常接触的阳角部位，不论设计有无规定，都需要做护角，并用水泥浆捋出小圆角</w:t>
        <w:br/>
        <w:t>C.底层灰6～7成干（用手指按压有指印但不软）时即可抹中层灰。操作时一般按自上而下、从左向右的顺序进行</w:t>
        <w:br/>
        <w:t>D.阳角护角无设计要求时，采用1:2水泥砂浆做暗护角，其高度不应低于2m，每侧宽度不应小于50mm</w:t>
        <w:br/>
        <w:br/>
        <w:t xml:space="preserve">【答案】：A </w:t>
      </w:r>
    </w:p>
    <w:p>
      <w:r>
        <w:t>110、属于建筑业企业资质序列的是（　　　）。</w:t>
        <w:br/>
        <w:t>A.工程总承包</w:t>
        <w:br/>
        <w:t>B.专业分包</w:t>
        <w:br/>
        <w:t>C.专业承包</w:t>
        <w:br/>
        <w:t>D.劳务承包</w:t>
        <w:br/>
        <w:br/>
        <w:t xml:space="preserve">【答案】：C </w:t>
      </w:r>
    </w:p>
    <w:p>
      <w:pPr>
        <w:sectPr w:rsidSect="00034616">
          <w:type w:val="nextPage"/>
          <w:pgSz w:w="12240" w:h="15840"/>
          <w:pgMar w:top="1440" w:right="1800" w:bottom="1440" w:left="1800" w:header="720" w:footer="720" w:gutter="0"/>
          <w:pgNumType w:start="30"/>
          <w:cols w:space="720"/>
          <w:titlePg w:val="0"/>
          <w:docGrid w:linePitch="360"/>
        </w:sectPr>
      </w:pPr>
    </w:p>
    <w:p>
      <w:r>
        <w:t>111、柱子安装时一般用水准仪在杯口内壁测设一条（　　　）的标高线，作为杯底找平的依据。</w:t>
        <w:br/>
        <w:t>A.-1.000</w:t>
        <w:br/>
        <w:t>B.-0.600</w:t>
        <w:br/>
        <w:t>C.±0.000</w:t>
        <w:br/>
        <w:t>D.+0.500</w:t>
        <w:br/>
        <w:br/>
        <w:t>【答案】：B</w:t>
      </w:r>
      <w:r>
        <w:t xml:space="preserve"> </w:t>
      </w:r>
    </w:p>
    <w:p>
      <w:r>
        <w:t>112、目前在国内推广应用较为普遍的砌块有蒸压加气混凝土砌块、（　　　）、石膏砌块等。</w:t>
        <w:br/>
        <w:t>A.普通混凝土小型空心砌块</w:t>
        <w:br/>
        <w:t>B.蒸压粉煤灰砖</w:t>
        <w:br/>
        <w:t>C.蒸压灰砂砖</w:t>
        <w:br/>
        <w:t>D.混凝土砖</w:t>
        <w:br/>
        <w:br/>
        <w:t xml:space="preserve">【答案】：A </w:t>
      </w:r>
    </w:p>
    <w:p>
      <w:r>
        <w:t>113、引测轴线的目的是（　　　）。</w:t>
        <w:br/>
        <w:t>A.基坑开挖（槽）开挖后各阶段施工能恢复各轴线位置</w:t>
        <w:br/>
        <w:t>B.控制开挖深度</w:t>
        <w:br/>
        <w:t>C.砌筑基础的依据</w:t>
        <w:br/>
        <w:t>D.基础垫层施工的依据</w:t>
        <w:br/>
        <w:br/>
        <w:t xml:space="preserve">【答案】：A </w:t>
      </w:r>
    </w:p>
    <w:p>
      <w:r>
        <w:t>114、全数检验最大的优势是质量数据（　　　），可以获取可靠的评价结论。</w:t>
        <w:br/>
        <w:t>A.全面、丰富</w:t>
        <w:br/>
        <w:t>B.完善、具体</w:t>
        <w:br/>
        <w:t>C.深度、广博</w:t>
        <w:br/>
        <w:t>D.浅显、易懂</w:t>
        <w:br/>
        <w:br/>
        <w:t xml:space="preserve">【答案】：A </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https://d.book118.com/926032050042010100</w:t>
        </w:r>
      </w:hyperlink>
    </w:p>
    <w:p/>
    <w:sectPr w:rsidSect="00034616">
      <w:type w:val="nextPage"/>
      <w:pgSz w:w="12240" w:h="15840"/>
      <w:pgMar w:top="1440" w:right="1800" w:bottom="1440" w:left="1800" w:header="720" w:footer="720" w:gutter="0"/>
      <w:pgNumType w:start="31"/>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926032050042010100"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