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经理就职演讲（33篇）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经理就职演讲（通用33篇）</w:t>
      </w:r>
      <w:r>
        <w:rPr>
          <w:lang w:eastAsia="zh-CN"/>
        </w:rPr>
        <w:br/>
      </w:r>
      <w:r>
        <w:rPr>
          <w:lang w:eastAsia="zh-CN"/>
        </w:rPr>
        <w:t xml:space="preserve">    经理就职演讲 篇1 </w:t>
      </w:r>
      <w:r>
        <w:rPr>
          <w:lang w:eastAsia="zh-CN"/>
        </w:rPr>
        <w:br/>
      </w:r>
      <w:r>
        <w:rPr>
          <w:lang w:eastAsia="zh-CN"/>
        </w:rPr>
        <w:t>　　尊敬的各位领导：</w:t>
      </w:r>
      <w:r>
        <w:rPr>
          <w:lang w:eastAsia="zh-CN"/>
        </w:rPr>
        <w:br/>
      </w:r>
      <w:r>
        <w:rPr>
          <w:lang w:eastAsia="zh-CN"/>
        </w:rPr>
        <w:t>　　首先，我衷心地感谢集团公司董事会、集团公司党委和集团公司领导、以及上届有限公司领导班子和公司广大干部职工的信任，安排我担任第三工程有限公司总经理职务。在自己成为有限公司新一届领导班子总经理之时，我感到这不仅是上级组织、上级领导和公司广大职工对我的信任，更是赋予了巨大的责任。因此，在这里借这个机会郑重承诺：</w:t>
      </w:r>
      <w:r>
        <w:rPr>
          <w:lang w:eastAsia="zh-CN"/>
        </w:rPr>
        <w:br/>
      </w:r>
      <w:r>
        <w:rPr>
          <w:lang w:eastAsia="zh-CN"/>
        </w:rPr>
        <w:t>　　一、我将在新的岗位上，认真履行自己的职责，积极努力工作，充分发挥作用，决不辜负集团公司董事会、集团公司党委和集团公司领导对我的信任，不辜负有限公司上届领导班子和全体干部职工的希望。做一个尽职尽责，广大干部职工认可的总经理，与本届领导班子成员一道努力把我们第三工程有限公司的事办好，把职工、群众的事办好。</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二、迅速进入角色，尽快熟悉和掌握总经理的职责，并认真按照职责内容和要求积极工作。具体工作中紧密结合公司和市场两个实际，努力经营好市场和管理两大主题，积极研究和探索提高公司运行质量和效益的有效途径和办法。坚持科学发展观，积极推进公司全面、良性发展。坚持科学管理，积极推进公司管理创新，不断提高公司经营能力和管理能力。</w:t>
      </w:r>
      <w:r>
        <w:rPr>
          <w:lang w:eastAsia="zh-CN"/>
        </w:rPr>
        <w:br/>
      </w:r>
      <w:r>
        <w:rPr>
          <w:lang w:eastAsia="zh-CN"/>
        </w:rPr>
        <w:t>　　三、坚持团结。积极支持和全力配合本届班子成员的工作，特别是摆正自己的位置，积极配合和支持公司董事长和党委书记两位主管的工作，保证公司政令很好的贯彻落实。工作中只补台不拆台。严格坚持领导班子各项工作制度和生活制度，处处以企业利益为重，以公司大局为重。大事讲团结，小事讲风格，自学维护班子整体功能作用的很好发挥。</w:t>
      </w:r>
      <w:r>
        <w:rPr>
          <w:lang w:eastAsia="zh-CN"/>
        </w:rPr>
        <w:br/>
      </w:r>
      <w:r>
        <w:rPr>
          <w:lang w:eastAsia="zh-CN"/>
        </w:rPr>
        <w:t>　　四、努力学习，不断提高自己的管理水平和能力。虽然自己以前就是有限公司公司副经理，但主要还是分公司层面上的工作。所以，今后必须努力学习经营管理理论知识，特别是学习本行业和国内外先进管理经验和方法，不断提高自己管理水平和能力。</w:t>
      </w:r>
      <w:r>
        <w:rPr>
          <w:lang w:eastAsia="zh-CN"/>
        </w:rPr>
        <w:br/>
      </w:r>
      <w:r>
        <w:rPr>
          <w:lang w:eastAsia="zh-CN"/>
        </w:rPr>
        <w:t>　　总之，我将通过各方面的努力做好总经理工作。</w:t>
      </w:r>
      <w:r>
        <w:rPr>
          <w:lang w:eastAsia="zh-CN"/>
        </w:rPr>
        <w:br/>
      </w:r>
      <w:r>
        <w:rPr>
          <w:lang w:eastAsia="zh-CN"/>
        </w:rPr>
        <w:t>　　谢谢大家!</w:t>
      </w:r>
      <w:r>
        <w:rPr>
          <w:lang w:eastAsia="zh-CN"/>
        </w:rPr>
        <w:br/>
      </w:r>
      <w:r>
        <w:rPr>
          <w:lang w:eastAsia="zh-CN"/>
        </w:rPr>
        <w:t xml:space="preserve">    经理就职演讲 篇2 </w:t>
      </w:r>
      <w:r>
        <w:rPr>
          <w:lang w:eastAsia="zh-CN"/>
        </w:rPr>
        <w:br/>
      </w:r>
      <w:r>
        <w:rPr>
          <w:lang w:eastAsia="zh-CN"/>
        </w:rPr>
        <w:t>　　尊敬的各位先生们，女士们：</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我们不模仿别人，但我们要做别人的典范。在市场竞争中，能为其奋斗的人不管他是什么样的人都不会受阻拦。我将提供多种方法使大家有充分发挥自己才能的地方。我并不以此为满足，我并不依赖规章制度，反而更为依赖我们大家的爱公司如家的精神。只有这样才能面对各种不同类型的危机和困难。然而，尽管我们习惯于安逸的生活而不贯劳苦，但大家的勇气却来自天生而非训练所得，所以我们能够面对任何挑战。挑战在人生中比安逸会更加美妙和愉快。在挑战中，我们能够探求事物的真伪，认清真正的才智人士，我们从不向任何违背公司利益的人卑躬屈膝，以求安逸，我们要以公司的利益为自己的利益，以公司的荣誉为自己的荣誉，公司的命运就是自己的命运。能够做到这样，我们的公司就会蒸蒸日上。</w:t>
      </w:r>
      <w:r>
        <w:rPr>
          <w:lang w:eastAsia="zh-CN"/>
        </w:rPr>
        <w:br/>
      </w:r>
      <w:r>
        <w:rPr>
          <w:lang w:eastAsia="zh-CN"/>
        </w:rPr>
        <w:t>　　我们面临的挑战：就是使我们目前所经营的项目，能有效地开展起来，使我们公司在尽快的时间内，完成资金积累的过程，向着一个更高的目标发展和壮大迈进。</w:t>
      </w:r>
      <w:r>
        <w:rPr>
          <w:lang w:eastAsia="zh-CN"/>
        </w:rPr>
        <w:br/>
      </w:r>
      <w:r>
        <w:rPr>
          <w:lang w:eastAsia="zh-CN"/>
        </w:rPr>
        <w:t>　　我们的事业：在目前每一个对我们发展有帮助的企业或个人，我们将继续保持与他们的联系，并重视我公司的产品质量和公司的信誉，以及不断扩大我们的经营范围和提高在市场的占有率，高新技术产品将继续其他的生命力和主导地位，成为我公司的先驱，其他系列产品将继续开发和发展，特别要注意资产收益的优化。很可能我们将从事现在尚未涉及的行业，在选择新的经营领域时，我希望所进入的每一个市场必须有足够内在的增长潜力，保证这种进入的光辉的前景!</w:t>
      </w:r>
      <w:r>
        <w:rPr>
          <w:lang w:eastAsia="zh-CN"/>
        </w:rPr>
        <w:br/>
      </w:r>
      <w:r>
        <w:rPr>
          <w:lang w:eastAsia="zh-CN"/>
        </w:rPr>
        <w:t>　　我们将孜孜不倦地去调查那些能给我们公司带来效益的产品和顾客，以及相匹配的服务!</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我们的顾客：公司全体成员应注重我们公司的信誉和形象，不管在什么情况下都应该记装顾客永远是对的这个信条。迅速建立起客户服务平台，市场是我们生存的条件，也是我们活动的舞台，我们必须在这个舞台上赢得顾客的信赖并取得市场经营的成功!</w:t>
      </w:r>
      <w:r>
        <w:rPr>
          <w:lang w:eastAsia="zh-CN"/>
        </w:rPr>
        <w:br/>
      </w:r>
      <w:r>
        <w:rPr>
          <w:lang w:eastAsia="zh-CN"/>
        </w:rPr>
        <w:t>　　我们的基准线：我的财务观点并不复杂，但要自始至终的实现财务目标。在目前和今后的市场中，仍需要大家的努力和责任感，去完成资产收益率的增长和公司的发展!</w:t>
      </w:r>
      <w:r>
        <w:rPr>
          <w:lang w:eastAsia="zh-CN"/>
        </w:rPr>
        <w:br/>
      </w:r>
      <w:r>
        <w:rPr>
          <w:lang w:eastAsia="zh-CN"/>
        </w:rPr>
        <w:t>　　我所能奉献的没有其他，只有热血、辛劳、和汗水。我们面临着漫长而艰苦卓绝的道路，我将尽我所能，为了我们的事业，不懈的努力，要问我的目的是什么，那就是成功!你们肩负的是我们公司的未来!不管道路多么漫长，多么崎岖，我们一定要夺取胜利，没有胜利我们就不能生存!我也希望大家都能认识到这一点，没有胜利一切将不再存在!此时此刻，我认为我有权要求所有的人都能以大局为重，团结一致，艰苦创业，同甘共苦，群策群力，为了一个共同的愿望，不懈的努力，我们的目的一定要达到，也一定能够达到!</w:t>
      </w:r>
      <w:r>
        <w:rPr>
          <w:lang w:eastAsia="zh-CN"/>
        </w:rPr>
        <w:br/>
      </w:r>
      <w:r>
        <w:rPr>
          <w:lang w:eastAsia="zh-CN"/>
        </w:rPr>
        <w:t>　　过去已是历史，明天只是目标，而我们就更应该注意的是今天。</w:t>
      </w:r>
      <w:r>
        <w:rPr>
          <w:lang w:eastAsia="zh-CN"/>
        </w:rPr>
        <w:br/>
      </w:r>
      <w:r>
        <w:rPr>
          <w:lang w:eastAsia="zh-CN"/>
        </w:rPr>
        <w:t>　　只有成功才是我们最好的装饰，我对任何事都会一视同仁，让我们尽自己的一切力量，努力完成我们正在或将要进行的工作，只要大家想着公司，公司就一定不会忘记大家!</w:t>
      </w:r>
      <w:r>
        <w:rPr>
          <w:lang w:eastAsia="zh-CN"/>
        </w:rPr>
        <w:br/>
      </w:r>
      <w:r>
        <w:rPr>
          <w:lang w:eastAsia="zh-CN"/>
        </w:rPr>
        <w:t>　　谢谢大家!</w:t>
      </w:r>
      <w:r>
        <w:rPr>
          <w:lang w:eastAsia="zh-CN"/>
        </w:rPr>
        <w:br/>
      </w:r>
      <w:r>
        <w:rPr>
          <w:lang w:eastAsia="zh-CN"/>
        </w:rPr>
        <w:t xml:space="preserve">    经理就职演讲 篇3 </w:t>
      </w:r>
      <w:r>
        <w:rPr>
          <w:lang w:eastAsia="zh-CN"/>
        </w:rPr>
        <w:br/>
      </w:r>
      <w:r>
        <w:rPr>
          <w:lang w:eastAsia="zh-CN"/>
        </w:rPr>
        <w:t>　　总经理、各位同事：</w:t>
      </w:r>
      <w:r>
        <w:rPr>
          <w:lang w:eastAsia="zh-CN"/>
        </w:rPr>
        <w:br/>
      </w:r>
      <w:r>
        <w:rPr>
          <w:lang w:eastAsia="zh-CN"/>
        </w:rPr>
        <w:t>　　首先非常感谢大家对我的信任，支持我就任常务副总这个职位，我深知这个位子的重要性，它包含着大家对我的信任与期望!</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能够得到大家的信任是我的光荣，通信行业是一个技术含量比较高的行业，现在公司的领导及员工在公司总经理的带领下取得不菲的业绩和效益。在去年的经济危机中保持着稳健的发展步伐，这些离不开公司总经理的指导和公司全体员工的努力。今天我有幸站在这里接受这个职位我感到非常的荣幸，也非常感谢大家的支持与厚爱，你们的支持就是我最大的动力。</w:t>
      </w:r>
      <w:r>
        <w:rPr>
          <w:lang w:eastAsia="zh-CN"/>
        </w:rPr>
        <w:br/>
      </w:r>
      <w:r>
        <w:rPr>
          <w:lang w:eastAsia="zh-CN"/>
        </w:rPr>
        <w:t>　　感到荣幸的同时我也感到了不小的压力，今天对于我来说是一个新的起点，一个新的挑战，一个新的机遇，我感觉自己现在像是一个考生，正面临着的考题就是如何把公司发展的更好，让公司取得更大的业绩和效益，让大家得到更多的红利。或者说我现在就像一个等着接力的运动员，前面的领导已经把蒸蒸日上的公司交到我的手里，我该怎样让公司在我这一棒跑的更快，发展的更好，这是对我的一种检阅，一种审视，一种挑战。我将在今后的工作中恪尽职守，踏踏实实，勤奋工作，毕全部精力以求不辱使命，我想，只有这样才能回报大家对我的信任和支持!</w:t>
      </w:r>
      <w:r>
        <w:rPr>
          <w:lang w:eastAsia="zh-CN"/>
        </w:rPr>
        <w:br/>
      </w:r>
      <w:r>
        <w:rPr>
          <w:lang w:eastAsia="zh-CN"/>
        </w:rPr>
        <w:t>　　未来的时间，我将严格遵照公司章程和公司发展目标，以广州电力通信工程施工和电力通信维护为基础，以外省电力市场及集抄业务为辅，抓住机会，加强企业内部管理建设，提高企业平台，完成今年计划目标，为下一步公司的发展打下坚实基础。我想和在坐的各位同仁一道，共同奋斗，努力把公司的各项工作做好，完成既定的各项工作指标，这就是我的职责，义务和使命之所在.</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我伸知自己的能力有限，水平不高，尽管如此我还是会倾尽我所有，尽我所能，为公司的发展贡献我全部的力量.我相信天道酬勤，勤能补拙，相信有付出必然会有收获.我想，只要我努力践行:爱岗敬业、高效管理、拼搏进取、创新争雄的企业精神，努力扎实地工作，工作就一定会有成效.我坚信，有公司总经理的正确领导有公司全体员工的不懈努力，我们的目标任务就可以完成，也一定可以完成.我希望在明年的这个时候，得到的掌声比现在更多，更热烈，因为你们的肯定就是给我最大的褒奖.</w:t>
      </w:r>
      <w:r>
        <w:rPr>
          <w:lang w:eastAsia="zh-CN"/>
        </w:rPr>
        <w:br/>
      </w:r>
      <w:r>
        <w:rPr>
          <w:lang w:eastAsia="zh-CN"/>
        </w:rPr>
        <w:t>　　最后我要说的是:我将铭记今天，我将忠实履行我的诺言!</w:t>
      </w:r>
      <w:r>
        <w:rPr>
          <w:lang w:eastAsia="zh-CN"/>
        </w:rPr>
        <w:br/>
      </w:r>
      <w:r>
        <w:rPr>
          <w:lang w:eastAsia="zh-CN"/>
        </w:rPr>
        <w:t>　　谢谢大家!</w:t>
      </w:r>
      <w:r>
        <w:rPr>
          <w:lang w:eastAsia="zh-CN"/>
        </w:rPr>
        <w:br/>
      </w:r>
      <w:r>
        <w:rPr>
          <w:lang w:eastAsia="zh-CN"/>
        </w:rPr>
        <w:t xml:space="preserve">    经理就职演讲 篇4 </w:t>
      </w:r>
      <w:r>
        <w:rPr>
          <w:lang w:eastAsia="zh-CN"/>
        </w:rPr>
        <w:br/>
      </w:r>
      <w:r>
        <w:rPr>
          <w:lang w:eastAsia="zh-CN"/>
        </w:rPr>
        <w:t>　　各位领导、全体员工：</w:t>
      </w:r>
      <w:r>
        <w:rPr>
          <w:lang w:eastAsia="zh-CN"/>
        </w:rPr>
        <w:br/>
      </w:r>
      <w:r>
        <w:rPr>
          <w:lang w:eastAsia="zh-CN"/>
        </w:rPr>
        <w:t>　　大家好!</w:t>
      </w:r>
      <w:r>
        <w:rPr>
          <w:lang w:eastAsia="zh-CN"/>
        </w:rPr>
        <w:br/>
      </w:r>
      <w:r>
        <w:rPr>
          <w:lang w:eastAsia="zh-CN"/>
        </w:rPr>
        <w:t>　　首先感谢公司董事会对我的信任，在公司快速发展时期，我被任命为公司行政副总经理，我感到非常高兴，这是公司领导和全体员工们对我的信任，在此我向大家表示衷心的感谢。我走上这个岗位，深感自己身上的责任重大，为此，在今后的工作中我将不负众望，恪尽职守，在公司董事会的领导下开展各项工作，认真履行好自己的职责。</w:t>
      </w:r>
      <w:r>
        <w:rPr>
          <w:lang w:eastAsia="zh-CN"/>
        </w:rPr>
        <w:br/>
      </w:r>
      <w:r>
        <w:rPr>
          <w:lang w:eastAsia="zh-CN"/>
        </w:rPr>
        <w:t>　　我们要以公司的利益为自己的利益，以公司的荣誉为自己的荣誉，以公司的命运为自己的命运。能够做到这样，我们的公司就会蒸蒸日上。</w:t>
      </w:r>
      <w:r>
        <w:rPr>
          <w:lang w:eastAsia="zh-CN"/>
        </w:rPr>
        <w:br/>
      </w:r>
      <w:r>
        <w:rPr>
          <w:lang w:eastAsia="zh-CN"/>
        </w:rPr>
        <w:t>　　经过最新的调整，现在由我分管的有五个部门，分别是：后勤部，人力资源部，安保部，公司办公室，</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我当前的首要任务，要正确引导职工思想，维护企业生产生活稳定，合理安排公司资源，开源节流，同时加大安保力度，维护企业生产生活安全。 其次：面对公司跨越发展战略目标的实现，在今后的管理中要进一步加快人力资源的开发，加大对员工能力培训和对人才的引进与培养，使公司的人才结构不断优化，使公司人力资源真正成为公司的优势资源。</w:t>
      </w:r>
      <w:r>
        <w:rPr>
          <w:lang w:eastAsia="zh-CN"/>
        </w:rPr>
        <w:br/>
      </w:r>
      <w:r>
        <w:rPr>
          <w:lang w:eastAsia="zh-CN"/>
        </w:rPr>
        <w:t>　　再次：继续加强项目基础管理，全面推进公司企业文化创新，强化团队执行力，提升项目形象力，使公司整体能力和素质得到进一步改善，以不断提升亚华营造的品牌影响力和竞争力。</w:t>
      </w:r>
      <w:r>
        <w:rPr>
          <w:lang w:eastAsia="zh-CN"/>
        </w:rPr>
        <w:br/>
      </w:r>
      <w:r>
        <w:rPr>
          <w:lang w:eastAsia="zh-CN"/>
        </w:rPr>
        <w:t>　　第四：在公司良好的发展势头下，我们同时要保持清醒的头脑，不能轻视当前残酷激烈的市场环境，随时要有居安思危、如履薄冰的风险意识，要认识到我们还有管理方面的不足，公司要实现有效扩张，必须整合发挥内外部的资</w:t>
      </w:r>
      <w:r>
        <w:rPr>
          <w:lang w:eastAsia="zh-CN"/>
        </w:rPr>
        <w:br/>
      </w:r>
      <w:r>
        <w:rPr>
          <w:lang w:eastAsia="zh-CN"/>
        </w:rPr>
        <w:t>　　源优势，还要不断总结积累经验、吸收教训，只有这样才能使公司得以长足发展。</w:t>
      </w:r>
      <w:r>
        <w:rPr>
          <w:lang w:eastAsia="zh-CN"/>
        </w:rPr>
        <w:br/>
      </w:r>
      <w:r>
        <w:rPr>
          <w:lang w:eastAsia="zh-CN"/>
        </w:rPr>
        <w:t>　　第五：在目前每一个对我们发展有帮助的企业或个人，我们将继续保持与他们的联系，并重视我公司的产品质量和公司的信誉，特别要注意资产收益的优化。很可能我们将从事现在尚未涉及的行业，在选择新的经营领域时，我希望所进入的每一个市场必须有足够内在的增长潜力，保证这种进入光辉的前景!</w:t>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xml:space="preserve"> 第六：我要在公司董事会的领导下，严格按照公司的规范要求进行组织管理活动，本着对董事会负责、对投资者负责、对企业负责、对员工负责，对用户负责的原则，认真履行行政副总经理的各项职责，努力向董事会和全体员工交出一份合格的答卷。在今后的工作中，注重调动大家的积极性和能动性，增强班子的凝聚力、战斗力和创新力，做到经营层分工明确，各尽其责，构建奋发有为的团队。坚持以创新求发展，推进企业技术创新、机制创新、管理创新和企业文化创新。</w:t>
      </w:r>
      <w:r>
        <w:rPr>
          <w:lang w:eastAsia="zh-CN"/>
        </w:rPr>
        <w:br/>
      </w:r>
      <w:r>
        <w:rPr>
          <w:lang w:eastAsia="zh-CN"/>
        </w:rPr>
        <w:t>　　我所能奉献的没有其他，只有热血、辛劳、和汗水。我将尽我所能，为了我们的事业，不懈的努力。我对任何事都会一视同仁，让我们尽自己的一切力量，努力完成我们正在或将要进行的工作，只要大家想着公司，公司就一定不会忘记大家!</w:t>
      </w:r>
      <w:r>
        <w:rPr>
          <w:lang w:eastAsia="zh-CN"/>
        </w:rPr>
        <w:br/>
      </w:r>
      <w:r>
        <w:rPr>
          <w:lang w:eastAsia="zh-CN"/>
        </w:rPr>
        <w:t>　　谢谢大家</w:t>
      </w:r>
      <w:r>
        <w:rPr>
          <w:lang w:eastAsia="zh-CN"/>
        </w:rPr>
        <w:br/>
      </w:r>
      <w:r>
        <w:rPr>
          <w:lang w:eastAsia="zh-CN"/>
        </w:rPr>
        <w:t>　　行政部经理就职演讲稿的延伸阅读&amp;&amp;演讲稿的写作注意事项</w:t>
      </w:r>
      <w:r>
        <w:rPr>
          <w:lang w:eastAsia="zh-CN"/>
        </w:rPr>
        <w:br/>
      </w:r>
      <w:r>
        <w:rPr>
          <w:lang w:eastAsia="zh-CN"/>
        </w:rPr>
        <w:t>　　1.演讲，首先要了解听众，注意听众的组成，了解他们的性格、年龄、受教育程度、出生地，分析他们的观点、态度、希望和要求。掌握这些以后，就可以决定采取什么方式来吸引听众，说服听众，取得好的效果。</w:t>
      </w:r>
      <w:r>
        <w:rPr>
          <w:lang w:eastAsia="zh-CN"/>
        </w:rPr>
        <w:br/>
      </w:r>
      <w:r>
        <w:rPr>
          <w:lang w:eastAsia="zh-CN"/>
        </w:rPr>
        <w:t>　　幸福的城堡2.一篇演讲稿要有一个集中、鲜明的主题。无中心、无主次、杂乱无章的演讲是没有人愿听的。一篇演讲稿只能有一个中心，全篇内容都必须紧紧围绕着这个中心去铺陈，这样才能使听众得到深刻的印象。</w:t>
      </w:r>
      <w:r>
        <w:rPr>
          <w:lang w:eastAsia="zh-CN"/>
        </w:rPr>
        <w:br/>
      </w:r>
      <w:r>
        <w:rPr>
          <w:lang w:eastAsia="zh-CN"/>
        </w:rPr>
        <w:t>　　3.好的演讲稿，应该既有热情的鼓动，又有冷静的分析，要把抒情和说理有机地结合起来，做到动之以情，晓之以理。</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4.演讲稿的语言要求做到准确、精练、生动形象、通俗易懂，不能讲假话、大话、空话，也不能讲过于抽象的话。要多用比喻，多用口语化的语言，深入浅出，把抽象的道理具体化，把概念的东西形象化，让听众听得入耳、听得明白。</w:t>
      </w:r>
      <w:r>
        <w:rPr>
          <w:lang w:eastAsia="zh-CN"/>
        </w:rPr>
        <w:br/>
      </w:r>
      <w:r>
        <w:rPr>
          <w:lang w:eastAsia="zh-CN"/>
        </w:rPr>
        <w:t xml:space="preserve">    经理就职演讲 篇5 </w:t>
      </w:r>
      <w:r>
        <w:rPr>
          <w:lang w:eastAsia="zh-CN"/>
        </w:rPr>
        <w:br/>
      </w:r>
      <w:r>
        <w:rPr>
          <w:lang w:eastAsia="zh-CN"/>
        </w:rPr>
        <w:t>　　各位领导、各位同事：</w:t>
      </w:r>
      <w:r>
        <w:rPr>
          <w:lang w:eastAsia="zh-CN"/>
        </w:rPr>
        <w:br/>
      </w:r>
      <w:r>
        <w:rPr>
          <w:lang w:eastAsia="zh-CN"/>
        </w:rPr>
        <w:t>　　晚上好!</w:t>
      </w:r>
      <w:r>
        <w:rPr>
          <w:lang w:eastAsia="zh-CN"/>
        </w:rPr>
        <w:br/>
      </w:r>
      <w:r>
        <w:rPr>
          <w:lang w:eastAsia="zh-CN"/>
        </w:rPr>
        <w:t>　　非常荣幸能加入b公司，更高兴能有机会与各位领导和同事共同为b公司这艘舰艇远航而献上一份力量，我感到无比欣慰，我相信：只要b公司人上下心连心、手拉手、肩并肩、同荣辱、共奋斗，我们b公司就一定能成为管道行业的航母。在这里，我特别感谢c总能给我个搭载航空母舰的机会。</w:t>
      </w:r>
      <w:r>
        <w:rPr>
          <w:lang w:eastAsia="zh-CN"/>
        </w:rPr>
        <w:br/>
      </w:r>
      <w:r>
        <w:rPr>
          <w:lang w:eastAsia="zh-CN"/>
        </w:rPr>
        <w:t>　　首先，我先谈一下入职几天来的感受：</w:t>
      </w:r>
      <w:r>
        <w:rPr>
          <w:lang w:eastAsia="zh-CN"/>
        </w:rPr>
        <w:t xml:space="preserve"> 入职时间</w:t>
      </w:r>
      <w:r>
        <w:rPr>
          <w:lang w:eastAsia="zh-CN"/>
        </w:rPr>
        <w:t xml:space="preserve"> 可能仅仅一周左右，但b公司给我留下了深刻的印象，一</w:t>
      </w:r>
      <w:r>
        <w:rPr>
          <w:lang w:eastAsia="zh-CN"/>
        </w:rPr>
        <w:t xml:space="preserve"> 是公司氛围非常好，</w:t>
      </w:r>
      <w:r>
        <w:rPr>
          <w:lang w:eastAsia="zh-CN"/>
        </w:rPr>
        <w:t xml:space="preserve"> 上下级间、平行</w:t>
      </w:r>
      <w:r>
        <w:rPr>
          <w:lang w:eastAsia="zh-CN"/>
        </w:rPr>
        <w:t xml:space="preserve"> 同事间都非常友好、和谐，充满着浓郁的亲情文化，正是这种亲情文化让我感受到，在b公司除了基本的雇佣关系外，更是一种充满温馨、关爱的家人关系;二是b公司的硬件资源达到相当的水平，这包括公司的厂区、生产车间、生产设备、配套设施，硬件资源必将为b公司将来的跨越式发展和腾飞提供强大保证;三是公司同事工作都非常敬业，我发现门卫以及后勤人员很早就在裁剪草坪以等绿化树木，生产员工也都能确保生产线昼夜不停而忘我工作，财务人员工作也非常敬业，我们晚上打球后一起吃饭，z经理还匆匆吃饭后赶回办公室处理开票事宜，</w:t>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公司销售部、招投标部、售后服务部门在很多公司都是相对繁忙，工作繁琐的一个部门，我发现销售?a</w:t>
      </w:r>
      <w:r>
        <w:rPr>
          <w:lang w:eastAsia="zh-CN"/>
        </w:rPr>
        <w:t xml:space="preserve"> href=#39;</w:t>
      </w:r>
      <w:r>
        <w:rPr>
          <w:lang w:eastAsia="zh-CN"/>
        </w:rPr>
        <w:t xml:space="preserve"> target=_blank咳嗽崩赐于办公室和车间之间，与生产车间积极沟通发货事宜，许多售后服务人员还奋战在&amp;and;谕獍沧肮さ兀生产部S主任频繁来往于车间与销售部，我都把s主任误以为是销售部门员工了。这里更不用提公司的各位中高层领导，都表现出很强的责任感，真正体现出了以身作则、身先士卒的领导风范;四、b公司是一个真正具备运动精神和氛围的企业，全公司大多数员工都崇尚运动，上至高管，下至基层都有相当数量的员工真正投身到篮球运动中来。运动精神，我的理解就是不畏强敌、全力以赴，也可以说就是亮剑精神：狭路相逢勇者胜。一个具有运动精神的企业，是永远年轻的，永远充满朝气的，永远充满斗志的，是永远不言败的，更是永远具有战斗力的企业。我看到了b公司完全具备这一点。</w:t>
      </w:r>
      <w:r>
        <w:rPr>
          <w:lang w:eastAsia="zh-CN"/>
        </w:rPr>
        <w:br/>
      </w:r>
      <w:r>
        <w:rPr>
          <w:lang w:eastAsia="zh-CN"/>
        </w:rPr>
        <w:t>　　其次，我想谈下，关于b公司营销管理方面个人初步工作思路，由于时间有限，对公司内外部资源状况以及信息了解尚不充分， 若有不当或失实之处， 请各位领导和同事海涵!</w:t>
      </w:r>
      <w:r>
        <w:rPr>
          <w:lang w:eastAsia="zh-CN"/>
        </w:rPr>
        <w:br/>
      </w:r>
      <w:r>
        <w:rPr>
          <w:lang w:eastAsia="zh-CN"/>
        </w:rPr>
        <w:t>　　第一，公司需要进一步完善公司营销战略规划及其战略执行方案。营销战略重点要解决的是战略定位和竞争战略。其中营销战略定位要解决的是品牌定位、产品定位、目标市场定位、区域定位。(1)品牌定位也即我们b公司品牌定位于行业什么层次，定位于管道技术专家则必须构建b公司公司技术优势</w:t>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xml:space="preserve"> ，定位于管道行业领导者，则必须全面构建企业优势：市场营销优势、技术研发优势、生产运营优势、财力资源优势、人力资源优势、综合管理优势等;(2)市场定位，我们b公司根据自身实际状况，</w:t>
      </w:r>
      <w:r>
        <w:rPr>
          <w:lang w:eastAsia="zh-CN"/>
        </w:rPr>
        <w:t xml:space="preserve"> 在今后3-5年甚至更长时间主要选择哪一部分细分市场，是市政领域市场还是民用建筑市场，市政领域市场中是选择给水、燃气、电力、通讯、矿山流体输送等领域中一种，还是几种，或者是全部选择。在市政给水领域我们主要选择的是农村饮用水工程、市政道路输水工程、工业园区及工厂输水、专业化工、造纸、饮料食品、冶金行业等流体输送工程。(3)产品定位，重点解决的是在今后3-5年乃至更长时间段内，主要生产什么产品，重点考虑产品组合的问题，也即产品品类和产品线长度的问题，b公司主要生产pe燃气、pe给水、pvc给水、通讯及电力管道等市政类产品其中几种或全面生产，甚至考虑在适当的机会进入民用建筑管道的生产，这需要做出精准的产品组合选择(4)区域定位，要解决的是在今后3-5年内，我公司主要开展营销业务的市场区域，比如是选择华中区域、还是全国市场，是选择在华中区域采用采蘑菇的方法拓展区域市场，也即先拓展利润丰厚的市场再采摘次丰厚的市场，还是采用地毯式搜索等方式进行精耕细作，这需要进行系统和精准规划。b公司在营销战略上应该有一定程度清晰的规划，但需要进</w:t>
      </w:r>
      <w:r>
        <w:rPr>
          <w:lang w:eastAsia="zh-CN"/>
        </w:rPr>
        <w:t xml:space="preserve"> 一步深化、细分，并切实明确自身定位，并综合企业内外部资源打造出有明确差异化的竞争战略，塑造行业优势地位，并将营销战略规划形成可执行行的战略执行方案，从而确保b公司将来能以稳健、快速、健康、</w:t>
      </w:r>
      <w:r>
        <w:rPr>
          <w:lang w:eastAsia="zh-CN"/>
        </w:rPr>
        <w:t xml:space="preserve"> 可持续性的发展。</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第二，公司销售模式有待于进一步完善和细化。由于市政管道产品的特性决定了我们的销售模式以工程直销为主。那我们有个问题需要思考：当前管道销售主要销售模式有两种：传统经销渠道销售和工程销售，民品进传统渠道，市政产品既可渠道销售，也可工程项目直销，b公司的销售模式中，传统经销渠道和工程直销渠道如何实现互补，两种渠道模式各自如何拓展，两种渠道模式各占多大比例。结合公司营销人力资源现状，如何有计划、分阶段实施渠道组建，这将是以后工作中迫切需要解决的问题。</w:t>
      </w:r>
      <w:r>
        <w:rPr>
          <w:lang w:eastAsia="zh-CN"/>
        </w:rPr>
        <w:br/>
      </w:r>
      <w:r>
        <w:rPr>
          <w:lang w:eastAsia="zh-CN"/>
        </w:rPr>
        <w:t>　　第三、目标市场细分和区域市场选择需要更进进一步明确。公司选择拓展的市场区域需要进一步明确，并严格建立计划管理机制，确保各区域月度、年度计划达标;针对各个区域市政市场中，我们是主攻农村饮用水市场、燃气市场、市政道路输水工程、工业园区及工厂输水、专业化工、造纸、饮料食品、冶金行业等流体输送工程中的一种还是全部细分市场，我们的主攻项目规模 是选择1千万以上，还是500万以上，或100万以上。数量众多的中小项目由于规模以及运输和服务的问题，我们是选择放弃还是采用全面撒网式拓展，这诸多问题需要我们进一步研究明确。并严格贯彻在销售人员日常销售工作中。</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第四，公司需要进一步加大营销团队建设。营销团队的组建是紧紧围绕公司营销战略而展开，营销团队是公司营销战略的真正执行者，是公司营销目标达成的尖兵。从一个企业的中长期发展而言，企业的成功靠的是整个团队整体协同作战的成功，同样，销售业绩的达成也必将靠的是整个营销团队整体作战。营销团队建设的两个关键点，一是数量，建立与企业年度营销目标相匹配的一定数量的营销团队，第二是质量，销售人员的战斗能力一方面取决于其自我规划以及对公司发展远景的认知度，其二取决于企业的激励机制，其三取决于企业的培训体系。三者缺一不可，但若前两者都具备，培训对于提升营销团队战斗力显得尤为重要。系统、完善、实操性强的培训我体系打造在营销团队管理中将是非常重要的。在以后工作营销培训工作将是非常重要的一环。今后，我将结合自己建材营销心得，编撰《管道营销手册》等工具书，内容包括：商务礼仪、营销知识、沟通技能、多元化渠道拓展策略以及技能、大客户拓展技能、标准化营销话术等。</w:t>
      </w:r>
      <w:r>
        <w:rPr>
          <w:lang w:eastAsia="zh-CN"/>
        </w:rPr>
        <w:br/>
      </w:r>
      <w:r>
        <w:rPr>
          <w:lang w:eastAsia="zh-CN"/>
        </w:rPr>
        <w:t>　　以上是我个人的粗浅认识及看法，希望在以后的工作中，各位同事能对本人多提宝贵意见和建议，并希望能获得大家的大力支持和配合，我在这里表示衷心感谢。</w:t>
      </w:r>
      <w:r>
        <w:rPr>
          <w:lang w:eastAsia="zh-CN"/>
        </w:rPr>
        <w:br/>
      </w:r>
      <w:r>
        <w:rPr>
          <w:lang w:eastAsia="zh-CN"/>
        </w:rPr>
        <w:t>　　最后，我引用《中国企业家》杂志社社长刘东华的话与各位同仁共勉：在沙漠里，在高原上，在繁华的都市，在贫瘠的农村，等着我们的都是困难。我们营销团队的责任就是披荆斩棘，用生命、热血去铺筑我们b公司未来的发展之路。胜则举杯相庆，败则拼死相救。只为成功想办法，不为失败找理由，狭路相逢勇者胜，烧不死的鸟就是凤凰!当我们的生命点燃成熊熊大火时，我们b公司事业已如日中天。我们可以骄傲地说：我们今生无怨无悔!</w:t>
      </w:r>
      <w:r>
        <w:rPr>
          <w:lang w:eastAsia="zh-CN"/>
        </w:rPr>
        <w:br/>
      </w:r>
      <w:r>
        <w:rPr>
          <w:lang w:eastAsia="zh-CN"/>
        </w:rPr>
        <w:t xml:space="preserve">    经理就职演讲 篇6 </w:t>
      </w:r>
      <w:r>
        <w:rPr>
          <w:lang w:eastAsia="zh-CN"/>
        </w:rPr>
        <w:br/>
      </w:r>
      <w:r>
        <w:rPr>
          <w:lang w:eastAsia="zh-CN"/>
        </w:rPr>
        <w:t>　　尊敬的各位领导：</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大家晚上好!</w:t>
      </w:r>
      <w:r>
        <w:rPr>
          <w:lang w:eastAsia="zh-CN"/>
        </w:rPr>
        <w:br/>
      </w:r>
      <w:r>
        <w:rPr>
          <w:lang w:eastAsia="zh-CN"/>
        </w:rPr>
        <w:t>　　感谢各位董事会成员、各位实超人对我的信任以及市场营销实训室对我的`培养，给了我担任市场营销实训室副总经理这个机会。在知道自己成为市场营销实训室副总经理之时，我感到这不仅是上级领导和各位实超人对我的信任，更是赋予了我巨大的责任。今天我面对上级领导、面对股东们以及面对实训室的各位实超人，我心情很激动，同时也很有信心带领市场营销实训室的管理团队，打造“学习型、创新型、和谐型”的实训室品牌!建立“严格高效，善于思考，团结互助,沟通理解，积极主动，乐观向上”的团队优良作风!达到“提高素质，提升技能。我们的实训我做主”的宗旨!共同把实训室管理好、发展好。在这里我向董事会成员，股东以及在座各位实超人郑重承诺：</w:t>
      </w:r>
      <w:r>
        <w:rPr>
          <w:lang w:eastAsia="zh-CN"/>
        </w:rPr>
        <w:br/>
      </w:r>
      <w:r>
        <w:rPr>
          <w:lang w:eastAsia="zh-CN"/>
        </w:rPr>
        <w:t>　　在担任副总经理期间，我将协助总经理在新的岗位上，积极努力工作，认真履行副总经理的职责,认真学习专业知识让管理走上规范化的轨道,建立能有效按上级要求完成好工作和达成目标的团队,做好“用心服务，平价周到”的经营理念，以三米微笑服务服务广大师生.以上的这两句话是我谨代表两位总经理对全体实超人的一点要求。</w:t>
      </w:r>
      <w:r>
        <w:rPr>
          <w:lang w:eastAsia="zh-CN"/>
        </w:rPr>
        <w:br/>
      </w:r>
      <w:r>
        <w:rPr>
          <w:lang w:eastAsia="zh-CN"/>
        </w:rPr>
        <w:t>　　在此，我向股东们说，在全球出现金融危机时，我们实训室的股值不贬反升，这是一个非常高的消息!!我相信，我们的合作与交流是我们共同进步的源泉，让我们伸出合作的手，把我们实训室的事业推上一个新的台阶。</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最后，祝实训室欣欣向荣，大家身体健康，并通过你们传达，祝你们家人健康、快乐、万事如意。</w:t>
      </w:r>
      <w:r>
        <w:rPr>
          <w:lang w:eastAsia="zh-CN"/>
        </w:rPr>
        <w:br/>
      </w:r>
      <w:r>
        <w:rPr>
          <w:lang w:eastAsia="zh-CN"/>
        </w:rPr>
        <w:t>　　谢谢大家!</w:t>
      </w:r>
      <w:r>
        <w:rPr>
          <w:lang w:eastAsia="zh-CN"/>
        </w:rPr>
        <w:br/>
      </w:r>
      <w:r>
        <w:rPr>
          <w:lang w:eastAsia="zh-CN"/>
        </w:rPr>
        <w:t>　　此致</w:t>
      </w:r>
      <w:r>
        <w:rPr>
          <w:lang w:eastAsia="zh-CN"/>
        </w:rPr>
        <w:br/>
      </w:r>
      <w:r>
        <w:rPr>
          <w:lang w:eastAsia="zh-CN"/>
        </w:rPr>
        <w:t>　　致敬！</w:t>
      </w:r>
      <w:r>
        <w:rPr>
          <w:lang w:eastAsia="zh-CN"/>
        </w:rPr>
        <w:br/>
      </w:r>
      <w:r>
        <w:rPr>
          <w:lang w:eastAsia="zh-CN"/>
        </w:rPr>
        <w:t>　　检讨人：</w:t>
      </w:r>
      <w:r>
        <w:rPr>
          <w:lang w:eastAsia="zh-CN"/>
        </w:rPr>
        <w:br/>
      </w:r>
      <w:r>
        <w:rPr>
          <w:lang w:eastAsia="zh-CN"/>
        </w:rPr>
        <w:t>　　20__年__月__日</w:t>
      </w:r>
      <w:r>
        <w:rPr>
          <w:lang w:eastAsia="zh-CN"/>
        </w:rPr>
        <w:br/>
      </w:r>
      <w:r>
        <w:rPr>
          <w:lang w:eastAsia="zh-CN"/>
        </w:rPr>
        <w:t xml:space="preserve">    经理就职演讲 篇7 </w:t>
      </w:r>
      <w:r>
        <w:rPr>
          <w:lang w:eastAsia="zh-CN"/>
        </w:rPr>
        <w:br/>
      </w:r>
      <w:r>
        <w:rPr>
          <w:lang w:eastAsia="zh-CN"/>
        </w:rPr>
        <w:t>　　尊敬的各位领导、老师，亲爱的同学们：</w:t>
      </w:r>
      <w:r>
        <w:rPr>
          <w:lang w:eastAsia="zh-CN"/>
        </w:rPr>
        <w:br/>
      </w:r>
      <w:r>
        <w:rPr>
          <w:lang w:eastAsia="zh-CN"/>
        </w:rPr>
        <w:t>　　大家下午好!我是来自__市营1班的关光杰。</w:t>
      </w:r>
      <w:r>
        <w:rPr>
          <w:lang w:eastAsia="zh-CN"/>
        </w:rPr>
        <w:br/>
      </w:r>
      <w:r>
        <w:rPr>
          <w:lang w:eastAsia="zh-CN"/>
        </w:rPr>
        <w:t>　　首先我要向关心和信任我的各位领导、老师表示诚挚的谢意!对到会的各位学生代表的支持和信任表示衷心的感谢!</w:t>
      </w:r>
      <w:r>
        <w:rPr>
          <w:lang w:eastAsia="zh-CN"/>
        </w:rPr>
        <w:br/>
      </w:r>
      <w:r>
        <w:rPr>
          <w:lang w:eastAsia="zh-CN"/>
        </w:rPr>
        <w:t>　　今天，我被命任为学生实训超市的总经理，这对我来讲是一种挑战更是一种责任，我为我能有机会为实训超市的工作尽一点绵薄之力而深感荣幸。</w:t>
      </w:r>
      <w:r>
        <w:rPr>
          <w:lang w:eastAsia="zh-CN"/>
        </w:rPr>
        <w:br/>
      </w:r>
      <w:r>
        <w:rPr>
          <w:lang w:eastAsia="zh-CN"/>
        </w:rPr>
        <w:t>　　刚才大家都听了各层领导对超市的详细介绍和热情洋溢的动员。不知大家此时是怎样看待这个实训超市的。想不想听下我对学生实训超市的态度和心里话?其实也很简单，就一句话：手捧阳光，笑容晴朗，怀着感恩的心，为梦想而战!现简单阐述下吧。</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手捧阳光。我喜欢阳光，因为它代表了光明和希望。我信赖即将成立的学生实训超市，因为它富有阳光般的朝气和蓬勃发展的生命力。所以我会入股20股，相信在全体实训工作人员的努力和广大师生的支持下，我手中的阳光支票会不断升值。</w:t>
      </w:r>
      <w:r>
        <w:rPr>
          <w:lang w:eastAsia="zh-CN"/>
        </w:rPr>
        <w:br/>
      </w:r>
      <w:r>
        <w:rPr>
          <w:lang w:eastAsia="zh-CN"/>
        </w:rPr>
        <w:t>　　笑容晴朗。作为总经理，我深知超市的发展也许不是一帆风顺的，但无论遇到多大的困难和挫折，我都会从容淡定，以微笑去处理一切难题。另一方面，学生超市也努力打造“微笑服务”的品牌，我们决定每学期将评选一些“微笑大使”进行奖励。当然还会有其他的评优和综合测评加分来激励我们加入这个实训大家庭的每一个成员。</w:t>
      </w:r>
      <w:r>
        <w:rPr>
          <w:lang w:eastAsia="zh-CN"/>
        </w:rPr>
        <w:br/>
      </w:r>
      <w:r>
        <w:rPr>
          <w:lang w:eastAsia="zh-CN"/>
        </w:rPr>
        <w:t>　　怀着感恩的心。生活中充满了恩赐，我们要懂得感恩。今天我们这个动员大会能顺利进行，离不开我们辛勤工作的全体工作人员。我们是否应给他们一些掌声呢?感恩是双向的，在此，我也代表全体工作人员向到场老师同学对实训超市的关注和支持表示衷心的感谢。你们才是英雄，你们才是铸造实训超市的成功的重要力量。我们超市将实施“感恩计划”，在特别的节假日将以特别的优惠回馈我们的顾客。</w:t>
      </w:r>
      <w:r>
        <w:rPr>
          <w:lang w:eastAsia="zh-CN"/>
        </w:rPr>
        <w:br/>
      </w:r>
      <w:r>
        <w:rPr>
          <w:lang w:eastAsia="zh-CN"/>
        </w:rPr>
        <w:t>　　为梦想而战。最近，我积极投身了对超市的策划和筹备工作，真的很忙很累但很充实。因为我有一个信念：当别人通过我的努力而得到实际的好处和方便的一天，便是我最欣慰的一天，我相信这一天不会遥远。请大家为我们共同梦想——为需要的人打造一片天堂而战，只有同心同德，激情常驻，美梦便成真!</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综上所述，“手捧阳光，笑容晴朗，怀着感恩的心，为梦想而战!”传达了我对学生实训超市前景的看法，描述了我对超市管理的一些理念，表明我的工作态度和决心。今天我已通过言语与大家分享了我对超市的态度、信心和信念，待会儿的下一个流程的入股和竞聘岗位报名，期待大家用行动来把自己对超市的态度、信心和信念淋漓尽致地展现出来，好吗?</w:t>
      </w:r>
      <w:r>
        <w:rPr>
          <w:lang w:eastAsia="zh-CN"/>
        </w:rPr>
        <w:br/>
      </w:r>
      <w:r>
        <w:rPr>
          <w:lang w:eastAsia="zh-CN"/>
        </w:rPr>
        <w:t>　　第二个问题，我想问下大家：假如你做了实训超市的总经理，你会怎样做呢?或者你竞选上了总监、部门经理或职员，你是如何计划你的工作呢?“机遇是留给有充分准备的人”，大家用心地去思考下，相信大家会有很好的idea，而一个个好的idea是往往是超市发展和创新的动力。既然今天是总经理就职演说，所以接下来，我就简单谈下我的工作设想。</w:t>
      </w:r>
      <w:r>
        <w:rPr>
          <w:lang w:eastAsia="zh-CN"/>
        </w:rPr>
        <w:br/>
      </w:r>
      <w:r>
        <w:rPr>
          <w:lang w:eastAsia="zh-CN"/>
        </w:rPr>
        <w:t xml:space="preserve">    经理就职演讲 篇8 </w:t>
      </w:r>
      <w:r>
        <w:rPr>
          <w:lang w:eastAsia="zh-CN"/>
        </w:rPr>
        <w:br/>
      </w:r>
      <w:r>
        <w:rPr>
          <w:lang w:eastAsia="zh-CN"/>
        </w:rPr>
        <w:t>　　各位好,我是刚被公司录用的，来接任你们之前经理的工作,在这之前我没有接触过我们部门的人,对大家不是很了解,但是我从别的地方听说了不少关于咱们的事情,心里觉得非常荣幸能和我们公司的精英们一起合作.</w:t>
      </w:r>
      <w:r>
        <w:rPr>
          <w:lang w:eastAsia="zh-CN"/>
        </w:rPr>
        <w:br/>
      </w:r>
      <w:r>
        <w:rPr>
          <w:lang w:eastAsia="zh-CN"/>
        </w:rPr>
        <w:t>　　我对咱们这边的业务还不是很熟悉,希望大家在以后的工作中多多支持,我也会虚心向大家学习的,希望在我们一块合作的日子里，大家能非常愉快的完成每一项工作任务,谢谢大家.</w:t>
      </w:r>
      <w:r>
        <w:rPr>
          <w:lang w:eastAsia="zh-CN"/>
        </w:rPr>
        <w:br/>
      </w:r>
      <w:r>
        <w:rPr>
          <w:lang w:eastAsia="zh-CN"/>
        </w:rPr>
        <w:t xml:space="preserve">    经理就职演讲 篇9 </w:t>
      </w:r>
      <w:r>
        <w:rPr>
          <w:lang w:eastAsia="zh-CN"/>
        </w:rPr>
        <w:br/>
      </w:r>
      <w:r>
        <w:rPr>
          <w:lang w:eastAsia="zh-CN"/>
        </w:rPr>
        <w:t>　　总经理、各位同事：</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接到我将接手管理租赁公司的通知，我感到很突然，昨夜一夜难眠，想了很多事情，想到本人对于此项工作的工作经验不足，这样重的担子没有承担过，对于业务的方方面面不甚了解，有些信心不足，有些惶惶不安。归根结底还是想把事情做好，想做出些成绩，用以回报各位的信任和栽培，体现自我的价值，后来我渐渐的有了信心，因为只要有的信任和支持，有我辛勤的努力，多向学习处理问题的方式方法和经管的手段，多跑市场，多了解情况，勤能补拙！</w:t>
      </w:r>
      <w:r>
        <w:rPr>
          <w:lang w:eastAsia="zh-CN"/>
        </w:rPr>
        <w:br/>
      </w:r>
      <w:r>
        <w:rPr>
          <w:lang w:eastAsia="zh-CN"/>
        </w:rPr>
        <w:t>　　在不久的将来我会进入正常的工作状态，在不远的将来我会做出些成绩让各位看到我的进步和努力。对于将要即将开展的工作我有以下的几点想法；想法不一定成熟、全面，希望各位给予指正：</w:t>
      </w:r>
      <w:r>
        <w:rPr>
          <w:lang w:eastAsia="zh-CN"/>
        </w:rPr>
        <w:br/>
      </w:r>
      <w:r>
        <w:rPr>
          <w:lang w:eastAsia="zh-CN"/>
        </w:rPr>
        <w:t>　　1、对于现场存有的租赁材料进行盘点和摸底，看一看现场材料与帐面是否相符。</w:t>
      </w:r>
      <w:r>
        <w:rPr>
          <w:lang w:eastAsia="zh-CN"/>
        </w:rPr>
        <w:br/>
      </w:r>
      <w:r>
        <w:rPr>
          <w:lang w:eastAsia="zh-CN"/>
        </w:rPr>
        <w:t>　　2、有以往租赁过程中，我们的施工单位反映，我们的租赁的质量较差，影响工程质量，不愿意用，我想对进行必要的修复，以有利于我们的工程质量，也同时完善我们的服务。</w:t>
      </w:r>
      <w:r>
        <w:rPr>
          <w:lang w:eastAsia="zh-CN"/>
        </w:rPr>
        <w:br/>
      </w:r>
      <w:r>
        <w:rPr>
          <w:lang w:eastAsia="zh-CN"/>
        </w:rPr>
        <w:t>　　3、在满足我们施工单位使用的条件下，以及对于租赁市场基本熟悉之下，对于剩余的租赁材料，将对外承接租赁业务，对外承接租赁业务时会选择信誉较好，资金回收有保证的施工单位，用以保证租赁材料的回收和租金的回笼。</w:t>
      </w:r>
      <w:r>
        <w:rPr>
          <w:lang w:eastAsia="zh-CN"/>
        </w:rPr>
        <w:br/>
      </w:r>
      <w:r>
        <w:rPr>
          <w:lang w:eastAsia="zh-CN"/>
        </w:rPr>
        <w:t xml:space="preserve">    经理就职演讲 篇10 </w:t>
      </w:r>
      <w:r>
        <w:rPr>
          <w:lang w:eastAsia="zh-CN"/>
        </w:rPr>
        <w:br/>
      </w:r>
      <w:r>
        <w:rPr>
          <w:lang w:eastAsia="zh-CN"/>
        </w:rPr>
        <w:t>　　各位同事：</w:t>
      </w:r>
      <w:r>
        <w:rPr>
          <w:lang w:eastAsia="zh-CN"/>
        </w:rPr>
        <w:br/>
      </w:r>
      <w:r>
        <w:rPr>
          <w:lang w:eastAsia="zh-CN"/>
        </w:rPr>
        <w:t>　　大家下午好!</w:t>
      </w:r>
      <w:r>
        <w:rPr>
          <w:lang w:eastAsia="zh-CN"/>
        </w:rPr>
        <w:br/>
      </w:r>
      <w:r>
        <w:rPr>
          <w:lang w:eastAsia="zh-CN"/>
        </w:rPr>
        <w:t>　　大家好，感谢董事会，感谢各位领导，感谢各位同事。今天，公司任命我为运营部经理，这是公司和领导给予的信任和支持。也是各位同事的.支持与鼓励。</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我原来是一名开发工程师，在睿威，在各位领导的指导和帮助之下，我在较短时间里面顺利跨过从开发工作转入运营工作的难关。顺利完成各种运营相关的工作事项，取得了一定的成绩。同时，也深深的意识到，我还存在着不足。但是，无论遇到什么困难，我都知道，努力和回报是成正比的，这使我有了极大的勇气，敢于去面对任何挑战。不断地挑战困难，才能不断地成长起来。</w:t>
      </w:r>
      <w:r>
        <w:rPr>
          <w:lang w:eastAsia="zh-CN"/>
        </w:rPr>
        <w:br/>
      </w:r>
      <w:r>
        <w:rPr>
          <w:lang w:eastAsia="zh-CN"/>
        </w:rPr>
        <w:t>　　然而，1个人的力量是单薄的，双拳难敌四手。公司的市场工作要取得更大的成果，必须依靠团队的力量，从运营上帮助市场开拓和销售工作。</w:t>
      </w:r>
      <w:r>
        <w:rPr>
          <w:lang w:eastAsia="zh-CN"/>
        </w:rPr>
        <w:br/>
      </w:r>
      <w:r>
        <w:rPr>
          <w:lang w:eastAsia="zh-CN"/>
        </w:rPr>
        <w:t>　　在新的一年里，我将担任新的岗位。对于我而言意味着更多的责任，我勇于承担这个责任，我的目标只有一个：与公司并肩完成目标，公司的目标就是我的目标，群策群力，共同迎来公司胜利的一年。</w:t>
      </w:r>
      <w:r>
        <w:rPr>
          <w:lang w:eastAsia="zh-CN"/>
        </w:rPr>
        <w:br/>
      </w:r>
      <w:r>
        <w:rPr>
          <w:lang w:eastAsia="zh-CN"/>
        </w:rPr>
        <w:t>　　上任后，我的规划有以下四点：</w:t>
      </w:r>
      <w:r>
        <w:rPr>
          <w:lang w:eastAsia="zh-CN"/>
        </w:rPr>
        <w:br/>
      </w:r>
      <w:r>
        <w:rPr>
          <w:lang w:eastAsia="zh-CN"/>
        </w:rPr>
        <w:t>　　第一，落实和执行好运营部的职能，细化运营部门的运营工作和职能布局。</w:t>
      </w:r>
      <w:r>
        <w:rPr>
          <w:lang w:eastAsia="zh-CN"/>
        </w:rPr>
        <w:br/>
      </w:r>
      <w:r>
        <w:rPr>
          <w:lang w:eastAsia="zh-CN"/>
        </w:rPr>
        <w:t>　　第二，根据市场需要，快速完成运营部招聘工作和人员布局。</w:t>
      </w:r>
      <w:r>
        <w:rPr>
          <w:lang w:eastAsia="zh-CN"/>
        </w:rPr>
        <w:br/>
      </w:r>
      <w:r>
        <w:rPr>
          <w:lang w:eastAsia="zh-CN"/>
        </w:rPr>
        <w:t>　　第三，以公司的战略和目标为指导，制定运营策略并认真执行运营策略。</w:t>
      </w:r>
      <w:r>
        <w:rPr>
          <w:lang w:eastAsia="zh-CN"/>
        </w:rPr>
        <w:br/>
      </w:r>
      <w:r>
        <w:rPr>
          <w:lang w:eastAsia="zh-CN"/>
        </w:rPr>
        <w:t>　　第四，加强运营部门与研发部门的配合，与研发部门一起成为市场部门的坚实后盾，让市场人员毫无后顾之忧地冲锋陷阵。</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以上是我的部门规划，我衷心希望在20__年继续得到各位同事的支持，我会竭尽全力付出自己最大的努力，与部门同事共进退，共创优越的成绩，为公司作出最大的贡献。</w:t>
      </w:r>
      <w:r>
        <w:rPr>
          <w:lang w:eastAsia="zh-CN"/>
        </w:rPr>
        <w:br/>
      </w:r>
      <w:r>
        <w:rPr>
          <w:lang w:eastAsia="zh-CN"/>
        </w:rPr>
        <w:t>　　我相信，这不谨谨只是一份工作，更是我们大家事业的开始。20__年，我们并肩奋斗!</w:t>
      </w:r>
      <w:r>
        <w:rPr>
          <w:lang w:eastAsia="zh-CN"/>
        </w:rPr>
        <w:br/>
      </w:r>
      <w:r>
        <w:rPr>
          <w:lang w:eastAsia="zh-CN"/>
        </w:rPr>
        <w:t>　　谢谢大家，谢谢。</w:t>
      </w:r>
      <w:r>
        <w:rPr>
          <w:lang w:eastAsia="zh-CN"/>
        </w:rPr>
        <w:br/>
      </w:r>
      <w:r>
        <w:rPr>
          <w:lang w:eastAsia="zh-CN"/>
        </w:rPr>
        <w:t xml:space="preserve">    经理就职演讲 篇11 </w:t>
      </w:r>
      <w:r>
        <w:rPr>
          <w:lang w:eastAsia="zh-CN"/>
        </w:rPr>
        <w:br/>
      </w:r>
      <w:r>
        <w:rPr>
          <w:lang w:eastAsia="zh-CN"/>
        </w:rPr>
        <w:t>　　尊敬的__部长、总和各位领导、同事：</w:t>
      </w:r>
      <w:r>
        <w:rPr>
          <w:lang w:eastAsia="zh-CN"/>
        </w:rPr>
        <w:br/>
      </w:r>
      <w:r>
        <w:rPr>
          <w:lang w:eastAsia="zh-CN"/>
        </w:rPr>
        <w:t>　　大家好，刚才宣布了集团党委对我工作的任命，在此，我衷心感谢组织对我的信任和关怀，感谢各位领导对我的器重和厚爱，感谢和__部长亲自陪送我来__公司任职，感谢同事们对我的信任和支持！这次任职，是对我的认同与接受，也是希望和重托，更是的挑战和考验，让我有机会在更高的平台，为我们__公司服务，为我们集团添彩。今天是一个新的起点，我将尽快进入新的岗位角色，勤勉尽职，扎实工作，有所作为。</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简单介绍我的：20__年7月从广西校专业，分配到工作，做过业务员、科长、办公室主任和木材加工厂长。20__年12月调到广西__集团，先后任过下属子公司的经营部经理、苗木生产基地经理和销售供应部经理。20__年2月调到我们集团，任过__公司的供销科长、办公室主任兼支部书记、__公司董事副总经理。通过业余学习，我完成了经济管理专业大专课程、会计学本科课程和工商管理研究生班（MB）课程学习，均取得学历证书。20__年取得了经济师和园林工程师职称、20__年7月取得资产评估师资格。这一路走来，我想之所以今天能在这作表态发言，靠的是组织和领导的关心培养，靠的是同事的信任支持，靠的是虚心学习、用心工作，靠的是踏实做事、诚以待人。</w:t>
      </w:r>
      <w:r>
        <w:rPr>
          <w:lang w:eastAsia="zh-CN"/>
        </w:rPr>
        <w:br/>
      </w:r>
      <w:r>
        <w:rPr>
          <w:lang w:eastAsia="zh-CN"/>
        </w:rPr>
        <w:t>　　在此，我就今后的工作表个态：</w:t>
      </w:r>
      <w:r>
        <w:rPr>
          <w:lang w:eastAsia="zh-CN"/>
        </w:rPr>
        <w:br/>
      </w:r>
      <w:r>
        <w:rPr>
          <w:lang w:eastAsia="zh-CN"/>
        </w:rPr>
        <w:t>　　一是讲”政治”。做为国有企业管理人员，首先要讲政治，确保自己的言行符合党的要求、符合集团公司党委和董事会的决策布置，符合领导班子的具体安排。确保方向正确，行动合规，结果合法。</w:t>
      </w:r>
      <w:r>
        <w:rPr>
          <w:lang w:eastAsia="zh-CN"/>
        </w:rPr>
        <w:br/>
      </w:r>
      <w:r>
        <w:rPr>
          <w:lang w:eastAsia="zh-CN"/>
        </w:rPr>
        <w:t>　　二是讲“团结”。做为__公司领导班子一员，要讲团结，顾大局，找准位置，当好主要领导的参谋和助手，与班子其他成员和公司同事坦诚相待、团结协作、遇过不推、补台不折台，悉心尽力做好分管工作。</w:t>
      </w:r>
      <w:r>
        <w:rPr>
          <w:lang w:eastAsia="zh-CN"/>
        </w:rPr>
        <w:br/>
      </w:r>
      <w:r>
        <w:rPr>
          <w:lang w:eastAsia="zh-CN"/>
        </w:rPr>
        <w:t>　　三是要“务实”。做为__公司的分管领导，要胸怀集团谋发展，着眼桂江思全局，立足本职抓落实。坚持公司一贯以来的实事求是，真抓实干、雷厉风行的工作作风，多调研考察、出有用的点子、办实事，重绩效。</w:t>
      </w:r>
      <w:r>
        <w:rPr>
          <w:lang w:eastAsia="zh-CN"/>
        </w:rPr>
        <w:br/>
      </w:r>
      <w:r>
        <w:rPr>
          <w:lang w:eastAsia="zh-CN"/>
        </w:rPr>
        <w:t>　　四是要“勤学”。要深入学习林业调查规划设计和园林业务知识，学习有关政策法规，提高自身的理论水平、业务素质和领导能力。</w:t>
      </w:r>
      <w:r>
        <w:rPr>
          <w:lang w:eastAsia="zh-CN"/>
        </w:rPr>
        <w:br/>
      </w:r>
      <w:r>
        <w:rPr>
          <w:lang w:eastAsia="zh-CN"/>
        </w:rPr>
        <w:t>　　五是要“廉洁”。要严格遵守反腐倡廉的各项规定，老老实实做人，勤勤恳恳干事，清清白白任职，保持头脑清醒，严格要求自己，主动接受大家监督。</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同时，对于我以后工作中表现出来的不足，希望各位领导和同事随时批评提醒，我一定认真加以改进。决不辜负组织、领导、同事对我的信任、希望和重托。谢谢大家！</w:t>
      </w:r>
      <w:r>
        <w:rPr>
          <w:lang w:eastAsia="zh-CN"/>
        </w:rPr>
        <w:br/>
      </w:r>
      <w:r>
        <w:rPr>
          <w:lang w:eastAsia="zh-CN"/>
        </w:rPr>
        <w:t xml:space="preserve">    经理就职演讲 篇12 </w:t>
      </w:r>
      <w:r>
        <w:rPr>
          <w:lang w:eastAsia="zh-CN"/>
        </w:rPr>
        <w:br/>
      </w:r>
      <w:r>
        <w:rPr>
          <w:lang w:eastAsia="zh-CN"/>
        </w:rPr>
        <w:t>　　首先,我衷心地感谢集团公司董事会、集团公司党委和集团公司领导、以及上届有限公司领导班子和公司广大干部职工的信任,安排我担任第三工程有限公司总经理职务。在自己成为有限公司新一届领导班子总经理之时,我感到这不仅是上级组织、上级领导和公司广大职工对我的信任,更是赋予了巨大的责任。因此,在这里借这个机会郑重承诺:</w:t>
      </w:r>
      <w:r>
        <w:rPr>
          <w:lang w:eastAsia="zh-CN"/>
        </w:rPr>
        <w:br/>
      </w:r>
      <w:r>
        <w:rPr>
          <w:lang w:eastAsia="zh-CN"/>
        </w:rPr>
        <w:t>　　一、我将在新的岗位上,认真履行自己的职责,积极努力工作,充分发挥作用,决不辜负集团公司董事会、集团公司党委和集团公司领导对我的信任,不辜负有限公司上届领导班子和全体干部职工的希望。做一个尽职尽责,广大干部职工认可的总经理,与本届领导班子成员一道努力把我们第三工程有限公司的事办好,把职工、群众的事办好。</w:t>
      </w:r>
      <w:r>
        <w:rPr>
          <w:lang w:eastAsia="zh-CN"/>
        </w:rPr>
        <w:br/>
      </w:r>
      <w:r>
        <w:rPr>
          <w:lang w:eastAsia="zh-CN"/>
        </w:rPr>
        <w:t>　　二、迅速进入角色,尽快熟悉和掌握总经理的职责,并认真按照职责内容和要求积极工作。具体工作中紧密结合公司和市场两个实际,努力经营好市场和管理两大主题,积极研究和探索提高公司运行质量和效益的有效途径和办法。坚持科学发展观,积极推进公司全面、良性发展。坚持科学管理,积极推进公司管理创新,不断提高公司经营能力和管理能力。</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三、坚持团结。积极支持和全力配合本届班子成员的工作,特别是摆正自己的位置,积极配合和支持公司董事长和党委书记两位主管的工作,保证公司政令很好的贯彻落实。工作中只补台不拆台。严格坚持领导班子各项工作制度和生活制度,处处以企业利益为重,以公司大局为重。大事讲团结,小事讲风格,自学维护班子整体功能作用的很好发挥。</w:t>
      </w:r>
      <w:r>
        <w:rPr>
          <w:lang w:eastAsia="zh-CN"/>
        </w:rPr>
        <w:br/>
      </w:r>
      <w:r>
        <w:rPr>
          <w:lang w:eastAsia="zh-CN"/>
        </w:rPr>
        <w:t>　　四、努力学习,不断提高自己的管理水平和能力。虽然自己以前就是有限公司公司副经理,但主要还是分公司层面上的工作。所以,今后必须努力学习经营管理理论知识,特别是学习本行业和国内外先进管理经验和方法,不断提高自己管理水平和能力。</w:t>
      </w:r>
      <w:r>
        <w:rPr>
          <w:lang w:eastAsia="zh-CN"/>
        </w:rPr>
        <w:br/>
      </w:r>
      <w:r>
        <w:rPr>
          <w:lang w:eastAsia="zh-CN"/>
        </w:rPr>
        <w:t>　　总之,我将通过各方面的努力做好总经理工作。</w:t>
      </w:r>
      <w:r>
        <w:rPr>
          <w:lang w:eastAsia="zh-CN"/>
        </w:rPr>
        <w:br/>
      </w:r>
      <w:r>
        <w:rPr>
          <w:lang w:eastAsia="zh-CN"/>
        </w:rPr>
        <w:t>　　谢谢大家!</w:t>
      </w:r>
      <w:r>
        <w:rPr>
          <w:lang w:eastAsia="zh-CN"/>
        </w:rPr>
        <w:br/>
      </w:r>
      <w:r>
        <w:rPr>
          <w:lang w:eastAsia="zh-CN"/>
        </w:rPr>
        <w:t xml:space="preserve">    经理就职演讲 篇13 </w:t>
      </w:r>
      <w:r>
        <w:rPr>
          <w:lang w:eastAsia="zh-CN"/>
        </w:rPr>
        <w:br/>
      </w:r>
      <w:r>
        <w:rPr>
          <w:lang w:eastAsia="zh-CN"/>
        </w:rPr>
        <w:t>　　尊敬的各位，各位同仁：</w:t>
      </w:r>
      <w:r>
        <w:rPr>
          <w:lang w:eastAsia="zh-CN"/>
        </w:rPr>
        <w:br/>
      </w:r>
      <w:r>
        <w:rPr>
          <w:lang w:eastAsia="zh-CN"/>
        </w:rPr>
        <w:t>　　大家好！</w:t>
      </w:r>
      <w:r>
        <w:rPr>
          <w:lang w:eastAsia="zh-CN"/>
        </w:rPr>
        <w:br/>
      </w:r>
      <w:r>
        <w:rPr>
          <w:lang w:eastAsia="zh-CN"/>
        </w:rPr>
        <w:t>　　首先感谢各位在年度给予我本人和财务部工作的支持和帮助。今天再次站在这里，再次竞聘财务部经理这一职位，我油然产生一种感慨：职务是暂时的，在工作中不断提高自己的能力和水平，无愧于责任和信任是永恒的。回首悄然而逝的年，酒店无论在经营上还是在管理上都在不断进步和提高，自己一年的工作深感出力甚微，业绩甚小，唯一感到欣慰的是职责已尽，原则未失。</w:t>
      </w:r>
      <w:r>
        <w:rPr>
          <w:lang w:eastAsia="zh-CN"/>
        </w:rPr>
        <w:br/>
      </w:r>
      <w:r>
        <w:rPr>
          <w:lang w:eastAsia="zh-CN"/>
        </w:rPr>
        <w:t>　　年是酒店发展进程中承前启后之年，作为财务部经理我想从以下几个方面着手开展工作：</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一、以身作则，铁腕治军。</w:t>
      </w:r>
      <w:r>
        <w:rPr>
          <w:lang w:eastAsia="zh-CN"/>
        </w:rPr>
        <w:br/>
      </w:r>
      <w:r>
        <w:rPr>
          <w:lang w:eastAsia="zh-CN"/>
        </w:rPr>
        <w:t>　　从年开始，采购工作划归财务部，由此财务部将由会计、机房、采购、库房、餐饮收银五部分组成，成为全店集权最重之部门。为确保队伍的整体战斗力，将在部门采取如下措施：</w:t>
      </w:r>
      <w:r>
        <w:rPr>
          <w:lang w:eastAsia="zh-CN"/>
        </w:rPr>
        <w:br/>
      </w:r>
      <w:r>
        <w:rPr>
          <w:lang w:eastAsia="zh-CN"/>
        </w:rPr>
        <w:t>　　（1）合理分工，有配合有制约。</w:t>
      </w:r>
      <w:r>
        <w:rPr>
          <w:lang w:eastAsia="zh-CN"/>
        </w:rPr>
        <w:br/>
      </w:r>
      <w:r>
        <w:rPr>
          <w:lang w:eastAsia="zh-CN"/>
        </w:rPr>
        <w:t>　　（2）优胜劣汰，以汰逼质，确保人员素质不断提高。</w:t>
      </w:r>
      <w:r>
        <w:rPr>
          <w:lang w:eastAsia="zh-CN"/>
        </w:rPr>
        <w:br/>
      </w:r>
      <w:r>
        <w:rPr>
          <w:lang w:eastAsia="zh-CN"/>
        </w:rPr>
        <w:t>　　（3）以身作则，严纪律、明赏罚。</w:t>
      </w:r>
      <w:r>
        <w:rPr>
          <w:lang w:eastAsia="zh-CN"/>
        </w:rPr>
        <w:br/>
      </w:r>
      <w:r>
        <w:rPr>
          <w:lang w:eastAsia="zh-CN"/>
        </w:rPr>
        <w:t>　　（4）事不亲躬，权行其正。</w:t>
      </w:r>
      <w:r>
        <w:rPr>
          <w:lang w:eastAsia="zh-CN"/>
        </w:rPr>
        <w:br/>
      </w:r>
      <w:r>
        <w:rPr>
          <w:lang w:eastAsia="zh-CN"/>
        </w:rPr>
        <w:t>　　二、倾半身之力，保餐饮、客房利润率指标实现。</w:t>
      </w:r>
      <w:r>
        <w:rPr>
          <w:lang w:eastAsia="zh-CN"/>
        </w:rPr>
        <w:br/>
      </w:r>
      <w:r>
        <w:rPr>
          <w:lang w:eastAsia="zh-CN"/>
        </w:rPr>
        <w:t>　　在酒店整体采购工作思路引导下，不惧干扰、不惧流言，对酒店的进货渠道、进货方式进行规范、理顺。并尝试进行采购人员工资与餐饮食品毛利率、客房综合利润率相挂钩的考核办法，确保年餐饮部食品毛利率、客房部综合利润率指标的实现。</w:t>
      </w:r>
      <w:r>
        <w:rPr>
          <w:lang w:eastAsia="zh-CN"/>
        </w:rPr>
        <w:br/>
      </w:r>
      <w:r>
        <w:rPr>
          <w:lang w:eastAsia="zh-CN"/>
        </w:rPr>
        <w:t>　　三、作宏观之举，尽参谋之责。</w:t>
      </w:r>
      <w:r>
        <w:rPr>
          <w:lang w:eastAsia="zh-CN"/>
        </w:rPr>
        <w:br/>
      </w:r>
      <w:r>
        <w:rPr>
          <w:lang w:eastAsia="zh-CN"/>
        </w:rPr>
        <w:t>　　作为财务部经理，年度将在完成本部门管理工作的同时，更多的站在宏观角度和酒店决策层面，从财务视角出发，向店提出更多的建议和意见，确保酒店决策的科学性和可行性。</w:t>
      </w:r>
      <w:r>
        <w:rPr>
          <w:lang w:eastAsia="zh-CN"/>
        </w:rPr>
        <w:br/>
      </w:r>
      <w:r>
        <w:rPr>
          <w:lang w:eastAsia="zh-CN"/>
        </w:rPr>
        <w:t>　　四、探索并完善中高层管理人员薪酬激励机制。</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企业成败之关健在于中高层管理人员，建立健全中高层管理人员薪酬激励机制，将为企业发展奠定动力之基矗年酒店将在中层管理人员中进行薪酬考核管理，为此财务部将在年度把工作重心之一放在实际考核阶段。对于考核办法执行中存在问题不断进行、完善，适时向店提出修订建议。</w:t>
      </w:r>
      <w:r>
        <w:rPr>
          <w:lang w:eastAsia="zh-CN"/>
        </w:rPr>
        <w:br/>
      </w:r>
      <w:r>
        <w:rPr>
          <w:lang w:eastAsia="zh-CN"/>
        </w:rPr>
        <w:t>　　在确保年度经营预算完成的前提下，初步完善中高层管理人员薪酬激励机制。各位，各位同事，职务代表的是一种信任和责任，参加竞聘代表的是一种信心。距离四星级酒店财务部经理职位的要求，我深知相去甚远，但我相信努力和上进是缩小差距的唯一途径。我将在差距中努力，在经验中创新，在成果中，将职位交给我，定不负各位与同仁之信任。</w:t>
      </w:r>
      <w:r>
        <w:rPr>
          <w:lang w:eastAsia="zh-CN"/>
        </w:rPr>
        <w:br/>
      </w:r>
      <w:r>
        <w:rPr>
          <w:lang w:eastAsia="zh-CN"/>
        </w:rPr>
        <w:t xml:space="preserve">    经理就职演讲 篇14 </w:t>
      </w:r>
      <w:r>
        <w:rPr>
          <w:lang w:eastAsia="zh-CN"/>
        </w:rPr>
        <w:br/>
      </w:r>
      <w:r>
        <w:rPr>
          <w:lang w:eastAsia="zh-CN"/>
        </w:rPr>
        <w:t>　　尊敬的各位领导、同事：</w:t>
      </w:r>
      <w:r>
        <w:rPr>
          <w:lang w:eastAsia="zh-CN"/>
        </w:rPr>
        <w:br/>
      </w:r>
      <w:r>
        <w:rPr>
          <w:lang w:eastAsia="zh-CN"/>
        </w:rPr>
        <w:t>　　大家好，刚才宣布了局党组对我工作的任命，在此，我衷心感谢组织对我的信任和关怀，感谢领导对我的器重和厚爱，感谢同事们对我的信任和支持！这次任职，是对我的认同与接受，也是希望和重托， 更是的挑战和考验，让我有机会在更高的平台，为我们公司服务。今天是一个新的起点，我将尽快进入新的岗位角色，勤勉尽职，扎实工作，有所作为。 在此，我就今后的工作表个态：</w:t>
      </w:r>
      <w:r>
        <w:rPr>
          <w:lang w:eastAsia="zh-CN"/>
        </w:rPr>
        <w:br/>
      </w:r>
      <w:r>
        <w:rPr>
          <w:lang w:eastAsia="zh-CN"/>
        </w:rPr>
        <w:t>　　一是讲“政治”。做为国有企业管理人员，首先要讲政治，确保自己的言行符合党和国家的政策法规要求、符合局党组的决策布置，符合领导班子的具体安排。确保方向正确，行动合规，结果合法。</w:t>
      </w:r>
      <w:r>
        <w:rPr>
          <w:lang w:eastAsia="zh-CN"/>
        </w:rPr>
        <w:br/>
      </w:r>
      <w:r>
        <w:rPr>
          <w:lang w:eastAsia="zh-CN"/>
        </w:rPr>
        <w:t>　　二是讲“团结”。做为公司领导班子一员，要讲团结，顾大局，找准位置，当好经理的参谋和助手，与班子其他成员和公司同事坦诚相待、团结协作，悉心尽力做好工作。</w:t>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xml:space="preserve"> 三是要“务实”。要坚持的实事求是，真抓实干、雷厉风行的工作作风，多出有用的点子、办实事，重绩效。</w:t>
      </w:r>
      <w:r>
        <w:rPr>
          <w:lang w:eastAsia="zh-CN"/>
        </w:rPr>
        <w:br/>
      </w:r>
      <w:r>
        <w:rPr>
          <w:lang w:eastAsia="zh-CN"/>
        </w:rPr>
        <w:t>　　四是要“勤学”。要深入学习有关业务知识、政策法规，提高自身的理论水平、业务素质和管理能力。</w:t>
      </w:r>
      <w:r>
        <w:rPr>
          <w:lang w:eastAsia="zh-CN"/>
        </w:rPr>
        <w:br/>
      </w:r>
      <w:r>
        <w:rPr>
          <w:lang w:eastAsia="zh-CN"/>
        </w:rPr>
        <w:t>　　五是要“廉洁”。 要严格遵守反腐倡廉的各项规定，老老实实做人，勤勤恳恳干事，清清白白任职，保持头脑清醒，严格要求自己。</w:t>
      </w:r>
      <w:r>
        <w:rPr>
          <w:lang w:eastAsia="zh-CN"/>
        </w:rPr>
        <w:br/>
      </w:r>
      <w:r>
        <w:rPr>
          <w:lang w:eastAsia="zh-CN"/>
        </w:rPr>
        <w:t>　　同时，对于我以后工作中表现出来的不足，希望各位领导和同事随时批评提醒，我一定认真加以改进。决不辜负局党组、领导、同事对我的信任、希望和重托。</w:t>
      </w:r>
      <w:r>
        <w:rPr>
          <w:lang w:eastAsia="zh-CN"/>
        </w:rPr>
        <w:br/>
      </w:r>
      <w:r>
        <w:rPr>
          <w:lang w:eastAsia="zh-CN"/>
        </w:rPr>
        <w:t>　　谢谢大家！</w:t>
      </w:r>
      <w:r>
        <w:rPr>
          <w:lang w:eastAsia="zh-CN"/>
        </w:rPr>
        <w:br/>
      </w:r>
      <w:r>
        <w:rPr>
          <w:lang w:eastAsia="zh-CN"/>
        </w:rPr>
        <w:t xml:space="preserve">    经理就职演讲 篇15 </w:t>
      </w:r>
      <w:r>
        <w:rPr>
          <w:lang w:eastAsia="zh-CN"/>
        </w:rPr>
        <w:br/>
      </w:r>
      <w:r>
        <w:rPr>
          <w:lang w:eastAsia="zh-CN"/>
        </w:rPr>
        <w:t>　　尊敬的各位领导，各位同仁：</w:t>
      </w:r>
      <w:r>
        <w:rPr>
          <w:lang w:eastAsia="zh-CN"/>
        </w:rPr>
        <w:br/>
      </w:r>
      <w:r>
        <w:rPr>
          <w:lang w:eastAsia="zh-CN"/>
        </w:rPr>
        <w:t>　　大家好！</w:t>
      </w:r>
      <w:r>
        <w:rPr>
          <w:lang w:eastAsia="zh-CN"/>
        </w:rPr>
        <w:br/>
      </w:r>
      <w:r>
        <w:rPr>
          <w:lang w:eastAsia="zh-CN"/>
        </w:rPr>
        <w:t>　　首先感谢各位在年度给予我本人和财务部工作的支持和帮助。今天再次站在这里，再次竞聘财务部经理这一职位，我油然产生一种感慨：职务是暂时的，在工作中不断提高自己的能力和水平，无愧于责任和信任是永恒的。回首悄然而逝的年，酒店无论在经营上还是在管理上都在不断进步和提高，总结自己一年的工作深感出力甚微，业绩甚小，唯一感到欣慰的是职责已尽，原则未失。</w:t>
      </w:r>
      <w:r>
        <w:rPr>
          <w:lang w:eastAsia="zh-CN"/>
        </w:rPr>
        <w:br/>
      </w:r>
      <w:r>
        <w:rPr>
          <w:lang w:eastAsia="zh-CN"/>
        </w:rPr>
        <w:t>　　年是酒店发展进程中承前启后之年，作为财务部经理我想从以下几个方面着手开展工作：</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一、以身作则，铁腕治军。</w:t>
      </w:r>
      <w:r>
        <w:rPr>
          <w:lang w:eastAsia="zh-CN"/>
        </w:rPr>
        <w:br/>
      </w:r>
      <w:r>
        <w:rPr>
          <w:lang w:eastAsia="zh-CN"/>
        </w:rPr>
        <w:t>　　从年开始，采购工作划归财务部，由此财务部将由会计、机房、采购、库房、餐饮收银五部分组成，成为全店集权最重之部门。为确保队伍的整体战斗力，将在部门采取如下措施：</w:t>
      </w:r>
      <w:r>
        <w:rPr>
          <w:lang w:eastAsia="zh-CN"/>
        </w:rPr>
        <w:br/>
      </w:r>
      <w:r>
        <w:rPr>
          <w:lang w:eastAsia="zh-CN"/>
        </w:rPr>
        <w:t>　　（1）合理分工，有配合有制约。</w:t>
      </w:r>
      <w:r>
        <w:rPr>
          <w:lang w:eastAsia="zh-CN"/>
        </w:rPr>
        <w:br/>
      </w:r>
      <w:r>
        <w:rPr>
          <w:lang w:eastAsia="zh-CN"/>
        </w:rPr>
        <w:t>　　（2）优胜劣汰，以汰逼质，确保人员素质不断提高。</w:t>
      </w:r>
      <w:r>
        <w:rPr>
          <w:lang w:eastAsia="zh-CN"/>
        </w:rPr>
        <w:br/>
      </w:r>
      <w:r>
        <w:rPr>
          <w:lang w:eastAsia="zh-CN"/>
        </w:rPr>
        <w:t>　　（3）以身作则，严纪律、明赏罚。</w:t>
      </w:r>
      <w:r>
        <w:rPr>
          <w:lang w:eastAsia="zh-CN"/>
        </w:rPr>
        <w:br/>
      </w:r>
      <w:r>
        <w:rPr>
          <w:lang w:eastAsia="zh-CN"/>
        </w:rPr>
        <w:t>　　（4）事不亲躬，权行其正。</w:t>
      </w:r>
      <w:r>
        <w:rPr>
          <w:lang w:eastAsia="zh-CN"/>
        </w:rPr>
        <w:br/>
      </w:r>
      <w:r>
        <w:rPr>
          <w:lang w:eastAsia="zh-CN"/>
        </w:rPr>
        <w:t>　　二、倾半身之力，保餐饮、客房利润率指标实现。</w:t>
      </w:r>
      <w:r>
        <w:rPr>
          <w:lang w:eastAsia="zh-CN"/>
        </w:rPr>
        <w:br/>
      </w:r>
      <w:r>
        <w:rPr>
          <w:lang w:eastAsia="zh-CN"/>
        </w:rPr>
        <w:t>　　在酒店整体采购工作思路引导下，不惧干扰、不惧流言，对酒店的进货渠道、进货方式进行规范、理顺。并尝试进行采购人员工资与餐饮食品毛利率、客房综合利润率相挂钩的考核办法，确保年餐饮部食品毛利率、客房部综合利润率指标的实现。</w:t>
      </w:r>
      <w:r>
        <w:rPr>
          <w:lang w:eastAsia="zh-CN"/>
        </w:rPr>
        <w:br/>
      </w:r>
      <w:r>
        <w:rPr>
          <w:lang w:eastAsia="zh-CN"/>
        </w:rPr>
        <w:t>　　三、作宏观之举，尽参谋之责。</w:t>
      </w:r>
      <w:r>
        <w:rPr>
          <w:lang w:eastAsia="zh-CN"/>
        </w:rPr>
        <w:br/>
      </w:r>
      <w:r>
        <w:rPr>
          <w:lang w:eastAsia="zh-CN"/>
        </w:rPr>
        <w:t>　　作为财务部经理，年度将在完成本部门管理工作的同时，更多的站在宏观角度和酒店决策层面，从财务视角出发，向店领导提出更多的建议和意见，确保酒店决策的科学性和可行性。</w:t>
      </w:r>
      <w:r>
        <w:rPr>
          <w:lang w:eastAsia="zh-CN"/>
        </w:rPr>
        <w:br/>
      </w:r>
      <w:r>
        <w:rPr>
          <w:lang w:eastAsia="zh-CN"/>
        </w:rPr>
        <w:t>　　四、探索并完善中高层管理人员薪酬激励机制。</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企业成败之关健在于中高层管理人员，建立健全中高层管理人员薪酬激励机制，将为企业发展奠定动力之基矗年酒店将在中层管理人员中进行薪酬考核管理，为此财务部将在年度把工作重心之一放在实际考核阶段。对于考核办法执行中存在问题不断进行总结、完善，适时向店领导提出修订建议。</w:t>
      </w:r>
      <w:r>
        <w:rPr>
          <w:lang w:eastAsia="zh-CN"/>
        </w:rPr>
        <w:br/>
      </w:r>
      <w:r>
        <w:rPr>
          <w:lang w:eastAsia="zh-CN"/>
        </w:rPr>
        <w:t>　　在确保年度经营预算完成的前提下，初步完善中高层管理人员薪酬激励机制。各位领导，各位同事，职务代表的是一种信任和责任，参加竞聘代表的是一种信心。距离四星级酒店财务部经理职位的要求，我深知相去甚远，但我相信努力和上进是缩小差距的唯一途径。我将在差距中努力，在经验中创新，在成果中总结，将职位交给我，定不负各位领导与同仁之信任。</w:t>
      </w:r>
      <w:r>
        <w:rPr>
          <w:lang w:eastAsia="zh-CN"/>
        </w:rPr>
        <w:br/>
      </w:r>
      <w:r>
        <w:rPr>
          <w:lang w:eastAsia="zh-CN"/>
        </w:rPr>
        <w:t xml:space="preserve">    经理就职演讲 篇16 </w:t>
      </w:r>
      <w:r>
        <w:rPr>
          <w:lang w:eastAsia="zh-CN"/>
        </w:rPr>
        <w:br/>
      </w:r>
      <w:r>
        <w:rPr>
          <w:lang w:eastAsia="zh-CN"/>
        </w:rPr>
        <w:t>　　首先，感谢公司决策层的信任，给我机会走进；感谢在座各位优秀的兄弟姐妹们两个月来的帮助，让我能够很快熟悉行业，熟悉情况；更要感谢的是，感谢这个大家庭，你以温暖的怀抱热情地接纳了我，让我感受到这个怀抱的温暖和力量！感谢大家！</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没有优秀的个人，只有优秀的团队。一枝独秀，不可能实现公司业绩翻一番，也不足以在公司发展的历史上留下多深的印记。今天的成就，不是老总一个人干出来的，也不是在座哪一个人的个人力量撑起来的，而是我们在座所有_人共同用心血和汗水换来的！所以，今天，站在这里，我要大声的告诉大家，我不可能，也没有能力凭个人的一己之力把公司发展得如何如何好，怎样怎样优秀。我所能做的，就是想尽一切办法，让在座所有人能够畅快淋漓地发挥自己的才能，进而能够做到120%，甚至是150%地升华我们这个团队的力量，共同推进公司的发展！也就是说，日常工作中，我就是大家的总后勤部长，为大家打扫干净操作台，提供好支持（包括精神上的，方法上的，协作上的支持），为所有人能够大显身手做好保障；在需要冲锋的`特殊时期，我也就是先锋连的一个大头兵，这一点也包括在座所有的中层，需要时，我们都可以是冲在最前面的卒！这是我今天要给大家表态的第一点：把握准一个前提——找准自己位置，我给自己找的位置就是：总后勤部长+先锋官。</w:t>
      </w:r>
      <w:r>
        <w:rPr>
          <w:lang w:eastAsia="zh-CN"/>
        </w:rPr>
        <w:br/>
      </w:r>
      <w:r>
        <w:rPr>
          <w:lang w:eastAsia="zh-CN"/>
        </w:rPr>
        <w:t>　　第二，坚持好一个原则：公司利益最大化。</w:t>
      </w:r>
      <w:r>
        <w:rPr>
          <w:lang w:eastAsia="zh-CN"/>
        </w:rPr>
        <w:br/>
      </w:r>
      <w:r>
        <w:rPr>
          <w:lang w:eastAsia="zh-CN"/>
        </w:rPr>
        <w:t>　　离开公司，你什么都不是。这是中国打工第一牛人赵强的一本书，更是我在这里想要跟大家分享的一句话。</w:t>
      </w:r>
      <w:r>
        <w:rPr>
          <w:lang w:eastAsia="zh-CN"/>
        </w:rPr>
        <w:br/>
      </w:r>
      <w:r>
        <w:rPr>
          <w:lang w:eastAsia="zh-CN"/>
        </w:rPr>
        <w:t>　　不管任何时候，任何行业，永远是公司为个人提供发展的平台，是公司成就了个人，而不是个人成就了公司。我们必须明白，我们所拥有的一切都是公司给的，随时随地维护公司利益是我们每一个员工的本分。而且，只有公司利益有保障了，个人利益才有可能。</w:t>
      </w:r>
      <w:r>
        <w:rPr>
          <w:lang w:eastAsia="zh-CN"/>
        </w:rPr>
        <w:br/>
      </w:r>
      <w:r>
        <w:rPr>
          <w:lang w:eastAsia="zh-CN"/>
        </w:rPr>
        <w:t>　　如果一个员工能够真正读懂公司利益最大化这句话内涵，那么他会不断用自己的行动去诠释，那么长流水长明灯等资源浪费问题、迟到早退等态度问题、以及质量问题、执行问题、方法问题、沟通问题、协作问题、投拆问题甚至是廉洁自律等品质问题等等，统统都不是问题，员工心中自会有一杆秤秤得出孰轻孰重，秤得出该怎样做。</w:t>
      </w:r>
      <w:r>
        <w:rPr>
          <w:lang w:eastAsia="zh-CN"/>
        </w:rPr>
        <w:br/>
      </w:r>
      <w:r>
        <w:rPr>
          <w:lang w:eastAsia="zh-CN"/>
        </w:rPr>
        <w:t>　　所以，无论业务还是管理，无论是客户关系还是员工关系，我的原则只有一条：公司利益最大化。凡是维护公司利益的，凡是维护公司长远利益的，凡是维护公司最终利益的，都会得到肯定和发扬；反之则会被否决或取缔。</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第三，明确一个目的：把我们品牌做到名符其实的行业第一。</w:t>
      </w:r>
      <w:r>
        <w:rPr>
          <w:lang w:eastAsia="zh-CN"/>
        </w:rPr>
        <w:br/>
      </w:r>
      <w:r>
        <w:rPr>
          <w:lang w:eastAsia="zh-CN"/>
        </w:rPr>
        <w:t>　　总说过，真正的第一名是第二三四名加起来还赶不上他，这才是真正的第一名。在目前家装市场日趋成熟的今天，这个目标是我们要通过不懈努力去追求的较为长远的目标。这里说的是短期内我们可以实现的名符其实的第一，可以从以下五个方面去诠释：即业绩第一，工程质量第一，员工收入第一，客户口碑第一，企业形象第一。请大家注意这五个第一的次序，站在要拿汗水换取第一的员工的角度，是业绩第一、工程质量第一、员工收入第一、客户口碑第一、企业形象第一；站在关注公司发展大局的决策层的角度来看，这五个第一则是应该倒过来的，即企业形象第一、客户口碑第一、员工收入第一、工程质量第一、业绩第一。但是，无论哪个次序，员工收入第一始终是处于中轴的位置的。也就是说，只要大家心中有公司，能脚踏实地跟着公司干，公司是不会忘记大家的！这点上不单单指收入，更包括个人能力的发展，空间的发展，等等，这些总平时给大家讲的更多些，我不再赘述。</w:t>
      </w:r>
      <w:r>
        <w:rPr>
          <w:lang w:eastAsia="zh-CN"/>
        </w:rPr>
        <w:br/>
      </w:r>
      <w:r>
        <w:rPr>
          <w:lang w:eastAsia="zh-CN"/>
        </w:rPr>
        <w:t>　　第四、演好角色。简要给大家汇报一下开展工作的思路：主要是通过广开客源、竖工程品牌、提高成交、确保客户满意度四个环节建立业务的良性循环，再通过业务的良性循环逐步渗透到团队建设的良性循环和企业文化建设的良性循环。</w:t>
      </w:r>
      <w:r>
        <w:rPr>
          <w:lang w:eastAsia="zh-CN"/>
        </w:rPr>
        <w:br/>
      </w:r>
      <w:r>
        <w:rPr>
          <w:lang w:eastAsia="zh-CN"/>
        </w:rPr>
        <w:t>　　那么，就让我们一起来努力，把做到真正的第一，大家有没有信心！</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最后，感谢大家以往对我的帮助，更要感谢大家以后对我的帮助！谢谢！</w:t>
      </w:r>
      <w:r>
        <w:rPr>
          <w:lang w:eastAsia="zh-CN"/>
        </w:rPr>
        <w:br/>
      </w:r>
      <w:r>
        <w:rPr>
          <w:lang w:eastAsia="zh-CN"/>
        </w:rPr>
        <w:t>　　首先，感谢大家的帮助。</w:t>
      </w:r>
      <w:r>
        <w:rPr>
          <w:lang w:eastAsia="zh-CN"/>
        </w:rPr>
        <w:br/>
      </w:r>
      <w:r>
        <w:rPr>
          <w:lang w:eastAsia="zh-CN"/>
        </w:rPr>
        <w:t>　　表态四点：</w:t>
      </w:r>
      <w:r>
        <w:rPr>
          <w:lang w:eastAsia="zh-CN"/>
        </w:rPr>
        <w:br/>
      </w:r>
      <w:r>
        <w:rPr>
          <w:lang w:eastAsia="zh-CN"/>
        </w:rPr>
        <w:t>　　第一：把握准一个前提——找准自己位置。我给自己找的位置是：总后勤部长+先锋官。强调团队的力量，强调全员努力的重要性。</w:t>
      </w:r>
      <w:r>
        <w:rPr>
          <w:lang w:eastAsia="zh-CN"/>
        </w:rPr>
        <w:br/>
      </w:r>
      <w:r>
        <w:rPr>
          <w:lang w:eastAsia="zh-CN"/>
        </w:rPr>
        <w:t>　　第二：坚持好一个原则：公司利益最大化。倡导员工感恩于公司，勇于把公司利益放到第一位。</w:t>
      </w:r>
      <w:r>
        <w:rPr>
          <w:lang w:eastAsia="zh-CN"/>
        </w:rPr>
        <w:br/>
      </w:r>
      <w:r>
        <w:rPr>
          <w:lang w:eastAsia="zh-CN"/>
        </w:rPr>
        <w:t>　　第三：明确一个目的：把我们品牌做到真正的行业第一。</w:t>
      </w:r>
      <w:r>
        <w:rPr>
          <w:lang w:eastAsia="zh-CN"/>
        </w:rPr>
        <w:br/>
      </w:r>
      <w:r>
        <w:rPr>
          <w:lang w:eastAsia="zh-CN"/>
        </w:rPr>
        <w:t>　　第四：演好角色：简述工作开展思路。</w:t>
      </w:r>
      <w:r>
        <w:rPr>
          <w:lang w:eastAsia="zh-CN"/>
        </w:rPr>
        <w:br/>
      </w:r>
      <w:r>
        <w:rPr>
          <w:lang w:eastAsia="zh-CN"/>
        </w:rPr>
        <w:t>　　最后，感谢大家以后对我的帮助。</w:t>
      </w:r>
      <w:r>
        <w:rPr>
          <w:lang w:eastAsia="zh-CN"/>
        </w:rPr>
        <w:br/>
      </w:r>
      <w:r>
        <w:rPr>
          <w:lang w:eastAsia="zh-CN"/>
        </w:rPr>
        <w:t xml:space="preserve">    经理就职演讲 篇17 </w:t>
      </w:r>
      <w:r>
        <w:rPr>
          <w:lang w:eastAsia="zh-CN"/>
        </w:rPr>
        <w:br/>
      </w:r>
      <w:r>
        <w:rPr>
          <w:lang w:eastAsia="zh-CN"/>
        </w:rPr>
        <w:t>　　总经理、各位同事：</w:t>
      </w:r>
      <w:r>
        <w:rPr>
          <w:lang w:eastAsia="zh-CN"/>
        </w:rPr>
        <w:br/>
      </w:r>
      <w:r>
        <w:rPr>
          <w:lang w:eastAsia="zh-CN"/>
        </w:rPr>
        <w:t>　　首先非常感谢大家对我的信任，支持我就任常务副总这个职位，我深知这个位子的重要性，它包含着大家对我的信任与期望！</w:t>
      </w:r>
      <w:r>
        <w:rPr>
          <w:lang w:eastAsia="zh-CN"/>
        </w:rPr>
        <w:br/>
      </w:r>
      <w:r>
        <w:rPr>
          <w:lang w:eastAsia="zh-CN"/>
        </w:rPr>
        <w:t>　　能够得到大家的信任是我的光荣，行业是一个行业，现在公司的领导及员工在公司总经理的带领下取得不菲的业绩和效益。在去年的经济危机中保持着稳健的发展步伐，这些离不开公司总经理的指导和公司全体员工的努力。今天我有幸站在这里接受这个职位我感到非常的荣幸，也非常感谢大家的支持与厚爱，你们的支持就是我最大的动力。</w:t>
      </w:r>
      <w:r>
        <w:rPr>
          <w:lang w:eastAsia="zh-CN"/>
        </w:rPr>
        <w:br/>
      </w:r>
    </w:p>
    <w:p w:rsidR="001B1F19" w14:textId="27C3F48A">
      <w:pPr>
        <w:rPr>
          <w:lang w:eastAsia="zh-CN"/>
        </w:rPr>
      </w:pPr>
      <w:r>
        <w:rPr>
          <w:lang w:eastAsia="zh-CN"/>
        </w:rPr>
        <w:t>　　感到荣幸的同时我也感到了不小的压力，今天对于我来说是一个新的起点，一个新的挑战，一个新的机遇，我感觉自己现在像是一个考生，正面临着的考题就是如何把公司发展的更好，让公司取得更大的业绩和效益，让大家得到更多的红利。或者说我现在就像一个等着接力的运动员，前面的领导已经把蒸蒸日上的公司交到我的手里，我该怎样让公司在我这一棒跑的更快，发展的更好，这是对我的一种检阅，一种审视，一种挑战。我将在今后的工作中恪尽职守，踏踏实实，勤奋工作，毕全部精力以求不辱使命，我想，只有这样才能回报大家对我的信任和支持！</w:t>
      </w:r>
      <w:r>
        <w:rPr>
          <w:lang w:eastAsia="zh-CN"/>
        </w:rPr>
        <w:br/>
      </w:r>
      <w:r>
        <w:rPr>
          <w:lang w:eastAsia="zh-CN"/>
        </w:rPr>
        <w:t>　　未来的时间，我将严格遵照公司章程和公司发展目标，抓住机会，加强企业内部管理建设，提高企业平台，完成今年计划目标，为下一步公司的发展打下坚实基础。我想和在坐的各位同仁一道，共同奋斗，努力把公司的各项工作做好，完成既定的各项工作指标，这就是我的职责，义务和使命之所在。</w:t>
      </w:r>
      <w:r>
        <w:rPr>
          <w:lang w:eastAsia="zh-CN"/>
        </w:rPr>
        <w:br/>
      </w:r>
      <w:r>
        <w:rPr>
          <w:lang w:eastAsia="zh-CN"/>
        </w:rPr>
        <w:t>　　我伸知自己的能力有限，水平不高，尽管如此我还是会倾尽我所有，尽我所能，为公司的发展贡献我全部的力量。我相信天道酬勤，勤能补拙，相信有付出必然会有收获。我想，只要我努力践行： 爱岗敬业、高效管理、拼搏进取、创新争雄 的企业精神，努力扎实地工作，工作就一定会有成效。我坚信，有公司总经理的正确领导有公司全体员工的不懈努力，我们的目标任务就可以完成，也一定可以完成。我希望在明年的这个时候，得到的掌声比现在更多，更热烈，因为你们的肯定就是给我最大的褒奖。</w:t>
      </w:r>
      <w:r>
        <w:rPr>
          <w:lang w:eastAsia="zh-CN"/>
        </w:rPr>
        <w:br/>
      </w:r>
      <w:r>
        <w:rPr>
          <w:lang w:eastAsia="zh-CN"/>
        </w:rPr>
        <w:t>　　最后我要说的是：我将铭记今天，我将忠实履行我的诺言！</w:t>
      </w:r>
      <w:r>
        <w:rPr>
          <w:lang w:eastAsia="zh-CN"/>
        </w:rPr>
        <w:br/>
      </w:r>
      <w:r>
        <w:rPr>
          <w:lang w:eastAsia="zh-CN"/>
        </w:rPr>
        <w:t>　　谢谢大家！</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https://d.book118.com/926111155124010100</w:t>
        </w:r>
      </w:hyperlink>
    </w:p>
    <w:p w:rsidR="001B1F19">
      <w:pPr>
        <w:rPr>
          <w:lang w:eastAsia="zh-CN"/>
        </w:rPr>
      </w:pPr>
    </w:p>
    <w:sectPr>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2611115512401010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