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托班老师新学期工作计划（30篇）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托班老师新学期工作计划（通用30篇）</w:t>
      </w:r>
      <w:r>
        <w:rPr>
          <w:lang w:eastAsia="zh-CN"/>
        </w:rPr>
        <w:br/>
      </w:r>
      <w:r>
        <w:rPr>
          <w:lang w:eastAsia="zh-CN"/>
        </w:rPr>
        <w:t xml:space="preserve">    托班老师新学期工作计划 篇1 </w:t>
      </w:r>
      <w:r>
        <w:rPr>
          <w:lang w:eastAsia="zh-CN"/>
        </w:rPr>
        <w:br/>
      </w:r>
      <w:r>
        <w:rPr>
          <w:lang w:eastAsia="zh-CN"/>
        </w:rPr>
        <w:t>　　新学期开始了，经过一学年的学习和努力，幼儿的各项能力有了提高，体质有所增强，大部分幼儿在老师的教育下能遵守班上各项常规，有较好的卫生生活习惯，有初步的生活自理能力。但还有小部分幼儿在洗手、漱口时玩水，特别是新插班的幼儿生活常规不太好，这样下去就要下些苦功来提高他们的生活常规，为此制定了如下的计划：</w:t>
      </w:r>
      <w:r>
        <w:rPr>
          <w:lang w:eastAsia="zh-CN"/>
        </w:rPr>
        <w:br/>
      </w:r>
      <w:r>
        <w:rPr>
          <w:lang w:eastAsia="zh-CN"/>
        </w:rPr>
        <w:t>　　一、养成幼儿卫生习惯的要求。</w:t>
      </w:r>
      <w:r>
        <w:rPr>
          <w:lang w:eastAsia="zh-CN"/>
        </w:rPr>
        <w:br/>
      </w:r>
      <w:r>
        <w:rPr>
          <w:lang w:eastAsia="zh-CN"/>
        </w:rPr>
        <w:t>　　1、清洁卫生习惯。</w:t>
      </w:r>
      <w:r>
        <w:rPr>
          <w:lang w:eastAsia="zh-CN"/>
        </w:rPr>
        <w:br/>
      </w:r>
      <w:r>
        <w:rPr>
          <w:lang w:eastAsia="zh-CN"/>
        </w:rPr>
        <w:t>　　养成饭前便后及手脏时洗手的习惯，学会自己卷衣袖，在老师的指导下会</w:t>
      </w:r>
      <w:r>
        <w:rPr>
          <w:lang w:eastAsia="zh-CN"/>
        </w:rPr>
        <w:br/>
      </w:r>
      <w:r>
        <w:rPr>
          <w:lang w:eastAsia="zh-CN"/>
        </w:rPr>
        <w:t>　　用洗手液洗手，不咬指甲，不把玩具放入口中，用毛巾洗脸，保持衣服整洁。</w:t>
      </w:r>
      <w:r>
        <w:rPr>
          <w:lang w:eastAsia="zh-CN"/>
        </w:rPr>
        <w:br/>
      </w:r>
      <w:r>
        <w:rPr>
          <w:lang w:eastAsia="zh-CN"/>
        </w:rPr>
        <w:t>　　2、良好的进餐习惯。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要安静愉快进餐，坐姿自然，正确使用餐具，左手扶碗，右手拿汤匙，喝汤时两手端碗，养成细嚼慢咽，不挑食、不说话、不浪费、不用手抓菜、不剩饭菜、不弄脏衣服，餐后要喝水、漱口和洗脸。克服幼儿的依赖性，培养幼儿独立性。</w:t>
      </w:r>
      <w:r>
        <w:rPr>
          <w:lang w:eastAsia="zh-CN"/>
        </w:rPr>
        <w:br/>
      </w:r>
      <w:r>
        <w:rPr>
          <w:lang w:eastAsia="zh-CN"/>
        </w:rPr>
        <w:t>　　3、有良好睡眠及穿脱能力。</w:t>
      </w:r>
      <w:r>
        <w:rPr>
          <w:lang w:eastAsia="zh-CN"/>
        </w:rPr>
        <w:br/>
      </w:r>
      <w:r>
        <w:rPr>
          <w:lang w:eastAsia="zh-CN"/>
        </w:rPr>
        <w:t>　　能安静就寝，睡姿正确，不蒙头睡觉，学习独立，有序地穿服，鞋袜，能将脱下的衣裤、鞋袜放在固定的地方，自己叠被子及整理床铺，让幼儿养成良好的习惯。</w:t>
      </w:r>
      <w:r>
        <w:rPr>
          <w:lang w:eastAsia="zh-CN"/>
        </w:rPr>
        <w:br/>
      </w:r>
      <w:r>
        <w:rPr>
          <w:lang w:eastAsia="zh-CN"/>
        </w:rPr>
        <w:t>　　二、配合老师开展教学活动。</w:t>
      </w:r>
      <w:r>
        <w:rPr>
          <w:lang w:eastAsia="zh-CN"/>
        </w:rPr>
        <w:br/>
      </w:r>
      <w:r>
        <w:rPr>
          <w:lang w:eastAsia="zh-CN"/>
        </w:rPr>
        <w:t>　　做好课前准备，配合老师开展各项游戏活动，协助管理好班上的纪律，让老师较好地开展教学活动。</w:t>
      </w:r>
      <w:r>
        <w:rPr>
          <w:lang w:eastAsia="zh-CN"/>
        </w:rPr>
        <w:br/>
      </w:r>
      <w:r>
        <w:rPr>
          <w:lang w:eastAsia="zh-CN"/>
        </w:rPr>
        <w:t>　　三、做好家长工作。</w:t>
      </w:r>
      <w:r>
        <w:rPr>
          <w:lang w:eastAsia="zh-CN"/>
        </w:rPr>
        <w:br/>
      </w:r>
      <w:r>
        <w:rPr>
          <w:lang w:eastAsia="zh-CN"/>
        </w:rPr>
        <w:t>　　及时向家长汇报幼儿在园内的生活及身体情况，利用放学时间多与家长沟通。多征求听取家长意见，让家长配合老师开展班上教学工作。</w:t>
      </w:r>
      <w:r>
        <w:rPr>
          <w:lang w:eastAsia="zh-CN"/>
        </w:rPr>
        <w:br/>
      </w:r>
      <w:r>
        <w:rPr>
          <w:lang w:eastAsia="zh-CN"/>
        </w:rPr>
        <w:t>　　四、提高幼儿节约用水的意识。</w:t>
      </w:r>
      <w:r>
        <w:rPr>
          <w:lang w:eastAsia="zh-CN"/>
        </w:rPr>
        <w:br/>
      </w:r>
      <w:r>
        <w:rPr>
          <w:lang w:eastAsia="zh-CN"/>
        </w:rPr>
        <w:t>　　我班有几位幼儿特别喜欢玩水，节约用水意识还需进一步加强。针对这些喜欢玩水的幼儿进行详细教育，或举出例子怎样去节约用水，怎样珍惜每一滴水。用这些方法去使这些幼儿慢慢懂得水是那么重要的。</w:t>
      </w:r>
      <w:r>
        <w:rPr>
          <w:lang w:eastAsia="zh-CN"/>
        </w:rPr>
        <w:br/>
      </w:r>
      <w:r>
        <w:rPr>
          <w:lang w:eastAsia="zh-CN"/>
        </w:rPr>
        <w:t xml:space="preserve">    托班老师新学期工作计划 篇2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过去的一年，我们顺利地完成了华新实验小学工作任务。虽然我们的努力赢得了学校的肯定，但作为一周开设四节英语课为特色的实验学校，面对打造教育强区，创建一流学校的更高目标，面对新学期、新任务、新要求，我们应该清楚的认识到我们肩上的重任。我们将继续努力奋进，积累经验，不断创新，走出华新实验小学英语特色之路。</w:t>
      </w:r>
      <w:r>
        <w:rPr>
          <w:lang w:eastAsia="zh-CN"/>
        </w:rPr>
        <w:br/>
      </w:r>
      <w:r>
        <w:rPr>
          <w:lang w:eastAsia="zh-CN"/>
        </w:rPr>
        <w:t>　　根据学校的总体工作目标，本期学校的英语教学工作，将按照学校的工作要求，坚持本校六年阳光教育、起步精彩人生的育人理念，学校的英语教学工作，主要抓一个精字。坚持以比、练、创、促为途径，严谨求实，注重细节，精益求精，追求一流，突显特色，提高师生素质和学校英语教学质量。</w:t>
      </w:r>
      <w:r>
        <w:rPr>
          <w:lang w:eastAsia="zh-CN"/>
        </w:rPr>
        <w:br/>
      </w:r>
      <w:r>
        <w:rPr>
          <w:lang w:eastAsia="zh-CN"/>
        </w:rPr>
        <w:t>　　二、问题分析：</w:t>
      </w:r>
      <w:r>
        <w:rPr>
          <w:lang w:eastAsia="zh-CN"/>
        </w:rPr>
        <w:br/>
      </w:r>
      <w:r>
        <w:rPr>
          <w:lang w:eastAsia="zh-CN"/>
        </w:rPr>
        <w:t>　　在各位教师的努力下，过去的一年里学校英语教学取得了一定的成绩。各年级学生在听说读写方面有一定的发展，取得了或多或少的进步。教师们的教育教学能力也有很大提高。但纵观全市，我们的英语教学还有差距。</w:t>
      </w:r>
      <w:r>
        <w:rPr>
          <w:lang w:eastAsia="zh-CN"/>
        </w:rPr>
        <w:br/>
      </w:r>
      <w:r>
        <w:rPr>
          <w:lang w:eastAsia="zh-CN"/>
        </w:rPr>
        <w:t>　　1.对学生的评价还待规范。</w:t>
      </w:r>
      <w:r>
        <w:rPr>
          <w:lang w:eastAsia="zh-CN"/>
        </w:rPr>
        <w:br/>
      </w:r>
      <w:r>
        <w:rPr>
          <w:lang w:eastAsia="zh-CN"/>
        </w:rPr>
        <w:t>　　2.每个阶段的达成目标需要细化明确。</w:t>
      </w:r>
      <w:r>
        <w:rPr>
          <w:lang w:eastAsia="zh-CN"/>
        </w:rPr>
        <w:br/>
      </w:r>
      <w:r>
        <w:rPr>
          <w:lang w:eastAsia="zh-CN"/>
        </w:rPr>
        <w:t>　　3.老师的教学艺术有待提升。</w:t>
      </w:r>
      <w:r>
        <w:rPr>
          <w:lang w:eastAsia="zh-CN"/>
        </w:rPr>
        <w:br/>
      </w:r>
      <w:r>
        <w:rPr>
          <w:lang w:eastAsia="zh-CN"/>
        </w:rPr>
        <w:t>　　4.校本教研要更具有针对性。</w:t>
      </w:r>
      <w:r>
        <w:rPr>
          <w:lang w:eastAsia="zh-CN"/>
        </w:rPr>
        <w:br/>
      </w:r>
      <w:r>
        <w:rPr>
          <w:lang w:eastAsia="zh-CN"/>
        </w:rPr>
        <w:t>　　三、主要工作：</w:t>
      </w:r>
      <w:r>
        <w:rPr>
          <w:lang w:eastAsia="zh-CN"/>
        </w:rPr>
        <w:br/>
      </w:r>
      <w:r>
        <w:rPr>
          <w:lang w:eastAsia="zh-CN"/>
        </w:rPr>
        <w:t>　　针对以上问题，为确保我校的英语教学实验顺利进行，本期我校将从以下几个方面开展英语教学工作：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以全面提高教学质量为重点，精心做好教学六认真工作。教师要将功在课前、精在课堂、思在课后的教学思想变为教学常规习惯，力求使教学工作在创新设计、积极反思和认真改进上下功夫。认真上好随堂课、主动上好主备试教，进一步把提高教学质量的着眼点放在提高课堂教学效率，优化教学过程上。</w:t>
      </w:r>
      <w:r>
        <w:rPr>
          <w:lang w:eastAsia="zh-CN"/>
        </w:rPr>
        <w:br/>
      </w:r>
      <w:r>
        <w:rPr>
          <w:lang w:eastAsia="zh-CN"/>
        </w:rPr>
        <w:t>　　2.配合学校的教师素养大赛，努力提高教师的基本功，打造一流的教师队伍。</w:t>
      </w:r>
      <w:r>
        <w:rPr>
          <w:lang w:eastAsia="zh-CN"/>
        </w:rPr>
        <w:br/>
      </w:r>
      <w:r>
        <w:rPr>
          <w:lang w:eastAsia="zh-CN"/>
        </w:rPr>
        <w:t>　　3.做好学校英语电视节目的工作，做好第_届乐派英语周活动。努力打造英语学习氛围，树立学校的英语特色。</w:t>
      </w:r>
      <w:r>
        <w:rPr>
          <w:lang w:eastAsia="zh-CN"/>
        </w:rPr>
        <w:br/>
      </w:r>
      <w:r>
        <w:rPr>
          <w:lang w:eastAsia="zh-CN"/>
        </w:rPr>
        <w:t>　　4.与高校合作，认真搞好校本教研小学英语拼读实验的工作，注重研究的针对性，努力提高教师的研究水平和教学能力。</w:t>
      </w:r>
      <w:r>
        <w:rPr>
          <w:lang w:eastAsia="zh-CN"/>
        </w:rPr>
        <w:br/>
      </w:r>
      <w:r>
        <w:rPr>
          <w:lang w:eastAsia="zh-CN"/>
        </w:rPr>
        <w:t>　　四、具体措施：</w:t>
      </w:r>
      <w:r>
        <w:rPr>
          <w:lang w:eastAsia="zh-CN"/>
        </w:rPr>
        <w:br/>
      </w:r>
      <w:r>
        <w:rPr>
          <w:lang w:eastAsia="zh-CN"/>
        </w:rPr>
        <w:t>　　1.注重理论学习，努力提高教师的教育教学水平，转变教育教学观念，确保课程改革的进一步深化。</w:t>
      </w:r>
      <w:r>
        <w:rPr>
          <w:lang w:eastAsia="zh-CN"/>
        </w:rPr>
        <w:br/>
      </w:r>
      <w:r>
        <w:rPr>
          <w:lang w:eastAsia="zh-CN"/>
        </w:rPr>
        <w:t>　　(1)坚持组织教师每月两次教育教学理论学习。针对英语教师都比较年轻，教学经验少的特点，本期着重从教育心理学和新课程理念方面进行学习和研讨，为切切实实地搞好教育教学打下理论基础。</w:t>
      </w:r>
      <w:r>
        <w:rPr>
          <w:lang w:eastAsia="zh-CN"/>
        </w:rPr>
        <w:br/>
      </w:r>
      <w:r>
        <w:rPr>
          <w:lang w:eastAsia="zh-CN"/>
        </w:rPr>
        <w:t>　　(2)组织教师观摩和研讨优秀课堂实录和案例，从具体的各个教学环节着手，让教师在讨论的过程中相互促进，相互提高。</w:t>
      </w:r>
      <w:r>
        <w:rPr>
          <w:lang w:eastAsia="zh-CN"/>
        </w:rPr>
        <w:br/>
      </w:r>
      <w:r>
        <w:rPr>
          <w:lang w:eastAsia="zh-CN"/>
        </w:rPr>
        <w:t>　　(3)积极鼓励教师练习教学基本功，粉笔字、简笔画和英语朗读，努力提高我校英语教师的整体素质，为我校英语教学的发展奠定良好基础。</w:t>
      </w:r>
      <w:r>
        <w:rPr>
          <w:lang w:eastAsia="zh-CN"/>
        </w:rPr>
        <w:br/>
      </w:r>
      <w:r>
        <w:rPr>
          <w:lang w:eastAsia="zh-CN"/>
        </w:rPr>
        <w:t>　　2.常规落实，努力提高英语教学质量。狠抓课堂，在创新设计、积极反思和认真改进上下功夫，进一步提高教师实施教学的能力。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教学工作的重心放在基础的落实和能力培养上，以课堂教学为研究与管理的重点，狠抓备、上、改、评四个环节，形成研、导、改、促相结合的管理机制。具体做到以下几点：</w:t>
      </w:r>
      <w:r>
        <w:rPr>
          <w:lang w:eastAsia="zh-CN"/>
        </w:rPr>
        <w:br/>
      </w:r>
      <w:r>
        <w:rPr>
          <w:lang w:eastAsia="zh-CN"/>
        </w:rPr>
        <w:t>　　(1)加大集体探讨的力度，年级组内提倡重交流，重研讨，努力实现资源共享。</w:t>
      </w:r>
      <w:r>
        <w:rPr>
          <w:lang w:eastAsia="zh-CN"/>
        </w:rPr>
        <w:br/>
      </w:r>
      <w:r>
        <w:rPr>
          <w:lang w:eastAsia="zh-CN"/>
        </w:rPr>
        <w:t>　　(2)加强教学六认真检查力度，积极推进校内研究，把精心指导教师教学落实到具体的课堂。年级组内教师必须每月互听两节课，以加强教师之间的相互学习，营造良好学术氛围。倡导本组及跨组教师互相听评课，并做好记录，课后评课并小结。每课后写出后记或反思，教学完几个单元后，每位教师要有意识、有目的地总结自己的心得体会，进行经验总结。本学期内写1篇经验论文,1篇有价值的案例和分析。加强作业批改检查力度，从作业布置质与量上加强监管。中高年级要统一作业书写格式。</w:t>
      </w:r>
      <w:r>
        <w:rPr>
          <w:lang w:eastAsia="zh-CN"/>
        </w:rPr>
        <w:br/>
      </w:r>
      <w:r>
        <w:rPr>
          <w:lang w:eastAsia="zh-CN"/>
        </w:rPr>
        <w:t>　　3.开展教研，精心指导，落实教研实效。</w:t>
      </w:r>
      <w:r>
        <w:rPr>
          <w:lang w:eastAsia="zh-CN"/>
        </w:rPr>
        <w:br/>
      </w:r>
      <w:r>
        <w:rPr>
          <w:lang w:eastAsia="zh-CN"/>
        </w:rPr>
        <w:t>　　(1)每位教师根据学校英语工作计划定好本期具体的教学计划。</w:t>
      </w:r>
      <w:r>
        <w:rPr>
          <w:lang w:eastAsia="zh-CN"/>
        </w:rPr>
        <w:br/>
      </w:r>
      <w:r>
        <w:rPr>
          <w:lang w:eastAsia="zh-CN"/>
        </w:rPr>
        <w:t>　　(2)组织教师开展教学研讨和实践。根据各年级学生特点，发挥教师的创造性能力，探讨有效的教学方法。针对问题，有的放矢，开展好主备试教教学研究活动。尽量与外校进行一次教学研讨活动。为教师们交流教育教学改革经验、探讨小学英语教学的发展等方面提供条件和机会，以促进教师教研、科研能力的提高。</w:t>
      </w:r>
      <w:r>
        <w:rPr>
          <w:lang w:eastAsia="zh-CN"/>
        </w:rPr>
        <w:br/>
      </w:r>
      <w:r>
        <w:rPr>
          <w:lang w:eastAsia="zh-CN"/>
        </w:rPr>
        <w:t xml:space="preserve">    托班老师新学期工作计划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新的学期开始了，我成了三年级的学生，新的课堂有新的改变，又有了新的规则，老师不再像以前那样讲课，变成了小组合作，上完一堂又一堂的课，还要写作文，练习钢笔字、圆珠笔字、毛笔字等。</w:t>
      </w:r>
      <w:r>
        <w:rPr>
          <w:lang w:eastAsia="zh-CN"/>
        </w:rPr>
        <w:br/>
      </w:r>
      <w:r>
        <w:rPr>
          <w:lang w:eastAsia="zh-CN"/>
        </w:rPr>
        <w:t>　　要遵守校规校纪，遵守社会公德，要团结友爱，互相帮助，关心他人。</w:t>
      </w:r>
      <w:r>
        <w:rPr>
          <w:lang w:eastAsia="zh-CN"/>
        </w:rPr>
        <w:br/>
      </w:r>
      <w:r>
        <w:rPr>
          <w:lang w:eastAsia="zh-CN"/>
        </w:rPr>
        <w:t>　　新的学期开始了！我要好好学习，天天向上。</w:t>
      </w:r>
      <w:r>
        <w:rPr>
          <w:lang w:eastAsia="zh-CN"/>
        </w:rPr>
        <w:br/>
      </w:r>
      <w:r>
        <w:rPr>
          <w:lang w:eastAsia="zh-CN"/>
        </w:rPr>
        <w:t xml:space="preserve">    托班老师新学期工作计划 篇4 </w:t>
      </w:r>
      <w:r>
        <w:rPr>
          <w:lang w:eastAsia="zh-CN"/>
        </w:rPr>
        <w:br/>
      </w:r>
      <w:r>
        <w:rPr>
          <w:lang w:eastAsia="zh-CN"/>
        </w:rPr>
        <w:t>　　新的学期来到了，小坏蛋的过年后遗症久久不能消除，六岁多的他已经基本进入“鸡嫌狗不爱”的行列，针对这种现状，将危害减到最小程度，我们将采取以下措施进行管理：</w:t>
      </w:r>
      <w:r>
        <w:rPr>
          <w:lang w:eastAsia="zh-CN"/>
        </w:rPr>
        <w:br/>
      </w:r>
      <w:r>
        <w:rPr>
          <w:lang w:eastAsia="zh-CN"/>
        </w:rPr>
        <w:t>　　一、德育</w:t>
      </w:r>
      <w:r>
        <w:rPr>
          <w:lang w:eastAsia="zh-CN"/>
        </w:rPr>
        <w:br/>
      </w:r>
      <w:r>
        <w:rPr>
          <w:lang w:eastAsia="zh-CN"/>
        </w:rPr>
        <w:t>　　过年期间，小坏蛋同学的礼貌问题受到了严峻考验。去姑奶奶家拜年时，大人们坐着闲聊，竟然将一大把瓜籽塞进了大坏蛋的衣领里，就因为他提出的不合理要求大坏蛋没有答应。本学期将从大坏蛋抓起，绝不可以跟儿子没大没小、嘻嘻哈哈，发现一次，罚拖地三次。学期末没有改观，停职反省。</w:t>
      </w:r>
      <w:r>
        <w:rPr>
          <w:lang w:eastAsia="zh-CN"/>
        </w:rPr>
        <w:br/>
      </w:r>
      <w:r>
        <w:rPr>
          <w:lang w:eastAsia="zh-CN"/>
        </w:rPr>
        <w:t>　　不叫人，乱叫人。嘴巴没有小时候那么甜了，有时遇见熟人不但不叫，而且无理质问妈妈：“我凭什么要叫啊？”这是叛逆心理的小苗头。本学期对小坏蛋进行不定时不定点的思想教育，将这种叛逆心理扼杀在摇篮里。</w:t>
      </w:r>
      <w:r>
        <w:rPr>
          <w:lang w:eastAsia="zh-CN"/>
        </w:rPr>
        <w:br/>
      </w:r>
      <w:r>
        <w:rPr>
          <w:lang w:eastAsia="zh-CN"/>
        </w:rPr>
        <w:t>　　二、智育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校内学习方面，对小坏蛋没有什么特殊的'要求，只需要认真听讲，认真完成家庭作业就可以，除了老师布置的作业，一个字也没必要多写。但是，写字最近有所滑坡，潦草程度前所未有，此问题将由妈妈跟进，在五一之前恢复到上学期末的工整程度。</w:t>
      </w:r>
      <w:r>
        <w:rPr>
          <w:lang w:eastAsia="zh-CN"/>
        </w:rPr>
        <w:br/>
      </w:r>
      <w:r>
        <w:rPr>
          <w:lang w:eastAsia="zh-CN"/>
        </w:rPr>
        <w:t>　　校外学习方面，在坏蛋自己一再的要求下，假如时间许可，可考虑加报航模兴趣班。声乐和画画继续坚持学习，不得迟到早退，更不可缺课旷课。围棋兴趣班太耗费时间，可考虑淡出。</w:t>
      </w:r>
      <w:r>
        <w:rPr>
          <w:lang w:eastAsia="zh-CN"/>
        </w:rPr>
        <w:br/>
      </w:r>
      <w:r>
        <w:rPr>
          <w:lang w:eastAsia="zh-CN"/>
        </w:rPr>
        <w:t>　　三、体育</w:t>
      </w:r>
      <w:r>
        <w:rPr>
          <w:lang w:eastAsia="zh-CN"/>
        </w:rPr>
        <w:br/>
      </w:r>
      <w:r>
        <w:rPr>
          <w:lang w:eastAsia="zh-CN"/>
        </w:rPr>
        <w:t>　　这是我们本学期的重头戏，每天只要在七点半之前写完作业，就可以去楼下玩耍一小时。每周末参加速滑训练一次，每次两个半小时。希望坏蛋同学发扬不怕吃苦、不怕困难的精神，将滑冰成绩大大提高。跑步是坏蛋同学的最爱，希望在春季运动会上跑出成绩来。踢毽子、跳绳都是小坏蛋的弱项，希望在新的学期里有新的进步。</w:t>
      </w:r>
      <w:r>
        <w:rPr>
          <w:lang w:eastAsia="zh-CN"/>
        </w:rPr>
        <w:br/>
      </w:r>
      <w:r>
        <w:rPr>
          <w:lang w:eastAsia="zh-CN"/>
        </w:rPr>
        <w:t>　　四、旅游</w:t>
      </w:r>
      <w:r>
        <w:rPr>
          <w:lang w:eastAsia="zh-CN"/>
        </w:rPr>
        <w:br/>
      </w:r>
      <w:r>
        <w:rPr>
          <w:lang w:eastAsia="zh-CN"/>
        </w:rPr>
        <w:t>　　恰逢春暖花开，每隔一周可郊游一次，每次约伙伴二到三人，或爬山、或远足、或戏水、或赏花，但是必须自觉保持安定团结的局面，对待伙伴要像春天般温暖。一经发现严重骂人、斗殴情形，取消旅游两次。当然，你们小孩子小吵几次，小打几回，妈妈们会睁一只眼、闭一只眼滴。</w:t>
      </w:r>
      <w:r>
        <w:rPr>
          <w:lang w:eastAsia="zh-CN"/>
        </w:rPr>
        <w:br/>
      </w:r>
      <w:r>
        <w:rPr>
          <w:lang w:eastAsia="zh-CN"/>
        </w:rPr>
        <w:t>　　五一可短途旅游一次，约三至五日即可。暑假可旅游两次，第一次七八天，第二次三天左右。时间地点待定。当然，这一切都将在本学期表现好的基础上进行，否则取消！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五,其他</w:t>
      </w:r>
      <w:r>
        <w:rPr>
          <w:lang w:eastAsia="zh-CN"/>
        </w:rPr>
        <w:br/>
      </w:r>
      <w:r>
        <w:rPr>
          <w:lang w:eastAsia="zh-CN"/>
        </w:rPr>
        <w:t>　　劳动方面，坏蛋同学喜欢扫地拖地，希望继续坚持。但是乱拉东西的坏习惯希望有所改正。生活方面，妈妈将尽力保证饮食营养、家庭卫生，爸爸负责努力赚钱，坏蛋自己要保护好自己的身体，尽量不生病。本学期是爸爸妈妈接手新工作之后的一个磨合期，希望坏蛋同学尽快培养自己的自理能力，替大人分忧。</w:t>
      </w:r>
      <w:r>
        <w:rPr>
          <w:lang w:eastAsia="zh-CN"/>
        </w:rPr>
        <w:br/>
      </w:r>
      <w:r>
        <w:rPr>
          <w:lang w:eastAsia="zh-CN"/>
        </w:rPr>
        <w:t>　　期待着，在本学期结束时，将小坏蛋同学打造成一个有礼貌、爱学习、讲卫生、人见人爱、聪明健康的阳光小学生。</w:t>
      </w:r>
      <w:r>
        <w:rPr>
          <w:lang w:eastAsia="zh-CN"/>
        </w:rPr>
        <w:br/>
      </w:r>
      <w:r>
        <w:rPr>
          <w:lang w:eastAsia="zh-CN"/>
        </w:rPr>
        <w:t>　　新学期计划书（三）</w:t>
      </w:r>
      <w:r>
        <w:rPr>
          <w:lang w:eastAsia="zh-CN"/>
        </w:rPr>
        <w:br/>
      </w:r>
      <w:r>
        <w:rPr>
          <w:lang w:eastAsia="zh-CN"/>
        </w:rPr>
        <w:t>　　一、在校计划表</w:t>
      </w:r>
      <w:r>
        <w:rPr>
          <w:lang w:eastAsia="zh-CN"/>
        </w:rPr>
        <w:br/>
      </w:r>
      <w:r>
        <w:rPr>
          <w:lang w:eastAsia="zh-CN"/>
        </w:rPr>
        <w:t>　　1、上课老师没有让讨论的时候不能和同桌说悄悄话，打乱课堂秩序。</w:t>
      </w:r>
      <w:r>
        <w:rPr>
          <w:lang w:eastAsia="zh-CN"/>
        </w:rPr>
        <w:br/>
      </w:r>
      <w:r>
        <w:rPr>
          <w:lang w:eastAsia="zh-CN"/>
        </w:rPr>
        <w:t>　　2、在学校要有礼貌，见到老师时要问好，放学时要对老师说再见。</w:t>
      </w:r>
      <w:r>
        <w:rPr>
          <w:lang w:eastAsia="zh-CN"/>
        </w:rPr>
        <w:br/>
      </w:r>
      <w:r>
        <w:rPr>
          <w:lang w:eastAsia="zh-CN"/>
        </w:rPr>
        <w:t>　　3、下课的时候，可以在操场上玩耍或在教室里安静地看课外书，不能追逐打闹。</w:t>
      </w:r>
      <w:r>
        <w:rPr>
          <w:lang w:eastAsia="zh-CN"/>
        </w:rPr>
        <w:br/>
      </w:r>
      <w:r>
        <w:rPr>
          <w:lang w:eastAsia="zh-CN"/>
        </w:rPr>
        <w:t>　　二、作业质量计划表</w:t>
      </w:r>
      <w:r>
        <w:rPr>
          <w:lang w:eastAsia="zh-CN"/>
        </w:rPr>
        <w:br/>
      </w:r>
      <w:r>
        <w:rPr>
          <w:lang w:eastAsia="zh-CN"/>
        </w:rPr>
        <w:t>　　写作业时要用正确的握笔姿势，把字写得工工整整，不能毛毛糙糙的，写错三个字扣一面红旗，如果这个星期内被扣掉五面红旗的话，这个星期则不能玩电脑。</w:t>
      </w:r>
      <w:r>
        <w:rPr>
          <w:lang w:eastAsia="zh-CN"/>
        </w:rPr>
        <w:br/>
      </w:r>
      <w:r>
        <w:rPr>
          <w:lang w:eastAsia="zh-CN"/>
        </w:rPr>
        <w:t>　　三、放学后计划表</w:t>
      </w:r>
      <w:r>
        <w:rPr>
          <w:lang w:eastAsia="zh-CN"/>
        </w:rPr>
        <w:br/>
      </w:r>
      <w:r>
        <w:rPr>
          <w:lang w:eastAsia="zh-CN"/>
        </w:rPr>
        <w:t>　　1、中午放学后，回家读一小时课外书。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2、下午放学后，回家第一件事是写作业，写完作业后可以适当地出去放松一下。</w:t>
      </w:r>
      <w:r>
        <w:rPr>
          <w:lang w:eastAsia="zh-CN"/>
        </w:rPr>
        <w:br/>
      </w:r>
      <w:r>
        <w:rPr>
          <w:lang w:eastAsia="zh-CN"/>
        </w:rPr>
        <w:t>　　四、作息时间计划表</w:t>
      </w:r>
      <w:r>
        <w:rPr>
          <w:lang w:eastAsia="zh-CN"/>
        </w:rPr>
        <w:br/>
      </w:r>
      <w:r>
        <w:rPr>
          <w:lang w:eastAsia="zh-CN"/>
        </w:rPr>
        <w:t>　　1、每天晚上八点四十开始洗漱，九点准时上床睡觉。</w:t>
      </w:r>
      <w:r>
        <w:rPr>
          <w:lang w:eastAsia="zh-CN"/>
        </w:rPr>
        <w:br/>
      </w:r>
      <w:r>
        <w:rPr>
          <w:lang w:eastAsia="zh-CN"/>
        </w:rPr>
        <w:t>　　2、早上六点五十起床，做一做简单的运动。</w:t>
      </w:r>
      <w:r>
        <w:rPr>
          <w:lang w:eastAsia="zh-CN"/>
        </w:rPr>
        <w:br/>
      </w:r>
      <w:r>
        <w:rPr>
          <w:lang w:eastAsia="zh-CN"/>
        </w:rPr>
        <w:t>　　3、七点半骑自行车上学。</w:t>
      </w:r>
      <w:r>
        <w:rPr>
          <w:lang w:eastAsia="zh-CN"/>
        </w:rPr>
        <w:br/>
      </w:r>
      <w:r>
        <w:rPr>
          <w:lang w:eastAsia="zh-CN"/>
        </w:rPr>
        <w:t>　　五、游戏时间计划表</w:t>
      </w:r>
      <w:r>
        <w:rPr>
          <w:lang w:eastAsia="zh-CN"/>
        </w:rPr>
        <w:br/>
      </w:r>
      <w:r>
        <w:rPr>
          <w:lang w:eastAsia="zh-CN"/>
        </w:rPr>
        <w:t>　　1、星期一——星期四不能玩电脑。</w:t>
      </w:r>
      <w:r>
        <w:rPr>
          <w:lang w:eastAsia="zh-CN"/>
        </w:rPr>
        <w:br/>
      </w:r>
      <w:r>
        <w:rPr>
          <w:lang w:eastAsia="zh-CN"/>
        </w:rPr>
        <w:t>　　2、星期五——星期日可以玩电脑四十分钟。</w:t>
      </w:r>
      <w:r>
        <w:rPr>
          <w:lang w:eastAsia="zh-CN"/>
        </w:rPr>
        <w:br/>
      </w:r>
      <w:r>
        <w:rPr>
          <w:lang w:eastAsia="zh-CN"/>
        </w:rPr>
        <w:t>　　六、学习成绩计划表</w:t>
      </w:r>
      <w:r>
        <w:rPr>
          <w:lang w:eastAsia="zh-CN"/>
        </w:rPr>
        <w:br/>
      </w:r>
      <w:r>
        <w:rPr>
          <w:lang w:eastAsia="zh-CN"/>
        </w:rPr>
        <w:t>　　1、语文考93分以上。</w:t>
      </w:r>
      <w:r>
        <w:rPr>
          <w:lang w:eastAsia="zh-CN"/>
        </w:rPr>
        <w:br/>
      </w:r>
      <w:r>
        <w:rPr>
          <w:lang w:eastAsia="zh-CN"/>
        </w:rPr>
        <w:t>　　2、数学考95分以上。</w:t>
      </w:r>
      <w:r>
        <w:rPr>
          <w:lang w:eastAsia="zh-CN"/>
        </w:rPr>
        <w:br/>
      </w:r>
      <w:r>
        <w:rPr>
          <w:lang w:eastAsia="zh-CN"/>
        </w:rPr>
        <w:t>　　3、英语考97分以上。</w:t>
      </w:r>
      <w:r>
        <w:rPr>
          <w:lang w:eastAsia="zh-CN"/>
        </w:rPr>
        <w:br/>
      </w:r>
      <w:r>
        <w:rPr>
          <w:lang w:eastAsia="zh-CN"/>
        </w:rPr>
        <w:t>　　七、写博文计划表</w:t>
      </w:r>
      <w:r>
        <w:rPr>
          <w:lang w:eastAsia="zh-CN"/>
        </w:rPr>
        <w:br/>
      </w:r>
      <w:r>
        <w:rPr>
          <w:lang w:eastAsia="zh-CN"/>
        </w:rPr>
        <w:t>　　1、一周写一篇博文。</w:t>
      </w:r>
      <w:r>
        <w:rPr>
          <w:lang w:eastAsia="zh-CN"/>
        </w:rPr>
        <w:br/>
      </w:r>
      <w:r>
        <w:rPr>
          <w:lang w:eastAsia="zh-CN"/>
        </w:rPr>
        <w:t>　　2、每天评论二十人。</w:t>
      </w:r>
      <w:r>
        <w:rPr>
          <w:lang w:eastAsia="zh-CN"/>
        </w:rPr>
        <w:br/>
      </w:r>
      <w:r>
        <w:rPr>
          <w:lang w:eastAsia="zh-CN"/>
        </w:rPr>
        <w:t>　　3、一天抽出十分钟做评论时间。</w:t>
      </w:r>
      <w:r>
        <w:rPr>
          <w:lang w:eastAsia="zh-CN"/>
        </w:rPr>
        <w:br/>
      </w:r>
      <w:r>
        <w:rPr>
          <w:lang w:eastAsia="zh-CN"/>
        </w:rPr>
        <w:t xml:space="preserve">    托班老师新学期工作计划 篇5 </w:t>
      </w:r>
      <w:r>
        <w:rPr>
          <w:lang w:eastAsia="zh-CN"/>
        </w:rPr>
        <w:br/>
      </w:r>
      <w:r>
        <w:rPr>
          <w:lang w:eastAsia="zh-CN"/>
        </w:rPr>
        <w:t>　　新的学期开始了，我已经是一名三年级的学生。常言道，好的计划是成功的一半。我的新学期计划是：</w:t>
      </w:r>
      <w:r>
        <w:rPr>
          <w:lang w:eastAsia="zh-CN"/>
        </w:rPr>
        <w:br/>
      </w:r>
      <w:r>
        <w:rPr>
          <w:lang w:eastAsia="zh-CN"/>
        </w:rPr>
        <w:t>　　上课前，先预习，有疑问，用笔记。</w:t>
      </w:r>
      <w:r>
        <w:rPr>
          <w:lang w:eastAsia="zh-CN"/>
        </w:rPr>
        <w:br/>
      </w:r>
      <w:r>
        <w:rPr>
          <w:lang w:eastAsia="zh-CN"/>
        </w:rPr>
        <w:t>　　课堂上，精神聚，勤思考，提问题。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人发言，我倾听，合作学，同受益。</w:t>
      </w:r>
      <w:r>
        <w:rPr>
          <w:lang w:eastAsia="zh-CN"/>
        </w:rPr>
        <w:br/>
      </w:r>
      <w:r>
        <w:rPr>
          <w:lang w:eastAsia="zh-CN"/>
        </w:rPr>
        <w:t>　　写作业，明题意，字清楚，行整齐。</w:t>
      </w:r>
      <w:r>
        <w:rPr>
          <w:lang w:eastAsia="zh-CN"/>
        </w:rPr>
        <w:br/>
      </w:r>
      <w:r>
        <w:rPr>
          <w:lang w:eastAsia="zh-CN"/>
        </w:rPr>
        <w:t>　　题做完，查仔细，今日事，今日毕。</w:t>
      </w:r>
      <w:r>
        <w:rPr>
          <w:lang w:eastAsia="zh-CN"/>
        </w:rPr>
        <w:br/>
      </w:r>
      <w:r>
        <w:rPr>
          <w:lang w:eastAsia="zh-CN"/>
        </w:rPr>
        <w:t>　　摩天楼，平地起，旧知识，要复习。</w:t>
      </w:r>
      <w:r>
        <w:rPr>
          <w:lang w:eastAsia="zh-CN"/>
        </w:rPr>
        <w:br/>
      </w:r>
      <w:r>
        <w:rPr>
          <w:lang w:eastAsia="zh-CN"/>
        </w:rPr>
        <w:t>　　反复练，多梳理，门门课，好成绩。</w:t>
      </w:r>
      <w:r>
        <w:rPr>
          <w:lang w:eastAsia="zh-CN"/>
        </w:rPr>
        <w:br/>
      </w:r>
      <w:r>
        <w:rPr>
          <w:lang w:eastAsia="zh-CN"/>
        </w:rPr>
        <w:t>　　我努力，我一定做得到。</w:t>
      </w:r>
      <w:r>
        <w:rPr>
          <w:lang w:eastAsia="zh-CN"/>
        </w:rPr>
        <w:br/>
      </w:r>
      <w:r>
        <w:rPr>
          <w:lang w:eastAsia="zh-CN"/>
        </w:rPr>
        <w:t xml:space="preserve">    托班老师新学期工作计划 篇6 </w:t>
      </w:r>
      <w:r>
        <w:rPr>
          <w:lang w:eastAsia="zh-CN"/>
        </w:rPr>
        <w:br/>
      </w:r>
      <w:r>
        <w:rPr>
          <w:lang w:eastAsia="zh-CN"/>
        </w:rPr>
        <w:t>　　一、指导思想：</w:t>
      </w:r>
      <w:r>
        <w:rPr>
          <w:lang w:eastAsia="zh-CN"/>
        </w:rPr>
        <w:br/>
      </w:r>
      <w:r>
        <w:rPr>
          <w:lang w:eastAsia="zh-CN"/>
        </w:rPr>
        <w:t>　　以科学发展观为指针，结合校园电教工作实际，以现代教育思想和理论为指导，以提高我校教师现代教育技术水平、加强现代教育技术应用与学科教学相结合为目标，鼓励教师更多地使用电教设备，以信息化带动教育现代化，提高广大教师应用现代教育技术的潜力，使素质教育真正落到实处。</w:t>
      </w:r>
      <w:r>
        <w:rPr>
          <w:lang w:eastAsia="zh-CN"/>
        </w:rPr>
        <w:br/>
      </w:r>
      <w:r>
        <w:rPr>
          <w:lang w:eastAsia="zh-CN"/>
        </w:rPr>
        <w:t>　　二、主要工作资料：</w:t>
      </w:r>
      <w:r>
        <w:rPr>
          <w:lang w:eastAsia="zh-CN"/>
        </w:rPr>
        <w:br/>
      </w:r>
      <w:r>
        <w:rPr>
          <w:lang w:eastAsia="zh-CN"/>
        </w:rPr>
        <w:t>　　(一)管理员要加强电教设施及教学软硬件的管理。</w:t>
      </w:r>
      <w:r>
        <w:rPr>
          <w:lang w:eastAsia="zh-CN"/>
        </w:rPr>
        <w:br/>
      </w:r>
      <w:r>
        <w:rPr>
          <w:lang w:eastAsia="zh-CN"/>
        </w:rPr>
        <w:t>　　1、加强电教设备的日常维护、保养。出现故障，及时检修，保证设备设施正常运行。</w:t>
      </w:r>
      <w:r>
        <w:rPr>
          <w:lang w:eastAsia="zh-CN"/>
        </w:rPr>
        <w:br/>
      </w:r>
      <w:r>
        <w:rPr>
          <w:lang w:eastAsia="zh-CN"/>
        </w:rPr>
        <w:t>　　2、严格电教器材使用管理制度，提高电教设备的利用率。做好电教设施、专用教室的布置、卫生、安全(防盗、防火、用电、网络运行)工作，完善各项管理制度，并做好相关记录。</w:t>
      </w:r>
      <w:r>
        <w:rPr>
          <w:lang w:eastAsia="zh-CN"/>
        </w:rPr>
        <w:br/>
      </w:r>
      <w:r>
        <w:rPr>
          <w:lang w:eastAsia="zh-CN"/>
        </w:rPr>
        <w:t>　　3、加强对网络管理，做好维护，及时更新系统、杀毒软件，切实保证网络、软件运行的安全。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4、充分利用校园网络，推进校园办公自动化建设。</w:t>
      </w:r>
      <w:r>
        <w:rPr>
          <w:lang w:eastAsia="zh-CN"/>
        </w:rPr>
        <w:br/>
      </w:r>
      <w:r>
        <w:rPr>
          <w:lang w:eastAsia="zh-CN"/>
        </w:rPr>
        <w:t>　　5、加强校园资源库建设，实现优质资源的开发、共享。不断丰富资源库资料，尤其是课件及制作课件的各种音频、视频、图片素材，做好备份工作。并将教师在课堂教学中使用过的优质课件、教学设计、等分类整理。</w:t>
      </w:r>
      <w:r>
        <w:rPr>
          <w:lang w:eastAsia="zh-CN"/>
        </w:rPr>
        <w:br/>
      </w:r>
      <w:r>
        <w:rPr>
          <w:lang w:eastAsia="zh-CN"/>
        </w:rPr>
        <w:t>　　(二)强化培训，提高教师信息素养。</w:t>
      </w:r>
      <w:r>
        <w:rPr>
          <w:lang w:eastAsia="zh-CN"/>
        </w:rPr>
        <w:br/>
      </w:r>
      <w:r>
        <w:rPr>
          <w:lang w:eastAsia="zh-CN"/>
        </w:rPr>
        <w:t>　　1、进一步抓好电教校本培训，力争透过设备运用培训及课件制作培训，提高教师信息化素养和电教运用开发技术，使网络真正成为校园教育教学的助学模块。</w:t>
      </w:r>
      <w:r>
        <w:rPr>
          <w:lang w:eastAsia="zh-CN"/>
        </w:rPr>
        <w:br/>
      </w:r>
      <w:r>
        <w:rPr>
          <w:lang w:eastAsia="zh-CN"/>
        </w:rPr>
        <w:t>　　2、用心推动信息技术与学科教学的整合，要求每位教师每学期至少上5节以上多媒体课。</w:t>
      </w:r>
      <w:r>
        <w:rPr>
          <w:lang w:eastAsia="zh-CN"/>
        </w:rPr>
        <w:br/>
      </w:r>
      <w:r>
        <w:rPr>
          <w:lang w:eastAsia="zh-CN"/>
        </w:rPr>
        <w:t>　　3、透过校本培训、各类赛教等多种形式活动，努力建设一支具有信息技术应用潜力的教师队伍。</w:t>
      </w:r>
      <w:r>
        <w:rPr>
          <w:lang w:eastAsia="zh-CN"/>
        </w:rPr>
        <w:br/>
      </w:r>
      <w:r>
        <w:rPr>
          <w:lang w:eastAsia="zh-CN"/>
        </w:rPr>
        <w:t>　　(三)加强电教常规管理工作。</w:t>
      </w:r>
      <w:r>
        <w:rPr>
          <w:lang w:eastAsia="zh-CN"/>
        </w:rPr>
        <w:br/>
      </w:r>
      <w:r>
        <w:rPr>
          <w:lang w:eastAsia="zh-CN"/>
        </w:rPr>
        <w:t>　　1、严格要求使用人员做好使用登记。</w:t>
      </w:r>
      <w:r>
        <w:rPr>
          <w:lang w:eastAsia="zh-CN"/>
        </w:rPr>
        <w:br/>
      </w:r>
      <w:r>
        <w:rPr>
          <w:lang w:eastAsia="zh-CN"/>
        </w:rPr>
        <w:t>　　2、在学期初和学期末做好电教软硬件的整理、检查工作，确保教学的正常使用。【电教室学期工作计划】</w:t>
      </w:r>
      <w:r>
        <w:rPr>
          <w:lang w:eastAsia="zh-CN"/>
        </w:rPr>
        <w:br/>
      </w:r>
      <w:r>
        <w:rPr>
          <w:lang w:eastAsia="zh-CN"/>
        </w:rPr>
        <w:t>　　3、用心准时参加上级部门组织的电教培训活动，及时传达有关精神。</w:t>
      </w:r>
      <w:r>
        <w:rPr>
          <w:lang w:eastAsia="zh-CN"/>
        </w:rPr>
        <w:br/>
      </w:r>
      <w:r>
        <w:rPr>
          <w:lang w:eastAsia="zh-CN"/>
        </w:rPr>
        <w:t>　　三、具体工作安排：</w:t>
      </w:r>
      <w:r>
        <w:rPr>
          <w:lang w:eastAsia="zh-CN"/>
        </w:rPr>
        <w:br/>
      </w:r>
      <w:r>
        <w:rPr>
          <w:lang w:eastAsia="zh-CN"/>
        </w:rPr>
        <w:t>　　九月份：</w:t>
      </w:r>
      <w:r>
        <w:rPr>
          <w:lang w:eastAsia="zh-CN"/>
        </w:rPr>
        <w:br/>
      </w:r>
      <w:r>
        <w:rPr>
          <w:lang w:eastAsia="zh-CN"/>
        </w:rPr>
        <w:t>　　1、制订学期电教工作计划。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2、做好电教室硬件、软件初期检查、维修工作。【电教室学期工作计划】</w:t>
      </w:r>
      <w:r>
        <w:rPr>
          <w:lang w:eastAsia="zh-CN"/>
        </w:rPr>
        <w:br/>
      </w:r>
      <w:r>
        <w:rPr>
          <w:lang w:eastAsia="zh-CN"/>
        </w:rPr>
        <w:t>　　3、为教师开放，服务教学。</w:t>
      </w:r>
      <w:r>
        <w:rPr>
          <w:lang w:eastAsia="zh-CN"/>
        </w:rPr>
        <w:br/>
      </w:r>
      <w:r>
        <w:rPr>
          <w:lang w:eastAsia="zh-CN"/>
        </w:rPr>
        <w:t>　　4、搞好卫生工作。</w:t>
      </w:r>
      <w:r>
        <w:rPr>
          <w:lang w:eastAsia="zh-CN"/>
        </w:rPr>
        <w:br/>
      </w:r>
      <w:r>
        <w:rPr>
          <w:lang w:eastAsia="zh-CN"/>
        </w:rPr>
        <w:t>　　十月份：</w:t>
      </w:r>
      <w:r>
        <w:rPr>
          <w:lang w:eastAsia="zh-CN"/>
        </w:rPr>
        <w:br/>
      </w:r>
      <w:r>
        <w:rPr>
          <w:lang w:eastAsia="zh-CN"/>
        </w:rPr>
        <w:t>　　1、为各学科教师带给电教技术方面帮忙、支持。</w:t>
      </w:r>
      <w:r>
        <w:rPr>
          <w:lang w:eastAsia="zh-CN"/>
        </w:rPr>
        <w:br/>
      </w:r>
      <w:r>
        <w:rPr>
          <w:lang w:eastAsia="zh-CN"/>
        </w:rPr>
        <w:t>　　2、电教设备的维护、并定期查杀毒。</w:t>
      </w:r>
      <w:r>
        <w:rPr>
          <w:lang w:eastAsia="zh-CN"/>
        </w:rPr>
        <w:br/>
      </w:r>
      <w:r>
        <w:rPr>
          <w:lang w:eastAsia="zh-CN"/>
        </w:rPr>
        <w:t>　　3、为教师开放，迎接评优课。</w:t>
      </w:r>
      <w:r>
        <w:rPr>
          <w:lang w:eastAsia="zh-CN"/>
        </w:rPr>
        <w:br/>
      </w:r>
      <w:r>
        <w:rPr>
          <w:lang w:eastAsia="zh-CN"/>
        </w:rPr>
        <w:t>　　4、搞好卫生工作。</w:t>
      </w:r>
      <w:r>
        <w:rPr>
          <w:lang w:eastAsia="zh-CN"/>
        </w:rPr>
        <w:br/>
      </w:r>
      <w:r>
        <w:rPr>
          <w:lang w:eastAsia="zh-CN"/>
        </w:rPr>
        <w:t>　　十一月份：</w:t>
      </w:r>
      <w:r>
        <w:rPr>
          <w:lang w:eastAsia="zh-CN"/>
        </w:rPr>
        <w:br/>
      </w:r>
      <w:r>
        <w:rPr>
          <w:lang w:eastAsia="zh-CN"/>
        </w:rPr>
        <w:t>　　1、根据我校实际状况开展网络技术培训。</w:t>
      </w:r>
      <w:r>
        <w:rPr>
          <w:lang w:eastAsia="zh-CN"/>
        </w:rPr>
        <w:br/>
      </w:r>
      <w:r>
        <w:rPr>
          <w:lang w:eastAsia="zh-CN"/>
        </w:rPr>
        <w:t>　　2、网络、电教设备的维护、保养。</w:t>
      </w:r>
      <w:r>
        <w:rPr>
          <w:lang w:eastAsia="zh-CN"/>
        </w:rPr>
        <w:br/>
      </w:r>
      <w:r>
        <w:rPr>
          <w:lang w:eastAsia="zh-CN"/>
        </w:rPr>
        <w:t>　　3、为教师开放，迎接评优课。</w:t>
      </w:r>
      <w:r>
        <w:rPr>
          <w:lang w:eastAsia="zh-CN"/>
        </w:rPr>
        <w:br/>
      </w:r>
      <w:r>
        <w:rPr>
          <w:lang w:eastAsia="zh-CN"/>
        </w:rPr>
        <w:t>　　4、搞好卫生工作。</w:t>
      </w:r>
      <w:r>
        <w:rPr>
          <w:lang w:eastAsia="zh-CN"/>
        </w:rPr>
        <w:br/>
      </w:r>
      <w:r>
        <w:rPr>
          <w:lang w:eastAsia="zh-CN"/>
        </w:rPr>
        <w:t>　　十二月份：</w:t>
      </w:r>
      <w:r>
        <w:rPr>
          <w:lang w:eastAsia="zh-CN"/>
        </w:rPr>
        <w:br/>
      </w:r>
      <w:r>
        <w:rPr>
          <w:lang w:eastAsia="zh-CN"/>
        </w:rPr>
        <w:t>　　1、根据我校实际状况开展教师现代教育技术培训。</w:t>
      </w:r>
      <w:r>
        <w:rPr>
          <w:lang w:eastAsia="zh-CN"/>
        </w:rPr>
        <w:br/>
      </w:r>
      <w:r>
        <w:rPr>
          <w:lang w:eastAsia="zh-CN"/>
        </w:rPr>
        <w:t>　　2、网络、电教设备的维护。</w:t>
      </w:r>
      <w:r>
        <w:rPr>
          <w:lang w:eastAsia="zh-CN"/>
        </w:rPr>
        <w:br/>
      </w:r>
      <w:r>
        <w:rPr>
          <w:lang w:eastAsia="zh-CN"/>
        </w:rPr>
        <w:t>　　3、为教师开放，服务教学。</w:t>
      </w:r>
      <w:r>
        <w:rPr>
          <w:lang w:eastAsia="zh-CN"/>
        </w:rPr>
        <w:br/>
      </w:r>
      <w:r>
        <w:rPr>
          <w:lang w:eastAsia="zh-CN"/>
        </w:rPr>
        <w:t>　　4、搞好卫生工作。</w:t>
      </w:r>
      <w:r>
        <w:rPr>
          <w:lang w:eastAsia="zh-CN"/>
        </w:rPr>
        <w:br/>
      </w:r>
      <w:r>
        <w:rPr>
          <w:lang w:eastAsia="zh-CN"/>
        </w:rPr>
        <w:t>　　元月份：</w:t>
      </w:r>
      <w:r>
        <w:rPr>
          <w:lang w:eastAsia="zh-CN"/>
        </w:rPr>
        <w:br/>
      </w:r>
      <w:r>
        <w:rPr>
          <w:lang w:eastAsia="zh-CN"/>
        </w:rPr>
        <w:t>　　1、网络、电教设备的维护。</w:t>
      </w:r>
      <w:r>
        <w:rPr>
          <w:lang w:eastAsia="zh-CN"/>
        </w:rPr>
        <w:br/>
      </w:r>
      <w:r>
        <w:rPr>
          <w:lang w:eastAsia="zh-CN"/>
        </w:rPr>
        <w:t>　　2、电教资料的收缴、电教设备的保管。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3、为教师开放，使其完成学期末各项总结工作。</w:t>
      </w:r>
      <w:r>
        <w:rPr>
          <w:lang w:eastAsia="zh-CN"/>
        </w:rPr>
        <w:br/>
      </w:r>
      <w:r>
        <w:rPr>
          <w:lang w:eastAsia="zh-CN"/>
        </w:rPr>
        <w:t>　　4、做好电教工作总结。</w:t>
      </w:r>
      <w:r>
        <w:rPr>
          <w:lang w:eastAsia="zh-CN"/>
        </w:rPr>
        <w:br/>
      </w:r>
      <w:r>
        <w:rPr>
          <w:lang w:eastAsia="zh-CN"/>
        </w:rPr>
        <w:t xml:space="preserve">    托班老师新学期工作计划 篇7 </w:t>
      </w:r>
      <w:r>
        <w:rPr>
          <w:lang w:eastAsia="zh-CN"/>
        </w:rPr>
        <w:br/>
      </w:r>
      <w:r>
        <w:rPr>
          <w:lang w:eastAsia="zh-CN"/>
        </w:rPr>
        <w:t>　　新年过去，寒假马上就要结束了。我们将以新的精神面貌跨进新的学期。新的学期，是我们小学阶段的最后一个学期。在这个学期里，我要百尺竿头，更进一步。 首先，上课的时候，我要认真听讲，不做小动作，不和同学交头接耳，要力争把老师课堂上讲的知识全部消化;对于疑难问题，要不耻下问，虚心向老师和同学请教。 其次，要认真完成老师布置的所有作业，做到一丝不苟。课堂作业当堂完成;课后作业和家庭作业也要按时独立完成。 第三，要做好语文课的课前预。对于预习字词，成语，要先查字典把它认会，弄懂意思;还要学会给课文分段，用最简短的语言写出每段的段落大意，然后总结课文的中心思想;对于每篇课文的课后题，要先试着去做;对于课文和课后题不理解和不会做的地方，要先把它在书上划下来或记下来，第二天上课时带着问题去听讲，还可以在课堂上向老师请教。 第四，要利用星期天和节假日，继续参加提高班作文、数奥、英语，多读课外书，不断丰富自己的知识。要挤出时间，多干事。 总而言之，在新的学期里我要更加努力，争取每门功课都取得好成绩，当一个各方面都很出色的学生。</w:t>
      </w:r>
      <w:r>
        <w:rPr>
          <w:lang w:eastAsia="zh-CN"/>
        </w:rPr>
        <w:br/>
      </w:r>
      <w:r>
        <w:rPr>
          <w:lang w:eastAsia="zh-CN"/>
        </w:rPr>
        <w:t xml:space="preserve">    托班老师新学期工作计划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告别了小学的愉快生活，中学富丽堂皇的大门有向我们开启，向我们伸出欢迎的臂膀，热情地迎接我们的道来。我们接受了这份难得可贵的热情，踏进了中学的大门，走进了新的学校，新的班集体，融入了新的学习生活，新的团队。</w:t>
      </w:r>
      <w:r>
        <w:rPr>
          <w:lang w:eastAsia="zh-CN"/>
        </w:rPr>
        <w:br/>
      </w:r>
      <w:r>
        <w:rPr>
          <w:lang w:eastAsia="zh-CN"/>
        </w:rPr>
        <w:t>　　我们走进了知识的殿堂，将用一把把神奇的金灿灿的钥匙，打开一间间知识，智慧的宝库。我们期待着，希望能吮吸到更多知识的甘霖，希望在初中的第一个新学期里能表现得更出色。</w:t>
      </w:r>
      <w:r>
        <w:rPr>
          <w:lang w:eastAsia="zh-CN"/>
        </w:rPr>
        <w:br/>
      </w:r>
      <w:r>
        <w:rPr>
          <w:lang w:eastAsia="zh-CN"/>
        </w:rPr>
        <w:t>　　面对中学这三年，我们不应当害怕退缩，而应当勇敢地走出去，面对一切艰难险阻。中学三年看似有些漫长，其实却很短暂，因此我们更应该抓紧一分一秒努力学习，认真完成各项作业，合理安排作息时间，按计划有条理地完成老师布置的任务，给老师留下一个难以抹灭的烙印。</w:t>
      </w:r>
      <w:r>
        <w:rPr>
          <w:lang w:eastAsia="zh-CN"/>
        </w:rPr>
        <w:br/>
      </w:r>
      <w:r>
        <w:rPr>
          <w:lang w:eastAsia="zh-CN"/>
        </w:rPr>
        <w:t>　　要知道，初中是比小学更高的一个层次，因此我们更应当稳抓稳打，加固我们自身的“地基”，并且牢牢地抓住眼前的每一个难得的机会，把握住时机，千万不能错失良机。</w:t>
      </w:r>
      <w:r>
        <w:rPr>
          <w:lang w:eastAsia="zh-CN"/>
        </w:rPr>
        <w:br/>
      </w:r>
      <w:r>
        <w:rPr>
          <w:lang w:eastAsia="zh-CN"/>
        </w:rPr>
        <w:t>　　在新的班集体中，我们更应该大胆地展现出自己各方面的才能，让同学们刮目相看。我们也要学会与新同学适当交往，得“民心”，更应该尊敬自己的师长，表示忠心，将来才能得以重用。我们应当多参加各方面活动，锻炼自己，让自己更出色。</w:t>
      </w:r>
      <w:r>
        <w:rPr>
          <w:lang w:eastAsia="zh-CN"/>
        </w:rPr>
        <w:br/>
      </w:r>
      <w:r>
        <w:rPr>
          <w:lang w:eastAsia="zh-CN"/>
        </w:rPr>
        <w:t>　　就以上三大点，我给自己在初中第一学期里定下了三大“战略”目标：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首先要自觉遵守中学“学生一日常规”。上课要认真听课，做课堂笔记，完成作业，要努力养成温故而知新的良好的学习习惯，改掉粗心，马虎的坏毛病。做任何事都应当仔细谨慎，观察入微。在成绩方面要过应，期中考之前，要在班级站?脚跟，靠进班级前十。</w:t>
      </w:r>
      <w:r>
        <w:rPr>
          <w:lang w:eastAsia="zh-CN"/>
        </w:rPr>
        <w:br/>
      </w:r>
      <w:r>
        <w:rPr>
          <w:lang w:eastAsia="zh-CN"/>
        </w:rPr>
        <w:t>　　其次应当抓住每一个时机，不能错过，稳稳地向前迈出每一步。</w:t>
      </w:r>
      <w:r>
        <w:rPr>
          <w:lang w:eastAsia="zh-CN"/>
        </w:rPr>
        <w:br/>
      </w:r>
      <w:r>
        <w:rPr>
          <w:lang w:eastAsia="zh-CN"/>
        </w:rPr>
        <w:t>　　最后应当展现最好的自己，让自己在各方面都很出色。并且跟周围的同学结下深厚的友情，从陌生一直到熟悉，让老师信任自己，看见自己存在的价值，要知道是金子总会发光的。</w:t>
      </w:r>
      <w:r>
        <w:rPr>
          <w:lang w:eastAsia="zh-CN"/>
        </w:rPr>
        <w:br/>
      </w:r>
      <w:r>
        <w:rPr>
          <w:lang w:eastAsia="zh-CN"/>
        </w:rPr>
        <w:t>　　如果初一的时候抓紧时间为自己打下了良好的基础，那初中三年的不易也将会屡屡化解，也不会像当初想象的那么难了。如果完成那三大“战略”目标，就可以像蜀国丞相诸葛亮一样“坐观天下事”了······</w:t>
      </w:r>
      <w:r>
        <w:rPr>
          <w:lang w:eastAsia="zh-CN"/>
        </w:rPr>
        <w:br/>
      </w:r>
      <w:r>
        <w:rPr>
          <w:lang w:eastAsia="zh-CN"/>
        </w:rPr>
        <w:t xml:space="preserve">    托班老师新学期工作计划 篇9 </w:t>
      </w:r>
      <w:r>
        <w:rPr>
          <w:lang w:eastAsia="zh-CN"/>
        </w:rPr>
        <w:br/>
      </w:r>
      <w:r>
        <w:rPr>
          <w:lang w:eastAsia="zh-CN"/>
        </w:rPr>
        <w:t>　　良好的开端等于成功的一半。新学期，新的班集体，为了全面贯彻落实政教处提出的学期德育工作计划和工作重点，结合本班实际，研究制定本班20__年新学期工作计划：</w:t>
      </w:r>
      <w:r>
        <w:rPr>
          <w:lang w:eastAsia="zh-CN"/>
        </w:rPr>
        <w:br/>
      </w:r>
      <w:r>
        <w:rPr>
          <w:lang w:eastAsia="zh-CN"/>
        </w:rPr>
        <w:t>　　一、班级日常管理工作</w:t>
      </w:r>
      <w:r>
        <w:rPr>
          <w:lang w:eastAsia="zh-CN"/>
        </w:rPr>
        <w:br/>
      </w:r>
      <w:r>
        <w:rPr>
          <w:lang w:eastAsia="zh-CN"/>
        </w:rPr>
        <w:t>　　1.首先对学生进行军训后返校的收心教育，在最短的时间里使学生进入到最佳的`学习状态，克服漫长暑假在家养成的懒散的习惯和初中生的生活习惯，上好第一节班会。</w:t>
      </w:r>
      <w:r>
        <w:rPr>
          <w:lang w:eastAsia="zh-CN"/>
        </w:rPr>
        <w:br/>
      </w:r>
      <w:r>
        <w:rPr>
          <w:lang w:eastAsia="zh-CN"/>
        </w:rPr>
        <w:t>　　2.组织开好第一次、第一个月的每一次班级周工作讲评会议。考察、选好拟任班级干部的人选，激励他们他们刻苦学习，塑造良好的个人和干部集体形象，在本学期协助老师进行班级管理工作。实行班长负责制。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3.抓班风，促学风，努力在班级形成良好的学习风气。结合文科班的特点，开展有益的学习活动，提高整个班级的学习成绩。</w:t>
      </w:r>
      <w:r>
        <w:rPr>
          <w:lang w:eastAsia="zh-CN"/>
        </w:rPr>
        <w:br/>
      </w:r>
      <w:r>
        <w:rPr>
          <w:lang w:eastAsia="zh-CN"/>
        </w:rPr>
        <w:t>　　4.搞好班级环境建设。在班级明确值日生工作，并责任到人，实行值日组长负责制，值日生组长即学生日常学习生活管理组小组长。</w:t>
      </w:r>
      <w:r>
        <w:rPr>
          <w:lang w:eastAsia="zh-CN"/>
        </w:rPr>
        <w:br/>
      </w:r>
      <w:r>
        <w:rPr>
          <w:lang w:eastAsia="zh-CN"/>
        </w:rPr>
        <w:t>　　5.加强学生管理力度。主抓学生课间、晚自习的纪律，这是以后日常班级管理工作的重点之一。</w:t>
      </w:r>
      <w:r>
        <w:rPr>
          <w:lang w:eastAsia="zh-CN"/>
        </w:rPr>
        <w:br/>
      </w:r>
      <w:r>
        <w:rPr>
          <w:lang w:eastAsia="zh-CN"/>
        </w:rPr>
        <w:t>　　6.多深入学生，做到“三勤”，下大力气吃透每一位学生，了解每位学生的家庭情况、个人习惯、不良嗜好、个性等等，进行有针对性的教育教学。</w:t>
      </w:r>
      <w:r>
        <w:rPr>
          <w:lang w:eastAsia="zh-CN"/>
        </w:rPr>
        <w:br/>
      </w:r>
      <w:r>
        <w:rPr>
          <w:lang w:eastAsia="zh-CN"/>
        </w:rPr>
        <w:t>　　7.配合科任老师了解学生状态，及时向科任老师了解班级情况，协调班级工作计划，有问题及时处理。</w:t>
      </w:r>
      <w:r>
        <w:rPr>
          <w:lang w:eastAsia="zh-CN"/>
        </w:rPr>
        <w:br/>
      </w:r>
      <w:r>
        <w:rPr>
          <w:lang w:eastAsia="zh-CN"/>
        </w:rPr>
        <w:t>　　8.在班级的各项活动中培养学生的集体荣誉感。树立良好的班风。</w:t>
      </w:r>
      <w:r>
        <w:rPr>
          <w:lang w:eastAsia="zh-CN"/>
        </w:rPr>
        <w:br/>
      </w:r>
      <w:r>
        <w:rPr>
          <w:lang w:eastAsia="zh-CN"/>
        </w:rPr>
        <w:t>　　9.教育学生遵守校规校纪，杜绝班级学生上“三室一厅”，上网吧、带手机的现象。</w:t>
      </w:r>
      <w:r>
        <w:rPr>
          <w:lang w:eastAsia="zh-CN"/>
        </w:rPr>
        <w:br/>
      </w:r>
      <w:r>
        <w:rPr>
          <w:lang w:eastAsia="zh-CN"/>
        </w:rPr>
        <w:t>　　二、德育工作具体化</w:t>
      </w:r>
      <w:r>
        <w:rPr>
          <w:lang w:eastAsia="zh-CN"/>
        </w:rPr>
        <w:br/>
      </w:r>
      <w:r>
        <w:rPr>
          <w:lang w:eastAsia="zh-CN"/>
        </w:rPr>
        <w:t>　　1、发挥班主任老师的核心作用，组织科任集体加强课堂学科教学德育渗透，发挥课堂阵地作用。</w:t>
      </w:r>
      <w:r>
        <w:rPr>
          <w:lang w:eastAsia="zh-CN"/>
        </w:rPr>
        <w:br/>
      </w:r>
      <w:r>
        <w:rPr>
          <w:lang w:eastAsia="zh-CN"/>
        </w:rPr>
        <w:t>　　2、积极为学生教育创造环境及空间，突出教育过程当中的学生主体地位。</w:t>
      </w:r>
      <w:r>
        <w:rPr>
          <w:lang w:eastAsia="zh-CN"/>
        </w:rPr>
        <w:br/>
      </w:r>
      <w:r>
        <w:rPr>
          <w:lang w:eastAsia="zh-CN"/>
        </w:rPr>
        <w:t>　　3、将学生的考评成绩与思想评定工作相结合，激励先进，鞭策后进。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4、积极配合学校落实好有关德育的具体工作。</w:t>
      </w:r>
      <w:r>
        <w:rPr>
          <w:lang w:eastAsia="zh-CN"/>
        </w:rPr>
        <w:br/>
      </w:r>
      <w:r>
        <w:rPr>
          <w:lang w:eastAsia="zh-CN"/>
        </w:rPr>
        <w:t>　　三、宿舍管理工作</w:t>
      </w:r>
      <w:r>
        <w:rPr>
          <w:lang w:eastAsia="zh-CN"/>
        </w:rPr>
        <w:br/>
      </w:r>
      <w:r>
        <w:rPr>
          <w:lang w:eastAsia="zh-CN"/>
        </w:rPr>
        <w:t>　　1.深入学习学生寝室管理制度。积极配合宿舍老师的管理工作。多深入学生寝室，检查寝室规格化。</w:t>
      </w:r>
      <w:r>
        <w:rPr>
          <w:lang w:eastAsia="zh-CN"/>
        </w:rPr>
        <w:br/>
      </w:r>
      <w:r>
        <w:rPr>
          <w:lang w:eastAsia="zh-CN"/>
        </w:rPr>
        <w:t>　　2.实施寝室长责任制，负责寝室的卫生和纪律。</w:t>
      </w:r>
      <w:r>
        <w:rPr>
          <w:lang w:eastAsia="zh-CN"/>
        </w:rPr>
        <w:br/>
      </w:r>
      <w:r>
        <w:rPr>
          <w:lang w:eastAsia="zh-CN"/>
        </w:rPr>
        <w:t>　　3.严格控制住校生的作息时间，杜绝通校生私自出外。</w:t>
      </w:r>
      <w:r>
        <w:rPr>
          <w:lang w:eastAsia="zh-CN"/>
        </w:rPr>
        <w:br/>
      </w:r>
      <w:r>
        <w:rPr>
          <w:lang w:eastAsia="zh-CN"/>
        </w:rPr>
        <w:t xml:space="preserve">    托班老师新学期工作计划 篇10 </w:t>
      </w:r>
      <w:r>
        <w:rPr>
          <w:lang w:eastAsia="zh-CN"/>
        </w:rPr>
        <w:br/>
      </w:r>
      <w:r>
        <w:rPr>
          <w:lang w:eastAsia="zh-CN"/>
        </w:rPr>
        <w:t>　　我的新学期计划：</w:t>
      </w:r>
      <w:r>
        <w:rPr>
          <w:lang w:eastAsia="zh-CN"/>
        </w:rPr>
        <w:br/>
      </w:r>
      <w:r>
        <w:rPr>
          <w:lang w:eastAsia="zh-CN"/>
        </w:rPr>
        <w:t>　　一、作息时间</w:t>
      </w:r>
      <w:r>
        <w:rPr>
          <w:lang w:eastAsia="zh-CN"/>
        </w:rPr>
        <w:br/>
      </w:r>
      <w:r>
        <w:rPr>
          <w:lang w:eastAsia="zh-CN"/>
        </w:rPr>
        <w:t>　　1、6:30起床，晨读15分钟（读语文、英语或国学）；</w:t>
      </w:r>
      <w:r>
        <w:rPr>
          <w:lang w:eastAsia="zh-CN"/>
        </w:rPr>
        <w:br/>
      </w:r>
      <w:r>
        <w:rPr>
          <w:lang w:eastAsia="zh-CN"/>
        </w:rPr>
        <w:t>　　2、中午：午休半小时以上；</w:t>
      </w:r>
      <w:r>
        <w:rPr>
          <w:lang w:eastAsia="zh-CN"/>
        </w:rPr>
        <w:br/>
      </w:r>
      <w:r>
        <w:rPr>
          <w:lang w:eastAsia="zh-CN"/>
        </w:rPr>
        <w:t>　　3、晚上22:30之前睡觉。</w:t>
      </w:r>
      <w:r>
        <w:rPr>
          <w:lang w:eastAsia="zh-CN"/>
        </w:rPr>
        <w:br/>
      </w:r>
      <w:r>
        <w:rPr>
          <w:lang w:eastAsia="zh-CN"/>
        </w:rPr>
        <w:t>　　二、具体内容</w:t>
      </w:r>
      <w:r>
        <w:rPr>
          <w:lang w:eastAsia="zh-CN"/>
        </w:rPr>
        <w:br/>
      </w:r>
      <w:r>
        <w:rPr>
          <w:lang w:eastAsia="zh-CN"/>
        </w:rPr>
        <w:t>　　1、按时上学，不迟到不早退；遵守学校的各项规章制度。</w:t>
      </w:r>
      <w:r>
        <w:rPr>
          <w:lang w:eastAsia="zh-CN"/>
        </w:rPr>
        <w:br/>
      </w:r>
      <w:r>
        <w:rPr>
          <w:lang w:eastAsia="zh-CN"/>
        </w:rPr>
        <w:t>　　2、课堂：</w:t>
      </w:r>
      <w:r>
        <w:rPr>
          <w:lang w:eastAsia="zh-CN"/>
        </w:rPr>
        <w:br/>
      </w:r>
      <w:r>
        <w:rPr>
          <w:lang w:eastAsia="zh-CN"/>
        </w:rPr>
        <w:t>　　上课专心听讲，用心思考，积极发言；要及时认真完成课堂作业。</w:t>
      </w:r>
      <w:r>
        <w:rPr>
          <w:lang w:eastAsia="zh-CN"/>
        </w:rPr>
        <w:br/>
      </w:r>
      <w:r>
        <w:rPr>
          <w:lang w:eastAsia="zh-CN"/>
        </w:rPr>
        <w:t>　　3、家庭作业：</w:t>
      </w:r>
      <w:r>
        <w:rPr>
          <w:lang w:eastAsia="zh-CN"/>
        </w:rPr>
        <w:br/>
      </w:r>
      <w:r>
        <w:rPr>
          <w:lang w:eastAsia="zh-CN"/>
        </w:rPr>
        <w:t>　　自觉按时完成，提高正确率和效率，保持书写干净整齐，写完后要认真检查；不会的，要多思考，查找资料或问家长。</w:t>
      </w:r>
      <w:r>
        <w:rPr>
          <w:lang w:eastAsia="zh-CN"/>
        </w:rPr>
        <w:br/>
      </w:r>
      <w:r>
        <w:rPr>
          <w:lang w:eastAsia="zh-CN"/>
        </w:rPr>
        <w:t>　　4、要及时复习和预习：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把当天学过的重点知识要巩固一遍；把第二天要学的主要课程（语文、数学、英语）的内容预习一遍，不会的.问题记下来或者查资料。</w:t>
      </w:r>
      <w:r>
        <w:rPr>
          <w:lang w:eastAsia="zh-CN"/>
        </w:rPr>
        <w:br/>
      </w:r>
      <w:r>
        <w:rPr>
          <w:lang w:eastAsia="zh-CN"/>
        </w:rPr>
        <w:t>　　5、坚持阅读：</w:t>
      </w:r>
      <w:r>
        <w:rPr>
          <w:lang w:eastAsia="zh-CN"/>
        </w:rPr>
        <w:br/>
      </w:r>
      <w:r>
        <w:rPr>
          <w:lang w:eastAsia="zh-CN"/>
        </w:rPr>
        <w:t>　　每天阅读半小时以上，阅读完后要多练笔，及时说、写心得体会。</w:t>
      </w:r>
      <w:r>
        <w:rPr>
          <w:lang w:eastAsia="zh-CN"/>
        </w:rPr>
        <w:br/>
      </w:r>
      <w:r>
        <w:rPr>
          <w:lang w:eastAsia="zh-CN"/>
        </w:rPr>
        <w:t>　　6、坚持写日记，撰写博客等。</w:t>
      </w:r>
      <w:r>
        <w:rPr>
          <w:lang w:eastAsia="zh-CN"/>
        </w:rPr>
        <w:br/>
      </w:r>
      <w:r>
        <w:rPr>
          <w:lang w:eastAsia="zh-CN"/>
        </w:rPr>
        <w:t>　　7、积极参加校内校外的各种活动，坚持做家务（做力所能及的事）和锻炼身体（打羽毛球、踢毽子、跳绳、骑自行车、轮滑或散步等）；</w:t>
      </w:r>
      <w:r>
        <w:rPr>
          <w:lang w:eastAsia="zh-CN"/>
        </w:rPr>
        <w:br/>
      </w:r>
      <w:r>
        <w:rPr>
          <w:lang w:eastAsia="zh-CN"/>
        </w:rPr>
        <w:t>　　8、坚持上兴趣班课,拓宽知识面。</w:t>
      </w:r>
      <w:r>
        <w:rPr>
          <w:lang w:eastAsia="zh-CN"/>
        </w:rPr>
        <w:br/>
      </w:r>
      <w:r>
        <w:rPr>
          <w:lang w:eastAsia="zh-CN"/>
        </w:rPr>
        <w:t>　　9、加强自我技能锻炼，提高生活能力。</w:t>
      </w:r>
      <w:r>
        <w:rPr>
          <w:lang w:eastAsia="zh-CN"/>
        </w:rPr>
        <w:br/>
      </w:r>
      <w:r>
        <w:rPr>
          <w:lang w:eastAsia="zh-CN"/>
        </w:rPr>
        <w:t>　　在新的学期了，我要按计划执行，好好学习，为“梦想成为现实”而努力。</w:t>
      </w:r>
      <w:r>
        <w:rPr>
          <w:lang w:eastAsia="zh-CN"/>
        </w:rPr>
        <w:br/>
      </w:r>
      <w:r>
        <w:rPr>
          <w:lang w:eastAsia="zh-CN"/>
        </w:rPr>
        <w:t xml:space="preserve">    托班老师新学期工作计划 篇11 </w:t>
      </w:r>
      <w:r>
        <w:rPr>
          <w:lang w:eastAsia="zh-CN"/>
        </w:rPr>
        <w:br/>
      </w:r>
      <w:r>
        <w:rPr>
          <w:lang w:eastAsia="zh-CN"/>
        </w:rPr>
        <w:t>　　秋天来了，秋天是一年中最美好的季节，秋天天高云淡、秋高气爽，农民伯伯在9月里总会获得好的收成。人们都说“一年之计在于春”，但是，秋天对我们来说，和春天同样是一个开始，我们的生活又迎来了新的希望。</w:t>
      </w:r>
      <w:r>
        <w:rPr>
          <w:lang w:eastAsia="zh-CN"/>
        </w:rPr>
        <w:br/>
      </w:r>
      <w:r>
        <w:rPr>
          <w:lang w:eastAsia="zh-CN"/>
        </w:rPr>
        <w:t>　　到了秋天，我有比以前大了，比以前更懂事了，新学期要有新气象，作业的质量和数量都要达标，不能有质量，没数量；也不能有数量，没质量，一定要保质保量。</w:t>
      </w:r>
      <w:r>
        <w:rPr>
          <w:lang w:eastAsia="zh-CN"/>
        </w:rPr>
        <w:br/>
      </w:r>
      <w:r>
        <w:rPr>
          <w:lang w:eastAsia="zh-CN"/>
        </w:rPr>
        <w:t>　　新学期我有以下的目标：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我这学期写字要一笔一划，争取早日练出一手好字，正如老师所说的：字如其人。我要让自己的字越变越漂亮，希望我的成长进步和字一样迅速。让大家看到一个崭新的我。</w:t>
      </w:r>
      <w:r>
        <w:rPr>
          <w:lang w:eastAsia="zh-CN"/>
        </w:rPr>
        <w:br/>
      </w:r>
      <w:r>
        <w:rPr>
          <w:lang w:eastAsia="zh-CN"/>
        </w:rPr>
        <w:t>　　高尔基说过：“书籍是人类进步的阶梯。”书是我人生道路上的第一位老师，书开阔了我的视野，增长了我的知识，书指引我步入了文学的殿堂，我这个学期要花更多的时间，看更多的好书，使我的知识面更广。也使我的作文水平能够有更大的提高。争取语文学习能够更上一层楼。</w:t>
      </w:r>
      <w:r>
        <w:rPr>
          <w:lang w:eastAsia="zh-CN"/>
        </w:rPr>
        <w:br/>
      </w:r>
      <w:r>
        <w:rPr>
          <w:lang w:eastAsia="zh-CN"/>
        </w:rPr>
        <w:t>　　在新的学年里，我会更加严格的.要求自己，使自己对学习没有任何偷懒的想法，“学如逆水行舟，不进则退”，我希望自己的学习不断进步。</w:t>
      </w:r>
      <w:r>
        <w:rPr>
          <w:lang w:eastAsia="zh-CN"/>
        </w:rPr>
        <w:br/>
      </w:r>
      <w:r>
        <w:rPr>
          <w:lang w:eastAsia="zh-CN"/>
        </w:rPr>
        <w:t xml:space="preserve">    托班老师新学期工作计划 篇12 </w:t>
      </w:r>
      <w:r>
        <w:rPr>
          <w:lang w:eastAsia="zh-CN"/>
        </w:rPr>
        <w:br/>
      </w:r>
      <w:r>
        <w:rPr>
          <w:lang w:eastAsia="zh-CN"/>
        </w:rPr>
        <w:t>　　光阴似箭，日月如梭，一个漫长的暑假结束了，重新回到学校见到了熟悉的同学们、熟悉的学校、新的班级、新的老师。新学期就意味着我们要更懂事，更加听老师的话，也说明了我们的学习负但要更大，我们不能整天只想得玩了，要抓紧学习。在这个学期里，我要百尺竿头，更进一步。</w:t>
      </w:r>
      <w:r>
        <w:rPr>
          <w:lang w:eastAsia="zh-CN"/>
        </w:rPr>
        <w:br/>
      </w:r>
      <w:r>
        <w:rPr>
          <w:lang w:eastAsia="zh-CN"/>
        </w:rPr>
        <w:t>　　我首先制定一个学习计划：</w:t>
      </w:r>
      <w:r>
        <w:rPr>
          <w:lang w:eastAsia="zh-CN"/>
        </w:rPr>
        <w:br/>
      </w:r>
      <w:r>
        <w:rPr>
          <w:lang w:eastAsia="zh-CN"/>
        </w:rPr>
        <w:t>　　1、上课的时候，我要认真听讲，不做小动作，不和同学交头接耳，对于疑难问题，虚心向老师和同学请教。</w:t>
      </w:r>
      <w:r>
        <w:rPr>
          <w:lang w:eastAsia="zh-CN"/>
        </w:rPr>
        <w:br/>
      </w:r>
      <w:r>
        <w:rPr>
          <w:lang w:eastAsia="zh-CN"/>
        </w:rPr>
        <w:t>　　2、要认真完成老师布置的所有作业，做到一丝不苟。手工作业和家庭作业也要按时独立完成。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3、要做好语文课的课前预习。要预习好反义词、近义词p&gt;</w:t>
      </w:r>
      <w:r>
        <w:rPr>
          <w:lang w:eastAsia="zh-CN"/>
        </w:rPr>
        <w:br/>
      </w:r>
      <w:r>
        <w:rPr>
          <w:lang w:eastAsia="zh-CN"/>
        </w:rPr>
        <w:t>　　4、利用课余时间，多读书、多看书，丰富课外知识。</w:t>
      </w:r>
      <w:r>
        <w:rPr>
          <w:lang w:eastAsia="zh-CN"/>
        </w:rPr>
        <w:br/>
      </w:r>
      <w:r>
        <w:rPr>
          <w:lang w:eastAsia="zh-CN"/>
        </w:rPr>
        <w:t>　　5、下课不追逐打闹，不打架，不大声说话，不制造噪音，不带玩具进校园，不带三无进校园，严格按照七字歌的要求去做。</w:t>
      </w:r>
      <w:r>
        <w:rPr>
          <w:lang w:eastAsia="zh-CN"/>
        </w:rPr>
        <w:br/>
      </w:r>
      <w:r>
        <w:rPr>
          <w:lang w:eastAsia="zh-CN"/>
        </w:rPr>
        <w:t>　　6、要节约用水，不玩水，不浪费水，做一个文明的.人。</w:t>
      </w:r>
      <w:r>
        <w:rPr>
          <w:lang w:eastAsia="zh-CN"/>
        </w:rPr>
        <w:br/>
      </w:r>
      <w:r>
        <w:rPr>
          <w:lang w:eastAsia="zh-CN"/>
        </w:rPr>
        <w:t>　　7、多做清洁，讲究卫生，多洗澡，洗头，洗脚，常换干净的衣服，做一个卫生的人。</w:t>
      </w:r>
      <w:r>
        <w:rPr>
          <w:lang w:eastAsia="zh-CN"/>
        </w:rPr>
        <w:br/>
      </w:r>
      <w:r>
        <w:rPr>
          <w:lang w:eastAsia="zh-CN"/>
        </w:rPr>
        <w:t>　　8、在家里，要多帮助家长打扫，做力所能及的事，如扫地、洗碗、擦桌子等。</w:t>
      </w:r>
      <w:r>
        <w:rPr>
          <w:lang w:eastAsia="zh-CN"/>
        </w:rPr>
        <w:br/>
      </w:r>
      <w:r>
        <w:rPr>
          <w:lang w:eastAsia="zh-CN"/>
        </w:rPr>
        <w:t>　　总之，新学期，我们应该更加努力的学习。</w:t>
      </w:r>
      <w:r>
        <w:rPr>
          <w:lang w:eastAsia="zh-CN"/>
        </w:rPr>
        <w:br/>
      </w:r>
      <w:r>
        <w:rPr>
          <w:lang w:eastAsia="zh-CN"/>
        </w:rPr>
        <w:t xml:space="preserve">    托班老师新学期工作计划 篇13 </w:t>
      </w:r>
      <w:r>
        <w:rPr>
          <w:lang w:eastAsia="zh-CN"/>
        </w:rPr>
        <w:br/>
      </w:r>
      <w:r>
        <w:rPr>
          <w:lang w:eastAsia="zh-CN"/>
        </w:rPr>
        <w:t>　　九月是一个学期的开始，本学期我继续担任一年级语文教学工作，我将本着“学生是语文学习的主人”、“学生是学习和发展的主体“这一新课程理念展开各项教学工作，计划如下：</w:t>
      </w:r>
      <w:r>
        <w:rPr>
          <w:lang w:eastAsia="zh-CN"/>
        </w:rPr>
        <w:br/>
      </w:r>
      <w:r>
        <w:rPr>
          <w:lang w:eastAsia="zh-CN"/>
        </w:rPr>
        <w:t>　　一、指导识字方法，培养识字能力</w:t>
      </w:r>
      <w:r>
        <w:rPr>
          <w:lang w:eastAsia="zh-CN"/>
        </w:rPr>
        <w:br/>
      </w:r>
      <w:r>
        <w:rPr>
          <w:lang w:eastAsia="zh-CN"/>
        </w:rPr>
        <w:t>　　苏教版小学低年级教材生字量大，集中识字性较强，这就有待任课教师采用灵活多样的识字方法，让学生主动学习。我打算运用以下几种方法开展本学期的识字教学。</w:t>
      </w:r>
      <w:r>
        <w:rPr>
          <w:lang w:eastAsia="zh-CN"/>
        </w:rPr>
        <w:br/>
      </w:r>
      <w:r>
        <w:rPr>
          <w:lang w:eastAsia="zh-CN"/>
        </w:rPr>
        <w:t>　　1、用会意、形声法分析合体字。利用字型规律、造字特点识字，学生就会用这种方法识记很多同类型的生字。学习会意字，教师只教给方法，让学生自学掌握。只有让学生在课堂上有了主人翁感，学生在课堂上才会学得主动，学得轻松，效果必然会很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2、用熟字换、加偏旁法识字。将熟字与所学生字联系起来，利用熟字学生字，既复习了熟字，又学习了生字，既找到了它们的`联系，又区分了它们之间的不同，会起到事半功倍的作用。</w:t>
      </w:r>
      <w:r>
        <w:rPr>
          <w:lang w:eastAsia="zh-CN"/>
        </w:rPr>
        <w:br/>
      </w:r>
      <w:r>
        <w:rPr>
          <w:lang w:eastAsia="zh-CN"/>
        </w:rPr>
        <w:t>　　二、重积累，抓阅读背诵</w:t>
      </w:r>
      <w:r>
        <w:rPr>
          <w:lang w:eastAsia="zh-CN"/>
        </w:rPr>
        <w:br/>
      </w:r>
      <w:r>
        <w:rPr>
          <w:lang w:eastAsia="zh-CN"/>
        </w:rPr>
        <w:t>　　朗读能力是学习语文必须具备的能力之一，是一项重要的阅读基本功。现在我们所使用的苏教版教材所选课文内容丰富，生动活泼，富有儿童情趣。课文语言规范，易读易背，易于进行复述和说话训练。古今许多教育实践早已证明“熟读成诵”是学习汉语行之有效的方法。所以，本学期我要树立以读为主，强化积累的教学思想，以“初读质疑—再读理解—精读品味—熟读成诵”为基本思路设计教学程序，选择教学方法。</w:t>
      </w:r>
      <w:r>
        <w:rPr>
          <w:lang w:eastAsia="zh-CN"/>
        </w:rPr>
        <w:br/>
      </w:r>
      <w:r>
        <w:rPr>
          <w:lang w:eastAsia="zh-CN"/>
        </w:rPr>
        <w:t>　　三、重能力，抓“口语交际”</w:t>
      </w:r>
      <w:r>
        <w:rPr>
          <w:lang w:eastAsia="zh-CN"/>
        </w:rPr>
        <w:br/>
      </w:r>
      <w:r>
        <w:rPr>
          <w:lang w:eastAsia="zh-CN"/>
        </w:rPr>
        <w:t>　　“口语交际”是在交往过程中表现出来的全部的语言应用才能，是双向甚至多向的。因此，在“口语交际”教学中，不仅仅要凭借教材，还要鼓励学生主动谈话、提问和参与讨论，充分体现出“生生之间、师生之间的双向互动特点”，更重要的是要扩大实践面，把“口语交际”拓展到社会生活的大背景中去。本学期在“口语交际”教学活动中可设计去“百货商店买东西”的情境，还可模仿电视节目形式举办“实话实说”、“焦点访谈”等节目，讨论学生最关心的热点问题，让学生的个性和思维能力得到快速发展以达到“口语交际”训练的要求。</w:t>
      </w:r>
      <w:r>
        <w:rPr>
          <w:lang w:eastAsia="zh-CN"/>
        </w:rPr>
        <w:br/>
      </w:r>
      <w:r>
        <w:rPr>
          <w:lang w:eastAsia="zh-CN"/>
        </w:rPr>
        <w:t>　　四、让学生在综合性学习中张扬个性，探究发现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让学生积极主动地发现问题、探究问题，是新课程倡导的新的学习方式的实质、核心。学生是学习和发展的主体，教学中要充分发挥其主动性，在课堂上多给学生一些空间，让他们自己去探究，去发现，去尝试，去成长。</w:t>
      </w:r>
      <w:r>
        <w:rPr>
          <w:lang w:eastAsia="zh-CN"/>
        </w:rPr>
        <w:br/>
      </w:r>
      <w:r>
        <w:rPr>
          <w:lang w:eastAsia="zh-CN"/>
        </w:rPr>
        <w:t>　　(1)读中探究;</w:t>
      </w:r>
      <w:r>
        <w:rPr>
          <w:lang w:eastAsia="zh-CN"/>
        </w:rPr>
        <w:br/>
      </w:r>
      <w:r>
        <w:rPr>
          <w:lang w:eastAsia="zh-CN"/>
        </w:rPr>
        <w:t>　　(2)议中探究;</w:t>
      </w:r>
      <w:r>
        <w:rPr>
          <w:lang w:eastAsia="zh-CN"/>
        </w:rPr>
        <w:br/>
      </w:r>
      <w:r>
        <w:rPr>
          <w:lang w:eastAsia="zh-CN"/>
        </w:rPr>
        <w:t>　　(3)汇报中探究。</w:t>
      </w:r>
      <w:r>
        <w:rPr>
          <w:lang w:eastAsia="zh-CN"/>
        </w:rPr>
        <w:br/>
      </w:r>
      <w:r>
        <w:rPr>
          <w:lang w:eastAsia="zh-CN"/>
        </w:rPr>
        <w:t>　　这样的安排，既可满足学生的心理需要，同时又发挥了群体的功能，又提高了学生自主参与学习的积极性和主动性。</w:t>
      </w:r>
      <w:r>
        <w:rPr>
          <w:lang w:eastAsia="zh-CN"/>
        </w:rPr>
        <w:br/>
      </w:r>
      <w:r>
        <w:rPr>
          <w:lang w:eastAsia="zh-CN"/>
        </w:rPr>
        <w:t>　　以上是我在本学期语文教学中的一些打算，我将尽职尽责，以人为本，使每一位学生都能得到最好的发展。</w:t>
      </w:r>
      <w:r>
        <w:rPr>
          <w:lang w:eastAsia="zh-CN"/>
        </w:rPr>
        <w:br/>
      </w:r>
      <w:r>
        <w:rPr>
          <w:lang w:eastAsia="zh-CN"/>
        </w:rPr>
        <w:t xml:space="preserve">    托班老师新学期工作计划 篇14 </w:t>
      </w:r>
      <w:r>
        <w:rPr>
          <w:lang w:eastAsia="zh-CN"/>
        </w:rPr>
        <w:br/>
      </w:r>
      <w:r>
        <w:rPr>
          <w:lang w:eastAsia="zh-CN"/>
        </w:rPr>
        <w:t>　　开学了，我又要进入紧张的学习生活了。为了在新学期取得更大的进步，我给自己制定了一个计划如下：</w:t>
      </w:r>
      <w:r>
        <w:rPr>
          <w:lang w:eastAsia="zh-CN"/>
        </w:rPr>
        <w:br/>
      </w:r>
      <w:r>
        <w:rPr>
          <w:lang w:eastAsia="zh-CN"/>
        </w:rPr>
        <w:t>　　1、上课认真听讲，积极回答老师提出的问题，勇于提出自己的疑问。</w:t>
      </w:r>
      <w:r>
        <w:rPr>
          <w:lang w:eastAsia="zh-CN"/>
        </w:rPr>
        <w:br/>
      </w:r>
      <w:r>
        <w:rPr>
          <w:lang w:eastAsia="zh-CN"/>
        </w:rPr>
        <w:t>　　2、认真完成老师布置的作业，一定要认真读题后再下笔，做到字体工整，作业整洁。遇到不会的一定要有耐心，多读几遍。要利用好工具书，一定不能怕麻烦。做错的.题目一定找出出错的原因，改正后记在错题集上，以便以后进行复习。</w:t>
      </w:r>
      <w:r>
        <w:rPr>
          <w:lang w:eastAsia="zh-CN"/>
        </w:rPr>
        <w:br/>
      </w:r>
      <w:r>
        <w:rPr>
          <w:lang w:eastAsia="zh-CN"/>
        </w:rPr>
        <w:t>　　3、每天读书1小时，做好读书笔记。</w:t>
      </w:r>
      <w:r>
        <w:rPr>
          <w:lang w:eastAsia="zh-CN"/>
        </w:rPr>
        <w:br/>
      </w:r>
      <w:r>
        <w:rPr>
          <w:lang w:eastAsia="zh-CN"/>
        </w:rPr>
        <w:t>　　4、每周至少写2篇博文。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5、每天坚持诵读《论语》10分钟。</w:t>
      </w:r>
      <w:r>
        <w:rPr>
          <w:lang w:eastAsia="zh-CN"/>
        </w:rPr>
        <w:br/>
      </w:r>
      <w:r>
        <w:rPr>
          <w:lang w:eastAsia="zh-CN"/>
        </w:rPr>
        <w:t>　　6、每天早晨坚持听10分钟英语。</w:t>
      </w:r>
      <w:r>
        <w:rPr>
          <w:lang w:eastAsia="zh-CN"/>
        </w:rPr>
        <w:br/>
      </w:r>
      <w:r>
        <w:rPr>
          <w:lang w:eastAsia="zh-CN"/>
        </w:rPr>
        <w:t>　　7、周末把本周学的内容复习一遍。</w:t>
      </w:r>
      <w:r>
        <w:rPr>
          <w:lang w:eastAsia="zh-CN"/>
        </w:rPr>
        <w:br/>
      </w:r>
      <w:r>
        <w:rPr>
          <w:lang w:eastAsia="zh-CN"/>
        </w:rPr>
        <w:t>　　8、坚持上书法班和金口才学习班。</w:t>
      </w:r>
      <w:r>
        <w:rPr>
          <w:lang w:eastAsia="zh-CN"/>
        </w:rPr>
        <w:br/>
      </w:r>
      <w:r>
        <w:rPr>
          <w:lang w:eastAsia="zh-CN"/>
        </w:rPr>
        <w:t>　　9、积极参加学校举办的各项活动。</w:t>
      </w:r>
      <w:r>
        <w:rPr>
          <w:lang w:eastAsia="zh-CN"/>
        </w:rPr>
        <w:br/>
      </w:r>
      <w:r>
        <w:rPr>
          <w:lang w:eastAsia="zh-CN"/>
        </w:rPr>
        <w:t>　　10、帮父母做一些力所能及的家务，以减轻父母的负担。尽自己的力量帮助有困难的同学。</w:t>
      </w:r>
      <w:r>
        <w:rPr>
          <w:lang w:eastAsia="zh-CN"/>
        </w:rPr>
        <w:br/>
      </w:r>
      <w:r>
        <w:rPr>
          <w:lang w:eastAsia="zh-CN"/>
        </w:rPr>
        <w:t>　　11、遵守学校的各项规章制度，尊敬师长，团结同学，以《小学生守则》严格要求自己，做一个德智体全面发展的少先队员。</w:t>
      </w:r>
      <w:r>
        <w:rPr>
          <w:lang w:eastAsia="zh-CN"/>
        </w:rPr>
        <w:br/>
      </w:r>
      <w:r>
        <w:rPr>
          <w:lang w:eastAsia="zh-CN"/>
        </w:rPr>
        <w:t>　　我会努力完成自己的计划，请大家做我的监督员，在我想偷懒的时候，不要忘了提醒我哦！</w:t>
      </w:r>
      <w:r>
        <w:rPr>
          <w:lang w:eastAsia="zh-CN"/>
        </w:rPr>
        <w:br/>
      </w:r>
      <w:r>
        <w:rPr>
          <w:lang w:eastAsia="zh-CN"/>
        </w:rPr>
        <w:t xml:space="preserve">    托班老师新学期工作计划 篇15 </w:t>
      </w:r>
      <w:r>
        <w:rPr>
          <w:lang w:eastAsia="zh-CN"/>
        </w:rPr>
        <w:br/>
      </w:r>
      <w:r>
        <w:rPr>
          <w:lang w:eastAsia="zh-CN"/>
        </w:rPr>
        <w:t>　　一、学习目标</w:t>
      </w:r>
      <w:r>
        <w:rPr>
          <w:lang w:eastAsia="zh-CN"/>
        </w:rPr>
        <w:br/>
      </w:r>
      <w:r>
        <w:rPr>
          <w:lang w:eastAsia="zh-CN"/>
        </w:rPr>
        <w:t>　　针对语文(1)完善优点，改正缺点;(2)掌握各部分知识点，完成学习任务;(3)多翻阅书籍，将其中有没局端记录下来，提高写作能力;(4)多思考，独自去理解分析难句、难段，提高阅读水平;(5)认真完成作业，并且要常温习，让自己记得更牢;(6)谦虚一点，不懂的问题要及时提出来，同大家一起讨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针对数学(1)思维活跃，大胆猜测;(2)多争取，学会计算技巧，提高解题能力;(3)课上认真听讲，课后认真完成作业;(4)上课多举手，要不断突破自己;(5)多去做些与课本内容相通的习题，合理拓展;(6)不能过于骄傲，应该学习别人的长处，弥补自己的短处。……</w:t>
      </w:r>
      <w:r>
        <w:rPr>
          <w:lang w:eastAsia="zh-CN"/>
        </w:rPr>
        <w:br/>
      </w:r>
      <w:r>
        <w:rPr>
          <w:lang w:eastAsia="zh-CN"/>
        </w:rPr>
        <w:t>　　针对英语(1)认读音标，自己学会拼读单词;(2)老师布置的作业认真完成;(3)经常去翻译英文，提高阅读理解能力;(4)课上不能分心，课后流利阅读英语短文;(5)多在课后拼写单词，听写时就不用愁了。……</w:t>
      </w:r>
      <w:r>
        <w:rPr>
          <w:lang w:eastAsia="zh-CN"/>
        </w:rPr>
        <w:br/>
      </w:r>
      <w:r>
        <w:rPr>
          <w:lang w:eastAsia="zh-CN"/>
        </w:rPr>
        <w:t>　　二、行动措施</w:t>
      </w:r>
      <w:r>
        <w:rPr>
          <w:lang w:eastAsia="zh-CN"/>
        </w:rPr>
        <w:br/>
      </w:r>
      <w:r>
        <w:rPr>
          <w:lang w:eastAsia="zh-CN"/>
        </w:rPr>
        <w:t>　　(1)多利用零碎时间，用来学习;(2)多接触一些好学生，俗话说：近朱者红，近墨者黑嘛，我应该学习他们的优点;(3)上课认真做好笔记(4)多翻阅好的书籍，可以跟其他同学交换，这样就有看不完的书啦;(5)多参加一些社会组织的活动，多去实践，不断突破自己。</w:t>
      </w:r>
      <w:r>
        <w:rPr>
          <w:lang w:eastAsia="zh-CN"/>
        </w:rPr>
        <w:br/>
      </w:r>
      <w:r>
        <w:rPr>
          <w:lang w:eastAsia="zh-CN"/>
        </w:rPr>
        <w:t>　　三、总结计划</w:t>
      </w:r>
      <w:r>
        <w:rPr>
          <w:lang w:eastAsia="zh-CN"/>
        </w:rPr>
        <w:br/>
      </w:r>
      <w:r>
        <w:rPr>
          <w:lang w:eastAsia="zh-CN"/>
        </w:rPr>
        <w:t>　　对于自己的学习目标，我一定会努力实现，相信通过努力，我可以学到更多的知识，所以我要不断争取，冲到前头去。在最后的学期里，我是不会松懈的，因为我也想在毕业考中取得好成绩嘛!</w:t>
      </w:r>
      <w:r>
        <w:rPr>
          <w:lang w:eastAsia="zh-CN"/>
        </w:rPr>
        <w:br/>
      </w:r>
      <w:r>
        <w:rPr>
          <w:lang w:eastAsia="zh-CN"/>
        </w:rPr>
        <w:t>　　第二篇</w:t>
      </w:r>
      <w:r>
        <w:rPr>
          <w:lang w:eastAsia="zh-CN"/>
        </w:rPr>
        <w:br/>
      </w:r>
      <w:r>
        <w:rPr>
          <w:lang w:eastAsia="zh-CN"/>
        </w:rPr>
        <w:t>　　新的学期就要到来了，为了使下个学期的学习成绩进步、各科成绩优异、不偏科，我新学期的打算如下：</w:t>
      </w:r>
      <w:r>
        <w:rPr>
          <w:lang w:eastAsia="zh-CN"/>
        </w:rPr>
        <w:br/>
      </w:r>
      <w:r>
        <w:rPr>
          <w:lang w:eastAsia="zh-CN"/>
        </w:rPr>
        <w:t>　　一、做好预习。预习是学好各科的第一个环节，所以预习应做到：1、粗读教材，找出这节与哪些旧知识有联系，并复习这些知识;2、列写出这节的内容提要;3、找出这节的重点与难点;4、找出课堂上应解决的重点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二、听课。学习每门功课，一个很重要的环节就是要听好课，听课应做到：1、要有明确的学习目的;2、听课要特别注重“理解”。</w:t>
      </w:r>
      <w:r>
        <w:rPr>
          <w:lang w:eastAsia="zh-CN"/>
        </w:rPr>
        <w:br/>
      </w:r>
      <w:r>
        <w:rPr>
          <w:lang w:eastAsia="zh-CN"/>
        </w:rPr>
        <w:t>　　三、做课堂笔记。做笔记对复习、作业有好处，做课堂笔记应：1、笔记要简明扼要;2、课堂上做好笔记后，还要学会课后及时整理笔记。</w:t>
      </w:r>
      <w:r>
        <w:rPr>
          <w:lang w:eastAsia="zh-CN"/>
        </w:rPr>
        <w:br/>
      </w:r>
      <w:r>
        <w:rPr>
          <w:lang w:eastAsia="zh-CN"/>
        </w:rPr>
        <w:t>　　四、做作业。1、做作业之前，必须对当天所学的知识认真复习，理解其确切涵义，明确起适用条件，弄清运用其解题的步骤;2、认真审题，弄清题设条件和做题要求;3、明确解题思路，确定解题方法步骤;4、认真仔细做题，不可马虎从事，做完后还要认真检查;5、及时总结经验教训，积累解题技巧，提高解题能力;6、遇到不会做的题，不要急于问老师，更不能抄袭别人的作业，要在复习功课的基础上，要通过层层分析，步步推理，多方联系，理出头绪，要下决心独立完成作业;7、像历史、地理、生物、政治这些需要背的科目，要先背再做。</w:t>
      </w:r>
      <w:r>
        <w:rPr>
          <w:lang w:eastAsia="zh-CN"/>
        </w:rPr>
        <w:br/>
      </w:r>
      <w:r>
        <w:rPr>
          <w:lang w:eastAsia="zh-CN"/>
        </w:rPr>
        <w:t>　　五、课后复习。1、及时复习;2、计划复习;3、课本、笔记和教辅资料一起运用;4、提高复习质量。</w:t>
      </w:r>
      <w:r>
        <w:rPr>
          <w:lang w:eastAsia="zh-CN"/>
        </w:rPr>
        <w:br/>
      </w:r>
      <w:r>
        <w:rPr>
          <w:lang w:eastAsia="zh-CN"/>
        </w:rPr>
        <w:t>　　做好以上五点是不容易的，需要持之以恒，但为了美好的未来，我决心做到。</w:t>
      </w:r>
      <w:r>
        <w:rPr>
          <w:lang w:eastAsia="zh-CN"/>
        </w:rPr>
        <w:br/>
      </w:r>
      <w:r>
        <w:rPr>
          <w:lang w:eastAsia="zh-CN"/>
        </w:rPr>
        <w:t xml:space="preserve">    托班老师新学期工作计划 篇16 </w:t>
      </w:r>
      <w:r>
        <w:rPr>
          <w:lang w:eastAsia="zh-CN"/>
        </w:rPr>
        <w:br/>
      </w:r>
      <w:r>
        <w:rPr>
          <w:lang w:eastAsia="zh-CN"/>
        </w:rPr>
        <w:t>　　终于在将近零点的时候完成了新学期的《始业教育计划》、《第四册语文教学工作计划》。</w:t>
      </w:r>
      <w:r>
        <w:rPr>
          <w:lang w:eastAsia="zh-CN"/>
        </w:rPr>
        <w:br/>
      </w:r>
    </w:p>
    <w:p w:rsidR="001B1F19" w14:textId="27C3F48A">
      <w:pPr>
        <w:rPr>
          <w:rFonts w:hint="eastAsia"/>
          <w:lang w:eastAsia="zh-CN"/>
        </w:rPr>
      </w:pPr>
      <w:r>
        <w:rPr>
          <w:lang w:eastAsia="zh-CN"/>
        </w:rPr>
        <w:t>　　“计划工作就是在我们现在所处的地方和我们想要去的地方之间铺路搭桥。”——说得真好！新年里就让我以制订计划开始这个学期的工作吧！</w:t>
      </w:r>
      <w:r>
        <w:rPr>
          <w:lang w:eastAsia="zh-CN"/>
        </w:rPr>
        <w:br/>
      </w:r>
      <w:r>
        <w:rPr>
          <w:lang w:eastAsia="zh-CN"/>
        </w:rPr>
        <w:t>　　看到一篇可能是中学生写的介绍学习计划重要性的短文，特把它附上，激励自己思维和目标要跑在前头，行动要紧跟在后头！还可以把它深入浅出地介绍给学生，让他们从小明白计划对学习的重要性！</w:t>
      </w:r>
      <w:r>
        <w:rPr>
          <w:lang w:eastAsia="zh-CN"/>
        </w:rPr>
        <w:br/>
      </w:r>
      <w:r>
        <w:rPr>
          <w:lang w:eastAsia="zh-CN"/>
        </w:rPr>
        <w:t>　　1、明确目标，鼓舞斗志</w:t>
      </w:r>
      <w:r>
        <w:rPr>
          <w:lang w:eastAsia="zh-CN"/>
        </w:rPr>
        <w:br/>
      </w:r>
      <w:r>
        <w:rPr>
          <w:lang w:eastAsia="zh-CN"/>
        </w:rPr>
        <w:t>　　人们常说，如果一个人没有了希望，也就没有勇气；如果没有了目标，也就没有了动力。而计划之中，恰恰包含着一个人的希望和目标，对这种目标和希望，计划之中虽然没有过多地进行修饰和描绘，但实际上它里面已经包含着一个灿烂的前景和美好未来。而这种前景和未来对一个人的鼓舞力量是难以估量的。</w:t>
      </w:r>
      <w:r>
        <w:rPr>
          <w:lang w:eastAsia="zh-CN"/>
        </w:rPr>
        <w:br/>
      </w:r>
      <w:r>
        <w:rPr>
          <w:lang w:eastAsia="zh-CN"/>
        </w:rPr>
        <w:t>　　2、循序渐进，提高效率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https://d.book118.com/927106002014006044</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710600201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