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我刚可把车停得好好的</w:t>
        <w:br/>
        <w:t>You</w:t>
      </w:r>
      <w:r>
        <w:t xml:space="preserve"> do</w:t>
      </w:r>
      <w:r>
        <w:t xml:space="preserve"> realize</w:t>
      </w:r>
      <w:r>
        <w:t xml:space="preserve"> I</w:t>
      </w:r>
      <w:r>
        <w:t xml:space="preserve"> had</w:t>
      </w:r>
      <w:r>
        <w:t xml:space="preserve"> the</w:t>
      </w:r>
      <w:r>
        <w:t xml:space="preserve"> truck</w:t>
      </w:r>
      <w:r>
        <w:t xml:space="preserve"> perfectly</w:t>
      </w:r>
      <w:r>
        <w:t xml:space="preserve"> packed,</w:t>
      </w:r>
      <w:r>
        <w:t xml:space="preserve"> right?</w:t>
        <w:br/>
        <w:t>俄&amp;hearts;罗&amp;hearts;斯&amp;hearts;方块风格</w:t>
      </w:r>
      <w:r>
        <w:t xml:space="preserve"> 简直可称为艺术品好吗</w:t>
        <w:br/>
        <w:t>It</w:t>
      </w:r>
      <w:r>
        <w:t xml:space="preserve"> was...</w:t>
      </w:r>
      <w:r>
        <w:t xml:space="preserve"> Tetris</w:t>
      </w:r>
      <w:r>
        <w:t xml:space="preserve"> style,</w:t>
      </w:r>
      <w:r>
        <w:t xml:space="preserve"> verging</w:t>
      </w:r>
      <w:r>
        <w:t xml:space="preserve"> on</w:t>
      </w:r>
      <w:r>
        <w:t xml:space="preserve"> art.</w:t>
        <w:br/>
        <w:t>行</w:t>
      </w:r>
      <w:r>
        <w:t xml:space="preserve"> 又要跟我玩捉迷藏是不是</w:t>
        <w:br/>
        <w:t>Okay,</w:t>
      </w:r>
      <w:r>
        <w:t xml:space="preserve"> so</w:t>
      </w:r>
      <w:r>
        <w:t xml:space="preserve"> we're</w:t>
      </w:r>
      <w:r>
        <w:t xml:space="preserve"> playing</w:t>
      </w:r>
      <w:r>
        <w:t xml:space="preserve"> a</w:t>
      </w:r>
      <w:r>
        <w:t xml:space="preserve"> little</w:t>
      </w:r>
      <w:r>
        <w:t xml:space="preserve"> hide-and-seek</w:t>
      </w:r>
      <w:r>
        <w:t xml:space="preserve"> here.</w:t>
        <w:br/>
        <w:t>在这儿啊</w:t>
        <w:br/>
        <w:t>Ah,</w:t>
      </w:r>
      <w:r>
        <w:t xml:space="preserve"> yeah.</w:t>
        <w:br/>
        <w:t>我亲爱的宝贝</w:t>
      </w:r>
      <w:r>
        <w:t xml:space="preserve"> 你真是纯度极高的白&amp;hearts;痴&amp;hearts;</w:t>
        <w:br/>
        <w:t>You,</w:t>
      </w:r>
      <w:r>
        <w:t xml:space="preserve"> my</w:t>
      </w:r>
      <w:r>
        <w:t xml:space="preserve"> darling,</w:t>
      </w:r>
      <w:r>
        <w:t xml:space="preserve"> are</w:t>
      </w:r>
      <w:r>
        <w:t xml:space="preserve"> a</w:t>
      </w:r>
      <w:r>
        <w:t xml:space="preserve"> complete</w:t>
      </w:r>
      <w:r>
        <w:t xml:space="preserve"> idiot.</w:t>
        <w:br/>
        <w:t>我不想走啦</w:t>
      </w:r>
      <w:r>
        <w:t xml:space="preserve"> 快跟我说咱不用走了</w:t>
        <w:br/>
        <w:t>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go.</w:t>
      </w:r>
      <w:r>
        <w:t xml:space="preserve"> Please</w:t>
      </w:r>
      <w:r>
        <w:t xml:space="preserve"> just</w:t>
      </w:r>
      <w:r>
        <w:t xml:space="preserve"> tell</w:t>
      </w:r>
      <w:r>
        <w:t xml:space="preserve"> me</w:t>
      </w:r>
      <w:r>
        <w:t xml:space="preserve"> we</w:t>
      </w:r>
      <w:r>
        <w:t xml:space="preserve"> don't</w:t>
      </w:r>
      <w:r>
        <w:t xml:space="preserve"> have</w:t>
      </w:r>
      <w:r>
        <w:t xml:space="preserve"> to</w:t>
      </w:r>
      <w:r>
        <w:t xml:space="preserve"> leave.</w:t>
        <w:br/>
        <w:t>骗骗我都行啦</w:t>
      </w:r>
      <w:r>
        <w:t xml:space="preserve"> 我不在乎</w:t>
        <w:br/>
        <w:t>I</w:t>
      </w:r>
      <w:r>
        <w:t xml:space="preserve"> don't</w:t>
      </w:r>
      <w:r>
        <w:t xml:space="preserve"> care.</w:t>
      </w:r>
      <w:r>
        <w:t xml:space="preserve"> Lie</w:t>
      </w:r>
      <w:r>
        <w:t xml:space="preserve"> to</w:t>
      </w:r>
      <w:r>
        <w:t xml:space="preserve"> me.</w:t>
        <w:br/>
        <w:t>咱不走了</w:t>
        <w:br/>
        <w:t>We</w:t>
      </w:r>
      <w:r>
        <w:t xml:space="preserve"> don't</w:t>
      </w:r>
      <w:r>
        <w:t xml:space="preserve"> have</w:t>
      </w:r>
      <w:r>
        <w:t xml:space="preserve"> to</w:t>
      </w:r>
      <w:r>
        <w:t xml:space="preserve"> leave.</w:t>
      </w:r>
      <w:r>
        <w:t xml:space="preserve"> </w:t>
        <w:br/>
        <w:t>真的吗?</w:t>
        <w:br/>
        <w:t>Really?</w:t>
        <w:br/>
        <w:t>真的</w:t>
      </w:r>
      <w:r>
        <w:t xml:space="preserve"> 请病假呗</w:t>
        <w:br/>
        <w:t>Sure.</w:t>
      </w:r>
      <w:r>
        <w:t xml:space="preserve"> We'll</w:t>
      </w:r>
      <w:r>
        <w:t xml:space="preserve"> call</w:t>
      </w:r>
      <w:r>
        <w:t xml:space="preserve"> in</w:t>
      </w:r>
      <w:r>
        <w:t xml:space="preserve"> sick.</w:t>
        <w:br/>
        <w:t>就说是食物中毒</w:t>
      </w:r>
      <w:r>
        <w:t xml:space="preserve"> </w:t>
        <w:br/>
        <w:t>Food</w:t>
      </w:r>
      <w:r>
        <w:t xml:space="preserve"> poisoning.</w:t>
      </w:r>
      <w:r>
        <w:t xml:space="preserve"> </w:t>
        <w:br/>
        <w:t>都怪你昨晚抓的那条小鱼</w:t>
        <w:br/>
        <w:t>We'll</w:t>
      </w:r>
      <w:r>
        <w:t xml:space="preserve"> blame</w:t>
      </w:r>
      <w:r>
        <w:t xml:space="preserve"> it</w:t>
      </w:r>
      <w:r>
        <w:t xml:space="preserve"> on</w:t>
      </w:r>
      <w:r>
        <w:t xml:space="preserve"> that</w:t>
      </w:r>
      <w:r>
        <w:t xml:space="preserve"> tiny</w:t>
      </w:r>
      <w:r>
        <w:t xml:space="preserve"> little</w:t>
      </w:r>
      <w:r>
        <w:t xml:space="preserve"> fish</w:t>
      </w:r>
      <w:r>
        <w:t xml:space="preserve"> you</w:t>
      </w:r>
      <w:r>
        <w:t xml:space="preserve"> caught</w:t>
      </w:r>
      <w:r>
        <w:t xml:space="preserve"> last</w:t>
      </w:r>
      <w:r>
        <w:t xml:space="preserve"> night.</w:t>
        <w:br/>
        <w:t>好吗?</w:t>
      </w:r>
      <w:r>
        <w:t xml:space="preserve"> 咱再待一周</w:t>
        <w:br/>
        <w:t>All</w:t>
      </w:r>
      <w:r>
        <w:t xml:space="preserve"> right?</w:t>
      </w:r>
      <w:r>
        <w:t xml:space="preserve"> We'll</w:t>
      </w:r>
      <w:r>
        <w:t xml:space="preserve"> stay</w:t>
      </w:r>
      <w:r>
        <w:t xml:space="preserve"> another</w:t>
      </w:r>
      <w:r>
        <w:t xml:space="preserve"> week.</w:t>
        <w:br/>
        <w:t>好吗?</w:t>
        <w:br/>
        <w:t>Yeah?</w:t>
      </w:r>
      <w:r>
        <w:t xml:space="preserve"> </w:t>
        <w:br/>
        <w:t>好啊</w:t>
        <w:br/>
        <w:t>Yeah.</w:t>
        <w:br/>
        <w:t>起来吧</w:t>
      </w:r>
      <w:r>
        <w:t xml:space="preserve"> Oliver不会介意的</w:t>
      </w:r>
      <w:r>
        <w:t xml:space="preserve"> </w:t>
        <w:br/>
        <w:t>Come</w:t>
      </w:r>
      <w:r>
        <w:t xml:space="preserve"> on.</w:t>
      </w:r>
      <w:r>
        <w:t xml:space="preserve"> Oliver</w:t>
      </w:r>
      <w:r>
        <w:t xml:space="preserve"> won't</w:t>
      </w:r>
      <w:r>
        <w:t xml:space="preserve"> care,</w:t>
      </w:r>
      <w:r>
        <w:t xml:space="preserve"> </w:t>
        <w:br/>
        <w:t>咱俩高兴</w:t>
      </w:r>
      <w:r>
        <w:t xml:space="preserve"> 他就高兴了</w:t>
        <w:br/>
        <w:t>he's</w:t>
      </w:r>
      <w:r>
        <w:t xml:space="preserve"> just</w:t>
      </w:r>
      <w:r>
        <w:t xml:space="preserve"> happy</w:t>
      </w:r>
      <w:r>
        <w:t xml:space="preserve"> we're</w:t>
      </w:r>
      <w:r>
        <w:t xml:space="preserve"> having</w:t>
      </w:r>
      <w:r>
        <w:t xml:space="preserve"> fun.</w:t>
        <w:br/>
        <w:t>快把泳衣穿回去吧</w:t>
        <w:br/>
        <w:t>Let's</w:t>
      </w:r>
      <w:r>
        <w:t xml:space="preserve"> get</w:t>
      </w:r>
      <w:r>
        <w:t xml:space="preserve"> you</w:t>
      </w:r>
      <w:r>
        <w:t xml:space="preserve"> back</w:t>
      </w:r>
      <w:r>
        <w:t xml:space="preserve"> into</w:t>
      </w:r>
      <w:r>
        <w:t xml:space="preserve"> that</w:t>
      </w:r>
      <w:r>
        <w:t xml:space="preserve"> bathing</w:t>
      </w:r>
      <w:r>
        <w:t xml:space="preserve"> suit.</w:t>
        <w:br/>
        <w:t>不是吧?</w:t>
        <w:br/>
        <w:t>Seriously?</w:t>
      </w:r>
      <w:r>
        <w:t xml:space="preserve"> </w:t>
        <w:br/>
        <w:t>当然不是</w:t>
        <w:br/>
        <w:t>No.</w:t>
        <w:br/>
        <w:t>McNally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你泳衣还湿着呢</w:t>
        <w:br/>
        <w:t>McNally,</w:t>
      </w:r>
      <w:r>
        <w:t xml:space="preserve"> your</w:t>
      </w:r>
      <w:r>
        <w:t xml:space="preserve"> bathing</w:t>
      </w:r>
      <w:r>
        <w:t xml:space="preserve"> suit's</w:t>
      </w:r>
      <w:r>
        <w:t xml:space="preserve"> still</w:t>
      </w:r>
      <w:r>
        <w:t xml:space="preserve"> wet.</w:t>
        <w:br/>
        <w:t>我怎么可能让你穿湿泳衣</w:t>
      </w:r>
      <w:r>
        <w:t xml:space="preserve"> 我又不是混&amp;hearts;蛋&amp;hearts;</w:t>
        <w:br/>
        <w:t>I'm</w:t>
      </w:r>
      <w:r>
        <w:t xml:space="preserve"> not</w:t>
      </w:r>
      <w:r>
        <w:t xml:space="preserve"> gonna</w:t>
      </w:r>
      <w:r>
        <w:t xml:space="preserve"> put</w:t>
      </w:r>
      <w:r>
        <w:t xml:space="preserve"> you</w:t>
      </w:r>
      <w:r>
        <w:t xml:space="preserve"> back</w:t>
      </w:r>
      <w:r>
        <w:t xml:space="preserve"> into</w:t>
      </w:r>
      <w:r>
        <w:t xml:space="preserve"> a</w:t>
      </w:r>
      <w:r>
        <w:t xml:space="preserve"> wet</w:t>
      </w:r>
      <w:r>
        <w:t xml:space="preserve"> bathing</w:t>
      </w:r>
      <w:r>
        <w:t xml:space="preserve"> suit.</w:t>
      </w:r>
      <w:r>
        <w:t xml:space="preserve"> I'm</w:t>
      </w:r>
      <w:r>
        <w:t xml:space="preserve"> not</w:t>
      </w:r>
      <w:r>
        <w:t xml:space="preserve"> a</w:t>
      </w:r>
      <w:r>
        <w:t xml:space="preserve"> monster.</w:t>
        <w:br/>
        <w:t>真的吗?</w:t>
        <w:br/>
        <w:t>Are</w:t>
      </w:r>
      <w:r>
        <w:t xml:space="preserve"> you</w:t>
      </w:r>
      <w:r>
        <w:t xml:space="preserve"> sure?</w:t>
      </w:r>
      <w:r>
        <w:t xml:space="preserve"> </w:t>
        <w:br/>
        <w:t>好吧我是混&amp;hearts;蛋&amp;hearts;</w:t>
        <w:br/>
        <w:t>Maybe</w:t>
      </w:r>
      <w:r>
        <w:t xml:space="preserve"> I</w:t>
      </w:r>
      <w:r>
        <w:t xml:space="preserve"> am.</w:t>
        <w:br/>
        <w:t>不行</w:t>
      </w:r>
      <w:r>
        <w:t xml:space="preserve"> Nick</w:t>
        <w:br/>
        <w:t>I</w:t>
      </w:r>
      <w:r>
        <w:t xml:space="preserve"> can't,</w:t>
      </w:r>
      <w:r>
        <w:t xml:space="preserve"> Nick.</w:t>
        <w:br/>
        <w:t>我不行了</w:t>
      </w:r>
      <w:r>
        <w:t xml:space="preserve"> 天哪</w:t>
        <w:br/>
        <w:t>I</w:t>
      </w:r>
      <w:r>
        <w:t xml:space="preserve"> can't.</w:t>
      </w:r>
      <w:r>
        <w:t xml:space="preserve"> Oh,</w:t>
      </w:r>
      <w:r>
        <w:t xml:space="preserve"> my</w:t>
      </w:r>
      <w:r>
        <w:t xml:space="preserve"> god.</w:t>
        <w:br/>
        <w:t>为什么引体向上这么难</w:t>
      </w:r>
      <w:r>
        <w:t xml:space="preserve"> 这不是我自己的身体吗?</w:t>
        <w:br/>
        <w:t>How</w:t>
      </w:r>
      <w:r>
        <w:t xml:space="preserve"> is</w:t>
      </w:r>
      <w:r>
        <w:t xml:space="preserve"> it</w:t>
      </w:r>
      <w:r>
        <w:t xml:space="preserve"> that</w:t>
      </w:r>
      <w:r>
        <w:t xml:space="preserve"> lifting</w:t>
      </w:r>
      <w:r>
        <w:t xml:space="preserve"> myself</w:t>
      </w:r>
      <w:r>
        <w:t xml:space="preserve"> up</w:t>
      </w:r>
      <w:r>
        <w:t xml:space="preserve"> with</w:t>
      </w:r>
      <w:r>
        <w:t xml:space="preserve"> my</w:t>
      </w:r>
      <w:r>
        <w:t xml:space="preserve"> own</w:t>
      </w:r>
      <w:r>
        <w:t xml:space="preserve"> arms</w:t>
      </w:r>
      <w:r>
        <w:t xml:space="preserve"> is</w:t>
      </w:r>
      <w:r>
        <w:t xml:space="preserve"> utterly</w:t>
      </w:r>
      <w:r>
        <w:t xml:space="preserve"> impossible?</w:t>
        <w:br/>
        <w:t>加油</w:t>
      </w:r>
      <w:r>
        <w:t xml:space="preserve"> 你做得到的</w:t>
      </w:r>
      <w:r>
        <w:t xml:space="preserve"> 这是训练</w:t>
        <w:br/>
        <w:t>Come</w:t>
      </w:r>
      <w:r>
        <w:t xml:space="preserve"> on,</w:t>
      </w:r>
      <w:r>
        <w:t xml:space="preserve"> you</w:t>
      </w:r>
      <w:r>
        <w:t xml:space="preserve"> can</w:t>
      </w:r>
      <w:r>
        <w:t xml:space="preserve"> do</w:t>
      </w:r>
      <w:r>
        <w:t xml:space="preserve"> it.We're</w:t>
      </w:r>
      <w:r>
        <w:t xml:space="preserve"> in</w:t>
      </w:r>
      <w:r>
        <w:t xml:space="preserve"> training.</w:t>
        <w:br/>
        <w:t>训练什么啊?</w:t>
        <w:br/>
        <w:t>For</w:t>
      </w:r>
      <w:r>
        <w:t xml:space="preserve"> what?</w:t>
      </w:r>
      <w:r>
        <w:t xml:space="preserve"> </w:t>
        <w:br/>
        <w:t>来</w:t>
      </w:r>
      <w:r>
        <w:t xml:space="preserve"> 我帮你</w:t>
        <w:br/>
        <w:t>Here.</w:t>
      </w:r>
      <w:r>
        <w:t xml:space="preserve"> Let's</w:t>
      </w:r>
      <w:r>
        <w:t xml:space="preserve"> go.</w:t>
        <w:br/>
        <w:t>准备好了吗?</w:t>
        <w:br/>
        <w:t>Come</w:t>
      </w:r>
      <w:r>
        <w:t xml:space="preserve"> on.</w:t>
      </w:r>
      <w:r>
        <w:t xml:space="preserve"> Ready?</w:t>
      </w:r>
      <w:r>
        <w:t xml:space="preserve"> </w:t>
        <w:br/>
        <w:t>我这么一个肯定会孤独终老的女人</w:t>
        <w:br/>
        <w:t>A</w:t>
      </w:r>
      <w:r>
        <w:t xml:space="preserve"> long</w:t>
      </w:r>
      <w:r>
        <w:t xml:space="preserve"> life</w:t>
      </w:r>
      <w:r>
        <w:t xml:space="preserve"> alone,</w:t>
      </w:r>
      <w:r>
        <w:t xml:space="preserve"> single,</w:t>
        <w:br/>
        <w:t>就算练出六块肌</w:t>
      </w:r>
      <w:r>
        <w:t xml:space="preserve"> 谁摸啊?</w:t>
        <w:br/>
        <w:t>with</w:t>
      </w:r>
      <w:r>
        <w:t xml:space="preserve"> a</w:t>
      </w:r>
      <w:r>
        <w:t xml:space="preserve"> six-pack</w:t>
      </w:r>
      <w:r>
        <w:t xml:space="preserve"> that</w:t>
      </w:r>
      <w:r>
        <w:t xml:space="preserve"> no</w:t>
      </w:r>
      <w:r>
        <w:t xml:space="preserve"> one's</w:t>
      </w:r>
      <w:r>
        <w:t xml:space="preserve"> ever</w:t>
      </w:r>
      <w:r>
        <w:t xml:space="preserve"> gonna</w:t>
      </w:r>
      <w:r>
        <w:t xml:space="preserve"> touch?</w:t>
        <w:br/>
        <w:t>没有</w:t>
      </w:r>
      <w:r>
        <w:t xml:space="preserve"> 我想加入特警</w:t>
        <w:br/>
        <w:t>No,</w:t>
      </w:r>
      <w:r>
        <w:t xml:space="preserve"> I'm</w:t>
      </w:r>
      <w:r>
        <w:t xml:space="preserve"> applying</w:t>
      </w:r>
      <w:r>
        <w:t xml:space="preserve"> to</w:t>
      </w:r>
      <w:r>
        <w:t xml:space="preserve"> ETF.</w:t>
        <w:br/>
        <w:t>什么?</w:t>
      </w:r>
      <w:r>
        <w:t xml:space="preserve"> 你要离开我?</w:t>
      </w:r>
      <w:r>
        <w:t xml:space="preserve"> 我就你这么一个朋友</w:t>
        <w:br/>
        <w:t>What?</w:t>
      </w:r>
      <w:r>
        <w:t xml:space="preserve"> You're</w:t>
      </w:r>
      <w:r>
        <w:t xml:space="preserve"> leaving</w:t>
      </w:r>
      <w:r>
        <w:t xml:space="preserve"> me?</w:t>
      </w:r>
      <w:r>
        <w:t xml:space="preserve"> You're</w:t>
      </w:r>
      <w:r>
        <w:t xml:space="preserve"> my</w:t>
      </w:r>
      <w:r>
        <w:t xml:space="preserve"> only</w:t>
      </w:r>
      <w:r>
        <w:t xml:space="preserve"> friend.</w:t>
        <w:br/>
        <w:t>全世界都跟我作对</w:t>
        <w:br/>
        <w:t>I'm</w:t>
      </w:r>
      <w:r>
        <w:t xml:space="preserve"> a</w:t>
      </w:r>
      <w:r>
        <w:t xml:space="preserve"> complete</w:t>
      </w:r>
      <w:r>
        <w:t xml:space="preserve"> pariah</w:t>
      </w:r>
      <w:r>
        <w:t xml:space="preserve"> now.</w:t>
        <w:br/>
        <w:t>是哦</w:t>
      </w:r>
      <w:r>
        <w:t xml:space="preserve"> Chloe</w:t>
      </w:r>
      <w:r>
        <w:t xml:space="preserve"> 全世界都得围着你转</w:t>
        <w:br/>
        <w:t>Yes,</w:t>
      </w:r>
      <w:r>
        <w:t xml:space="preserve"> Chloe,</w:t>
      </w:r>
      <w:r>
        <w:t xml:space="preserve"> this</w:t>
      </w:r>
      <w:r>
        <w:t xml:space="preserve"> is</w:t>
      </w:r>
      <w:r>
        <w:t xml:space="preserve"> all</w:t>
      </w:r>
      <w:r>
        <w:t xml:space="preserve"> about</w:t>
      </w:r>
      <w:r>
        <w:t xml:space="preserve"> you.</w:t>
        <w:br/>
        <w:t>是因为Gail吗?</w:t>
        <w:br/>
        <w:t>Is</w:t>
      </w:r>
      <w:r>
        <w:t xml:space="preserve"> this</w:t>
      </w:r>
      <w:r>
        <w:t xml:space="preserve"> about</w:t>
      </w:r>
      <w:r>
        <w:t xml:space="preserve"> Gail?</w:t>
      </w:r>
      <w:r>
        <w:t xml:space="preserve"> </w:t>
        <w:br/>
        <w:t>不是</w:t>
        <w:br/>
        <w:t>No.</w:t>
        <w:br/>
        <w:t>Andy?</w:t>
        <w:br/>
        <w:t>Andy?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</w:t>
        <w:br/>
        <w:t>不是</w:t>
        <w:br/>
        <w:t>No.</w:t>
        <w:br/>
        <w:t>那是因为调戏你</w:t>
      </w:r>
      <w:r>
        <w:t xml:space="preserve"> 又不回你电&amp;hearts;话&amp;hearts;那个妹子?</w:t>
        <w:br/>
        <w:t>That</w:t>
      </w:r>
      <w:r>
        <w:t xml:space="preserve"> girl</w:t>
      </w:r>
      <w:r>
        <w:t xml:space="preserve"> you</w:t>
      </w:r>
      <w:r>
        <w:t xml:space="preserve"> made</w:t>
      </w:r>
      <w:r>
        <w:t xml:space="preserve"> out</w:t>
      </w:r>
      <w:r>
        <w:t xml:space="preserve"> with</w:t>
      </w:r>
      <w:r>
        <w:t xml:space="preserve"> who</w:t>
      </w:r>
      <w:r>
        <w:t xml:space="preserve"> never</w:t>
      </w:r>
      <w:r>
        <w:t xml:space="preserve"> called</w:t>
      </w:r>
      <w:r>
        <w:t xml:space="preserve"> you</w:t>
      </w:r>
      <w:r>
        <w:t xml:space="preserve"> back?</w:t>
      </w:r>
      <w:r>
        <w:t xml:space="preserve"> </w:t>
        <w:br/>
        <w:t>到底为什么嘛?</w:t>
        <w:br/>
        <w:t>What</w:t>
      </w:r>
      <w:r>
        <w:t xml:space="preserve"> is</w:t>
      </w:r>
      <w:r>
        <w:t xml:space="preserve"> it?</w:t>
        <w:br/>
        <w:t>我就是想要点变化而已</w:t>
        <w:br/>
        <w:t>Look,</w:t>
      </w:r>
      <w:r>
        <w:t xml:space="preserve"> I</w:t>
      </w:r>
      <w:r>
        <w:t xml:space="preserve"> just</w:t>
      </w:r>
      <w:r>
        <w:t xml:space="preserve"> need</w:t>
      </w:r>
      <w:r>
        <w:t xml:space="preserve"> a</w:t>
      </w:r>
      <w:r>
        <w:t xml:space="preserve"> change,</w:t>
      </w:r>
      <w:r>
        <w:t xml:space="preserve"> okay?</w:t>
        <w:br/>
        <w:t>快!</w:t>
      </w:r>
      <w:r>
        <w:t xml:space="preserve"> 再做49个</w:t>
      </w:r>
      <w:r>
        <w:t xml:space="preserve"> 你就能跟我一起当特警了</w:t>
        <w:br/>
        <w:t>Come</w:t>
      </w:r>
      <w:r>
        <w:t xml:space="preserve"> on!</w:t>
      </w:r>
      <w:r>
        <w:t xml:space="preserve"> 49</w:t>
      </w:r>
      <w:r>
        <w:t xml:space="preserve"> more</w:t>
      </w:r>
      <w:r>
        <w:t xml:space="preserve"> of</w:t>
      </w:r>
      <w:r>
        <w:t xml:space="preserve"> these,</w:t>
      </w:r>
      <w:r>
        <w:t xml:space="preserve"> you</w:t>
      </w:r>
      <w:r>
        <w:t xml:space="preserve"> can</w:t>
      </w:r>
      <w:r>
        <w:t xml:space="preserve"> join</w:t>
      </w:r>
      <w:r>
        <w:t xml:space="preserve"> ETF</w:t>
      </w:r>
      <w:r>
        <w:t xml:space="preserve"> with</w:t>
      </w:r>
      <w:r>
        <w:t xml:space="preserve"> me.</w:t>
        <w:br/>
        <w:t>呵呵</w:t>
        <w:br/>
        <w:t>Very</w:t>
      </w:r>
      <w:r>
        <w:t xml:space="preserve"> funny.</w:t>
        <w:br/>
        <w:t>看好了</w:t>
        <w:br/>
        <w:t>Watch</w:t>
      </w:r>
      <w:r>
        <w:t xml:space="preserve"> this.</w:t>
        <w:br/>
        <w:t>2</w:t>
        <w:br/>
        <w:t>Two.</w:t>
        <w:br/>
        <w:t>上面怎么说到底?</w:t>
        <w:br/>
        <w:t>What's</w:t>
      </w:r>
      <w:r>
        <w:t xml:space="preserve"> it</w:t>
      </w:r>
      <w:r>
        <w:t xml:space="preserve"> say?</w:t>
        <w:br/>
        <w:t>不告诉你</w:t>
        <w:br/>
        <w:t>I</w:t>
      </w:r>
      <w:r>
        <w:t xml:space="preserve"> am</w:t>
      </w:r>
      <w:r>
        <w:t xml:space="preserve"> not</w:t>
      </w:r>
      <w:r>
        <w:t xml:space="preserve"> supposed</w:t>
      </w:r>
      <w:r>
        <w:t xml:space="preserve"> to</w:t>
      </w:r>
      <w:r>
        <w:t xml:space="preserve"> tell</w:t>
      </w:r>
      <w:r>
        <w:t xml:space="preserve"> you.</w:t>
      </w:r>
      <w:r>
        <w:t xml:space="preserve"> </w:t>
        <w:br/>
        <w:t>是吗?</w:t>
        <w:br/>
        <w:t>Really?</w:t>
        <w:br/>
        <w:t>我很擅长保守秘密的</w:t>
        <w:br/>
        <w:t>I'm</w:t>
      </w:r>
      <w:r>
        <w:t xml:space="preserve"> pretty</w:t>
      </w:r>
      <w:r>
        <w:t xml:space="preserve"> good</w:t>
      </w:r>
      <w:r>
        <w:t xml:space="preserve"> at</w:t>
      </w:r>
      <w:r>
        <w:t xml:space="preserve"> keeping</w:t>
      </w:r>
      <w:r>
        <w:t xml:space="preserve"> secrets.</w:t>
        <w:br/>
        <w:t>是哦</w:t>
      </w:r>
      <w:r>
        <w:t xml:space="preserve"> 化学报告出来了</w:t>
        <w:br/>
        <w:t>According</w:t>
      </w:r>
      <w:r>
        <w:t xml:space="preserve"> to</w:t>
      </w:r>
      <w:r>
        <w:t xml:space="preserve"> the</w:t>
      </w:r>
      <w:r>
        <w:t xml:space="preserve"> chemical</w:t>
      </w:r>
      <w:r>
        <w:t xml:space="preserve"> report,</w:t>
        <w:br/>
        <w:t>上面说证物室的那枚炸&amp;hearts;弹&amp;hearts;</w:t>
        <w:br/>
        <w:t>the</w:t>
      </w:r>
      <w:r>
        <w:t xml:space="preserve"> evidence</w:t>
      </w:r>
      <w:r>
        <w:t xml:space="preserve"> room</w:t>
      </w:r>
      <w:r>
        <w:t xml:space="preserve"> bomb</w:t>
      </w:r>
      <w:r>
        <w:t xml:space="preserve"> had</w:t>
      </w:r>
      <w:r>
        <w:t xml:space="preserve"> a</w:t>
      </w:r>
      <w:r>
        <w:t xml:space="preserve"> completely</w:t>
      </w:r>
      <w:r>
        <w:t xml:space="preserve"> different</w:t>
      </w:r>
      <w:r>
        <w:t xml:space="preserve"> signature</w:t>
        <w:br/>
        <w:t>跟Ted</w:t>
      </w:r>
      <w:r>
        <w:t xml:space="preserve"> McDonald用过的完全不同</w:t>
        <w:br/>
        <w:t>than</w:t>
      </w:r>
      <w:r>
        <w:t xml:space="preserve"> the</w:t>
      </w:r>
      <w:r>
        <w:t xml:space="preserve"> I.E.D.s</w:t>
      </w:r>
      <w:r>
        <w:t xml:space="preserve"> Ted</w:t>
      </w:r>
      <w:r>
        <w:t xml:space="preserve"> McDonald</w:t>
      </w:r>
      <w:r>
        <w:t xml:space="preserve"> was</w:t>
      </w:r>
      <w:r>
        <w:t xml:space="preserve"> using.</w:t>
        <w:br/>
        <w:t>也可能是他用了两种不同的炸&amp;hearts;弹&amp;hearts;</w:t>
        <w:br/>
        <w:t>He</w:t>
      </w:r>
      <w:r>
        <w:t xml:space="preserve"> could</w:t>
      </w:r>
      <w:r>
        <w:t xml:space="preserve"> have</w:t>
      </w:r>
      <w:r>
        <w:t xml:space="preserve"> used</w:t>
      </w:r>
      <w:r>
        <w:t xml:space="preserve"> two</w:t>
      </w:r>
      <w:r>
        <w:t xml:space="preserve"> different</w:t>
      </w:r>
      <w:r>
        <w:t xml:space="preserve"> kinds</w:t>
      </w:r>
      <w:r>
        <w:t xml:space="preserve"> of</w:t>
      </w:r>
      <w:r>
        <w:t xml:space="preserve"> bombs,</w:t>
        <w:br/>
        <w:t>但确实奇怪</w:t>
        <w:br/>
        <w:t>but</w:t>
      </w:r>
      <w:r>
        <w:t xml:space="preserve"> it's</w:t>
      </w:r>
      <w:r>
        <w:t xml:space="preserve"> weird.</w:t>
      </w:r>
      <w:r>
        <w:t xml:space="preserve"> </w:t>
        <w:br/>
        <w:t>不对劲</w:t>
        <w:br/>
        <w:t>Doesn't</w:t>
      </w:r>
      <w:r>
        <w:t xml:space="preserve"> make</w:t>
      </w:r>
      <w:r>
        <w:t xml:space="preserve"> any</w:t>
      </w:r>
      <w:r>
        <w:t xml:space="preserve"> sense.</w:t>
        <w:br/>
        <w:t>这人拼尽全力就为了让我们看他的证据</w:t>
        <w:br/>
        <w:t>All</w:t>
      </w:r>
      <w:r>
        <w:t xml:space="preserve"> this</w:t>
      </w:r>
      <w:r>
        <w:t xml:space="preserve"> guy</w:t>
      </w:r>
      <w:r>
        <w:t xml:space="preserve"> wanted</w:t>
      </w:r>
      <w:r>
        <w:t xml:space="preserve"> was</w:t>
      </w:r>
      <w:r>
        <w:t xml:space="preserve"> for</w:t>
      </w:r>
      <w:r>
        <w:t xml:space="preserve"> us</w:t>
      </w:r>
      <w:r>
        <w:t xml:space="preserve"> to</w:t>
      </w:r>
      <w:r>
        <w:t xml:space="preserve"> see</w:t>
      </w:r>
      <w:r>
        <w:t xml:space="preserve"> his</w:t>
      </w:r>
      <w:r>
        <w:t xml:space="preserve"> evidence.</w:t>
        <w:br/>
        <w:t>干嘛要毁掉呢?</w:t>
        <w:br/>
        <w:t>Why</w:t>
      </w:r>
      <w:r>
        <w:t xml:space="preserve"> would</w:t>
      </w:r>
      <w:r>
        <w:t xml:space="preserve"> he</w:t>
      </w:r>
      <w:r>
        <w:t xml:space="preserve"> destroy</w:t>
      </w:r>
      <w:r>
        <w:t xml:space="preserve"> it?</w:t>
      </w:r>
      <w:r>
        <w:t xml:space="preserve"> </w:t>
        <w:br/>
        <w:t>不知道</w:t>
        <w:br/>
        <w:t>I...</w:t>
      </w:r>
      <w:r>
        <w:t xml:space="preserve"> I</w:t>
      </w:r>
      <w:r>
        <w:t xml:space="preserve"> don't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know.</w:t>
        <w:br/>
        <w:t>真不敢相信我为了这种破事放弃了休假</w:t>
        <w:br/>
        <w:t>I</w:t>
      </w:r>
      <w:r>
        <w:t xml:space="preserve"> can't</w:t>
      </w:r>
      <w:r>
        <w:t xml:space="preserve"> believe</w:t>
      </w:r>
      <w:r>
        <w:t xml:space="preserve"> I</w:t>
      </w:r>
      <w:r>
        <w:t xml:space="preserve"> gave</w:t>
      </w:r>
      <w:r>
        <w:t xml:space="preserve"> up</w:t>
      </w:r>
      <w:r>
        <w:t xml:space="preserve"> my</w:t>
      </w:r>
      <w:r>
        <w:t xml:space="preserve"> vacation</w:t>
      </w:r>
      <w:r>
        <w:t xml:space="preserve"> for</w:t>
      </w:r>
      <w:r>
        <w:t xml:space="preserve"> this.</w:t>
        <w:br/>
        <w:t>Epstein</w:t>
      </w:r>
      <w:r>
        <w:t xml:space="preserve"> 我可没跟你保证过什么</w:t>
        <w:br/>
        <w:t>Epstein,</w:t>
      </w:r>
      <w:r>
        <w:t xml:space="preserve"> I</w:t>
      </w:r>
      <w:r>
        <w:t xml:space="preserve"> didn't</w:t>
      </w:r>
      <w:r>
        <w:t xml:space="preserve"> make</w:t>
      </w:r>
      <w:r>
        <w:t xml:space="preserve"> you</w:t>
      </w:r>
      <w:r>
        <w:t xml:space="preserve"> any</w:t>
      </w:r>
      <w:r>
        <w:t xml:space="preserve"> promises.</w:t>
      </w:r>
      <w:r>
        <w:t xml:space="preserve"> </w:t>
        <w:br/>
        <w:t>当时感觉是个好机会</w:t>
        <w:br/>
        <w:t>It</w:t>
      </w:r>
      <w:r>
        <w:t xml:space="preserve"> seemed</w:t>
      </w:r>
      <w:r>
        <w:t xml:space="preserve"> like</w:t>
      </w:r>
      <w:r>
        <w:t xml:space="preserve"> a</w:t>
      </w:r>
      <w:r>
        <w:t xml:space="preserve"> good</w:t>
      </w:r>
      <w:r>
        <w:t xml:space="preserve"> opportunity.</w:t>
        <w:br/>
        <w:t>结果我就是那个机会</w:t>
        <w:br/>
        <w:t>That</w:t>
      </w:r>
      <w:r>
        <w:t xml:space="preserve"> was</w:t>
      </w:r>
      <w:r>
        <w:t xml:space="preserve"> me</w:t>
      </w:r>
      <w:r>
        <w:t xml:space="preserve"> being</w:t>
      </w:r>
      <w:r>
        <w:t xml:space="preserve"> opportunity.</w:t>
        <w:br/>
        <w:t>哦</w:t>
        <w:br/>
        <w:t>Okay.</w:t>
        <w:br/>
        <w:t>你打算怎么办?</w:t>
        <w:br/>
        <w:t>So,</w:t>
      </w:r>
      <w:r>
        <w:t xml:space="preserve"> what</w:t>
      </w:r>
      <w:r>
        <w:t xml:space="preserve"> are</w:t>
      </w:r>
      <w:r>
        <w:t xml:space="preserve"> you</w:t>
      </w:r>
      <w:r>
        <w:t xml:space="preserve"> gonna</w:t>
      </w:r>
      <w:r>
        <w:t xml:space="preserve"> do?</w:t>
        <w:br/>
        <w:t>查清&amp;hearts;真&amp;hearts;&amp;hearts;相&amp;hearts;呗</w:t>
        <w:br/>
        <w:t>Well,</w:t>
      </w:r>
      <w:r>
        <w:t xml:space="preserve"> I'm</w:t>
      </w:r>
      <w:r>
        <w:t xml:space="preserve"> gonna</w:t>
      </w:r>
      <w:r>
        <w:t xml:space="preserve"> figure</w:t>
      </w:r>
      <w:r>
        <w:t xml:space="preserve"> out</w:t>
      </w:r>
      <w:r>
        <w:t xml:space="preserve"> what</w:t>
      </w:r>
      <w:r>
        <w:t xml:space="preserve"> happened.</w:t>
      </w:r>
      <w:r>
        <w:t xml:space="preserve"> </w:t>
        <w:br/>
        <w:t>我问的不是这个</w:t>
        <w:br/>
        <w:t>That's</w:t>
      </w:r>
      <w:r>
        <w:t xml:space="preserve"> not</w:t>
      </w:r>
      <w:r>
        <w:t xml:space="preserve"> what</w:t>
      </w:r>
      <w:r>
        <w:t xml:space="preserve"> I</w:t>
      </w:r>
      <w:r>
        <w:t xml:space="preserve"> meant.</w:t>
        <w:br/>
        <w:t>你得告诉他</w:t>
      </w:r>
      <w:r>
        <w:t xml:space="preserve"> Swarek是个好人</w:t>
        <w:br/>
        <w:t>You</w:t>
      </w:r>
      <w:r>
        <w:t xml:space="preserve"> have</w:t>
      </w:r>
      <w:r>
        <w:t xml:space="preserve"> to</w:t>
      </w:r>
      <w:r>
        <w:t xml:space="preserve"> tell</w:t>
      </w:r>
      <w:r>
        <w:t xml:space="preserve"> him.</w:t>
      </w:r>
      <w:r>
        <w:t xml:space="preserve"> Swarek's</w:t>
      </w:r>
      <w:r>
        <w:t xml:space="preserve"> a</w:t>
      </w:r>
      <w:r>
        <w:t xml:space="preserve"> good</w:t>
      </w:r>
      <w:r>
        <w:t xml:space="preserve"> guy.</w:t>
        <w:br/>
        <w:t>他会想知道你怀孕的</w:t>
      </w:r>
      <w:r>
        <w:t xml:space="preserve"> 换了哪个男人不想知道啊</w:t>
        <w:br/>
        <w:t>He's</w:t>
      </w:r>
      <w:r>
        <w:t xml:space="preserve"> gonna</w:t>
      </w:r>
      <w:r>
        <w:t xml:space="preserve"> want</w:t>
      </w:r>
      <w:r>
        <w:t xml:space="preserve"> to</w:t>
      </w:r>
      <w:r>
        <w:t xml:space="preserve"> know</w:t>
      </w:r>
      <w:r>
        <w:t xml:space="preserve"> you're</w:t>
      </w:r>
      <w:r>
        <w:t xml:space="preserve"> pregnant.</w:t>
      </w:r>
      <w:r>
        <w:t xml:space="preserve"> Any</w:t>
      </w:r>
      <w:r>
        <w:t xml:space="preserve"> guy</w:t>
      </w:r>
      <w:r>
        <w:t xml:space="preserve"> would.</w:t>
        <w:br/>
        <w:t>他们今天就回来</w:t>
      </w:r>
      <w:r>
        <w:t xml:space="preserve"> 今晚估计能在酒吧碰见他</w:t>
        <w:br/>
        <w:t>They're</w:t>
      </w:r>
      <w:r>
        <w:t xml:space="preserve"> driving</w:t>
      </w:r>
      <w:r>
        <w:t xml:space="preserve"> back</w:t>
      </w:r>
      <w:r>
        <w:t xml:space="preserve"> today.</w:t>
      </w:r>
      <w:r>
        <w:t xml:space="preserve"> He'll</w:t>
      </w:r>
      <w:r>
        <w:t xml:space="preserve"> probably</w:t>
      </w:r>
      <w:r>
        <w:t xml:space="preserve"> be</w:t>
      </w:r>
      <w:r>
        <w:t xml:space="preserve"> at</w:t>
      </w:r>
      <w:r>
        <w:t xml:space="preserve"> the</w:t>
      </w:r>
      <w:r>
        <w:t xml:space="preserve"> Penny</w:t>
      </w:r>
      <w:r>
        <w:t xml:space="preserve"> tonight.</w:t>
        <w:br/>
        <w:t>好</w:t>
        <w:br/>
        <w:t>Okay.</w:t>
        <w:br/>
        <w:t>好?</w:t>
        <w:br/>
        <w:t>Okay?</w:t>
        <w:br/>
        <w:t>好吧</w:t>
      </w:r>
      <w:r>
        <w:t xml:space="preserve"> 我...</w:t>
        <w:br/>
        <w:t>Okay,</w:t>
      </w:r>
      <w:r>
        <w:t xml:space="preserve"> I,</w:t>
      </w:r>
      <w:r>
        <w:t xml:space="preserve"> uh...</w:t>
        <w:br/>
        <w:t>我不知道</w:t>
        <w:br/>
        <w:t>I</w:t>
      </w:r>
      <w:r>
        <w:t xml:space="preserve"> don't</w:t>
      </w:r>
      <w:r>
        <w:t xml:space="preserve"> know.</w:t>
        <w:br/>
        <w:t>聊得很愉快</w:t>
        <w:br/>
        <w:t>Good</w:t>
      </w:r>
      <w:r>
        <w:t xml:space="preserve"> talk.</w:t>
        <w:br/>
        <w:t>Steve真会做饭吗?</w:t>
        <w:br/>
        <w:t>So,</w:t>
      </w:r>
      <w:r>
        <w:t xml:space="preserve"> does</w:t>
      </w:r>
      <w:r>
        <w:t xml:space="preserve"> Steve</w:t>
      </w:r>
      <w:r>
        <w:t xml:space="preserve"> actually</w:t>
      </w:r>
      <w:r>
        <w:t xml:space="preserve"> know</w:t>
      </w:r>
      <w:r>
        <w:t xml:space="preserve"> how</w:t>
      </w:r>
      <w:r>
        <w:t xml:space="preserve"> to</w:t>
      </w:r>
      <w:r>
        <w:t xml:space="preserve"> cook?</w:t>
        <w:br/>
        <w:t>不会</w:t>
      </w:r>
      <w:r>
        <w:t xml:space="preserve"> 你只要嚼一嚼</w:t>
      </w:r>
      <w:r>
        <w:t xml:space="preserve"> 笑一笑</w:t>
        <w:br/>
        <w:t>No,</w:t>
      </w:r>
      <w:r>
        <w:t xml:space="preserve"> but</w:t>
      </w:r>
      <w:r>
        <w:t xml:space="preserve"> you</w:t>
      </w:r>
      <w:r>
        <w:t xml:space="preserve"> just</w:t>
      </w:r>
      <w:r>
        <w:t xml:space="preserve"> chew,</w:t>
      </w:r>
      <w:r>
        <w:t xml:space="preserve"> and</w:t>
      </w:r>
      <w:r>
        <w:t xml:space="preserve"> then</w:t>
      </w:r>
      <w:r>
        <w:t xml:space="preserve"> you</w:t>
      </w:r>
      <w:r>
        <w:t xml:space="preserve"> smile,</w:t>
        <w:br/>
        <w:t>再嚼一嚼</w:t>
      </w:r>
      <w:r>
        <w:t xml:space="preserve"> 笑一笑就好</w:t>
        <w:br/>
        <w:t>and</w:t>
      </w:r>
      <w:r>
        <w:t xml:space="preserve"> then</w:t>
      </w:r>
      <w:r>
        <w:t xml:space="preserve"> you</w:t>
      </w:r>
      <w:r>
        <w:t xml:space="preserve"> chew,</w:t>
      </w:r>
      <w:r>
        <w:t xml:space="preserve"> and</w:t>
      </w:r>
      <w:r>
        <w:t xml:space="preserve"> then</w:t>
      </w:r>
      <w:r>
        <w:t xml:space="preserve"> you</w:t>
      </w:r>
      <w:r>
        <w:t xml:space="preserve"> smile.</w:t>
        <w:br/>
        <w:t>你俩没把木屋拆了吧</w:t>
        <w:br/>
        <w:t>Tell</w:t>
      </w:r>
      <w:r>
        <w:t xml:space="preserve"> me</w:t>
      </w:r>
      <w:r>
        <w:t xml:space="preserve"> that</w:t>
      </w:r>
      <w:r>
        <w:t xml:space="preserve"> my</w:t>
      </w:r>
      <w:r>
        <w:t xml:space="preserve"> cabin</w:t>
      </w:r>
      <w:r>
        <w:t xml:space="preserve"> is</w:t>
      </w:r>
      <w:r>
        <w:t xml:space="preserve"> in</w:t>
      </w:r>
      <w:r>
        <w:t xml:space="preserve"> one</w:t>
      </w:r>
      <w:r>
        <w:t xml:space="preserve"> piece.</w:t>
        <w:br/>
        <w:t>没拆啦</w:t>
        <w:br/>
        <w:t>It</w:t>
      </w:r>
      <w:r>
        <w:t xml:space="preserve"> is.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</w:t>
        <w:br/>
        <w:t>也差不多了</w:t>
        <w:br/>
        <w:t>Well,</w:t>
      </w:r>
      <w:r>
        <w:t xml:space="preserve"> barely.</w:t>
        <w:br/>
        <w:t>你俩爽死了吧</w:t>
        <w:br/>
        <w:t>Tell</w:t>
      </w:r>
      <w:r>
        <w:t xml:space="preserve"> me</w:t>
      </w:r>
      <w:r>
        <w:t xml:space="preserve"> that</w:t>
      </w:r>
      <w:r>
        <w:t xml:space="preserve"> you</w:t>
      </w:r>
      <w:r>
        <w:t xml:space="preserve"> had</w:t>
      </w:r>
      <w:r>
        <w:t xml:space="preserve"> a</w:t>
      </w:r>
      <w:r>
        <w:t xml:space="preserve"> wicked</w:t>
      </w:r>
      <w:r>
        <w:t xml:space="preserve"> time.</w:t>
        <w:br/>
        <w:t>超爽</w:t>
        <w:br/>
        <w:t>It</w:t>
      </w:r>
      <w:r>
        <w:t xml:space="preserve"> was</w:t>
      </w:r>
      <w:r>
        <w:t xml:space="preserve"> the</w:t>
      </w:r>
      <w:r>
        <w:t xml:space="preserve"> best.</w:t>
      </w:r>
      <w:r>
        <w:t xml:space="preserve"> </w:t>
        <w:br/>
        <w:t>谢谢</w:t>
        <w:br/>
        <w:t>Thank</w:t>
      </w:r>
      <w:r>
        <w:t xml:space="preserve"> you.</w:t>
        <w:br/>
        <w:t>很高兴见到你们</w:t>
        <w:br/>
        <w:t>It's</w:t>
      </w:r>
      <w:r>
        <w:t xml:space="preserve"> so</w:t>
      </w:r>
      <w:r>
        <w:t xml:space="preserve"> nice</w:t>
      </w:r>
      <w:r>
        <w:t xml:space="preserve"> to</w:t>
      </w:r>
      <w:r>
        <w:t xml:space="preserve"> see</w:t>
      </w:r>
      <w:r>
        <w:t xml:space="preserve"> you.</w:t>
        <w:br/>
        <w:t>我早上要去Steve家</w:t>
      </w:r>
      <w:r>
        <w:t xml:space="preserve"> 没想到给Leo订的双层床到了</w:t>
        <w:br/>
        <w:t>I</w:t>
      </w:r>
      <w:r>
        <w:t xml:space="preserve"> can't</w:t>
      </w:r>
      <w:r>
        <w:t xml:space="preserve"> believe</w:t>
      </w:r>
      <w:r>
        <w:t xml:space="preserve"> Leo's</w:t>
      </w:r>
      <w:r>
        <w:t xml:space="preserve"> bunk</w:t>
      </w:r>
      <w:r>
        <w:t xml:space="preserve"> bed's</w:t>
      </w:r>
      <w:r>
        <w:t xml:space="preserve"> coming</w:t>
      </w:r>
      <w:r>
        <w:t xml:space="preserve"> the</w:t>
      </w:r>
      <w:r>
        <w:t xml:space="preserve"> one</w:t>
      </w:r>
      <w:r>
        <w:t xml:space="preserve"> morning</w:t>
      </w:r>
      <w:r>
        <w:t xml:space="preserve"> I</w:t>
      </w:r>
      <w:r>
        <w:t xml:space="preserve"> might</w:t>
      </w:r>
      <w:r>
        <w:t xml:space="preserve"> be</w:t>
      </w:r>
      <w:r>
        <w:t xml:space="preserve"> at</w:t>
      </w:r>
      <w:r>
        <w:t xml:space="preserve"> Steve's.</w:t>
        <w:br/>
        <w:t>就是啊</w:t>
        <w:br/>
        <w:t>I</w:t>
      </w:r>
      <w:r>
        <w:t xml:space="preserve"> know.</w:t>
      </w:r>
      <w:r>
        <w:t xml:space="preserve"> </w:t>
        <w:br/>
        <w:t>你还愿意住我家吗?</w:t>
        <w:br/>
        <w:t>Are</w:t>
      </w:r>
      <w:r>
        <w:t xml:space="preserve"> you,</w:t>
      </w:r>
      <w:r>
        <w:t xml:space="preserve"> uh,</w:t>
      </w:r>
      <w:r>
        <w:t xml:space="preserve"> still</w:t>
      </w:r>
      <w:r>
        <w:t xml:space="preserve"> okay</w:t>
      </w:r>
      <w:r>
        <w:t xml:space="preserve"> to</w:t>
      </w:r>
      <w:r>
        <w:t xml:space="preserve"> stay</w:t>
      </w:r>
      <w:r>
        <w:t xml:space="preserve"> at</w:t>
      </w:r>
      <w:r>
        <w:t xml:space="preserve"> my</w:t>
      </w:r>
      <w:r>
        <w:t xml:space="preserve"> place?</w:t>
        <w:br/>
        <w:t>没问题啊</w:t>
      </w:r>
      <w:r>
        <w:t xml:space="preserve"> 我还正想住一晚休整一下</w:t>
        <w:br/>
        <w:t>Yes,</w:t>
      </w:r>
      <w:r>
        <w:t xml:space="preserve"> of</w:t>
      </w:r>
      <w:r>
        <w:t xml:space="preserve"> course.</w:t>
      </w:r>
      <w:r>
        <w:t xml:space="preserve"> You</w:t>
      </w:r>
      <w:r>
        <w:t xml:space="preserve"> know</w:t>
      </w:r>
      <w:r>
        <w:t xml:space="preserve"> what?</w:t>
      </w:r>
      <w:r>
        <w:t xml:space="preserve"> I</w:t>
      </w:r>
      <w:r>
        <w:t xml:space="preserve"> could</w:t>
      </w:r>
      <w:r>
        <w:t xml:space="preserve"> use</w:t>
      </w:r>
      <w:r>
        <w:t xml:space="preserve"> a</w:t>
      </w:r>
      <w:r>
        <w:t xml:space="preserve"> night</w:t>
      </w:r>
      <w:r>
        <w:t xml:space="preserve"> off,</w:t>
      </w:r>
      <w:r>
        <w:t xml:space="preserve"> </w:t>
        <w:br/>
        <w:t>准备下周好好工作呢</w:t>
        <w:br/>
        <w:t>get</w:t>
      </w:r>
      <w:r>
        <w:t xml:space="preserve"> ready</w:t>
      </w:r>
      <w:r>
        <w:t xml:space="preserve"> for</w:t>
      </w:r>
      <w:r>
        <w:t xml:space="preserve"> the</w:t>
      </w:r>
      <w:r>
        <w:t xml:space="preserve"> week.</w:t>
        <w:br/>
        <w:t>帮你整理整理橱柜</w:t>
        <w:br/>
        <w:t>Rearrange</w:t>
      </w:r>
      <w:r>
        <w:t xml:space="preserve"> your</w:t>
      </w:r>
      <w:r>
        <w:t xml:space="preserve"> cupboards.</w:t>
        <w:br/>
        <w:t>啥?</w:t>
        <w:br/>
        <w:t>What?</w:t>
      </w:r>
      <w:r>
        <w:t xml:space="preserve"> </w:t>
        <w:br/>
        <w:t>我请喝酒啊</w:t>
        <w:br/>
        <w:t>I'm</w:t>
      </w:r>
      <w:r>
        <w:t xml:space="preserve"> buying</w:t>
      </w:r>
      <w:r>
        <w:t xml:space="preserve"> drinks.</w:t>
        <w:br/>
        <w:t>谁要喝酒?</w:t>
        <w:br/>
        <w:t>Who</w:t>
      </w:r>
      <w:r>
        <w:t xml:space="preserve"> wants</w:t>
      </w:r>
      <w:r>
        <w:t xml:space="preserve"> a</w:t>
      </w:r>
      <w:r>
        <w:t xml:space="preserve"> drink?</w:t>
      </w:r>
      <w:r>
        <w:t xml:space="preserve"> </w:t>
        <w:br/>
        <w:t>我请吧</w:t>
      </w:r>
      <w:r>
        <w:t xml:space="preserve"> 我来</w:t>
        <w:br/>
        <w:t>I</w:t>
      </w:r>
      <w:r>
        <w:t xml:space="preserve"> got</w:t>
      </w:r>
      <w:r>
        <w:t xml:space="preserve"> it.</w:t>
      </w:r>
      <w:r>
        <w:t xml:space="preserve"> I</w:t>
      </w:r>
      <w:r>
        <w:t xml:space="preserve"> got</w:t>
      </w:r>
      <w:r>
        <w:t xml:space="preserve"> it.</w:t>
        <w:br/>
        <w:t>你来?</w:t>
        <w:br/>
        <w:t>Yeah?</w:t>
      </w:r>
      <w:r>
        <w:t xml:space="preserve"> You</w:t>
      </w:r>
      <w:r>
        <w:t xml:space="preserve"> got</w:t>
      </w:r>
      <w:r>
        <w:t xml:space="preserve"> it?</w:t>
      </w:r>
      <w:r>
        <w:t xml:space="preserve"> </w:t>
        <w:br/>
        <w:t>对</w:t>
      </w:r>
      <w:r>
        <w:t xml:space="preserve"> 我来</w:t>
        <w:br/>
        <w:t>Yeah,</w:t>
      </w:r>
      <w:r>
        <w:t xml:space="preserve"> I</w:t>
      </w:r>
      <w:r>
        <w:t xml:space="preserve"> got</w:t>
      </w:r>
      <w:r>
        <w:t xml:space="preserve"> it.</w:t>
        <w:br/>
        <w:t>Epstein</w:t>
      </w:r>
      <w:r>
        <w:t xml:space="preserve"> 我喜欢你的风格</w:t>
        <w:br/>
        <w:t>Epstein,</w:t>
      </w:r>
      <w:r>
        <w:t xml:space="preserve"> I</w:t>
      </w:r>
      <w:r>
        <w:t xml:space="preserve"> like</w:t>
      </w:r>
      <w:r>
        <w:t xml:space="preserve"> your</w:t>
      </w:r>
      <w:r>
        <w:t xml:space="preserve"> style.</w:t>
      </w:r>
      <w:r>
        <w:t xml:space="preserve"> </w:t>
        <w:br/>
        <w:t>让他去吧</w:t>
        <w:br/>
        <w:t>Let</w:t>
      </w:r>
      <w:r>
        <w:t xml:space="preserve"> him</w:t>
      </w:r>
      <w:r>
        <w:t xml:space="preserve"> go.</w:t>
        <w:br/>
        <w:t>酒保在那边</w:t>
      </w:r>
      <w:r>
        <w:t xml:space="preserve"> 大美女啊</w:t>
        <w:br/>
        <w:t>There's</w:t>
      </w:r>
      <w:r>
        <w:t xml:space="preserve"> a</w:t>
      </w:r>
      <w:r>
        <w:t xml:space="preserve"> bartender,</w:t>
      </w:r>
      <w:r>
        <w:t xml:space="preserve"> and</w:t>
      </w:r>
      <w:r>
        <w:t xml:space="preserve"> she's</w:t>
      </w:r>
      <w:r>
        <w:t xml:space="preserve"> not</w:t>
      </w:r>
      <w:r>
        <w:t xml:space="preserve"> unattractive.</w:t>
        <w:br/>
        <w:t>你们又聚在一起了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真好</w:t>
        <w:br/>
        <w:t>Nice</w:t>
      </w:r>
      <w:r>
        <w:t xml:space="preserve"> to</w:t>
      </w:r>
      <w:r>
        <w:t xml:space="preserve"> see</w:t>
      </w:r>
      <w:r>
        <w:t xml:space="preserve"> the</w:t>
      </w:r>
      <w:r>
        <w:t xml:space="preserve"> band's</w:t>
      </w:r>
      <w:r>
        <w:t xml:space="preserve"> back</w:t>
      </w:r>
      <w:r>
        <w:t xml:space="preserve"> together.</w:t>
        <w:br/>
        <w:t>谢谢</w:t>
      </w:r>
      <w:r>
        <w:t xml:space="preserve"> 回来是挺好的</w:t>
        <w:br/>
        <w:t>Thank</w:t>
      </w:r>
      <w:r>
        <w:t xml:space="preserve"> you.</w:t>
      </w:r>
      <w:r>
        <w:t xml:space="preserve"> You</w:t>
      </w:r>
      <w:r>
        <w:t xml:space="preserve"> know,</w:t>
      </w:r>
      <w:r>
        <w:t xml:space="preserve"> it's</w:t>
      </w:r>
      <w:r>
        <w:t xml:space="preserve"> good</w:t>
      </w:r>
      <w:r>
        <w:t xml:space="preserve"> to</w:t>
      </w:r>
      <w:r>
        <w:t xml:space="preserve"> be</w:t>
      </w:r>
      <w:r>
        <w:t xml:space="preserve"> back.</w:t>
        <w:br/>
        <w:t>警局炸了</w:t>
      </w:r>
      <w:r>
        <w:t xml:space="preserve"> 我们放了几周假</w:t>
        <w:br/>
        <w:t>We</w:t>
      </w:r>
      <w:r>
        <w:t xml:space="preserve"> had</w:t>
      </w:r>
      <w:r>
        <w:t xml:space="preserve"> a</w:t>
      </w:r>
      <w:r>
        <w:t xml:space="preserve"> couple</w:t>
      </w:r>
      <w:r>
        <w:t xml:space="preserve"> weeks</w:t>
      </w:r>
      <w:r>
        <w:t xml:space="preserve"> off,</w:t>
      </w:r>
      <w:r>
        <w:t xml:space="preserve"> uh,</w:t>
      </w:r>
      <w:r>
        <w:t xml:space="preserve"> when</w:t>
      </w:r>
      <w:r>
        <w:t xml:space="preserve"> the</w:t>
      </w:r>
      <w:r>
        <w:t xml:space="preserve"> station</w:t>
      </w:r>
      <w:r>
        <w:t xml:space="preserve"> exploded,</w:t>
        <w:br/>
        <w:t>不过现在又回来保护人&amp;hearts;民&amp;hearts;了</w:t>
        <w:br/>
        <w:t>but</w:t>
      </w:r>
      <w:r>
        <w:t xml:space="preserve"> now</w:t>
      </w:r>
      <w:r>
        <w:t xml:space="preserve"> we're</w:t>
      </w:r>
      <w:r>
        <w:t xml:space="preserve"> back</w:t>
      </w:r>
      <w:r>
        <w:t xml:space="preserve"> serving,</w:t>
      </w:r>
      <w:r>
        <w:t xml:space="preserve"> protecting,</w:t>
      </w:r>
      <w:r>
        <w:t xml:space="preserve"> and...</w:t>
        <w:br/>
        <w:t>我都听说了</w:t>
        <w:br/>
        <w:t>Yeah,</w:t>
      </w:r>
      <w:r>
        <w:t xml:space="preserve"> yeah.</w:t>
      </w:r>
      <w:r>
        <w:t xml:space="preserve"> I've</w:t>
      </w:r>
      <w:r>
        <w:t xml:space="preserve"> heard</w:t>
      </w:r>
      <w:r>
        <w:t xml:space="preserve"> it</w:t>
      </w:r>
      <w:r>
        <w:t xml:space="preserve"> all.</w:t>
        <w:br/>
        <w:t>不过从你口中说出来</w:t>
      </w:r>
      <w:r>
        <w:t xml:space="preserve"> 感觉有点萌呢</w:t>
        <w:br/>
        <w:t>But</w:t>
      </w:r>
      <w:r>
        <w:t xml:space="preserve"> somehow,</w:t>
      </w:r>
      <w:r>
        <w:t xml:space="preserve"> coming</w:t>
      </w:r>
      <w:r>
        <w:t xml:space="preserve"> from</w:t>
      </w:r>
      <w:r>
        <w:t xml:space="preserve"> you,</w:t>
      </w:r>
      <w:r>
        <w:t xml:space="preserve"> it</w:t>
      </w:r>
      <w:r>
        <w:t xml:space="preserve"> sounds</w:t>
      </w:r>
      <w:r>
        <w:t xml:space="preserve"> cute.</w:t>
        <w:br/>
        <w:t>你哥们儿呢?</w:t>
      </w:r>
      <w:r>
        <w:t xml:space="preserve"> 是叫Diaz吧?</w:t>
        <w:br/>
        <w:t>Where's</w:t>
      </w:r>
      <w:r>
        <w:t xml:space="preserve"> your</w:t>
      </w:r>
      <w:r>
        <w:t xml:space="preserve"> pal?</w:t>
      </w:r>
      <w:r>
        <w:t xml:space="preserve"> Diaz,</w:t>
      </w:r>
      <w:r>
        <w:t xml:space="preserve"> right?</w:t>
        <w:br/>
        <w:t>他有约会</w:t>
      </w:r>
      <w:r>
        <w:t xml:space="preserve"> 怎么了?</w:t>
        <w:br/>
        <w:t>Oh,</w:t>
      </w:r>
      <w:r>
        <w:t xml:space="preserve"> yeah,</w:t>
      </w:r>
      <w:r>
        <w:t xml:space="preserve"> he's,</w:t>
      </w:r>
      <w:r>
        <w:t xml:space="preserve"> uh,</w:t>
      </w:r>
      <w:r>
        <w:t xml:space="preserve"> at</w:t>
      </w:r>
      <w:r>
        <w:t xml:space="preserve"> a</w:t>
      </w:r>
      <w:r>
        <w:t xml:space="preserve"> meeting.</w:t>
      </w:r>
      <w:r>
        <w:t xml:space="preserve"> Why?</w:t>
        <w:br/>
        <w:t>没事</w:t>
        <w:br/>
        <w:t>I</w:t>
      </w:r>
      <w:r>
        <w:t xml:space="preserve"> don't</w:t>
      </w:r>
      <w:r>
        <w:t xml:space="preserve"> know.</w:t>
        <w:br/>
        <w:t>有机会跟你单独聊聊</w:t>
      </w:r>
      <w:r>
        <w:t xml:space="preserve"> 感觉挺好的</w:t>
        <w:br/>
        <w:t>Just</w:t>
      </w:r>
      <w:r>
        <w:t xml:space="preserve"> nice</w:t>
      </w:r>
      <w:r>
        <w:t xml:space="preserve"> to</w:t>
      </w:r>
      <w:r>
        <w:t xml:space="preserve"> get</w:t>
      </w:r>
      <w:r>
        <w:t xml:space="preserve"> a</w:t>
      </w:r>
      <w:r>
        <w:t xml:space="preserve"> chance</w:t>
      </w:r>
      <w:r>
        <w:t xml:space="preserve"> to</w:t>
      </w:r>
      <w:r>
        <w:t xml:space="preserve"> talk</w:t>
      </w:r>
      <w:r>
        <w:t xml:space="preserve"> to</w:t>
      </w:r>
      <w:r>
        <w:t xml:space="preserve"> you</w:t>
      </w:r>
      <w:r>
        <w:t xml:space="preserve"> on</w:t>
      </w:r>
      <w:r>
        <w:t xml:space="preserve"> your</w:t>
      </w:r>
      <w:r>
        <w:t xml:space="preserve"> own.</w:t>
        <w:br/>
        <w:t>哎呀</w:t>
      </w:r>
      <w:r>
        <w:t xml:space="preserve"> 那是我的监督人</w:t>
        <w:br/>
        <w:t>Oh,</w:t>
      </w:r>
      <w:r>
        <w:t xml:space="preserve"> man,</w:t>
      </w:r>
      <w:r>
        <w:t xml:space="preserve"> there's...</w:t>
      </w:r>
      <w:r>
        <w:t xml:space="preserve"> there's</w:t>
      </w:r>
      <w:r>
        <w:t xml:space="preserve"> my</w:t>
      </w:r>
      <w:r>
        <w:t xml:space="preserve"> sponsor.</w:t>
        <w:br/>
        <w:t>我喜欢天窗</w:t>
        <w:br/>
        <w:t>I</w:t>
      </w:r>
      <w:r>
        <w:t xml:space="preserve"> do</w:t>
      </w:r>
      <w:r>
        <w:t xml:space="preserve"> like</w:t>
      </w:r>
      <w:r>
        <w:t xml:space="preserve"> a</w:t>
      </w:r>
      <w:r>
        <w:t xml:space="preserve"> sunroof.</w:t>
        <w:br/>
        <w:t>看得见月亮呢</w:t>
        <w:br/>
        <w:t>I</w:t>
      </w:r>
      <w:r>
        <w:t xml:space="preserve"> can</w:t>
      </w:r>
      <w:r>
        <w:t xml:space="preserve"> see</w:t>
      </w:r>
      <w:r>
        <w:t xml:space="preserve"> the</w:t>
      </w:r>
      <w:r>
        <w:t xml:space="preserve"> moon.</w:t>
        <w:br/>
        <w:t>我知道</w:t>
      </w:r>
      <w:r>
        <w:t xml:space="preserve"> 可美了</w:t>
        <w:br/>
        <w:t>I</w:t>
      </w:r>
      <w:r>
        <w:t xml:space="preserve"> know.</w:t>
      </w:r>
      <w:r>
        <w:t xml:space="preserve"> It's</w:t>
      </w:r>
      <w:r>
        <w:t xml:space="preserve"> beautiful.</w:t>
        <w:br/>
        <w:t>你这样又看不着</w:t>
        <w:br/>
        <w:t>You</w:t>
      </w:r>
      <w:r>
        <w:t xml:space="preserve"> can't</w:t>
      </w:r>
      <w:r>
        <w:t xml:space="preserve"> even</w:t>
      </w:r>
      <w:r>
        <w:t xml:space="preserve"> see</w:t>
      </w:r>
      <w:r>
        <w:t xml:space="preserve"> it.</w:t>
      </w:r>
      <w:r>
        <w:t xml:space="preserve"> </w:t>
        <w:br/>
        <w:t>我不用看</w:t>
        <w:br/>
        <w:t>I</w:t>
      </w:r>
      <w:r>
        <w:t xml:space="preserve"> don't</w:t>
      </w:r>
      <w:r>
        <w:t xml:space="preserve"> need</w:t>
      </w:r>
      <w:r>
        <w:t xml:space="preserve"> to.</w:t>
        <w:br/>
        <w:t>我知道的事不多</w:t>
      </w:r>
      <w:r>
        <w:t xml:space="preserve"> Chris</w:t>
        <w:br/>
        <w:t>I</w:t>
      </w:r>
      <w:r>
        <w:t xml:space="preserve"> don't</w:t>
      </w:r>
      <w:r>
        <w:t xml:space="preserve"> know</w:t>
      </w:r>
      <w:r>
        <w:t xml:space="preserve"> much,</w:t>
      </w:r>
      <w:r>
        <w:t xml:space="preserve"> Chris.</w:t>
        <w:br/>
        <w:t>但月亮很美我还是知道的</w:t>
        <w:br/>
        <w:t>But</w:t>
      </w:r>
      <w:r>
        <w:t xml:space="preserve"> there's</w:t>
      </w:r>
      <w:r>
        <w:t xml:space="preserve"> one</w:t>
      </w:r>
      <w:r>
        <w:t xml:space="preserve"> thing</w:t>
      </w:r>
      <w:r>
        <w:t xml:space="preserve"> I</w:t>
      </w:r>
      <w:r>
        <w:t xml:space="preserve"> know,</w:t>
      </w:r>
      <w:r>
        <w:t xml:space="preserve"> and</w:t>
      </w:r>
      <w:r>
        <w:t xml:space="preserve"> that's</w:t>
      </w:r>
      <w:r>
        <w:t xml:space="preserve"> the</w:t>
      </w:r>
      <w:r>
        <w:t xml:space="preserve"> moon</w:t>
      </w:r>
      <w:r>
        <w:t xml:space="preserve"> is</w:t>
      </w:r>
      <w:r>
        <w:t xml:space="preserve"> beautiful.</w:t>
        <w:br/>
        <w:t>去我家吧</w:t>
        <w:br/>
        <w:t>Let's</w:t>
      </w:r>
      <w:r>
        <w:t xml:space="preserve"> go</w:t>
      </w:r>
      <w:r>
        <w:t xml:space="preserve"> back</w:t>
      </w:r>
      <w:r>
        <w:t xml:space="preserve"> to</w:t>
      </w:r>
      <w:r>
        <w:t xml:space="preserve"> my</w:t>
      </w:r>
      <w:r>
        <w:t xml:space="preserve"> place.</w:t>
        <w:br/>
        <w:t>跟朋友合租的那个烂公&amp;hearts;寓&amp;hearts;啊?</w:t>
        <w:br/>
        <w:t>A</w:t>
      </w:r>
      <w:r>
        <w:t xml:space="preserve"> crappy</w:t>
      </w:r>
      <w:r>
        <w:t xml:space="preserve"> apartment</w:t>
      </w:r>
      <w:r>
        <w:t xml:space="preserve"> you</w:t>
      </w:r>
      <w:r>
        <w:t xml:space="preserve"> share</w:t>
      </w:r>
      <w:r>
        <w:t xml:space="preserve"> with</w:t>
      </w:r>
      <w:r>
        <w:t xml:space="preserve"> a</w:t>
      </w:r>
      <w:r>
        <w:t xml:space="preserve"> friend?</w:t>
        <w:br/>
        <w:t>是跟两个朋友合租啦</w:t>
      </w:r>
      <w:r>
        <w:t xml:space="preserve"> 不过有一个不住了</w:t>
        <w:br/>
        <w:t>Well,</w:t>
      </w:r>
      <w:r>
        <w:t xml:space="preserve"> two,</w:t>
      </w:r>
      <w:r>
        <w:t xml:space="preserve"> actually,</w:t>
      </w:r>
      <w:r>
        <w:t xml:space="preserve"> but</w:t>
      </w:r>
      <w:r>
        <w:t xml:space="preserve"> one's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leaving.</w:t>
        <w:br/>
        <w:t>她要搬走了</w:t>
        <w:br/>
        <w:t>She's</w:t>
      </w:r>
      <w:r>
        <w:t xml:space="preserve"> mo...</w:t>
      </w:r>
      <w:r>
        <w:t xml:space="preserve"> she's</w:t>
      </w:r>
      <w:r>
        <w:t xml:space="preserve"> moving</w:t>
      </w:r>
      <w:r>
        <w:t xml:space="preserve"> out.</w:t>
      </w:r>
      <w:r>
        <w:t xml:space="preserve"> </w:t>
        <w:br/>
        <w:t>不用了</w:t>
      </w:r>
      <w:r>
        <w:t xml:space="preserve"> 谢谢</w:t>
        <w:br/>
        <w:t>No,</w:t>
      </w:r>
      <w:r>
        <w:t xml:space="preserve"> thanks.</w:t>
        <w:br/>
        <w:t>那你家呢?</w:t>
        <w:br/>
        <w:t>What</w:t>
      </w:r>
      <w:r>
        <w:t xml:space="preserve"> about</w:t>
      </w:r>
      <w:r>
        <w:t xml:space="preserve"> your</w:t>
      </w:r>
      <w:r>
        <w:t xml:space="preserve"> place?</w:t>
      </w:r>
      <w:r>
        <w:t xml:space="preserve"> </w:t>
        <w:br/>
        <w:t>我家是不错</w:t>
      </w:r>
      <w:r>
        <w:t xml:space="preserve"> 确实...</w:t>
        <w:br/>
        <w:t>My</w:t>
      </w:r>
      <w:r>
        <w:t xml:space="preserve"> place</w:t>
      </w:r>
      <w:r>
        <w:t xml:space="preserve"> would</w:t>
      </w:r>
      <w:r>
        <w:t xml:space="preserve"> be</w:t>
      </w:r>
      <w:r>
        <w:t xml:space="preserve"> great,</w:t>
      </w:r>
      <w:r>
        <w:t xml:space="preserve"> yeah...</w:t>
        <w:br/>
        <w:t>如果我老公不在家的话</w:t>
        <w:br/>
        <w:t>if</w:t>
      </w:r>
      <w:r>
        <w:t xml:space="preserve"> my</w:t>
      </w:r>
      <w:r>
        <w:t xml:space="preserve"> husband</w:t>
      </w:r>
      <w:r>
        <w:t xml:space="preserve"> wasn't</w:t>
      </w:r>
      <w:r>
        <w:t xml:space="preserve"> there.</w:t>
        <w:br/>
        <w:t>刚那一瞬间让我想起汤姆克鲁斯</w:t>
        <w:br/>
        <w:t>Kind</w:t>
      </w:r>
      <w:r>
        <w:t xml:space="preserve"> of</w:t>
      </w:r>
      <w:r>
        <w:t xml:space="preserve"> reminded</w:t>
      </w:r>
      <w:r>
        <w:t xml:space="preserve"> me</w:t>
      </w:r>
      <w:r>
        <w:t xml:space="preserve"> of</w:t>
      </w:r>
      <w:r>
        <w:t xml:space="preserve"> Tom</w:t>
      </w:r>
      <w:r>
        <w:t xml:space="preserve"> Cruise</w:t>
      </w:r>
      <w:r>
        <w:t xml:space="preserve"> there</w:t>
      </w:r>
      <w:r>
        <w:t xml:space="preserve"> for</w:t>
      </w:r>
      <w:r>
        <w:t xml:space="preserve"> a</w:t>
      </w:r>
      <w:r>
        <w:t xml:space="preserve"> second.</w:t>
        <w:br/>
        <w:t>说吧</w:t>
      </w:r>
      <w:r>
        <w:t xml:space="preserve"> 是壮志凌云还是乖仔也疯狂?</w:t>
        <w:br/>
        <w:t>Well,</w:t>
      </w:r>
      <w:r>
        <w:t xml:space="preserve"> "Top</w:t>
      </w:r>
      <w:r>
        <w:t xml:space="preserve"> Gun"</w:t>
      </w:r>
      <w:r>
        <w:t xml:space="preserve"> or</w:t>
      </w:r>
      <w:r>
        <w:t xml:space="preserve"> "Risky</w:t>
      </w:r>
      <w:r>
        <w:t xml:space="preserve"> Business"?</w:t>
        <w:br/>
        <w:br/>
        <w:t>花心情圣</w:t>
        <w:br/>
        <w:t>Mm,</w:t>
      </w:r>
      <w:r>
        <w:t xml:space="preserve"> "Cocktail."</w:t>
      </w:r>
      <w:r>
        <w:t xml:space="preserve"> </w:t>
        <w:br/>
        <w:t>呸</w:t>
      </w:r>
      <w:r>
        <w:t xml:space="preserve"> 那个哪里酷啦</w:t>
        <w:br/>
        <w:t>Ooh,</w:t>
      </w:r>
      <w:r>
        <w:t xml:space="preserve"> boo.</w:t>
      </w:r>
      <w:r>
        <w:t xml:space="preserve"> Not</w:t>
      </w:r>
      <w:r>
        <w:t xml:space="preserve"> near</w:t>
      </w:r>
      <w:r>
        <w:t xml:space="preserve"> as</w:t>
      </w:r>
      <w:r>
        <w:t xml:space="preserve"> cool.</w:t>
        <w:br/>
        <w:t>最近好吗?</w:t>
      </w:r>
      <w:r>
        <w:t xml:space="preserve"> 进去喝一杯吗?</w:t>
        <w:br/>
        <w:t>How's</w:t>
      </w:r>
      <w:r>
        <w:t xml:space="preserve"> it's</w:t>
      </w:r>
      <w:r>
        <w:t xml:space="preserve"> going?</w:t>
      </w:r>
      <w:r>
        <w:t xml:space="preserve"> You</w:t>
      </w:r>
      <w:r>
        <w:t xml:space="preserve"> headed</w:t>
      </w:r>
      <w:r>
        <w:t xml:space="preserve"> in</w:t>
      </w:r>
      <w:r>
        <w:t xml:space="preserve"> for</w:t>
      </w:r>
      <w:r>
        <w:t xml:space="preserve"> a</w:t>
      </w:r>
      <w:r>
        <w:t xml:space="preserve"> drink?</w:t>
        <w:br/>
        <w:t>不了</w:t>
      </w:r>
      <w:r>
        <w:t xml:space="preserve"> 我正要回家</w:t>
        <w:br/>
        <w:t>Uh,</w:t>
      </w:r>
      <w:r>
        <w:t xml:space="preserve"> no.</w:t>
      </w:r>
      <w:r>
        <w:t xml:space="preserve"> I'm...</w:t>
      </w:r>
      <w:r>
        <w:t xml:space="preserve"> on</w:t>
      </w:r>
      <w:r>
        <w:t xml:space="preserve"> my</w:t>
      </w:r>
      <w:r>
        <w:t xml:space="preserve"> way</w:t>
      </w:r>
      <w:r>
        <w:t xml:space="preserve"> home.</w:t>
        <w:br/>
        <w:t>假期过得好?</w:t>
        <w:br/>
        <w:t>Good</w:t>
      </w:r>
      <w:r>
        <w:t xml:space="preserve"> vacation?</w:t>
        <w:br/>
        <w:t>嗯</w:t>
      </w:r>
      <w:r>
        <w:t xml:space="preserve"> 很好</w:t>
        <w:br/>
        <w:t>Yeah,</w:t>
      </w:r>
      <w:r>
        <w:t xml:space="preserve"> great.</w:t>
        <w:br/>
        <w:t>好极了</w:t>
        <w:br/>
        <w:t>Great.</w:t>
        <w:br/>
        <w:t>你没事吧?</w:t>
      </w:r>
      <w:r>
        <w:t xml:space="preserve"> 怎么了?</w:t>
        <w:br/>
        <w:t>Is</w:t>
      </w:r>
      <w:r>
        <w:t xml:space="preserve"> everything</w:t>
      </w:r>
      <w:r>
        <w:t xml:space="preserve"> all</w:t>
      </w:r>
      <w:r>
        <w:t xml:space="preserve"> right?</w:t>
      </w:r>
      <w:r>
        <w:t xml:space="preserve"> What's</w:t>
      </w:r>
      <w:r>
        <w:t xml:space="preserve"> going</w:t>
      </w:r>
      <w:r>
        <w:t xml:space="preserve"> on?</w:t>
        <w:br/>
        <w:t>在想Ted</w:t>
      </w:r>
      <w:r>
        <w:t xml:space="preserve"> McDonald的案子?</w:t>
        <w:br/>
        <w:t>You</w:t>
      </w:r>
      <w:r>
        <w:t xml:space="preserve"> thinking</w:t>
      </w:r>
      <w:r>
        <w:t xml:space="preserve"> about</w:t>
      </w:r>
      <w:r>
        <w:t xml:space="preserve"> this</w:t>
      </w:r>
      <w:r>
        <w:t xml:space="preserve"> Ted</w:t>
      </w:r>
      <w:r>
        <w:t xml:space="preserve"> McDonald</w:t>
      </w:r>
      <w:r>
        <w:t xml:space="preserve"> business?</w:t>
        <w:br/>
        <w:t>我自己也想了好几周了</w:t>
        <w:br/>
        <w:t>I've</w:t>
      </w:r>
      <w:r>
        <w:t xml:space="preserve"> been</w:t>
      </w:r>
      <w:r>
        <w:t xml:space="preserve"> thinking</w:t>
      </w:r>
      <w:r>
        <w:t xml:space="preserve"> about</w:t>
      </w:r>
      <w:r>
        <w:t xml:space="preserve"> it</w:t>
      </w:r>
      <w:r>
        <w:t xml:space="preserve"> myself</w:t>
      </w:r>
      <w:r>
        <w:t xml:space="preserve"> for,</w:t>
      </w:r>
      <w:r>
        <w:t xml:space="preserve"> like,</w:t>
      </w:r>
      <w:r>
        <w:t xml:space="preserve"> weeks.</w:t>
        <w:br/>
        <w:t>有好多疯狂的想法</w:t>
        <w:br/>
        <w:t>I've</w:t>
      </w:r>
      <w:r>
        <w:t xml:space="preserve"> got</w:t>
      </w:r>
      <w:r>
        <w:t xml:space="preserve"> some</w:t>
      </w:r>
      <w:r>
        <w:t xml:space="preserve"> crazy</w:t>
      </w:r>
      <w:r>
        <w:t xml:space="preserve"> ideas</w:t>
      </w:r>
      <w:r>
        <w:t xml:space="preserve"> about</w:t>
      </w:r>
      <w:r>
        <w:t xml:space="preserve"> it.</w:t>
        <w:br/>
        <w:t>不是那回事</w:t>
        <w:br/>
        <w:t>No,</w:t>
      </w:r>
      <w:r>
        <w:t xml:space="preserve"> it's...</w:t>
      </w:r>
      <w:r>
        <w:t xml:space="preserve"> it's</w:t>
      </w:r>
      <w:r>
        <w:t xml:space="preserve"> not</w:t>
      </w:r>
      <w:r>
        <w:t xml:space="preserve"> that.</w:t>
        <w:br/>
        <w:t>Sam</w:t>
      </w:r>
      <w:r>
        <w:t xml:space="preserve"> 我怀孕了</w:t>
        <w:br/>
        <w:t>Sam,</w:t>
      </w:r>
      <w:r>
        <w:t xml:space="preserve"> I'm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pregnant.</w:t>
        <w:br/>
        <w:t>啊?</w:t>
        <w:br/>
        <w:t>What?</w:t>
        <w:br/>
        <w:t>我本来不想告诉你的</w:t>
      </w:r>
      <w:r>
        <w:t xml:space="preserve"> </w:t>
        <w:br/>
        <w:t>I</w:t>
      </w:r>
      <w:r>
        <w:t xml:space="preserve"> wasn't</w:t>
      </w:r>
      <w:r>
        <w:t xml:space="preserve"> gonna</w:t>
      </w:r>
      <w:r>
        <w:t xml:space="preserve"> tell</w:t>
      </w:r>
      <w:r>
        <w:t xml:space="preserve"> you,</w:t>
      </w:r>
      <w:r>
        <w:t xml:space="preserve"> </w:t>
        <w:br/>
        <w:t>但我还得在15分局多待一阵子</w:t>
      </w:r>
      <w:r>
        <w:t xml:space="preserve"> 所以...</w:t>
        <w:br/>
        <w:t>but</w:t>
      </w:r>
      <w:r>
        <w:t xml:space="preserve"> now</w:t>
      </w:r>
      <w:r>
        <w:t xml:space="preserve"> I'm</w:t>
      </w:r>
      <w:r>
        <w:t xml:space="preserve"> gonna</w:t>
      </w:r>
      <w:r>
        <w:t xml:space="preserve"> be</w:t>
      </w:r>
      <w:r>
        <w:t xml:space="preserve"> at</w:t>
      </w:r>
      <w:r>
        <w:t xml:space="preserve"> 15</w:t>
      </w:r>
      <w:r>
        <w:t xml:space="preserve"> a</w:t>
      </w:r>
      <w:r>
        <w:t xml:space="preserve"> little</w:t>
      </w:r>
      <w:r>
        <w:t xml:space="preserve"> longer,</w:t>
      </w:r>
      <w:r>
        <w:t xml:space="preserve"> so</w:t>
      </w:r>
      <w:r>
        <w:t xml:space="preserve"> I</w:t>
      </w:r>
      <w:r>
        <w:t xml:space="preserve"> figured...</w:t>
        <w:br/>
        <w:t>怎么会啊?</w:t>
        <w:br/>
        <w:t>How?</w:t>
        <w:br/>
        <w:t>意外</w:t>
        <w:br/>
        <w:t>It</w:t>
      </w:r>
      <w:r>
        <w:t xml:space="preserve"> was</w:t>
      </w:r>
      <w:r>
        <w:t xml:space="preserve"> an</w:t>
      </w:r>
      <w:r>
        <w:t xml:space="preserve"> accident.</w:t>
        <w:br/>
        <w:t>我不是来找你麻烦的</w:t>
        <w:br/>
        <w:t>Look,</w:t>
      </w:r>
      <w:r>
        <w:t xml:space="preserve"> I'm</w:t>
      </w:r>
      <w:r>
        <w:t xml:space="preserve"> not</w:t>
      </w:r>
      <w:r>
        <w:t xml:space="preserve"> asking</w:t>
      </w:r>
      <w:r>
        <w:t xml:space="preserve"> for</w:t>
      </w:r>
      <w:r>
        <w:t xml:space="preserve"> anything</w:t>
      </w:r>
      <w:r>
        <w:t xml:space="preserve"> from</w:t>
      </w:r>
      <w:r>
        <w:t xml:space="preserve"> you,</w:t>
      </w:r>
      <w:r>
        <w:t xml:space="preserve"> all</w:t>
      </w:r>
      <w:r>
        <w:t xml:space="preserve"> right?</w:t>
        <w:br/>
        <w:t>就觉得应该告诉你</w:t>
      </w:r>
      <w:r>
        <w:t xml:space="preserve"> 如果你怀疑的话</w:t>
        <w:br/>
        <w:t>I</w:t>
      </w:r>
      <w:r>
        <w:t xml:space="preserve"> just</w:t>
      </w:r>
      <w:r>
        <w:t xml:space="preserve"> thought</w:t>
      </w:r>
      <w:r>
        <w:t xml:space="preserve"> you</w:t>
      </w:r>
      <w:r>
        <w:t xml:space="preserve"> should</w:t>
      </w:r>
      <w:r>
        <w:t xml:space="preserve"> know.</w:t>
      </w:r>
      <w:r>
        <w:t xml:space="preserve"> And</w:t>
      </w:r>
      <w:r>
        <w:t xml:space="preserve"> in</w:t>
      </w:r>
      <w:r>
        <w:t xml:space="preserve"> case</w:t>
      </w:r>
      <w:r>
        <w:t xml:space="preserve"> you</w:t>
      </w:r>
      <w:r>
        <w:t xml:space="preserve"> were</w:t>
      </w:r>
      <w:r>
        <w:t xml:space="preserve"> wondering,</w:t>
        <w:br/>
        <w:t>我跟你分手后没找过别人</w:t>
        <w:br/>
        <w:t>there</w:t>
      </w:r>
      <w:r>
        <w:t xml:space="preserve"> hasn't</w:t>
      </w:r>
      <w:r>
        <w:t xml:space="preserve"> been</w:t>
      </w:r>
      <w:r>
        <w:t xml:space="preserve"> anyone</w:t>
      </w:r>
      <w:r>
        <w:t xml:space="preserve"> else</w:t>
      </w:r>
      <w:r>
        <w:t xml:space="preserve"> since</w:t>
      </w:r>
      <w:r>
        <w:t xml:space="preserve"> you.</w:t>
        <w:br/>
        <w:t>所以</w:t>
      </w:r>
      <w:r>
        <w:t xml:space="preserve"> 是啊</w:t>
        <w:br/>
        <w:t>So,</w:t>
      </w:r>
      <w:r>
        <w:t xml:space="preserve"> yeah.</w:t>
        <w:br/>
        <w:t>好吧</w:t>
        <w:br/>
        <w:t>Okay.</w:t>
        <w:br/>
        <w:t>咱们明早再谈吧</w:t>
        <w:br/>
        <w:t>We</w:t>
      </w:r>
      <w:r>
        <w:t xml:space="preserve"> can</w:t>
      </w:r>
      <w:r>
        <w:t xml:space="preserve"> talk</w:t>
      </w:r>
      <w:r>
        <w:t xml:space="preserve"> about</w:t>
      </w:r>
      <w:r>
        <w:t xml:space="preserve"> this</w:t>
      </w:r>
      <w:r>
        <w:t xml:space="preserve"> more</w:t>
      </w:r>
      <w:r>
        <w:t xml:space="preserve"> tomorrow.</w:t>
        <w:br/>
        <w:t>不谈也行</w:t>
        <w:br/>
        <w:t>Or</w:t>
      </w:r>
      <w:r>
        <w:t xml:space="preserve"> never.</w:t>
        <w:br/>
        <w:t>对不起</w:t>
        <w:br/>
        <w:t>I'm</w:t>
      </w:r>
      <w:r>
        <w:t xml:space="preserve"> so</w:t>
      </w:r>
      <w:r>
        <w:t xml:space="preserve"> sorry.</w:t>
        <w:br/>
        <w:t>干得漂亮</w:t>
      </w:r>
      <w:r>
        <w:t xml:space="preserve"> Peck</w:t>
        <w:br/>
        <w:t>Nice</w:t>
      </w:r>
      <w:r>
        <w:t xml:space="preserve"> move,</w:t>
      </w:r>
      <w:r>
        <w:t xml:space="preserve"> Peck.</w:t>
        <w:br/>
        <w:t>棒极了!</w:t>
        <w:br/>
        <w:t>Yes!</w:t>
        <w:br/>
        <w:t>Andy</w:t>
      </w:r>
      <w:r>
        <w:t xml:space="preserve"> 我想跟你谈谈</w:t>
        <w:br/>
        <w:t>Um,</w:t>
      </w:r>
      <w:r>
        <w:t xml:space="preserve"> Andy,</w:t>
      </w:r>
      <w:r>
        <w:t xml:space="preserve"> I</w:t>
      </w:r>
      <w:r>
        <w:t xml:space="preserve"> want</w:t>
      </w:r>
      <w:r>
        <w:t xml:space="preserve"> to</w:t>
      </w:r>
      <w:r>
        <w:t xml:space="preserve"> talk</w:t>
      </w:r>
      <w:r>
        <w:t xml:space="preserve"> to</w:t>
      </w:r>
      <w:r>
        <w:t xml:space="preserve"> you.</w:t>
        <w:br/>
        <w:t>这才20分钟好吗?</w:t>
        <w:br/>
        <w:t>It's</w:t>
      </w:r>
      <w:r>
        <w:t xml:space="preserve"> been</w:t>
      </w:r>
      <w:r>
        <w:t xml:space="preserve"> like</w:t>
      </w:r>
      <w:r>
        <w:t xml:space="preserve"> 20</w:t>
      </w:r>
      <w:r>
        <w:t xml:space="preserve"> minutes.</w:t>
      </w:r>
      <w:r>
        <w:t xml:space="preserve"> Really?</w:t>
        <w:br/>
        <w:t>Andy?</w:t>
        <w:br/>
        <w:t>Andy?</w:t>
        <w:br/>
        <w:t>我在这儿接的电&amp;hearts;话&amp;hearts;</w:t>
      </w:r>
      <w:r>
        <w:t xml:space="preserve"> 走到这里</w:t>
      </w:r>
      <w:r>
        <w:t xml:space="preserve"> 他抓住了我</w:t>
        <w:br/>
        <w:t>I</w:t>
      </w:r>
      <w:r>
        <w:t xml:space="preserve"> answered</w:t>
      </w:r>
      <w:r>
        <w:t xml:space="preserve"> the</w:t>
      </w:r>
      <w:r>
        <w:t xml:space="preserve"> phone</w:t>
      </w:r>
      <w:r>
        <w:t xml:space="preserve"> here.</w:t>
      </w:r>
      <w:r>
        <w:t xml:space="preserve"> I</w:t>
      </w:r>
      <w:r>
        <w:t xml:space="preserve"> came</w:t>
      </w:r>
      <w:r>
        <w:t xml:space="preserve"> out.</w:t>
      </w:r>
      <w:r>
        <w:t xml:space="preserve"> He</w:t>
      </w:r>
      <w:r>
        <w:t xml:space="preserve"> grabbed</w:t>
      </w:r>
      <w:r>
        <w:t xml:space="preserve"> me.</w:t>
        <w:br/>
        <w:t>从背后袭击了我...我们...</w:t>
        <w:br/>
        <w:t>He</w:t>
      </w:r>
      <w:r>
        <w:t xml:space="preserve"> attacked</w:t>
      </w:r>
      <w:r>
        <w:t xml:space="preserve"> me</w:t>
      </w:r>
      <w:r>
        <w:t xml:space="preserve"> from</w:t>
      </w:r>
      <w:r>
        <w:t xml:space="preserve"> behind.</w:t>
      </w:r>
      <w:r>
        <w:t xml:space="preserve"> We...</w:t>
      </w:r>
      <w:r>
        <w:t xml:space="preserve"> uh...</w:t>
        <w:br/>
        <w:t>我们搏斗了一下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然后他跑了</w:t>
        <w:br/>
        <w:t>look,</w:t>
      </w:r>
      <w:r>
        <w:t xml:space="preserve"> we</w:t>
      </w:r>
      <w:r>
        <w:t xml:space="preserve"> fought,</w:t>
      </w:r>
      <w:r>
        <w:t xml:space="preserve"> and</w:t>
      </w:r>
      <w:r>
        <w:t xml:space="preserve"> he</w:t>
      </w:r>
      <w:r>
        <w:t xml:space="preserve"> got</w:t>
      </w:r>
      <w:r>
        <w:t xml:space="preserve"> away.</w:t>
        <w:br/>
        <w:t>你还想要我说什么</w:t>
        <w:br/>
        <w:t>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else</w:t>
      </w:r>
      <w:r>
        <w:t xml:space="preserve"> you</w:t>
      </w:r>
      <w:r>
        <w:t xml:space="preserve"> want</w:t>
      </w:r>
      <w:r>
        <w:t xml:space="preserve"> me</w:t>
      </w:r>
      <w:r>
        <w:t xml:space="preserve"> to</w:t>
      </w:r>
      <w:r>
        <w:t xml:space="preserve"> say.</w:t>
      </w:r>
      <w:r>
        <w:t xml:space="preserve"> </w:t>
        <w:br/>
        <w:t>她家垃圾回收箱呢?</w:t>
        <w:br/>
        <w:t>Where</w:t>
      </w:r>
      <w:r>
        <w:t xml:space="preserve"> is</w:t>
      </w:r>
      <w:r>
        <w:t xml:space="preserve"> her</w:t>
      </w:r>
      <w:r>
        <w:t xml:space="preserve"> recycling?</w:t>
        <w:br/>
        <w:t>家里肯定有的</w:t>
        <w:br/>
        <w:t>I</w:t>
      </w:r>
      <w:r>
        <w:t xml:space="preserve"> know</w:t>
      </w:r>
      <w:r>
        <w:t xml:space="preserve"> there's</w:t>
      </w:r>
      <w:r>
        <w:t xml:space="preserve"> recycling</w:t>
      </w:r>
      <w:r>
        <w:t xml:space="preserve"> somewhere.</w:t>
      </w:r>
      <w:r>
        <w:t xml:space="preserve"> </w:t>
        <w:br/>
        <w:t>她老说起这个</w:t>
        <w:br/>
        <w:t>She's</w:t>
      </w:r>
      <w:r>
        <w:t xml:space="preserve"> always</w:t>
      </w:r>
      <w:r>
        <w:t xml:space="preserve"> talking</w:t>
      </w:r>
      <w:r>
        <w:t xml:space="preserve"> about</w:t>
      </w:r>
      <w:r>
        <w:t xml:space="preserve"> it.</w:t>
        <w:br/>
        <w:t>没事</w:t>
      </w:r>
      <w:r>
        <w:t xml:space="preserve"> 就放这儿吧</w:t>
        <w:br/>
        <w:t>It's</w:t>
      </w:r>
      <w:r>
        <w:t xml:space="preserve"> okay.</w:t>
      </w:r>
      <w:r>
        <w:t xml:space="preserve"> We'll</w:t>
      </w:r>
      <w:r>
        <w:t xml:space="preserve"> leave</w:t>
      </w:r>
      <w:r>
        <w:t xml:space="preserve"> it</w:t>
      </w:r>
      <w:r>
        <w:t xml:space="preserve"> right</w:t>
      </w:r>
      <w:r>
        <w:t xml:space="preserve"> here.</w:t>
      </w:r>
      <w:r>
        <w:t xml:space="preserve"> </w:t>
        <w:br/>
        <w:t>等她回来会告诉我们的</w:t>
        <w:br/>
        <w:t>She</w:t>
      </w:r>
      <w:r>
        <w:t xml:space="preserve"> can</w:t>
      </w:r>
      <w:r>
        <w:t xml:space="preserve"> tell</w:t>
      </w:r>
      <w:r>
        <w:t xml:space="preserve"> us</w:t>
      </w:r>
      <w:r>
        <w:t xml:space="preserve"> when</w:t>
      </w:r>
      <w:r>
        <w:t xml:space="preserve"> she</w:t>
      </w:r>
      <w:r>
        <w:t xml:space="preserve"> gets</w:t>
      </w:r>
      <w:r>
        <w:t xml:space="preserve"> here.</w:t>
        <w:br/>
        <w:t>我...</w:t>
        <w:br/>
        <w:t>It's...</w:t>
      </w:r>
      <w:r>
        <w:t xml:space="preserve"> </w:t>
        <w:br/>
        <w:t>没事的</w:t>
        <w:br/>
        <w:t>All</w:t>
      </w:r>
      <w:r>
        <w:t xml:space="preserve"> right.</w:t>
        <w:br/>
        <w:t>什么叫等她回来?</w:t>
        <w:br/>
        <w:t>What</w:t>
      </w:r>
      <w:r>
        <w:t xml:space="preserve"> do</w:t>
      </w:r>
      <w:r>
        <w:t xml:space="preserve"> you</w:t>
      </w:r>
      <w:r>
        <w:t xml:space="preserve"> mean,</w:t>
      </w:r>
      <w:r>
        <w:t xml:space="preserve"> "when</w:t>
      </w:r>
      <w:r>
        <w:t xml:space="preserve"> she</w:t>
      </w:r>
      <w:r>
        <w:t xml:space="preserve"> gets</w:t>
      </w:r>
      <w:r>
        <w:t xml:space="preserve"> here"?</w:t>
      </w:r>
      <w:r>
        <w:t xml:space="preserve"> </w:t>
        <w:br/>
        <w:t>不是让你别告诉她吗</w:t>
        <w:br/>
        <w:t>I</w:t>
      </w:r>
      <w:r>
        <w:t xml:space="preserve"> told</w:t>
      </w:r>
      <w:r>
        <w:t xml:space="preserve"> you</w:t>
      </w:r>
      <w:r>
        <w:t xml:space="preserve"> not</w:t>
      </w:r>
      <w:r>
        <w:t xml:space="preserve"> to</w:t>
      </w:r>
      <w:r>
        <w:t xml:space="preserve"> call</w:t>
      </w:r>
      <w:r>
        <w:t xml:space="preserve"> her.</w:t>
        <w:br/>
        <w:t>这是她家</w:t>
      </w:r>
      <w:r>
        <w:t xml:space="preserve"> 哪能不告诉她</w:t>
        <w:br/>
        <w:t>Uh,</w:t>
      </w:r>
      <w:r>
        <w:t xml:space="preserve"> it's</w:t>
      </w:r>
      <w:r>
        <w:t xml:space="preserve"> her</w:t>
      </w:r>
      <w:r>
        <w:t xml:space="preserve"> place.</w:t>
      </w:r>
      <w:r>
        <w:t xml:space="preserve"> She</w:t>
      </w:r>
      <w:r>
        <w:t xml:space="preserve"> needed</w:t>
      </w:r>
      <w:r>
        <w:t xml:space="preserve"> to</w:t>
      </w:r>
      <w:r>
        <w:t xml:space="preserve"> know.</w:t>
        <w:br/>
        <w:t>可她就只有这么一晚上</w:t>
        <w:br/>
        <w:t>Okay,</w:t>
      </w:r>
      <w:r>
        <w:t xml:space="preserve"> but</w:t>
      </w:r>
      <w:r>
        <w:t xml:space="preserve"> she</w:t>
      </w:r>
      <w:r>
        <w:t xml:space="preserve"> had</w:t>
      </w:r>
      <w:r>
        <w:t xml:space="preserve"> one</w:t>
      </w:r>
      <w:r>
        <w:t xml:space="preserve"> night.</w:t>
        <w:br/>
        <w:t>就一晚</w:t>
      </w:r>
      <w:r>
        <w:t xml:space="preserve"> 咱俩逃开这一切的时候</w:t>
      </w:r>
      <w:r>
        <w:t xml:space="preserve"> 还能有三周的时间呢</w:t>
        <w:br/>
        <w:t>One.</w:t>
      </w:r>
      <w:r>
        <w:t xml:space="preserve"> We</w:t>
      </w:r>
      <w:r>
        <w:t xml:space="preserve"> had</w:t>
      </w:r>
      <w:r>
        <w:t xml:space="preserve"> three</w:t>
      </w:r>
      <w:r>
        <w:t xml:space="preserve"> weeks</w:t>
      </w:r>
      <w:r>
        <w:t xml:space="preserve"> together</w:t>
      </w:r>
      <w:r>
        <w:t xml:space="preserve"> we</w:t>
      </w:r>
      <w:r>
        <w:t xml:space="preserve"> got</w:t>
      </w:r>
      <w:r>
        <w:t xml:space="preserve"> to</w:t>
      </w:r>
      <w:r>
        <w:t xml:space="preserve"> get</w:t>
      </w:r>
      <w:r>
        <w:t xml:space="preserve"> away.</w:t>
        <w:br/>
        <w:t>我就想让她好好过一晚</w:t>
      </w:r>
      <w:r>
        <w:t xml:space="preserve"> Sam</w:t>
        <w:br/>
        <w:t>I</w:t>
      </w:r>
      <w:r>
        <w:t xml:space="preserve"> just</w:t>
      </w:r>
      <w:r>
        <w:t xml:space="preserve"> wanted</w:t>
      </w:r>
      <w:r>
        <w:t xml:space="preserve"> her</w:t>
      </w:r>
      <w:r>
        <w:t xml:space="preserve"> to</w:t>
      </w:r>
      <w:r>
        <w:t xml:space="preserve"> have</w:t>
      </w:r>
      <w:r>
        <w:t xml:space="preserve"> one</w:t>
      </w:r>
      <w:r>
        <w:t xml:space="preserve"> night,</w:t>
      </w:r>
      <w:r>
        <w:t xml:space="preserve"> Sam.</w:t>
        <w:br/>
        <w:t>Andy</w:t>
        <w:br/>
        <w:t>Andy.</w:t>
      </w:r>
      <w:r>
        <w:t xml:space="preserve"> </w:t>
        <w:br/>
        <w:t>天哪</w:t>
        <w:br/>
        <w:t>Oh,</w:t>
      </w:r>
      <w:r>
        <w:t xml:space="preserve"> my</w:t>
      </w:r>
      <w:r>
        <w:t xml:space="preserve"> god.</w:t>
        <w:br/>
        <w:t>真对不起</w:t>
        <w:br/>
        <w:t>I'm</w:t>
      </w:r>
      <w:r>
        <w:t xml:space="preserve"> so</w:t>
      </w:r>
      <w:r>
        <w:t xml:space="preserve"> sorry.</w:t>
      </w:r>
      <w:r>
        <w:t xml:space="preserve"> </w:t>
        <w:br/>
        <w:t>你还好吧?</w:t>
        <w:br/>
        <w:t>Are</w:t>
      </w:r>
      <w:r>
        <w:t xml:space="preserve"> you</w:t>
      </w:r>
      <w:r>
        <w:t xml:space="preserve"> okay?</w:t>
        <w:br/>
        <w:t>我没事</w:t>
      </w:r>
      <w:r>
        <w:t xml:space="preserve"> 都是我的错</w:t>
        <w:br/>
        <w:t>Yeah.</w:t>
      </w:r>
      <w:r>
        <w:t xml:space="preserve"> I'm</w:t>
      </w:r>
      <w:r>
        <w:t xml:space="preserve"> fine.</w:t>
      </w:r>
      <w:r>
        <w:t xml:space="preserve"> It</w:t>
      </w:r>
      <w:r>
        <w:t xml:space="preserve"> was</w:t>
      </w:r>
      <w:r>
        <w:t xml:space="preserve"> my</w:t>
      </w:r>
      <w:r>
        <w:t xml:space="preserve"> own</w:t>
      </w:r>
      <w:r>
        <w:t xml:space="preserve"> fault.</w:t>
        <w:br/>
        <w:t>没关阳台门</w:t>
        <w:br/>
        <w:t>I</w:t>
      </w:r>
      <w:r>
        <w:t xml:space="preserve"> left</w:t>
      </w:r>
      <w:r>
        <w:t xml:space="preserve"> the</w:t>
      </w:r>
      <w:r>
        <w:t xml:space="preserve"> balcony</w:t>
      </w:r>
      <w:r>
        <w:t xml:space="preserve"> doors</w:t>
      </w:r>
      <w:r>
        <w:t xml:space="preserve"> wide</w:t>
      </w:r>
      <w:r>
        <w:t xml:space="preserve"> open.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</w:t>
        <w:br/>
        <w:t>我自己都老不关</w:t>
        <w:br/>
        <w:t>I</w:t>
      </w:r>
      <w:r>
        <w:t xml:space="preserve"> leave</w:t>
      </w:r>
      <w:r>
        <w:t xml:space="preserve"> them</w:t>
      </w:r>
      <w:r>
        <w:t xml:space="preserve"> open</w:t>
      </w:r>
      <w:r>
        <w:t xml:space="preserve"> all</w:t>
      </w:r>
      <w:r>
        <w:t xml:space="preserve"> the</w:t>
      </w:r>
      <w:r>
        <w:t xml:space="preserve"> time.</w:t>
        <w:br/>
        <w:t>是吗?</w:t>
        <w:br/>
        <w:t>You</w:t>
      </w:r>
      <w:r>
        <w:t xml:space="preserve"> do?</w:t>
      </w:r>
      <w:r>
        <w:t xml:space="preserve"> </w:t>
        <w:br/>
        <w:t>是啊</w:t>
      </w:r>
      <w:r>
        <w:t xml:space="preserve"> 如果我在家而且醒着的话</w:t>
        <w:br/>
        <w:t>Yeah,</w:t>
      </w:r>
      <w:r>
        <w:t xml:space="preserve"> I</w:t>
      </w:r>
      <w:r>
        <w:t xml:space="preserve"> mean,</w:t>
      </w:r>
      <w:r>
        <w:t xml:space="preserve"> if</w:t>
      </w:r>
      <w:r>
        <w:t xml:space="preserve"> I'm</w:t>
      </w:r>
      <w:r>
        <w:t xml:space="preserve"> here,</w:t>
      </w:r>
      <w:r>
        <w:t xml:space="preserve"> and</w:t>
      </w:r>
      <w:r>
        <w:t xml:space="preserve"> I'm</w:t>
      </w:r>
      <w:r>
        <w:t xml:space="preserve"> up.</w:t>
        <w:br/>
        <w:t>我家空调坏了</w:t>
        <w:br/>
        <w:t>My</w:t>
      </w:r>
      <w:r>
        <w:t xml:space="preserve"> A.C.'s</w:t>
      </w:r>
      <w:r>
        <w:t xml:space="preserve"> broken.</w:t>
        <w:br/>
        <w:t>我去问问楼下邻居有没有看到什么</w:t>
        <w:br/>
        <w:t>I'll</w:t>
      </w:r>
      <w:r>
        <w:t xml:space="preserve"> check</w:t>
      </w:r>
      <w:r>
        <w:t xml:space="preserve"> with</w:t>
      </w:r>
      <w:r>
        <w:t xml:space="preserve"> the</w:t>
      </w:r>
      <w:r>
        <w:t xml:space="preserve"> downstairs</w:t>
      </w:r>
      <w:r>
        <w:t xml:space="preserve"> neighbors</w:t>
      </w:r>
      <w:r>
        <w:t xml:space="preserve"> and</w:t>
      </w:r>
      <w:r>
        <w:t xml:space="preserve"> see</w:t>
      </w:r>
      <w:r>
        <w:t xml:space="preserve"> if</w:t>
      </w:r>
      <w:r>
        <w:t xml:space="preserve"> anyone</w:t>
      </w:r>
      <w:r>
        <w:t xml:space="preserve"> saw</w:t>
      </w:r>
      <w:r>
        <w:t xml:space="preserve"> anything,</w:t>
      </w:r>
      <w:r>
        <w:t xml:space="preserve"> okay?</w:t>
        <w:br/>
        <w:t>警探马上就到</w:t>
      </w:r>
      <w:r>
        <w:t xml:space="preserve"> 他们会派巡警走访群众</w:t>
        <w:br/>
        <w:t>Detectives</w:t>
      </w:r>
      <w:r>
        <w:t xml:space="preserve"> are</w:t>
      </w:r>
      <w:r>
        <w:t xml:space="preserve"> on</w:t>
      </w:r>
      <w:r>
        <w:t xml:space="preserve"> their</w:t>
      </w:r>
      <w:r>
        <w:t xml:space="preserve"> way.</w:t>
      </w:r>
      <w:r>
        <w:t xml:space="preserve"> They'll</w:t>
      </w:r>
      <w:r>
        <w:t xml:space="preserve"> send</w:t>
      </w:r>
      <w:r>
        <w:t xml:space="preserve"> uniforms</w:t>
      </w:r>
      <w:r>
        <w:t xml:space="preserve"> to</w:t>
      </w:r>
      <w:r>
        <w:t xml:space="preserve"> start</w:t>
      </w:r>
      <w:r>
        <w:t xml:space="preserve"> canvassing.</w:t>
        <w:br/>
        <w:t>对不起啊</w:t>
      </w:r>
      <w:r>
        <w:t xml:space="preserve"> 把你桌子搞成这样</w:t>
        <w:br/>
        <w:t>I'm</w:t>
      </w:r>
      <w:r>
        <w:t xml:space="preserve"> so</w:t>
      </w:r>
      <w:r>
        <w:t xml:space="preserve"> sorry</w:t>
      </w:r>
      <w:r>
        <w:t xml:space="preserve"> about</w:t>
      </w:r>
      <w:r>
        <w:t xml:space="preserve"> your</w:t>
      </w:r>
      <w:r>
        <w:t xml:space="preserve"> table.</w:t>
        <w:br/>
        <w:t>放了三周假后</w:t>
        <w:br/>
        <w:t>With</w:t>
      </w:r>
      <w:r>
        <w:t xml:space="preserve"> three</w:t>
      </w:r>
      <w:r>
        <w:t xml:space="preserve"> weeks</w:t>
      </w:r>
      <w:r>
        <w:t xml:space="preserve"> off,</w:t>
      </w:r>
      <w:r>
        <w:t xml:space="preserve"> you</w:t>
      </w:r>
      <w:r>
        <w:t xml:space="preserve"> know,</w:t>
        <w:br/>
        <w:t>我真的清醒多了</w:t>
        <w:br/>
        <w:t>I...</w:t>
      </w:r>
      <w:r>
        <w:t xml:space="preserve"> I</w:t>
      </w:r>
      <w:r>
        <w:t xml:space="preserve"> think</w:t>
      </w:r>
      <w:r>
        <w:t xml:space="preserve"> I</w:t>
      </w:r>
      <w:r>
        <w:t xml:space="preserve"> really</w:t>
      </w:r>
      <w:r>
        <w:t xml:space="preserve"> gained</w:t>
      </w:r>
      <w:r>
        <w:t xml:space="preserve"> some</w:t>
      </w:r>
      <w:r>
        <w:t xml:space="preserve"> clarity.</w:t>
        <w:br/>
        <w:t>是吗?</w:t>
        <w:br/>
        <w:t>Oh,</w:t>
      </w:r>
      <w:r>
        <w:t xml:space="preserve"> yeah?</w:t>
      </w:r>
      <w:r>
        <w:t xml:space="preserve"> </w:t>
        <w:br/>
        <w:t>绝对的</w:t>
        <w:br/>
        <w:t>Totally.</w:t>
        <w:br/>
        <w:t>我知道我需要什么了</w:t>
        <w:br/>
        <w:t>I</w:t>
      </w:r>
      <w:r>
        <w:t xml:space="preserve"> mean,</w:t>
      </w:r>
      <w:r>
        <w:t xml:space="preserve"> I</w:t>
      </w:r>
      <w:r>
        <w:t xml:space="preserve"> know</w:t>
      </w:r>
      <w:r>
        <w:t xml:space="preserve"> what</w:t>
      </w:r>
      <w:r>
        <w:t xml:space="preserve"> I</w:t>
      </w:r>
      <w:r>
        <w:t xml:space="preserve"> need</w:t>
      </w:r>
      <w:r>
        <w:t xml:space="preserve"> now.</w:t>
        <w:br/>
        <w:t>我需要个兄弟</w:t>
        <w:br/>
        <w:t>I</w:t>
      </w:r>
      <w:r>
        <w:t xml:space="preserve"> need</w:t>
      </w:r>
      <w:r>
        <w:t xml:space="preserve"> a</w:t>
      </w:r>
      <w:r>
        <w:t xml:space="preserve"> bro,</w:t>
      </w:r>
      <w:r>
        <w:t xml:space="preserve"> you</w:t>
      </w:r>
      <w:r>
        <w:t xml:space="preserve"> know?</w:t>
        <w:br/>
        <w:t>我已经决定了</w:t>
      </w:r>
      <w:r>
        <w:t xml:space="preserve"> 你来当我兄弟</w:t>
        <w:br/>
        <w:t>And</w:t>
      </w:r>
      <w:r>
        <w:t xml:space="preserve"> guess</w:t>
      </w:r>
      <w:r>
        <w:t xml:space="preserve"> what.</w:t>
      </w:r>
      <w:r>
        <w:t xml:space="preserve"> You're</w:t>
      </w:r>
      <w:r>
        <w:t xml:space="preserve"> it.</w:t>
      </w:r>
      <w:r>
        <w:t xml:space="preserve"> I've</w:t>
      </w:r>
      <w:r>
        <w:t xml:space="preserve"> decided.</w:t>
        <w:br/>
        <w:t>想想吧</w:t>
        <w:br/>
        <w:t>I</w:t>
      </w:r>
      <w:r>
        <w:t xml:space="preserve"> mean,</w:t>
      </w:r>
      <w:r>
        <w:t xml:space="preserve"> just</w:t>
      </w:r>
      <w:r>
        <w:t xml:space="preserve"> imagine,</w:t>
        <w:br/>
        <w:t>咱俩</w:t>
      </w:r>
      <w:r>
        <w:t xml:space="preserve"> 好兄弟</w:t>
      </w:r>
      <w:r>
        <w:t xml:space="preserve"> 一辈子</w:t>
        <w:br/>
        <w:t>you</w:t>
      </w:r>
      <w:r>
        <w:t xml:space="preserve"> and</w:t>
      </w:r>
      <w:r>
        <w:t xml:space="preserve"> me,</w:t>
      </w:r>
      <w:r>
        <w:t xml:space="preserve"> mano</w:t>
      </w:r>
      <w:r>
        <w:t xml:space="preserve"> a</w:t>
      </w:r>
      <w:r>
        <w:t xml:space="preserve"> mano,</w:t>
      </w:r>
      <w:r>
        <w:t xml:space="preserve"> mi</w:t>
      </w:r>
      <w:r>
        <w:t xml:space="preserve"> casa</w:t>
      </w:r>
      <w:r>
        <w:t xml:space="preserve"> es</w:t>
      </w:r>
      <w:r>
        <w:t xml:space="preserve"> su</w:t>
      </w:r>
      <w:r>
        <w:t xml:space="preserve"> casa.</w:t>
        <w:br/>
        <w:t>Duncan</w:t>
      </w:r>
      <w:r>
        <w:t xml:space="preserve"> 刮胡子去</w:t>
        <w:br/>
        <w:t>Duncan,</w:t>
      </w:r>
      <w:r>
        <w:t xml:space="preserve"> go</w:t>
      </w:r>
      <w:r>
        <w:t xml:space="preserve"> shave.</w:t>
        <w:br/>
        <w:t>我已经刮过了</w:t>
        <w:br/>
        <w:t>I've</w:t>
      </w:r>
      <w:r>
        <w:t xml:space="preserve"> aleardy...</w:t>
      </w:r>
      <w:r>
        <w:t xml:space="preserve"> I've</w:t>
      </w:r>
      <w:r>
        <w:t xml:space="preserve"> already</w:t>
      </w:r>
      <w:r>
        <w:t xml:space="preserve"> shaved</w:t>
        <w:br/>
        <w:t>再刮一遍</w:t>
        <w:br/>
        <w:t>do</w:t>
      </w:r>
      <w:r>
        <w:t xml:space="preserve"> it</w:t>
      </w:r>
      <w:r>
        <w:t xml:space="preserve"> again</w:t>
        <w:br/>
        <w:t>快去</w:t>
      </w:r>
      <w:r>
        <w:t xml:space="preserve"> 动起来</w:t>
        <w:br/>
        <w:t>now,</w:t>
      </w:r>
      <w:r>
        <w:t xml:space="preserve"> shave</w:t>
      </w:r>
      <w:r>
        <w:t xml:space="preserve"> your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face.</w:t>
        <w:br/>
        <w:t>你怎么来了?</w:t>
        <w:br/>
        <w:t>What</w:t>
      </w:r>
      <w:r>
        <w:t xml:space="preserve"> are</w:t>
      </w:r>
      <w:r>
        <w:t xml:space="preserve"> you</w:t>
      </w:r>
      <w:r>
        <w:t xml:space="preserve"> doing</w:t>
      </w:r>
      <w:r>
        <w:t xml:space="preserve"> here?</w:t>
        <w:br/>
        <w:t>我以为这是女更衣室</w:t>
        <w:br/>
        <w:t>Um</w:t>
      </w:r>
      <w:r>
        <w:t xml:space="preserve"> </w:t>
      </w:r>
      <w:r>
        <w:t xml:space="preserve"> I</w:t>
      </w:r>
      <w:r>
        <w:t xml:space="preserve"> thought</w:t>
      </w:r>
      <w:r>
        <w:t xml:space="preserve"> that</w:t>
      </w:r>
      <w:r>
        <w:t xml:space="preserve"> this</w:t>
      </w:r>
      <w:r>
        <w:t xml:space="preserve"> was</w:t>
      </w:r>
      <w:r>
        <w:t xml:space="preserve"> the</w:t>
      </w:r>
      <w:r>
        <w:t xml:space="preserve"> women's</w:t>
      </w:r>
      <w:r>
        <w:t xml:space="preserve"> locker</w:t>
      </w:r>
      <w:r>
        <w:t xml:space="preserve"> room.</w:t>
        <w:br/>
        <w:t>没有</w:t>
      </w:r>
      <w:r>
        <w:t xml:space="preserve"> 去年互换了一下</w:t>
        <w:br/>
        <w:t>No,</w:t>
      </w:r>
      <w:r>
        <w:t xml:space="preserve"> they,</w:t>
      </w:r>
      <w:r>
        <w:t xml:space="preserve"> uh...</w:t>
      </w:r>
      <w:r>
        <w:t xml:space="preserve"> they</w:t>
      </w:r>
      <w:r>
        <w:t xml:space="preserve"> switched</w:t>
      </w:r>
      <w:r>
        <w:t xml:space="preserve"> them</w:t>
      </w:r>
      <w:r>
        <w:t xml:space="preserve"> last</w:t>
      </w:r>
      <w:r>
        <w:t xml:space="preserve"> year.</w:t>
      </w:r>
      <w:r>
        <w:t xml:space="preserve"> </w:t>
        <w:br/>
        <w:t>女生们嫌这边水压太小</w:t>
        <w:br/>
        <w:t>The</w:t>
      </w:r>
      <w:r>
        <w:t xml:space="preserve"> girls</w:t>
      </w:r>
      <w:r>
        <w:t xml:space="preserve"> wanted</w:t>
      </w:r>
      <w:r>
        <w:t xml:space="preserve"> more</w:t>
      </w:r>
      <w:r>
        <w:t xml:space="preserve"> water</w:t>
      </w:r>
      <w:r>
        <w:t xml:space="preserve"> pressure.</w:t>
        <w:br/>
        <w:t>是</w:t>
      </w:r>
      <w:r>
        <w:t xml:space="preserve"> 没错</w:t>
        <w:br/>
        <w:t>Right.</w:t>
      </w:r>
      <w:r>
        <w:t xml:space="preserve"> Of</w:t>
      </w:r>
      <w:r>
        <w:t xml:space="preserve"> course.</w:t>
        <w:br/>
        <w:t>你是Nick吧?</w:t>
        <w:br/>
        <w:t>Um...</w:t>
      </w:r>
      <w:r>
        <w:t xml:space="preserve"> it's...</w:t>
      </w:r>
      <w:r>
        <w:t xml:space="preserve"> it's</w:t>
      </w:r>
      <w:r>
        <w:t xml:space="preserve"> Nick,</w:t>
      </w:r>
      <w:r>
        <w:t xml:space="preserve"> right?</w:t>
        <w:br/>
        <w:t>Nick</w:t>
      </w:r>
      <w:r>
        <w:t xml:space="preserve"> 那个被你亲完就甩掉的男人</w:t>
        <w:br/>
        <w:t>Nick,</w:t>
      </w:r>
      <w:r>
        <w:t xml:space="preserve"> the</w:t>
      </w:r>
      <w:r>
        <w:t xml:space="preserve"> guy</w:t>
      </w:r>
      <w:r>
        <w:t xml:space="preserve"> you</w:t>
      </w:r>
      <w:r>
        <w:t xml:space="preserve"> bailed</w:t>
      </w:r>
      <w:r>
        <w:t xml:space="preserve"> on</w:t>
      </w:r>
      <w:r>
        <w:t xml:space="preserve"> a</w:t>
      </w:r>
      <w:r>
        <w:t xml:space="preserve"> pretty</w:t>
      </w:r>
      <w:r>
        <w:t xml:space="preserve"> great</w:t>
      </w:r>
      <w:r>
        <w:t xml:space="preserve"> kiss</w:t>
      </w:r>
      <w:r>
        <w:t xml:space="preserve"> with,</w:t>
        <w:br/>
        <w:t>Nick</w:t>
      </w:r>
      <w:r>
        <w:t xml:space="preserve"> 天天去咖啡店</w:t>
      </w:r>
      <w:r>
        <w:t xml:space="preserve"> 总共等了你70多小时</w:t>
      </w:r>
      <w:r>
        <w:t xml:space="preserve"> </w:t>
        <w:br/>
        <w:t>Nick,</w:t>
      </w:r>
      <w:r>
        <w:t xml:space="preserve"> the</w:t>
      </w:r>
      <w:r>
        <w:t xml:space="preserve"> loser</w:t>
      </w:r>
      <w:r>
        <w:t xml:space="preserve"> who's</w:t>
      </w:r>
      <w:r>
        <w:t xml:space="preserve"> logged</w:t>
      </w:r>
      <w:r>
        <w:t xml:space="preserve"> 70</w:t>
      </w:r>
      <w:r>
        <w:t xml:space="preserve"> hours</w:t>
      </w:r>
      <w:r>
        <w:t xml:space="preserve"> at</w:t>
      </w:r>
      <w:r>
        <w:t xml:space="preserve"> that</w:t>
      </w:r>
      <w:r>
        <w:t xml:space="preserve"> coffee</w:t>
      </w:r>
      <w:r>
        <w:t xml:space="preserve"> shop</w:t>
      </w:r>
      <w:r>
        <w:t xml:space="preserve"> </w:t>
        <w:br/>
        <w:t>希望能再见到你的那个男人</w:t>
        <w:br/>
        <w:t>hoping</w:t>
      </w:r>
      <w:r>
        <w:t xml:space="preserve"> to</w:t>
      </w:r>
      <w:r>
        <w:t xml:space="preserve"> see</w:t>
      </w:r>
      <w:r>
        <w:t xml:space="preserve"> you</w:t>
      </w:r>
      <w:r>
        <w:t xml:space="preserve"> again.</w:t>
        <w:br/>
        <w:t>现在我去是因为咖啡好喝啦</w:t>
      </w:r>
      <w:r>
        <w:t xml:space="preserve"> </w:t>
        <w:br/>
        <w:t>Now</w:t>
      </w:r>
      <w:r>
        <w:t xml:space="preserve"> I</w:t>
      </w:r>
      <w:r>
        <w:t xml:space="preserve"> go</w:t>
      </w:r>
      <w:r>
        <w:t xml:space="preserve"> for</w:t>
      </w:r>
      <w:r>
        <w:t xml:space="preserve"> the</w:t>
      </w:r>
      <w:r>
        <w:t xml:space="preserve"> coffee,</w:t>
      </w:r>
      <w:r>
        <w:t xml:space="preserve"> but</w:t>
      </w:r>
      <w:r>
        <w:t xml:space="preserve"> initially,</w:t>
      </w:r>
      <w:r>
        <w:t xml:space="preserve"> </w:t>
        <w:br/>
        <w:t>不过之前不是</w:t>
      </w:r>
      <w:r>
        <w:t xml:space="preserve"> 所以你要给我看什么?</w:t>
        <w:br/>
        <w:t>I</w:t>
      </w:r>
      <w:r>
        <w:t xml:space="preserve"> was...</w:t>
      </w:r>
      <w:r>
        <w:t xml:space="preserve"> what</w:t>
      </w:r>
      <w:r>
        <w:t xml:space="preserve"> are</w:t>
      </w:r>
      <w:r>
        <w:t xml:space="preserve"> you</w:t>
      </w:r>
      <w:r>
        <w:t xml:space="preserve"> showing</w:t>
      </w:r>
      <w:r>
        <w:t xml:space="preserve"> me?</w:t>
        <w:br/>
        <w:t>没有</w:t>
      </w:r>
      <w:r>
        <w:t xml:space="preserve"> 就是那个...</w:t>
        <w:br/>
        <w:t>Well,</w:t>
      </w:r>
      <w:r>
        <w:t xml:space="preserve"> it's</w:t>
      </w:r>
      <w:r>
        <w:t xml:space="preserve"> just...</w:t>
      </w:r>
      <w:r>
        <w:t xml:space="preserve"> it's</w:t>
      </w:r>
      <w:r>
        <w:t xml:space="preserve"> here</w:t>
      </w:r>
      <w:r>
        <w:t xml:space="preserve"> somewhere...</w:t>
        <w:br/>
        <w:t>我的铭牌</w:t>
        <w:br/>
        <w:t>my</w:t>
      </w:r>
      <w:r>
        <w:t xml:space="preserve"> name</w:t>
      </w:r>
      <w:r>
        <w:t xml:space="preserve"> tag.</w:t>
        <w:br/>
        <w:t>你是警&amp;hearts;察&amp;hearts;?</w:t>
        <w:br/>
        <w:t>You're</w:t>
      </w:r>
      <w:r>
        <w:t xml:space="preserve"> a</w:t>
      </w:r>
      <w:r>
        <w:t xml:space="preserve"> police</w:t>
      </w:r>
      <w:r>
        <w:t xml:space="preserve"> officer?</w:t>
      </w:r>
      <w:r>
        <w:t xml:space="preserve"> </w:t>
        <w:br/>
        <w:t>对啊</w:t>
        <w:br/>
        <w:t>Yeah,</w:t>
      </w:r>
      <w:r>
        <w:t xml:space="preserve"> yeah.</w:t>
        <w:br/>
        <w:t>今天上工</w:t>
        <w:br/>
        <w:t>I</w:t>
      </w:r>
      <w:r>
        <w:t xml:space="preserve"> start</w:t>
      </w:r>
      <w:r>
        <w:t xml:space="preserve"> today.</w:t>
      </w:r>
      <w:r>
        <w:t xml:space="preserve"> </w:t>
        <w:br/>
        <w:t>Ward</w:t>
        <w:br/>
        <w:t>Ward.</w:t>
        <w:br/>
        <w:t>Juliet</w:t>
      </w:r>
      <w:r>
        <w:t xml:space="preserve"> Ward警官</w:t>
        <w:br/>
        <w:t>Officer</w:t>
      </w:r>
      <w:r>
        <w:t xml:space="preserve"> Juliet</w:t>
      </w:r>
      <w:r>
        <w:t xml:space="preserve"> Ward.</w:t>
      </w:r>
      <w:r>
        <w:t xml:space="preserve"> </w:t>
        <w:br/>
        <w:t>对</w:t>
        <w:br/>
        <w:t>Mm-hmm.</w:t>
        <w:br/>
        <w:t>Juliet是你真名吗?</w:t>
        <w:br/>
        <w:t>Is</w:t>
      </w:r>
      <w:r>
        <w:t xml:space="preserve"> Juliet</w:t>
      </w:r>
      <w:r>
        <w:t xml:space="preserve"> even</w:t>
      </w:r>
      <w:r>
        <w:t xml:space="preserve"> your</w:t>
      </w:r>
      <w:r>
        <w:t xml:space="preserve"> real</w:t>
      </w:r>
      <w:r>
        <w:t xml:space="preserve"> name?</w:t>
      </w:r>
      <w:r>
        <w:t xml:space="preserve"> </w:t>
        <w:br/>
        <w:t>别这样好吗?</w:t>
        <w:br/>
        <w:t>Look,</w:t>
      </w:r>
      <w:r>
        <w:t xml:space="preserve"> just...</w:t>
      </w:r>
      <w:r>
        <w:t xml:space="preserve"> just</w:t>
      </w:r>
      <w:r>
        <w:t xml:space="preserve"> don't,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okay?</w:t>
        <w:br/>
        <w:t>我之前知道自己一个月后就要入职了</w:t>
        <w:br/>
        <w:t>I</w:t>
      </w:r>
      <w:r>
        <w:t xml:space="preserve"> knew</w:t>
      </w:r>
      <w:r>
        <w:t xml:space="preserve"> that</w:t>
      </w:r>
      <w:r>
        <w:t xml:space="preserve"> I</w:t>
      </w:r>
      <w:r>
        <w:t xml:space="preserve"> was</w:t>
      </w:r>
      <w:r>
        <w:t xml:space="preserve"> starting</w:t>
      </w:r>
      <w:r>
        <w:t xml:space="preserve"> work</w:t>
      </w:r>
      <w:r>
        <w:t xml:space="preserve"> in</w:t>
      </w:r>
      <w:r>
        <w:t xml:space="preserve"> a</w:t>
      </w:r>
      <w:r>
        <w:t xml:space="preserve"> month.</w:t>
        <w:br/>
        <w:t>所以不想跟别的警&amp;hearts;察&amp;hearts;谈恋爱</w:t>
        <w:br/>
        <w:t>And...</w:t>
      </w:r>
      <w:r>
        <w:t xml:space="preserve"> I</w:t>
      </w:r>
      <w:r>
        <w:t xml:space="preserve"> didn't</w:t>
      </w:r>
      <w:r>
        <w:t xml:space="preserve"> want</w:t>
      </w:r>
      <w:r>
        <w:t xml:space="preserve"> to</w:t>
      </w:r>
      <w:r>
        <w:t xml:space="preserve"> get</w:t>
      </w:r>
      <w:r>
        <w:t xml:space="preserve"> involved</w:t>
      </w:r>
      <w:r>
        <w:t xml:space="preserve"> with</w:t>
      </w:r>
      <w:r>
        <w:t xml:space="preserve"> another</w:t>
      </w:r>
      <w:r>
        <w:t xml:space="preserve"> cop.</w:t>
        <w:br/>
        <w:t>别的警&amp;hearts;察&amp;hearts;?</w:t>
        <w:br/>
        <w:t>Another</w:t>
      </w:r>
      <w:r>
        <w:t xml:space="preserve"> cop?</w:t>
      </w:r>
      <w:r>
        <w:t xml:space="preserve"> </w:t>
        <w:br/>
        <w:t>你跟很多警&amp;hearts;察&amp;hearts;谈过恋爱?</w:t>
        <w:br/>
        <w:t>Have</w:t>
      </w:r>
      <w:r>
        <w:t xml:space="preserve"> you</w:t>
      </w:r>
      <w:r>
        <w:t xml:space="preserve"> been</w:t>
      </w:r>
      <w:r>
        <w:t xml:space="preserve"> involved</w:t>
      </w:r>
      <w:r>
        <w:t xml:space="preserve"> with</w:t>
      </w:r>
      <w:r>
        <w:t xml:space="preserve"> a</w:t>
      </w:r>
      <w:r>
        <w:t xml:space="preserve"> lot</w:t>
      </w:r>
      <w:r>
        <w:t xml:space="preserve"> of</w:t>
      </w:r>
      <w:r>
        <w:t xml:space="preserve"> cops?</w:t>
        <w:br/>
        <w:t>没有</w:t>
      </w:r>
      <w:r>
        <w:t xml:space="preserve"> 你呢?</w:t>
        <w:br/>
        <w:t>No.</w:t>
      </w:r>
      <w:r>
        <w:t xml:space="preserve"> Have</w:t>
      </w:r>
      <w:r>
        <w:t xml:space="preserve"> you?</w:t>
        <w:br/>
        <w:t>看吧</w:t>
      </w:r>
      <w:r>
        <w:t xml:space="preserve"> 就是这种表情</w:t>
        <w:br/>
        <w:t>See?</w:t>
      </w:r>
      <w:r>
        <w:t xml:space="preserve"> See</w:t>
      </w:r>
      <w:r>
        <w:t xml:space="preserve"> that...</w:t>
      </w:r>
      <w:r>
        <w:t xml:space="preserve"> that...</w:t>
      </w:r>
      <w:r>
        <w:t xml:space="preserve"> that</w:t>
      </w:r>
      <w:r>
        <w:t xml:space="preserve"> look.</w:t>
        <w:br/>
        <w:t>我努力想避免的就是这种</w:t>
        <w:br/>
        <w:t>That's</w:t>
      </w:r>
      <w:r>
        <w:t xml:space="preserve"> exactly</w:t>
      </w:r>
      <w:r>
        <w:t xml:space="preserve"> what</w:t>
      </w:r>
      <w:r>
        <w:t xml:space="preserve"> I</w:t>
      </w:r>
      <w:r>
        <w:t xml:space="preserve"> was</w:t>
      </w:r>
      <w:r>
        <w:t xml:space="preserve"> trying</w:t>
      </w:r>
      <w:r>
        <w:t xml:space="preserve"> to</w:t>
      </w:r>
      <w:r>
        <w:t xml:space="preserve"> avoid.</w:t>
      </w:r>
      <w:r>
        <w:t xml:space="preserve"> </w:t>
        <w:br/>
        <w:t>什么表情?</w:t>
        <w:br/>
        <w:t>What</w:t>
      </w:r>
      <w:r>
        <w:t xml:space="preserve"> look?</w:t>
        <w:br/>
        <w:t>艾玛</w:t>
      </w:r>
      <w:r>
        <w:t xml:space="preserve"> 不小心啃秃了窝边草的表情</w:t>
        <w:br/>
        <w:t>Uh,</w:t>
      </w:r>
      <w:r>
        <w:t xml:space="preserve"> the</w:t>
      </w:r>
      <w:r>
        <w:t xml:space="preserve"> "whoops,</w:t>
      </w:r>
      <w:r>
        <w:t xml:space="preserve"> I</w:t>
      </w:r>
      <w:r>
        <w:t xml:space="preserve"> crap</w:t>
      </w:r>
      <w:r>
        <w:t xml:space="preserve"> where</w:t>
      </w:r>
      <w:r>
        <w:t xml:space="preserve"> I</w:t>
      </w:r>
      <w:r>
        <w:t xml:space="preserve"> eat"</w:t>
      </w:r>
      <w:r>
        <w:t xml:space="preserve"> look.</w:t>
        <w:br/>
        <w:t>还有</w:t>
      </w:r>
      <w:r>
        <w:t xml:space="preserve"> 我说的警&amp;hearts;察&amp;hearts;是指同僚</w:t>
      </w:r>
      <w:r>
        <w:t xml:space="preserve"> 不是什么别的警&amp;hearts;察&amp;hearts;</w:t>
        <w:br/>
        <w:t>And,</w:t>
      </w:r>
      <w:r>
        <w:t xml:space="preserve"> for</w:t>
      </w:r>
      <w:r>
        <w:t xml:space="preserve"> the</w:t>
      </w:r>
      <w:r>
        <w:t xml:space="preserve"> record,</w:t>
      </w:r>
      <w:r>
        <w:t xml:space="preserve"> I</w:t>
      </w:r>
      <w:r>
        <w:t xml:space="preserve"> meant</w:t>
      </w:r>
      <w:r>
        <w:t xml:space="preserve"> fellow</w:t>
      </w:r>
      <w:r>
        <w:t xml:space="preserve"> cop,</w:t>
      </w:r>
      <w:r>
        <w:t xml:space="preserve"> not</w:t>
      </w:r>
      <w:r>
        <w:t xml:space="preserve"> another</w:t>
      </w:r>
      <w:r>
        <w:t xml:space="preserve"> cop.</w:t>
        <w:br/>
        <w:t>我应该说得更清楚点</w:t>
      </w:r>
      <w:r>
        <w:t xml:space="preserve"> 这是我不对</w:t>
        <w:br/>
        <w:t>I</w:t>
      </w:r>
      <w:r>
        <w:t xml:space="preserve"> should</w:t>
      </w:r>
      <w:r>
        <w:t xml:space="preserve"> have</w:t>
      </w:r>
      <w:r>
        <w:t xml:space="preserve"> been</w:t>
      </w:r>
      <w:r>
        <w:t xml:space="preserve"> more</w:t>
      </w:r>
      <w:r>
        <w:t xml:space="preserve"> specific,</w:t>
      </w:r>
      <w:r>
        <w:t xml:space="preserve"> and</w:t>
      </w:r>
      <w:r>
        <w:t xml:space="preserve"> I</w:t>
      </w:r>
      <w:r>
        <w:t xml:space="preserve"> apologize.</w:t>
        <w:br/>
        <w:t>你就只为你的语法道歉吗?</w:t>
        <w:br/>
        <w:t>That's</w:t>
      </w:r>
      <w:r>
        <w:t xml:space="preserve"> what</w:t>
      </w:r>
      <w:r>
        <w:t xml:space="preserve"> you're</w:t>
      </w:r>
      <w:r>
        <w:t xml:space="preserve"> apologizing</w:t>
      </w:r>
      <w:r>
        <w:t xml:space="preserve"> for?</w:t>
      </w:r>
      <w:r>
        <w:t xml:space="preserve"> Your</w:t>
      </w:r>
      <w:r>
        <w:t xml:space="preserve"> grammar?</w:t>
        <w:br/>
        <w:t>不是语法的问题</w:t>
      </w:r>
      <w:r>
        <w:t xml:space="preserve"> 是我选择表达方式的问题</w:t>
        <w:br/>
        <w:t>No,</w:t>
      </w:r>
      <w:r>
        <w:t xml:space="preserve"> not</w:t>
      </w:r>
      <w:r>
        <w:t xml:space="preserve"> my</w:t>
      </w:r>
      <w:r>
        <w:t xml:space="preserve"> grammar.</w:t>
      </w:r>
      <w:r>
        <w:t xml:space="preserve"> Just</w:t>
      </w:r>
      <w:r>
        <w:t xml:space="preserve"> my...</w:t>
      </w:r>
      <w:r>
        <w:t xml:space="preserve"> just</w:t>
      </w:r>
      <w:r>
        <w:t xml:space="preserve"> my</w:t>
      </w:r>
      <w:r>
        <w:t xml:space="preserve"> choice</w:t>
      </w:r>
      <w:r>
        <w:t xml:space="preserve"> of</w:t>
      </w:r>
      <w:r>
        <w:t xml:space="preserve"> words.</w:t>
        <w:br/>
        <w:t>你干嘛不早说?</w:t>
        <w:br/>
        <w:t>Why</w:t>
      </w:r>
      <w:r>
        <w:t xml:space="preserve"> didn't</w:t>
      </w:r>
      <w:r>
        <w:t xml:space="preserve"> you</w:t>
      </w:r>
      <w:r>
        <w:t xml:space="preserve"> just</w:t>
      </w:r>
      <w:r>
        <w:t xml:space="preserve"> tell</w:t>
      </w:r>
      <w:r>
        <w:t xml:space="preserve"> me?</w:t>
        <w:br/>
        <w:t>我只是想坚持自己</w:t>
        <w:br/>
        <w:t>Look,</w:t>
      </w:r>
      <w:r>
        <w:t xml:space="preserve"> I</w:t>
      </w:r>
      <w:r>
        <w:t xml:space="preserve"> was</w:t>
      </w:r>
      <w:r>
        <w:t xml:space="preserve"> just</w:t>
      </w:r>
      <w:r>
        <w:t xml:space="preserve"> trying</w:t>
      </w:r>
      <w:r>
        <w:t xml:space="preserve"> to</w:t>
      </w:r>
      <w:r>
        <w:t xml:space="preserve"> stick</w:t>
      </w:r>
      <w:r>
        <w:t xml:space="preserve"> to</w:t>
      </w:r>
      <w:r>
        <w:t xml:space="preserve"> my</w:t>
      </w:r>
      <w:r>
        <w:t xml:space="preserve"> plan.</w:t>
        <w:br/>
        <w:t>而且</w:t>
      </w:r>
      <w:r>
        <w:t xml:space="preserve"> 我怕你会让我改变主意</w:t>
        <w:br/>
        <w:t>And...</w:t>
      </w:r>
      <w:r>
        <w:t xml:space="preserve"> I</w:t>
      </w:r>
      <w:r>
        <w:t xml:space="preserve"> was</w:t>
      </w:r>
      <w:r>
        <w:t xml:space="preserve"> worried</w:t>
      </w:r>
      <w:r>
        <w:t xml:space="preserve"> that</w:t>
      </w:r>
      <w:r>
        <w:t xml:space="preserve"> you</w:t>
      </w:r>
      <w:r>
        <w:t xml:space="preserve"> would</w:t>
      </w:r>
      <w:r>
        <w:t xml:space="preserve"> change</w:t>
      </w:r>
      <w:r>
        <w:t xml:space="preserve"> my</w:t>
      </w:r>
      <w:r>
        <w:t xml:space="preserve"> mind.</w:t>
        <w:br/>
        <w:t>是啊</w:t>
      </w:r>
      <w:r>
        <w:t xml:space="preserve"> 我也许真会</w:t>
        <w:br/>
        <w:t>Yeah,</w:t>
      </w:r>
      <w:r>
        <w:t xml:space="preserve"> I</w:t>
      </w:r>
      <w:r>
        <w:t xml:space="preserve"> would</w:t>
      </w:r>
      <w:r>
        <w:t xml:space="preserve"> have.</w:t>
        <w:br/>
        <w:t>欢迎来到15分局</w:t>
        <w:br/>
        <w:t>Welcome</w:t>
      </w:r>
      <w:r>
        <w:t xml:space="preserve"> to</w:t>
      </w:r>
      <w:r>
        <w:t xml:space="preserve"> 15.</w:t>
        <w:br/>
        <w:t>谢谢</w:t>
        <w:br/>
        <w:t>Thank</w:t>
      </w:r>
      <w:r>
        <w:t xml:space="preserve"> you.</w:t>
        <w:br/>
        <w:t>好了各位</w:t>
      </w:r>
      <w:r>
        <w:t xml:space="preserve"> 欢迎回来</w:t>
        <w:br/>
        <w:t>All</w:t>
      </w:r>
      <w:r>
        <w:t xml:space="preserve"> right,</w:t>
      </w:r>
      <w:r>
        <w:t xml:space="preserve"> everybody.</w:t>
      </w:r>
      <w:r>
        <w:t xml:space="preserve"> Welcome</w:t>
      </w:r>
      <w:r>
        <w:t xml:space="preserve"> back.</w:t>
        <w:br/>
        <w:t>大家都这么精神焕发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我就放心了</w:t>
        <w:br/>
        <w:t>It's</w:t>
      </w:r>
      <w:r>
        <w:t xml:space="preserve"> nice</w:t>
      </w:r>
      <w:r>
        <w:t xml:space="preserve"> to</w:t>
      </w:r>
      <w:r>
        <w:t xml:space="preserve"> see</w:t>
      </w:r>
      <w:r>
        <w:t xml:space="preserve"> you</w:t>
      </w:r>
      <w:r>
        <w:t xml:space="preserve"> all</w:t>
      </w:r>
      <w:r>
        <w:t xml:space="preserve"> looking</w:t>
      </w:r>
      <w:r>
        <w:t xml:space="preserve"> so</w:t>
      </w:r>
      <w:r>
        <w:t xml:space="preserve"> bright-eyed</w:t>
      </w:r>
      <w:r>
        <w:t xml:space="preserve"> and</w:t>
      </w:r>
      <w:r>
        <w:t xml:space="preserve"> bushy-tailed.</w:t>
        <w:br/>
        <w:t>请继续保持</w:t>
        <w:br/>
        <w:t>Okay,</w:t>
      </w:r>
      <w:r>
        <w:t xml:space="preserve"> we're</w:t>
      </w:r>
      <w:r>
        <w:t xml:space="preserve"> gonna</w:t>
      </w:r>
      <w:r>
        <w:t xml:space="preserve"> keep</w:t>
      </w:r>
      <w:r>
        <w:t xml:space="preserve"> it</w:t>
      </w:r>
      <w:r>
        <w:t xml:space="preserve"> that</w:t>
      </w:r>
      <w:r>
        <w:t xml:space="preserve"> way,</w:t>
        <w:br/>
        <w:t>因为今天我们得逮住一只小贼</w:t>
        <w:br/>
        <w:t>because</w:t>
      </w:r>
      <w:r>
        <w:t xml:space="preserve"> today,</w:t>
      </w:r>
      <w:r>
        <w:t xml:space="preserve"> we're</w:t>
      </w:r>
      <w:r>
        <w:t xml:space="preserve"> gonna</w:t>
      </w:r>
      <w:r>
        <w:t xml:space="preserve"> track</w:t>
      </w:r>
      <w:r>
        <w:t xml:space="preserve"> down</w:t>
      </w:r>
      <w:r>
        <w:t xml:space="preserve"> a</w:t>
      </w:r>
      <w:r>
        <w:t xml:space="preserve"> burglar.</w:t>
        <w:br/>
        <w:t>我相信很多人已经听说了</w:t>
        <w:br/>
        <w:t>I'm</w:t>
      </w:r>
      <w:r>
        <w:t xml:space="preserve"> sure</w:t>
      </w:r>
      <w:r>
        <w:t xml:space="preserve"> that</w:t>
      </w:r>
      <w:r>
        <w:t xml:space="preserve"> most</w:t>
      </w:r>
      <w:r>
        <w:t xml:space="preserve"> of</w:t>
      </w:r>
      <w:r>
        <w:t xml:space="preserve"> you</w:t>
      </w:r>
      <w:r>
        <w:t xml:space="preserve"> have</w:t>
      </w:r>
      <w:r>
        <w:t xml:space="preserve"> heard</w:t>
      </w:r>
      <w:r>
        <w:t xml:space="preserve"> </w:t>
        <w:br/>
        <w:t>昨晚McNally警官赶走了一名入侵者</w:t>
        <w:br/>
        <w:t>that</w:t>
      </w:r>
      <w:r>
        <w:t xml:space="preserve"> last</w:t>
      </w:r>
      <w:r>
        <w:t xml:space="preserve"> night,</w:t>
      </w:r>
      <w:r>
        <w:t xml:space="preserve"> officer</w:t>
      </w:r>
      <w:r>
        <w:t xml:space="preserve"> McNally</w:t>
      </w:r>
      <w:r>
        <w:t xml:space="preserve"> fought</w:t>
      </w:r>
      <w:r>
        <w:t xml:space="preserve"> off</w:t>
      </w:r>
      <w:r>
        <w:t xml:space="preserve"> an</w:t>
      </w:r>
      <w:r>
        <w:t xml:space="preserve"> intruder.</w:t>
        <w:br/>
        <w:t>现在由她给大家介绍一下具体情况</w:t>
        <w:br/>
        <w:t>I</w:t>
      </w:r>
      <w:r>
        <w:t xml:space="preserve"> will</w:t>
      </w:r>
      <w:r>
        <w:t xml:space="preserve"> let</w:t>
      </w:r>
      <w:r>
        <w:t xml:space="preserve"> her</w:t>
      </w:r>
      <w:r>
        <w:t xml:space="preserve"> fill</w:t>
      </w:r>
      <w:r>
        <w:t xml:space="preserve"> you</w:t>
      </w:r>
      <w:r>
        <w:t xml:space="preserve"> in</w:t>
      </w:r>
      <w:r>
        <w:t xml:space="preserve"> on</w:t>
      </w:r>
      <w:r>
        <w:t xml:space="preserve"> the</w:t>
      </w:r>
      <w:r>
        <w:t xml:space="preserve"> details,</w:t>
        <w:br/>
        <w:t>我怕她太谦虚不说哈</w:t>
      </w:r>
      <w:r>
        <w:t xml:space="preserve"> 就跟大家说一声</w:t>
        <w:br/>
        <w:t>but</w:t>
      </w:r>
      <w:r>
        <w:t xml:space="preserve"> in</w:t>
      </w:r>
      <w:r>
        <w:t xml:space="preserve"> case</w:t>
      </w:r>
      <w:r>
        <w:t xml:space="preserve"> she's</w:t>
      </w:r>
      <w:r>
        <w:t xml:space="preserve"> feeling</w:t>
      </w:r>
      <w:r>
        <w:t xml:space="preserve"> particularly</w:t>
      </w:r>
      <w:r>
        <w:t xml:space="preserve"> self-effacing,</w:t>
        <w:br/>
        <w:t>McNally狠狠揍了他一顿</w:t>
        <w:br/>
        <w:t>I</w:t>
      </w:r>
      <w:r>
        <w:t xml:space="preserve"> will</w:t>
      </w:r>
      <w:r>
        <w:t xml:space="preserve"> tell</w:t>
      </w:r>
      <w:r>
        <w:t xml:space="preserve"> you</w:t>
      </w:r>
      <w:r>
        <w:t xml:space="preserve"> McNally</w:t>
      </w:r>
      <w:r>
        <w:t xml:space="preserve"> kicked</w:t>
      </w:r>
      <w:r>
        <w:t xml:space="preserve"> his</w:t>
      </w:r>
      <w:r>
        <w:t xml:space="preserve"> ass.</w:t>
        <w:br/>
        <w:t>好啦</w:t>
        <w:br/>
        <w:t>All</w:t>
      </w:r>
      <w:r>
        <w:t xml:space="preserve"> right.</w:t>
        <w:br/>
        <w:t>这就是我们15分局的风格</w:t>
        <w:br/>
        <w:t>That's</w:t>
      </w:r>
      <w:r>
        <w:t xml:space="preserve"> how</w:t>
      </w:r>
      <w:r>
        <w:t xml:space="preserve"> we</w:t>
      </w:r>
      <w:r>
        <w:t xml:space="preserve"> do</w:t>
      </w:r>
      <w:r>
        <w:t xml:space="preserve"> it</w:t>
      </w:r>
      <w:r>
        <w:t xml:space="preserve"> in</w:t>
      </w:r>
      <w:r>
        <w:t xml:space="preserve"> 15.</w:t>
        <w:br/>
        <w:t>还有</w:t>
      </w:r>
      <w:r>
        <w:t xml:space="preserve"> 给大家介绍一下新伙伴</w:t>
        <w:br/>
        <w:t>I</w:t>
      </w:r>
      <w:r>
        <w:t xml:space="preserve"> would</w:t>
      </w:r>
      <w:r>
        <w:t xml:space="preserve"> also</w:t>
      </w:r>
      <w:r>
        <w:t xml:space="preserve"> like</w:t>
      </w:r>
      <w:r>
        <w:t xml:space="preserve"> to</w:t>
      </w:r>
      <w:r>
        <w:t xml:space="preserve"> introduce</w:t>
      </w:r>
      <w:r>
        <w:t xml:space="preserve"> the</w:t>
      </w:r>
      <w:r>
        <w:t xml:space="preserve"> newest</w:t>
      </w:r>
      <w:r>
        <w:t xml:space="preserve"> member</w:t>
      </w:r>
      <w:r>
        <w:t xml:space="preserve"> of</w:t>
      </w:r>
      <w:r>
        <w:t xml:space="preserve"> our</w:t>
      </w:r>
      <w:r>
        <w:t xml:space="preserve"> platoon.</w:t>
        <w:br/>
        <w:t>各位</w:t>
      </w:r>
      <w:r>
        <w:t xml:space="preserve"> 这位是Juliet</w:t>
      </w:r>
      <w:r>
        <w:t xml:space="preserve"> Ward警官</w:t>
        <w:br/>
        <w:t>Everybody,</w:t>
      </w:r>
      <w:r>
        <w:t xml:space="preserve"> this</w:t>
      </w:r>
      <w:r>
        <w:t xml:space="preserve"> is</w:t>
      </w:r>
      <w:r>
        <w:t xml:space="preserve"> officer</w:t>
      </w:r>
      <w:r>
        <w:t xml:space="preserve"> Juliet</w:t>
      </w:r>
      <w:r>
        <w:t xml:space="preserve"> Ward,</w:t>
      </w:r>
      <w:r>
        <w:t xml:space="preserve"> </w:t>
        <w:br/>
        <w:t>从温哥华警局调来的</w:t>
        <w:br/>
        <w:t>she's</w:t>
      </w:r>
      <w:r>
        <w:t xml:space="preserve"> a</w:t>
      </w:r>
      <w:r>
        <w:t xml:space="preserve"> lateral</w:t>
      </w:r>
      <w:r>
        <w:t xml:space="preserve"> transfer</w:t>
      </w:r>
      <w:r>
        <w:t xml:space="preserve"> from</w:t>
      </w:r>
      <w:r>
        <w:t xml:space="preserve"> Vancouver</w:t>
      </w:r>
      <w:r>
        <w:t xml:space="preserve"> P.D.</w:t>
      </w:r>
      <w:r>
        <w:t xml:space="preserve"> </w:t>
        <w:br/>
        <w:t>你好</w:t>
        <w:br/>
        <w:t>How</w:t>
      </w:r>
      <w:r>
        <w:t xml:space="preserve"> you</w:t>
      </w:r>
      <w:r>
        <w:t xml:space="preserve"> doing?</w:t>
        <w:br/>
        <w:t>好吧</w:t>
      </w:r>
      <w:r>
        <w:t xml:space="preserve"> 听我海岸警卫队的兄弟说</w:t>
        <w:br/>
        <w:t>Now,</w:t>
      </w:r>
      <w:r>
        <w:t xml:space="preserve"> according</w:t>
      </w:r>
      <w:r>
        <w:t xml:space="preserve"> to</w:t>
      </w:r>
      <w:r>
        <w:t xml:space="preserve"> my</w:t>
      </w:r>
      <w:r>
        <w:t xml:space="preserve"> pals</w:t>
      </w:r>
      <w:r>
        <w:t xml:space="preserve"> on</w:t>
      </w:r>
      <w:r>
        <w:t xml:space="preserve"> the</w:t>
      </w:r>
      <w:r>
        <w:t xml:space="preserve"> coast,</w:t>
      </w:r>
      <w:r>
        <w:t xml:space="preserve"> </w:t>
        <w:br/>
        <w:br/>
        <w:t>她能来咱这儿</w:t>
      </w:r>
      <w:r>
        <w:t xml:space="preserve"> 是咱撞大运了</w:t>
        <w:br/>
        <w:t>we</w:t>
      </w:r>
      <w:r>
        <w:t xml:space="preserve"> are</w:t>
      </w:r>
      <w:r>
        <w:t xml:space="preserve"> very</w:t>
      </w:r>
      <w:r>
        <w:t xml:space="preserve"> lucky</w:t>
      </w:r>
      <w:r>
        <w:t xml:space="preserve"> to</w:t>
      </w:r>
      <w:r>
        <w:t xml:space="preserve"> have</w:t>
      </w:r>
      <w:r>
        <w:t xml:space="preserve"> her.</w:t>
        <w:br/>
        <w:t>现在请大家热烈欢迎她</w:t>
        <w:br/>
        <w:t>So,</w:t>
      </w:r>
      <w:r>
        <w:t xml:space="preserve"> let's</w:t>
      </w:r>
      <w:r>
        <w:t xml:space="preserve"> make</w:t>
      </w:r>
      <w:r>
        <w:t xml:space="preserve"> her</w:t>
      </w:r>
      <w:r>
        <w:t xml:space="preserve"> feel</w:t>
      </w:r>
      <w:r>
        <w:t xml:space="preserve"> welcome,</w:t>
      </w:r>
      <w:r>
        <w:t xml:space="preserve"> all</w:t>
      </w:r>
      <w:r>
        <w:t xml:space="preserve"> right?</w:t>
        <w:br/>
        <w:t>热情点!</w:t>
        <w:br/>
        <w:t>Give</w:t>
      </w:r>
      <w:r>
        <w:t xml:space="preserve"> it</w:t>
      </w:r>
      <w:r>
        <w:t xml:space="preserve"> up!</w:t>
      </w:r>
      <w:r>
        <w:t xml:space="preserve"> </w:t>
        <w:br/>
        <w:t>大家好</w:t>
        <w:br/>
        <w:t>Hey,</w:t>
      </w:r>
      <w:r>
        <w:t xml:space="preserve"> everyone.</w:t>
        <w:br/>
        <w:t>让人家瞧瞧啥叫亲如一家啊</w:t>
        <w:br/>
        <w:t>Make</w:t>
      </w:r>
      <w:r>
        <w:t xml:space="preserve"> her</w:t>
      </w:r>
      <w:r>
        <w:t xml:space="preserve"> feel</w:t>
      </w:r>
      <w:r>
        <w:t xml:space="preserve"> like</w:t>
      </w:r>
      <w:r>
        <w:t xml:space="preserve"> part</w:t>
      </w:r>
      <w:r>
        <w:t xml:space="preserve"> of</w:t>
      </w:r>
      <w:r>
        <w:t xml:space="preserve"> the</w:t>
      </w:r>
      <w:r>
        <w:t xml:space="preserve"> family,</w:t>
      </w:r>
      <w:r>
        <w:t xml:space="preserve"> okay?</w:t>
        <w:br/>
        <w:t>嘿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Chloe</w:t>
        <w:br/>
        <w:t>Hey,</w:t>
      </w:r>
      <w:r>
        <w:t xml:space="preserve"> Chloe.</w:t>
      </w:r>
      <w:r>
        <w:t xml:space="preserve"> </w:t>
        <w:br/>
        <w:t>嘿</w:t>
      </w:r>
      <w:r>
        <w:t xml:space="preserve"> Chris</w:t>
      </w:r>
      <w:r>
        <w:t xml:space="preserve"> 你好吗?</w:t>
        <w:br/>
        <w:t>Hey,</w:t>
      </w:r>
      <w:r>
        <w:t xml:space="preserve"> Chris,</w:t>
      </w:r>
      <w:r>
        <w:t xml:space="preserve"> how</w:t>
      </w:r>
      <w:r>
        <w:t xml:space="preserve"> are</w:t>
      </w:r>
      <w:r>
        <w:t xml:space="preserve"> you?</w:t>
        <w:br/>
        <w:t>挺好的</w:t>
      </w:r>
      <w:r>
        <w:t xml:space="preserve"> 你呢</w:t>
      </w:r>
      <w:r>
        <w:t xml:space="preserve"> 休假过得好吗?</w:t>
        <w:br/>
        <w:t>Good,</w:t>
      </w:r>
      <w:r>
        <w:t xml:space="preserve"> how</w:t>
      </w:r>
      <w:r>
        <w:t xml:space="preserve"> was</w:t>
      </w:r>
      <w:r>
        <w:t xml:space="preserve"> your</w:t>
      </w:r>
      <w:r>
        <w:t xml:space="preserve"> break?</w:t>
      </w:r>
      <w:r>
        <w:t xml:space="preserve"> </w:t>
        <w:br/>
        <w:t>好极了</w:t>
        <w:br/>
        <w:t>Oh,</w:t>
      </w:r>
      <w:r>
        <w:t xml:space="preserve"> it</w:t>
      </w:r>
      <w:r>
        <w:t xml:space="preserve"> was...</w:t>
      </w:r>
      <w:r>
        <w:t xml:space="preserve"> it</w:t>
      </w:r>
      <w:r>
        <w:t xml:space="preserve"> was</w:t>
      </w:r>
      <w:r>
        <w:t xml:space="preserve"> great.</w:t>
        <w:br/>
        <w:t>老健身</w:t>
        <w:br/>
        <w:t>Yeah,</w:t>
      </w:r>
      <w:r>
        <w:t xml:space="preserve"> I,</w:t>
      </w:r>
      <w:r>
        <w:t xml:space="preserve"> uh...</w:t>
      </w:r>
      <w:r>
        <w:t xml:space="preserve"> I</w:t>
      </w:r>
      <w:r>
        <w:t xml:space="preserve"> worked</w:t>
      </w:r>
      <w:r>
        <w:t xml:space="preserve"> out</w:t>
      </w:r>
      <w:r>
        <w:t xml:space="preserve"> a</w:t>
      </w:r>
      <w:r>
        <w:t xml:space="preserve"> lot.</w:t>
        <w:br/>
        <w:t>看得出来吧</w:t>
      </w:r>
      <w:r>
        <w:t xml:space="preserve"> 我现在身材可好了</w:t>
        <w:br/>
        <w:t>You</w:t>
      </w:r>
      <w:r>
        <w:t xml:space="preserve"> can</w:t>
      </w:r>
      <w:r>
        <w:t xml:space="preserve"> probably</w:t>
      </w:r>
      <w:r>
        <w:t xml:space="preserve"> tell,</w:t>
      </w:r>
      <w:r>
        <w:t xml:space="preserve"> 'cause</w:t>
      </w:r>
      <w:r>
        <w:t xml:space="preserve"> I'm,</w:t>
      </w:r>
      <w:r>
        <w:t xml:space="preserve"> uh,</w:t>
      </w:r>
      <w:r>
        <w:t xml:space="preserve"> looking</w:t>
      </w:r>
      <w:r>
        <w:t xml:space="preserve"> pretty</w:t>
      </w:r>
      <w:r>
        <w:t xml:space="preserve"> cut,</w:t>
      </w:r>
      <w:r>
        <w:t xml:space="preserve"> so...</w:t>
        <w:br/>
        <w:t>必须的</w:t>
        <w:br/>
        <w:t>Totally.</w:t>
      </w:r>
      <w:r>
        <w:t xml:space="preserve"> </w:t>
        <w:br/>
        <w:t>你呢?</w:t>
        <w:br/>
        <w:t>How</w:t>
      </w:r>
      <w:r>
        <w:t xml:space="preserve"> about</w:t>
      </w:r>
      <w:r>
        <w:t xml:space="preserve"> you?</w:t>
        <w:br/>
        <w:t>也挺好的</w:t>
      </w:r>
      <w:r>
        <w:t xml:space="preserve"> 轻松轻松</w:t>
      </w:r>
      <w:r>
        <w:t xml:space="preserve"> 装&amp;hearts;修&amp;hearts;了下房&amp;hearts;子</w:t>
        <w:br/>
        <w:t>It</w:t>
      </w:r>
      <w:r>
        <w:t xml:space="preserve"> was</w:t>
      </w:r>
      <w:r>
        <w:t xml:space="preserve"> good,</w:t>
      </w:r>
      <w:r>
        <w:t xml:space="preserve"> you</w:t>
      </w:r>
      <w:r>
        <w:t xml:space="preserve"> know?</w:t>
      </w:r>
      <w:r>
        <w:t xml:space="preserve"> Just</w:t>
      </w:r>
      <w:r>
        <w:t xml:space="preserve"> took</w:t>
      </w:r>
      <w:r>
        <w:t xml:space="preserve"> it</w:t>
      </w:r>
      <w:r>
        <w:t xml:space="preserve"> easy,</w:t>
      </w:r>
      <w:r>
        <w:t xml:space="preserve"> worked</w:t>
      </w:r>
      <w:r>
        <w:t xml:space="preserve"> on</w:t>
      </w:r>
      <w:r>
        <w:t xml:space="preserve"> the</w:t>
      </w:r>
      <w:r>
        <w:t xml:space="preserve"> place.</w:t>
        <w:br/>
        <w:t>你该去看看Dov的房&amp;hearts;间</w:t>
        <w:br/>
        <w:t>You</w:t>
      </w:r>
      <w:r>
        <w:t xml:space="preserve"> should</w:t>
      </w:r>
      <w:r>
        <w:t xml:space="preserve"> see</w:t>
      </w:r>
      <w:r>
        <w:t xml:space="preserve"> Dov's</w:t>
      </w:r>
      <w:r>
        <w:t xml:space="preserve"> room.</w:t>
        <w:br/>
        <w:t>重新装&amp;hearts;修&amp;hearts;了</w:t>
      </w:r>
      <w:r>
        <w:t xml:space="preserve"> 可棒了</w:t>
        <w:br/>
        <w:t>We</w:t>
      </w:r>
      <w:r>
        <w:t xml:space="preserve"> totally</w:t>
      </w:r>
      <w:r>
        <w:t xml:space="preserve"> redid</w:t>
      </w:r>
      <w:r>
        <w:t xml:space="preserve"> it</w:t>
      </w:r>
      <w:r>
        <w:t xml:space="preserve"> ...</w:t>
      </w:r>
      <w:r>
        <w:t xml:space="preserve"> it</w:t>
      </w:r>
      <w:r>
        <w:t xml:space="preserve"> looks</w:t>
      </w:r>
      <w:r>
        <w:t xml:space="preserve"> awesome.</w:t>
        <w:br/>
        <w:t>是吗?</w:t>
        <w:br/>
        <w:t>Oh,</w:t>
      </w:r>
      <w:r>
        <w:t xml:space="preserve"> yeah?</w:t>
        <w:br/>
        <w:t>那什么...Gail等着我呢</w:t>
      </w:r>
      <w:r>
        <w:t xml:space="preserve"> 我还是...</w:t>
        <w:br/>
        <w:t>Well,</w:t>
      </w:r>
      <w:r>
        <w:t xml:space="preserve"> I</w:t>
      </w:r>
      <w:r>
        <w:t xml:space="preserve"> should...</w:t>
      </w:r>
      <w:r>
        <w:t xml:space="preserve"> Gail's</w:t>
      </w:r>
      <w:r>
        <w:t xml:space="preserve"> waiting</w:t>
      </w:r>
      <w:r>
        <w:t xml:space="preserve"> for</w:t>
      </w:r>
      <w:r>
        <w:t xml:space="preserve"> me,</w:t>
      </w:r>
      <w:r>
        <w:t xml:space="preserve"> so</w:t>
      </w:r>
      <w:r>
        <w:t xml:space="preserve"> I</w:t>
      </w:r>
      <w:r>
        <w:t xml:space="preserve"> should...</w:t>
        <w:br/>
        <w:t>很高兴又见到你了</w:t>
        <w:br/>
        <w:t>Yeah,</w:t>
      </w:r>
      <w:r>
        <w:t xml:space="preserve"> it</w:t>
      </w:r>
      <w:r>
        <w:t xml:space="preserve"> was...</w:t>
      </w:r>
      <w:r>
        <w:t xml:space="preserve"> it</w:t>
      </w:r>
      <w:r>
        <w:t xml:space="preserve"> was</w:t>
      </w:r>
      <w:r>
        <w:t xml:space="preserve"> nice</w:t>
      </w:r>
      <w:r>
        <w:t xml:space="preserve"> to</w:t>
      </w:r>
      <w:r>
        <w:t xml:space="preserve"> see</w:t>
      </w:r>
      <w:r>
        <w:t xml:space="preserve"> you.</w:t>
        <w:br/>
        <w:t>你刷墙了吗?</w:t>
        <w:br/>
        <w:t>Did</w:t>
      </w:r>
      <w:r>
        <w:t xml:space="preserve"> you</w:t>
      </w:r>
      <w:r>
        <w:t xml:space="preserve"> paint</w:t>
      </w:r>
      <w:r>
        <w:t xml:space="preserve"> over</w:t>
      </w:r>
      <w:r>
        <w:t xml:space="preserve"> our</w:t>
      </w:r>
      <w:r>
        <w:t xml:space="preserve"> wall?</w:t>
        <w:br/>
        <w:t>我们一起在墙上画的咱俩爱之旅的图</w:t>
        <w:br/>
        <w:t>The</w:t>
      </w:r>
      <w:r>
        <w:t xml:space="preserve"> wall</w:t>
      </w:r>
      <w:r>
        <w:t xml:space="preserve"> that</w:t>
      </w:r>
      <w:r>
        <w:t xml:space="preserve"> we</w:t>
      </w:r>
      <w:r>
        <w:t xml:space="preserve"> did</w:t>
      </w:r>
      <w:r>
        <w:t xml:space="preserve"> together,</w:t>
      </w:r>
      <w:r>
        <w:t xml:space="preserve"> mind</w:t>
      </w:r>
      <w:r>
        <w:t xml:space="preserve"> map</w:t>
      </w:r>
      <w:r>
        <w:t xml:space="preserve"> of</w:t>
      </w:r>
      <w:r>
        <w:t xml:space="preserve"> our</w:t>
      </w:r>
      <w:r>
        <w:t xml:space="preserve"> love,</w:t>
        <w:br/>
        <w:t>全是照片和特别日记的那个</w:t>
      </w:r>
      <w:r>
        <w:t xml:space="preserve"> 你刷掉了吗?</w:t>
        <w:br/>
        <w:t>complete</w:t>
      </w:r>
      <w:r>
        <w:t xml:space="preserve"> with</w:t>
      </w:r>
      <w:r>
        <w:t xml:space="preserve"> photographs</w:t>
      </w:r>
      <w:r>
        <w:t xml:space="preserve"> and</w:t>
      </w:r>
      <w:r>
        <w:t xml:space="preserve"> special,</w:t>
      </w:r>
      <w:r>
        <w:t xml:space="preserve"> special</w:t>
      </w:r>
      <w:r>
        <w:t xml:space="preserve"> notes?</w:t>
        <w:br/>
        <w:t>刷了</w:t>
        <w:br/>
        <w:t>Yeah,</w:t>
      </w:r>
      <w:r>
        <w:t xml:space="preserve"> I</w:t>
      </w:r>
      <w:r>
        <w:t xml:space="preserve"> did.</w:t>
      </w:r>
      <w:r>
        <w:t xml:space="preserve"> </w:t>
        <w:br/>
        <w:t>什么颜色?</w:t>
        <w:br/>
        <w:t>What</w:t>
      </w:r>
      <w:r>
        <w:t xml:space="preserve"> color?</w:t>
        <w:br/>
        <w:t>白色</w:t>
        <w:br/>
        <w:t>White.</w:t>
        <w:br/>
        <w:t>哦</w:t>
        <w:br/>
        <w:t>Ouch.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</w:t>
        <w:br/>
        <w:t>回见</w:t>
      </w:r>
      <w:r>
        <w:t xml:space="preserve"> Chloe</w:t>
        <w:br/>
        <w:t>I'll</w:t>
      </w:r>
      <w:r>
        <w:t xml:space="preserve"> see</w:t>
      </w:r>
      <w:r>
        <w:t xml:space="preserve"> you</w:t>
      </w:r>
      <w:r>
        <w:t xml:space="preserve"> around,</w:t>
      </w:r>
      <w:r>
        <w:t xml:space="preserve"> Chloe.</w:t>
        <w:br/>
        <w:t>你气色不错</w:t>
        <w:br/>
        <w:t>You</w:t>
      </w:r>
      <w:r>
        <w:t xml:space="preserve"> look</w:t>
      </w:r>
      <w:r>
        <w:t xml:space="preserve"> great.</w:t>
        <w:br/>
        <w:t>巡警什么都没发现?</w:t>
      </w:r>
      <w:r>
        <w:t xml:space="preserve"> 身份也查不出?</w:t>
        <w:br/>
        <w:t>Uniforms</w:t>
      </w:r>
      <w:r>
        <w:t xml:space="preserve"> didn't</w:t>
      </w:r>
      <w:r>
        <w:t xml:space="preserve"> find</w:t>
      </w:r>
      <w:r>
        <w:t xml:space="preserve"> anything?</w:t>
      </w:r>
      <w:r>
        <w:t xml:space="preserve"> Nothing</w:t>
      </w:r>
      <w:r>
        <w:t xml:space="preserve"> from</w:t>
      </w:r>
      <w:r>
        <w:t xml:space="preserve"> ident?</w:t>
        <w:br/>
        <w:t>不行</w:t>
        <w:br/>
        <w:t>Nope.</w:t>
      </w:r>
      <w:r>
        <w:t xml:space="preserve"> </w:t>
        <w:br/>
        <w:t>也是不意外</w:t>
        <w:br/>
        <w:t>Not</w:t>
      </w:r>
      <w:r>
        <w:t xml:space="preserve"> really</w:t>
      </w:r>
      <w:r>
        <w:t xml:space="preserve"> surprised.</w:t>
        <w:br/>
        <w:t>他戴着面具和手套</w:t>
      </w:r>
      <w:r>
        <w:t xml:space="preserve"> 才刚进门</w:t>
        <w:br/>
        <w:t>The</w:t>
      </w:r>
      <w:r>
        <w:t xml:space="preserve"> guy</w:t>
      </w:r>
      <w:r>
        <w:t xml:space="preserve"> was</w:t>
      </w:r>
      <w:r>
        <w:t xml:space="preserve"> wearing</w:t>
      </w:r>
      <w:r>
        <w:t xml:space="preserve"> a</w:t>
      </w:r>
      <w:r>
        <w:t xml:space="preserve"> mask</w:t>
      </w:r>
      <w:r>
        <w:t xml:space="preserve"> and</w:t>
      </w:r>
      <w:r>
        <w:t xml:space="preserve"> gloves,</w:t>
      </w:r>
      <w:r>
        <w:t xml:space="preserve"> barely</w:t>
      </w:r>
      <w:r>
        <w:t xml:space="preserve"> got</w:t>
      </w:r>
      <w:r>
        <w:t xml:space="preserve"> inside.</w:t>
        <w:br/>
        <w:t>你确定他不是跟着你进去的?</w:t>
        <w:br/>
        <w:t>So,</w:t>
      </w:r>
      <w:r>
        <w:t xml:space="preserve"> you're</w:t>
      </w:r>
      <w:r>
        <w:t xml:space="preserve"> sure</w:t>
      </w:r>
      <w:r>
        <w:t xml:space="preserve"> he</w:t>
      </w:r>
      <w:r>
        <w:t xml:space="preserve"> didn't</w:t>
      </w:r>
      <w:r>
        <w:t xml:space="preserve"> follow</w:t>
      </w:r>
      <w:r>
        <w:t xml:space="preserve"> you</w:t>
      </w:r>
      <w:r>
        <w:t xml:space="preserve"> there?</w:t>
        <w:br/>
        <w:t>不是</w:t>
      </w:r>
      <w:r>
        <w:t xml:space="preserve"> 我在屋里走动</w:t>
      </w:r>
      <w:r>
        <w:t xml:space="preserve"> 一直很警觉</w:t>
        <w:br/>
        <w:t>No,</w:t>
      </w:r>
      <w:r>
        <w:t xml:space="preserve"> I</w:t>
      </w:r>
      <w:r>
        <w:t xml:space="preserve"> was</w:t>
      </w:r>
      <w:r>
        <w:t xml:space="preserve"> walking.</w:t>
      </w:r>
      <w:r>
        <w:t xml:space="preserve"> I</w:t>
      </w:r>
      <w:r>
        <w:t xml:space="preserve"> was</w:t>
      </w:r>
      <w:r>
        <w:t xml:space="preserve"> alert.</w:t>
      </w:r>
      <w:r>
        <w:t xml:space="preserve"> </w:t>
        <w:br/>
        <w:t>要是跟着我进来的</w:t>
      </w:r>
      <w:r>
        <w:t xml:space="preserve"> 我应该会注意到</w:t>
        <w:br/>
        <w:t>I</w:t>
      </w:r>
      <w:r>
        <w:t xml:space="preserve"> would</w:t>
      </w:r>
      <w:r>
        <w:t xml:space="preserve"> have</w:t>
      </w:r>
      <w:r>
        <w:t xml:space="preserve"> seen</w:t>
      </w:r>
      <w:r>
        <w:t xml:space="preserve"> him.</w:t>
        <w:br/>
        <w:t>所以你进了门</w:t>
      </w:r>
      <w:r>
        <w:t xml:space="preserve"> 开了灯</w:t>
      </w:r>
      <w:r>
        <w:t xml:space="preserve"> 开了门</w:t>
        <w:br/>
        <w:t>All</w:t>
      </w:r>
      <w:r>
        <w:t xml:space="preserve"> right,</w:t>
      </w:r>
      <w:r>
        <w:t xml:space="preserve"> you</w:t>
      </w:r>
      <w:r>
        <w:t xml:space="preserve"> get</w:t>
      </w:r>
      <w:r>
        <w:t xml:space="preserve"> in</w:t>
      </w:r>
      <w:r>
        <w:t xml:space="preserve"> there,</w:t>
      </w:r>
      <w:r>
        <w:t xml:space="preserve"> turn</w:t>
      </w:r>
      <w:r>
        <w:t xml:space="preserve"> on</w:t>
      </w:r>
      <w:r>
        <w:t xml:space="preserve"> the</w:t>
      </w:r>
      <w:r>
        <w:t xml:space="preserve"> lights,</w:t>
      </w:r>
      <w:r>
        <w:t xml:space="preserve"> open</w:t>
      </w:r>
      <w:r>
        <w:t xml:space="preserve"> the</w:t>
      </w:r>
      <w:r>
        <w:t xml:space="preserve"> doors.</w:t>
        <w:br/>
        <w:t>两分钟后</w:t>
      </w:r>
      <w:r>
        <w:t xml:space="preserve"> 他就进来了</w:t>
      </w:r>
      <w:r>
        <w:t xml:space="preserve"> 入室抢劫这时机选得不行啊</w:t>
        <w:br/>
        <w:t>Two</w:t>
      </w:r>
      <w:r>
        <w:t xml:space="preserve"> minutes</w:t>
      </w:r>
      <w:r>
        <w:t xml:space="preserve"> later,</w:t>
      </w:r>
      <w:r>
        <w:t xml:space="preserve"> he's</w:t>
      </w:r>
      <w:r>
        <w:t xml:space="preserve"> coming</w:t>
      </w:r>
      <w:r>
        <w:t xml:space="preserve"> in.</w:t>
      </w:r>
      <w:r>
        <w:t xml:space="preserve"> Crappy</w:t>
      </w:r>
      <w:r>
        <w:t xml:space="preserve"> timing</w:t>
      </w:r>
      <w:r>
        <w:t xml:space="preserve"> for</w:t>
      </w:r>
      <w:r>
        <w:t xml:space="preserve"> a</w:t>
      </w:r>
      <w:r>
        <w:t xml:space="preserve"> B&amp;E.</w:t>
        <w:br/>
        <w:t>是啊</w:t>
      </w:r>
      <w:r>
        <w:t xml:space="preserve"> 但他肯定不是跟着我进来的</w:t>
      </w:r>
      <w:r>
        <w:t xml:space="preserve"> 那都不是我家</w:t>
        <w:br/>
        <w:t>No,</w:t>
      </w:r>
      <w:r>
        <w:t xml:space="preserve"> well,</w:t>
      </w:r>
      <w:r>
        <w:t xml:space="preserve"> he</w:t>
      </w:r>
      <w:r>
        <w:t xml:space="preserve"> wasn't</w:t>
      </w:r>
      <w:r>
        <w:t xml:space="preserve"> after</w:t>
      </w:r>
      <w:r>
        <w:t xml:space="preserve"> me.</w:t>
      </w:r>
      <w:r>
        <w:t xml:space="preserve"> It's</w:t>
      </w:r>
      <w:r>
        <w:t xml:space="preserve"> not</w:t>
      </w:r>
      <w:r>
        <w:t xml:space="preserve"> even</w:t>
      </w:r>
      <w:r>
        <w:t xml:space="preserve"> my</w:t>
      </w:r>
      <w:r>
        <w:t xml:space="preserve"> place.</w:t>
        <w:br/>
        <w:t>也许他的目标不是你</w:t>
        <w:br/>
        <w:t>Maybe</w:t>
      </w:r>
      <w:r>
        <w:t xml:space="preserve"> he</w:t>
      </w:r>
      <w:r>
        <w:t xml:space="preserve"> wasn't</w:t>
      </w:r>
      <w:r>
        <w:t xml:space="preserve"> targeting</w:t>
      </w:r>
      <w:r>
        <w:t xml:space="preserve"> you.</w:t>
        <w:br/>
        <w:t>嘿</w:t>
      </w:r>
      <w:r>
        <w:t xml:space="preserve"> Trace</w:t>
        <w:br/>
        <w:t>Hey,</w:t>
      </w:r>
      <w:r>
        <w:t xml:space="preserve"> Trace.</w:t>
      </w:r>
      <w:r>
        <w:t xml:space="preserve"> </w:t>
        <w:br/>
        <w:t>嘿</w:t>
        <w:br/>
        <w:t>Hey.</w:t>
        <w:br/>
        <w:t>嘿</w:t>
      </w:r>
      <w:r>
        <w:t xml:space="preserve"> Marlo</w:t>
      </w:r>
      <w:r>
        <w:t xml:space="preserve"> 最近好吗?</w:t>
        <w:br/>
        <w:t>Hey,</w:t>
      </w:r>
      <w:r>
        <w:t xml:space="preserve"> Marlo.</w:t>
      </w:r>
      <w:r>
        <w:t xml:space="preserve"> How's</w:t>
      </w:r>
      <w:r>
        <w:t xml:space="preserve"> it</w:t>
      </w:r>
      <w:r>
        <w:t xml:space="preserve"> going?</w:t>
        <w:br/>
        <w:t>挺好的</w:t>
        <w:br/>
        <w:t>Um,</w:t>
      </w:r>
      <w:r>
        <w:t xml:space="preserve"> good.</w:t>
      </w:r>
      <w:r>
        <w:t xml:space="preserve"> Fine.</w:t>
        <w:br/>
        <w:t>还在处理Ted</w:t>
      </w:r>
      <w:r>
        <w:t xml:space="preserve"> McDonald的案子</w:t>
        <w:br/>
        <w:t>I'm...</w:t>
      </w:r>
      <w:r>
        <w:t xml:space="preserve"> I'm</w:t>
      </w:r>
      <w:r>
        <w:t xml:space="preserve"> still</w:t>
      </w:r>
      <w:r>
        <w:t xml:space="preserve"> working</w:t>
      </w:r>
      <w:r>
        <w:t xml:space="preserve"> on</w:t>
      </w:r>
      <w:r>
        <w:t xml:space="preserve"> the</w:t>
      </w:r>
      <w:r>
        <w:t xml:space="preserve"> Ted</w:t>
      </w:r>
      <w:r>
        <w:t xml:space="preserve"> McDonald</w:t>
      </w:r>
      <w:r>
        <w:t xml:space="preserve"> case.</w:t>
        <w:br/>
        <w:t>有点乱糟糟的</w:t>
      </w:r>
      <w:r>
        <w:t xml:space="preserve"> 不过我还好</w:t>
        <w:br/>
        <w:t>It's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mess.</w:t>
      </w:r>
      <w:r>
        <w:t xml:space="preserve"> So,</w:t>
      </w:r>
      <w:r>
        <w:t xml:space="preserve"> I'm...</w:t>
      </w:r>
      <w:r>
        <w:t xml:space="preserve"> okay.</w:t>
        <w:br/>
        <w:t>好吧</w:t>
      </w:r>
      <w:r>
        <w:t xml:space="preserve"> 那你好好干</w:t>
        <w:br/>
        <w:t>All</w:t>
      </w:r>
      <w:r>
        <w:t xml:space="preserve"> right.</w:t>
      </w:r>
      <w:r>
        <w:t xml:space="preserve"> Well,</w:t>
      </w:r>
      <w:r>
        <w:t xml:space="preserve"> good</w:t>
      </w:r>
      <w:r>
        <w:t xml:space="preserve"> luck</w:t>
      </w:r>
      <w:r>
        <w:t xml:space="preserve"> with</w:t>
      </w:r>
      <w:r>
        <w:t xml:space="preserve"> it.</w:t>
        <w:br/>
        <w:t>Traci</w:t>
      </w:r>
      <w:r>
        <w:t xml:space="preserve"> 你觉得昨晚的事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有没有可能是针对你的?</w:t>
        <w:br/>
        <w:t>Traci,</w:t>
      </w:r>
      <w:r>
        <w:t xml:space="preserve"> is</w:t>
      </w:r>
      <w:r>
        <w:t xml:space="preserve"> there</w:t>
      </w:r>
      <w:r>
        <w:t xml:space="preserve"> any</w:t>
      </w:r>
      <w:r>
        <w:t xml:space="preserve"> chance</w:t>
      </w:r>
      <w:r>
        <w:t xml:space="preserve"> this</w:t>
      </w:r>
      <w:r>
        <w:t xml:space="preserve"> thing</w:t>
      </w:r>
      <w:r>
        <w:t xml:space="preserve"> last</w:t>
      </w:r>
      <w:r>
        <w:t xml:space="preserve"> night</w:t>
      </w:r>
      <w:r>
        <w:t xml:space="preserve"> was</w:t>
      </w:r>
      <w:r>
        <w:t xml:space="preserve"> personal?</w:t>
        <w:br/>
        <w:t>什么</w:t>
      </w:r>
      <w:r>
        <w:t xml:space="preserve"> 你是说Dex?</w:t>
        <w:br/>
        <w:t>Like</w:t>
      </w:r>
      <w:r>
        <w:t xml:space="preserve"> what,</w:t>
      </w:r>
      <w:r>
        <w:t xml:space="preserve"> Dex?</w:t>
        <w:br/>
        <w:t>不会</w:t>
      </w:r>
      <w:r>
        <w:t xml:space="preserve"> 不可能</w:t>
        <w:br/>
        <w:t>No.</w:t>
      </w:r>
      <w:r>
        <w:t xml:space="preserve"> No.</w:t>
      </w:r>
      <w:r>
        <w:t xml:space="preserve"> There's</w:t>
      </w:r>
      <w:r>
        <w:t xml:space="preserve"> no</w:t>
      </w:r>
      <w:r>
        <w:t xml:space="preserve"> way.</w:t>
        <w:br/>
        <w:t>再说了</w:t>
      </w:r>
      <w:r>
        <w:t xml:space="preserve"> 他昨晚跟Leo在一起</w:t>
        <w:br/>
        <w:t>He</w:t>
      </w:r>
      <w:r>
        <w:t xml:space="preserve"> was</w:t>
      </w:r>
      <w:r>
        <w:t xml:space="preserve"> with</w:t>
      </w:r>
      <w:r>
        <w:t xml:space="preserve"> Leo</w:t>
      </w:r>
      <w:r>
        <w:t xml:space="preserve"> last</w:t>
      </w:r>
      <w:r>
        <w:t xml:space="preserve"> night,</w:t>
      </w:r>
      <w:r>
        <w:t xml:space="preserve"> anyway.</w:t>
        <w:br/>
        <w:t>好吧</w:t>
      </w:r>
      <w:r>
        <w:t xml:space="preserve"> 那你最近有没有收到奇怪的电&amp;hearts;话&amp;hearts;或者邮件?</w:t>
        <w:br/>
        <w:t>Okay,</w:t>
      </w:r>
      <w:r>
        <w:t xml:space="preserve"> but</w:t>
      </w:r>
      <w:r>
        <w:t xml:space="preserve"> have</w:t>
      </w:r>
      <w:r>
        <w:t xml:space="preserve"> you</w:t>
      </w:r>
      <w:r>
        <w:t xml:space="preserve"> received</w:t>
      </w:r>
      <w:r>
        <w:t xml:space="preserve"> any</w:t>
      </w:r>
      <w:r>
        <w:t xml:space="preserve"> weird</w:t>
      </w:r>
      <w:r>
        <w:t xml:space="preserve"> phone</w:t>
      </w:r>
      <w:r>
        <w:t xml:space="preserve"> calls</w:t>
      </w:r>
      <w:r>
        <w:t xml:space="preserve"> or</w:t>
      </w:r>
      <w:r>
        <w:t xml:space="preserve"> e-mails?</w:t>
        <w:br/>
        <w:t>有是有</w:t>
      </w:r>
      <w:r>
        <w:t xml:space="preserve"> 但都是老样子</w:t>
        <w:br/>
        <w:t>I</w:t>
      </w:r>
      <w:r>
        <w:t xml:space="preserve"> mean,</w:t>
      </w:r>
      <w:r>
        <w:t xml:space="preserve"> the</w:t>
      </w:r>
      <w:r>
        <w:t xml:space="preserve"> usual.</w:t>
        <w:br/>
        <w:t>"害我进监狱的婊&amp;hearts;子&amp;hearts;</w:t>
        <w:br/>
        <w:t>"You're</w:t>
      </w:r>
      <w:r>
        <w:t xml:space="preserve"> the</w:t>
      </w:r>
      <w:r>
        <w:t xml:space="preserve"> bitch</w:t>
      </w:r>
      <w:r>
        <w:t xml:space="preserve"> who</w:t>
      </w:r>
      <w:r>
        <w:t xml:space="preserve"> put</w:t>
      </w:r>
      <w:r>
        <w:t xml:space="preserve"> me</w:t>
      </w:r>
      <w:r>
        <w:t xml:space="preserve"> away.</w:t>
        <w:br/>
        <w:t>歪曲正义"</w:t>
        <w:br/>
        <w:t>Travesty</w:t>
      </w:r>
      <w:r>
        <w:t xml:space="preserve"> of</w:t>
      </w:r>
      <w:r>
        <w:t xml:space="preserve"> justice."</w:t>
        <w:br/>
        <w:t>我时不时会收到这种信</w:t>
      </w:r>
      <w:r>
        <w:t xml:space="preserve"> 可大家都一样啊</w:t>
        <w:br/>
        <w:t>I</w:t>
      </w:r>
      <w:r>
        <w:t xml:space="preserve"> mean,</w:t>
      </w:r>
      <w:r>
        <w:t xml:space="preserve"> I</w:t>
      </w:r>
      <w:r>
        <w:t xml:space="preserve"> get</w:t>
      </w:r>
      <w:r>
        <w:t xml:space="preserve"> a</w:t>
      </w:r>
      <w:r>
        <w:t xml:space="preserve"> few</w:t>
      </w:r>
      <w:r>
        <w:t xml:space="preserve"> of</w:t>
      </w:r>
      <w:r>
        <w:t xml:space="preserve"> these</w:t>
      </w:r>
      <w:r>
        <w:t xml:space="preserve"> letters</w:t>
      </w:r>
      <w:r>
        <w:t xml:space="preserve"> every</w:t>
      </w:r>
      <w:r>
        <w:t xml:space="preserve"> once</w:t>
      </w:r>
      <w:r>
        <w:t xml:space="preserve"> in</w:t>
      </w:r>
      <w:r>
        <w:t xml:space="preserve"> a</w:t>
      </w:r>
      <w:r>
        <w:t xml:space="preserve"> while,</w:t>
      </w:r>
      <w:r>
        <w:t xml:space="preserve"> but</w:t>
      </w:r>
      <w:r>
        <w:t xml:space="preserve"> so</w:t>
      </w:r>
      <w:r>
        <w:t xml:space="preserve"> does</w:t>
      </w:r>
      <w:r>
        <w:t xml:space="preserve"> everybody.</w:t>
        <w:br/>
        <w:t>你还能想到什么人吗?</w:t>
        <w:br/>
        <w:t>Is</w:t>
      </w:r>
      <w:r>
        <w:t xml:space="preserve"> there</w:t>
      </w:r>
      <w:r>
        <w:t xml:space="preserve"> anyone</w:t>
      </w:r>
      <w:r>
        <w:t xml:space="preserve"> else</w:t>
      </w:r>
      <w:r>
        <w:t xml:space="preserve"> you</w:t>
      </w:r>
      <w:r>
        <w:t xml:space="preserve"> can</w:t>
      </w:r>
      <w:r>
        <w:t xml:space="preserve"> think</w:t>
      </w:r>
      <w:r>
        <w:t xml:space="preserve"> of?</w:t>
        <w:br/>
        <w:t>我常去的那家咖啡店的店员</w:t>
        <w:br/>
        <w:t>There's</w:t>
      </w:r>
      <w:r>
        <w:t xml:space="preserve"> this</w:t>
      </w:r>
      <w:r>
        <w:t xml:space="preserve"> guy</w:t>
      </w:r>
      <w:r>
        <w:t xml:space="preserve"> who</w:t>
      </w:r>
      <w:r>
        <w:t xml:space="preserve"> works</w:t>
      </w:r>
      <w:r>
        <w:t xml:space="preserve"> at</w:t>
      </w:r>
      <w:r>
        <w:t xml:space="preserve"> my</w:t>
      </w:r>
      <w:r>
        <w:t xml:space="preserve"> coffee</w:t>
      </w:r>
      <w:r>
        <w:t xml:space="preserve"> shop,</w:t>
        <w:br/>
        <w:t>信头咖啡店</w:t>
      </w:r>
      <w:r>
        <w:t xml:space="preserve"> 就在我家对面</w:t>
        <w:br/>
        <w:t>letterhead</w:t>
      </w:r>
      <w:r>
        <w:t xml:space="preserve"> coffee,</w:t>
      </w:r>
      <w:r>
        <w:t xml:space="preserve"> right</w:t>
      </w:r>
      <w:r>
        <w:t xml:space="preserve"> across</w:t>
      </w:r>
      <w:r>
        <w:t xml:space="preserve"> the</w:t>
      </w:r>
      <w:r>
        <w:t xml:space="preserve"> street</w:t>
      </w:r>
      <w:r>
        <w:t xml:space="preserve"> from</w:t>
      </w:r>
      <w:r>
        <w:t xml:space="preserve"> me.</w:t>
        <w:br/>
        <w:t>他个子挺高</w:t>
      </w:r>
      <w:r>
        <w:t xml:space="preserve"> 打扮走颓废风</w:t>
        <w:br/>
        <w:t>He's</w:t>
      </w:r>
      <w:r>
        <w:t xml:space="preserve"> this</w:t>
      </w:r>
      <w:r>
        <w:t xml:space="preserve"> tall,</w:t>
      </w:r>
      <w:r>
        <w:t xml:space="preserve"> hipster-nerd</w:t>
      </w:r>
      <w:r>
        <w:t xml:space="preserve"> type.</w:t>
        <w:br/>
        <w:t>总是问我一大堆问题</w:t>
        <w:br/>
        <w:t>He's</w:t>
      </w:r>
      <w:r>
        <w:t xml:space="preserve"> always</w:t>
      </w:r>
      <w:r>
        <w:t xml:space="preserve"> asking</w:t>
      </w:r>
      <w:r>
        <w:t xml:space="preserve"> me</w:t>
      </w:r>
      <w:r>
        <w:t xml:space="preserve"> a</w:t>
      </w:r>
      <w:r>
        <w:t xml:space="preserve"> bunch</w:t>
      </w:r>
      <w:r>
        <w:t xml:space="preserve"> of</w:t>
      </w:r>
      <w:r>
        <w:t xml:space="preserve"> questions,</w:t>
      </w:r>
      <w:r>
        <w:t xml:space="preserve"> </w:t>
        <w:br/>
        <w:t>但他看起来没什么威胁啊</w:t>
        <w:br/>
        <w:t>but</w:t>
      </w:r>
      <w:r>
        <w:t xml:space="preserve"> he</w:t>
      </w:r>
      <w:r>
        <w:t xml:space="preserve"> seems</w:t>
      </w:r>
      <w:r>
        <w:t xml:space="preserve"> pretty</w:t>
      </w:r>
      <w:r>
        <w:t xml:space="preserve"> harmless.</w:t>
        <w:br/>
        <w:t>好像叫Corey</w:t>
      </w:r>
      <w:r>
        <w:t xml:space="preserve"> 我不知道他姓什么</w:t>
        <w:br/>
        <w:t>Corey</w:t>
      </w:r>
      <w:r>
        <w:t xml:space="preserve"> something.</w:t>
      </w:r>
      <w:r>
        <w:t xml:space="preserve"> I</w:t>
      </w:r>
      <w:r>
        <w:t xml:space="preserve"> don't</w:t>
      </w:r>
      <w:r>
        <w:t xml:space="preserve"> know</w:t>
      </w:r>
      <w:r>
        <w:t xml:space="preserve"> his</w:t>
      </w:r>
      <w:r>
        <w:t xml:space="preserve"> last</w:t>
      </w:r>
      <w:r>
        <w:t xml:space="preserve"> name.</w:t>
        <w:br/>
        <w:t>那他知道你姓什么吗?</w:t>
        <w:br/>
        <w:t>Does</w:t>
      </w:r>
      <w:r>
        <w:t xml:space="preserve"> he</w:t>
      </w:r>
      <w:r>
        <w:t xml:space="preserve"> know</w:t>
      </w:r>
      <w:r>
        <w:t xml:space="preserve"> your</w:t>
      </w:r>
      <w:r>
        <w:t xml:space="preserve"> last</w:t>
      </w:r>
      <w:r>
        <w:t xml:space="preserve"> name?</w:t>
        <w:br/>
        <w:t>知道</w:t>
        <w:br/>
        <w:t>Yeah.</w:t>
        <w:br/>
        <w:t>他知道</w:t>
        <w:br/>
        <w:t>Yeah,</w:t>
      </w:r>
      <w:r>
        <w:t xml:space="preserve"> 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does.</w:t>
        <w:br/>
        <w:t>谢谢</w:t>
        <w:br/>
        <w:t>Thanks.</w:t>
        <w:br/>
        <w:t>你好</w:t>
        <w:br/>
        <w:t>Hello.</w:t>
        <w:br/>
        <w:t>你是?</w:t>
        <w:br/>
        <w:t>Who</w:t>
      </w:r>
      <w:r>
        <w:t xml:space="preserve"> are</w:t>
      </w:r>
      <w:r>
        <w:t xml:space="preserve"> you</w:t>
      </w:r>
      <w:r>
        <w:t xml:space="preserve"> again?</w:t>
        <w:br/>
        <w:t>抱歉</w:t>
      </w:r>
      <w:r>
        <w:t xml:space="preserve"> 我是Ward</w:t>
      </w:r>
      <w:r>
        <w:t xml:space="preserve"> 调来的</w:t>
        <w:br/>
        <w:t>Oh,</w:t>
      </w:r>
      <w:r>
        <w:t xml:space="preserve"> sorry,</w:t>
      </w:r>
      <w:r>
        <w:t xml:space="preserve"> I'm</w:t>
      </w:r>
      <w:r>
        <w:t xml:space="preserve"> Ward.</w:t>
      </w:r>
      <w:r>
        <w:t xml:space="preserve"> Transfer.</w:t>
        <w:br/>
        <w:t>你好</w:t>
      </w:r>
      <w:r>
        <w:t xml:space="preserve"> 我是Price</w:t>
      </w:r>
      <w:r>
        <w:t xml:space="preserve"> 欢迎</w:t>
        <w:br/>
        <w:t>Oh,</w:t>
      </w:r>
      <w:r>
        <w:t xml:space="preserve"> hi,</w:t>
      </w:r>
      <w:r>
        <w:t xml:space="preserve"> Price.</w:t>
      </w:r>
      <w:r>
        <w:t xml:space="preserve"> Welcome.</w:t>
      </w:r>
      <w:r>
        <w:t xml:space="preserve"> </w:t>
        <w:br/>
        <w:t>谢谢</w:t>
        <w:br/>
        <w:t>Thank</w:t>
      </w:r>
      <w:r>
        <w:t xml:space="preserve"> you.</w:t>
        <w:br/>
        <w:t>我今天来迟了</w:t>
      </w:r>
      <w:r>
        <w:t xml:space="preserve"> 所以得来登记处领活</w:t>
        <w:br/>
        <w:t>I</w:t>
      </w:r>
      <w:r>
        <w:t xml:space="preserve"> was</w:t>
      </w:r>
      <w:r>
        <w:t xml:space="preserve"> late</w:t>
      </w:r>
      <w:r>
        <w:t xml:space="preserve"> today.</w:t>
      </w:r>
      <w:r>
        <w:t xml:space="preserve"> That's</w:t>
      </w:r>
      <w:r>
        <w:t xml:space="preserve"> why</w:t>
      </w:r>
      <w:r>
        <w:t xml:space="preserve"> I'm</w:t>
      </w:r>
      <w:r>
        <w:t xml:space="preserve"> on</w:t>
      </w:r>
      <w:r>
        <w:t xml:space="preserve"> booking.</w:t>
        <w:br/>
        <w:t>今天早上</w:t>
      </w:r>
      <w:r>
        <w:t xml:space="preserve"> 我多花了半小时才爬起来</w:t>
        <w:br/>
        <w:t>It</w:t>
      </w:r>
      <w:r>
        <w:t xml:space="preserve"> took</w:t>
      </w:r>
      <w:r>
        <w:t xml:space="preserve"> me</w:t>
      </w:r>
      <w:r>
        <w:t xml:space="preserve"> an</w:t>
      </w:r>
      <w:r>
        <w:t xml:space="preserve"> extra</w:t>
      </w:r>
      <w:r>
        <w:t xml:space="preserve"> 30</w:t>
      </w:r>
      <w:r>
        <w:t xml:space="preserve"> minutes</w:t>
      </w:r>
      <w:r>
        <w:t xml:space="preserve"> to</w:t>
      </w:r>
      <w:r>
        <w:t xml:space="preserve"> get</w:t>
      </w:r>
      <w:r>
        <w:t xml:space="preserve"> ready</w:t>
      </w:r>
      <w:r>
        <w:t xml:space="preserve"> this</w:t>
      </w:r>
      <w:r>
        <w:t xml:space="preserve"> morning.</w:t>
        <w:br/>
        <w:t>因为不弯腰穿裤子简直是不可能完成的任务</w:t>
        <w:br/>
        <w:t>Apparently</w:t>
      </w:r>
      <w:r>
        <w:t xml:space="preserve"> putting</w:t>
      </w:r>
      <w:r>
        <w:t xml:space="preserve"> on</w:t>
      </w:r>
      <w:r>
        <w:t xml:space="preserve"> pants</w:t>
      </w:r>
      <w:r>
        <w:t xml:space="preserve"> without</w:t>
      </w:r>
      <w:r>
        <w:t xml:space="preserve"> bending</w:t>
      </w:r>
      <w:r>
        <w:t xml:space="preserve"> your</w:t>
      </w:r>
      <w:r>
        <w:t xml:space="preserve"> knees</w:t>
      </w:r>
      <w:r>
        <w:t xml:space="preserve"> is</w:t>
      </w:r>
      <w:r>
        <w:t xml:space="preserve"> really</w:t>
      </w:r>
      <w:r>
        <w:t xml:space="preserve"> hard.</w:t>
        <w:br/>
        <w:t>我帮你</w:t>
        <w:br/>
        <w:t>Here.</w:t>
      </w:r>
      <w:r>
        <w:t xml:space="preserve"> </w:t>
        <w:br/>
        <w:t>谢谢</w:t>
        <w:br/>
        <w:t>Oh,</w:t>
      </w:r>
      <w:r>
        <w:t xml:space="preserve"> thanks.</w:t>
        <w:br/>
        <w:t>做交叉训练了?</w:t>
        <w:br/>
        <w:t>You</w:t>
      </w:r>
      <w:r>
        <w:t xml:space="preserve"> cross-training?</w:t>
      </w:r>
      <w:r>
        <w:t xml:space="preserve"> </w:t>
        <w:br/>
        <w:t>对</w:t>
        <w:br/>
        <w:t>Yeah.</w:t>
        <w:br/>
        <w:t>那你是用力过猛了</w:t>
        <w:br/>
        <w:t>Ow,</w:t>
      </w:r>
      <w:r>
        <w:t xml:space="preserve"> you</w:t>
      </w:r>
      <w:r>
        <w:t xml:space="preserve"> just...</w:t>
      </w:r>
      <w:r>
        <w:t xml:space="preserve"> you</w:t>
      </w:r>
      <w:r>
        <w:t xml:space="preserve"> shocked</w:t>
      </w:r>
      <w:r>
        <w:t xml:space="preserve"> your</w:t>
      </w:r>
      <w:r>
        <w:t xml:space="preserve"> muscles.</w:t>
        <w:br/>
        <w:t>没事</w:t>
      </w:r>
      <w:r>
        <w:t xml:space="preserve"> 差不多四天就好了</w:t>
        <w:br/>
        <w:t>Don't</w:t>
      </w:r>
      <w:r>
        <w:t xml:space="preserve"> worry.</w:t>
      </w:r>
      <w:r>
        <w:t xml:space="preserve"> They'll</w:t>
      </w:r>
      <w:r>
        <w:t xml:space="preserve"> be</w:t>
      </w:r>
      <w:r>
        <w:t xml:space="preserve"> fine</w:t>
      </w:r>
      <w:r>
        <w:t xml:space="preserve"> in</w:t>
      </w:r>
      <w:r>
        <w:t xml:space="preserve"> like...</w:t>
      </w:r>
      <w:r>
        <w:t xml:space="preserve"> Four</w:t>
      </w:r>
      <w:r>
        <w:t xml:space="preserve"> days.</w:t>
        <w:br/>
        <w:t>来片止痛片吗?</w:t>
        <w:br/>
        <w:t>Do</w:t>
      </w:r>
      <w:r>
        <w:t xml:space="preserve"> you</w:t>
      </w:r>
      <w:r>
        <w:t xml:space="preserve"> want</w:t>
      </w:r>
      <w:r>
        <w:t xml:space="preserve"> a</w:t>
      </w:r>
      <w:r>
        <w:t xml:space="preserve"> painkiller?</w:t>
      </w:r>
      <w:r>
        <w:t xml:space="preserve"> </w:t>
        <w:br/>
        <w:t>天哪</w:t>
      </w:r>
      <w:r>
        <w:t xml:space="preserve"> 太好了</w:t>
        <w:br/>
        <w:t>Dear</w:t>
      </w:r>
      <w:r>
        <w:t xml:space="preserve"> god,</w:t>
      </w:r>
      <w:r>
        <w:t xml:space="preserve"> yes.</w:t>
      </w:r>
      <w:r>
        <w:t xml:space="preserve"> Yes.</w:t>
        <w:br/>
        <w:t>我很想自己拿的</w:t>
      </w:r>
      <w:r>
        <w:t xml:space="preserve"> 但是首先</w:t>
      </w:r>
      <w:r>
        <w:t xml:space="preserve"> 我动不了</w:t>
        <w:br/>
        <w:t>I</w:t>
      </w:r>
      <w:r>
        <w:t xml:space="preserve"> would</w:t>
      </w:r>
      <w:r>
        <w:t xml:space="preserve"> go</w:t>
      </w:r>
      <w:r>
        <w:t xml:space="preserve"> myself,</w:t>
      </w:r>
      <w:r>
        <w:t xml:space="preserve"> but,</w:t>
      </w:r>
      <w:r>
        <w:t xml:space="preserve"> "A,"</w:t>
      </w:r>
      <w:r>
        <w:t xml:space="preserve"> I</w:t>
      </w:r>
      <w:r>
        <w:t xml:space="preserve"> can't</w:t>
      </w:r>
      <w:r>
        <w:t xml:space="preserve"> move,</w:t>
        <w:br/>
        <w:t>其次</w:t>
      </w:r>
      <w:r>
        <w:t xml:space="preserve"> 我不想又撞见Dov</w:t>
        <w:br/>
        <w:t>and</w:t>
      </w:r>
      <w:r>
        <w:t xml:space="preserve"> "B,"</w:t>
      </w:r>
      <w:r>
        <w:t xml:space="preserve"> I</w:t>
      </w:r>
      <w:r>
        <w:t xml:space="preserve"> do</w:t>
      </w:r>
      <w:r>
        <w:t xml:space="preserve"> not</w:t>
      </w:r>
      <w:r>
        <w:t xml:space="preserve"> want</w:t>
      </w:r>
      <w:r>
        <w:t xml:space="preserve"> to</w:t>
      </w:r>
      <w:r>
        <w:t xml:space="preserve"> run</w:t>
      </w:r>
      <w:r>
        <w:t xml:space="preserve"> into</w:t>
      </w:r>
      <w:r>
        <w:t xml:space="preserve"> Dov</w:t>
      </w:r>
      <w:r>
        <w:t xml:space="preserve"> again.</w:t>
        <w:br/>
        <w:t>Dov?</w:t>
        <w:br/>
        <w:t>Dov?</w:t>
      </w:r>
      <w:r>
        <w:t xml:space="preserve"> </w:t>
        <w:br/>
        <w:t>是</w:t>
        <w:br/>
        <w:t>Yeah.</w:t>
        <w:br/>
        <w:t>以后找机会告诉你</w:t>
        <w:br/>
        <w:t>I'll</w:t>
      </w:r>
      <w:r>
        <w:t xml:space="preserve"> tell</w:t>
      </w:r>
      <w:r>
        <w:t xml:space="preserve"> you</w:t>
      </w:r>
      <w:r>
        <w:t xml:space="preserve"> about</w:t>
      </w:r>
      <w:r>
        <w:t xml:space="preserve"> it</w:t>
      </w:r>
      <w:r>
        <w:t xml:space="preserve"> sometime.</w:t>
        <w:br/>
        <w:t>龙舌兰啊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饼干致歉啊</w:t>
        <w:br/>
        <w:t>The</w:t>
      </w:r>
      <w:r>
        <w:t xml:space="preserve"> Tequila,</w:t>
      </w:r>
      <w:r>
        <w:t xml:space="preserve"> the</w:t>
      </w:r>
      <w:r>
        <w:t xml:space="preserve"> cookie</w:t>
      </w:r>
      <w:r>
        <w:t xml:space="preserve"> apology,</w:t>
      </w:r>
      <w:r>
        <w:t xml:space="preserve"> </w:t>
        <w:br/>
        <w:t>隐婚啊</w:t>
      </w:r>
      <w:r>
        <w:t xml:space="preserve"> 离婚之吻啊什么的</w:t>
        <w:br/>
        <w:t>the</w:t>
      </w:r>
      <w:r>
        <w:t xml:space="preserve"> hidden</w:t>
      </w:r>
      <w:r>
        <w:t xml:space="preserve"> marriage,</w:t>
      </w:r>
      <w:r>
        <w:t xml:space="preserve"> and</w:t>
      </w:r>
      <w:r>
        <w:t xml:space="preserve"> the</w:t>
      </w:r>
      <w:r>
        <w:t xml:space="preserve"> divorce</w:t>
      </w:r>
      <w:r>
        <w:t xml:space="preserve"> kiss.</w:t>
        <w:br/>
        <w:t>是啊</w:t>
        <w:br/>
        <w:t>Yeah.</w:t>
        <w:br/>
        <w:t>哎呀</w:t>
      </w:r>
      <w:r>
        <w:t xml:space="preserve"> 我都不想走了</w:t>
        <w:br/>
        <w:t>Okay,</w:t>
      </w:r>
      <w:r>
        <w:t xml:space="preserve"> well,</w:t>
      </w:r>
      <w:r>
        <w:t xml:space="preserve"> now</w:t>
      </w:r>
      <w:r>
        <w:t xml:space="preserve"> 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leave.</w:t>
        <w:br/>
        <w:t>两片止痛药再加一罐红牛</w:t>
        <w:br/>
        <w:t>Well,</w:t>
      </w:r>
      <w:r>
        <w:t xml:space="preserve"> two</w:t>
      </w:r>
      <w:r>
        <w:t xml:space="preserve"> Advils</w:t>
      </w:r>
      <w:r>
        <w:t xml:space="preserve"> and</w:t>
      </w:r>
      <w:r>
        <w:t xml:space="preserve"> a</w:t>
      </w:r>
      <w:r>
        <w:t xml:space="preserve"> Red</w:t>
      </w:r>
      <w:r>
        <w:t xml:space="preserve"> Bull,</w:t>
      </w:r>
      <w:r>
        <w:t xml:space="preserve"> </w:t>
        <w:br/>
        <w:t>我能整天都跟你讲这事</w:t>
      </w:r>
      <w:r>
        <w:t xml:space="preserve"> 烦死你</w:t>
        <w:br/>
        <w:t>I</w:t>
      </w:r>
      <w:r>
        <w:t xml:space="preserve"> will</w:t>
      </w:r>
      <w:r>
        <w:t xml:space="preserve"> be</w:t>
      </w:r>
      <w:r>
        <w:t xml:space="preserve"> boring</w:t>
      </w:r>
      <w:r>
        <w:t xml:space="preserve"> you</w:t>
      </w:r>
      <w:r>
        <w:t xml:space="preserve"> with</w:t>
      </w:r>
      <w:r>
        <w:t xml:space="preserve"> this</w:t>
      </w:r>
      <w:r>
        <w:t xml:space="preserve"> stuff</w:t>
      </w:r>
      <w:r>
        <w:t xml:space="preserve"> all</w:t>
      </w:r>
      <w:r>
        <w:t xml:space="preserve"> day.</w:t>
        <w:br/>
        <w:t>说定了啊</w:t>
        <w:br/>
        <w:t>That</w:t>
      </w:r>
      <w:r>
        <w:t xml:space="preserve"> is</w:t>
      </w:r>
      <w:r>
        <w:t xml:space="preserve"> a</w:t>
      </w:r>
      <w:r>
        <w:t xml:space="preserve"> promise.</w:t>
        <w:br/>
        <w:t>马上回来</w:t>
        <w:br/>
        <w:t>Coming</w:t>
      </w:r>
      <w:r>
        <w:t xml:space="preserve"> right</w:t>
      </w:r>
      <w:r>
        <w:t xml:space="preserve"> up.</w:t>
      </w:r>
      <w:r>
        <w:t xml:space="preserve"> </w:t>
        <w:br/>
        <w:t>谢谢</w:t>
        <w:br/>
        <w:t>Thank</w:t>
      </w:r>
      <w:r>
        <w:t xml:space="preserve"> you.</w:t>
        <w:br/>
        <w:t>亲们</w:t>
      </w:r>
      <w:r>
        <w:t xml:space="preserve"> 别介</w:t>
      </w:r>
      <w:r>
        <w:t xml:space="preserve"> 我不过是个煮咖啡的</w:t>
        <w:br/>
        <w:t>Guys.</w:t>
      </w:r>
      <w:r>
        <w:t xml:space="preserve"> Come</w:t>
      </w:r>
      <w:r>
        <w:t xml:space="preserve"> on.</w:t>
      </w:r>
      <w:r>
        <w:t xml:space="preserve"> I</w:t>
      </w:r>
      <w:r>
        <w:t xml:space="preserve"> make</w:t>
      </w:r>
      <w:r>
        <w:t xml:space="preserve"> coffee.</w:t>
        <w:br/>
        <w:t>不对</w:t>
      </w:r>
      <w:r>
        <w:t xml:space="preserve"> 你是工程科的学生</w:t>
        <w:br/>
        <w:t>No,</w:t>
      </w:r>
      <w:r>
        <w:t xml:space="preserve"> you're</w:t>
      </w:r>
      <w:r>
        <w:t xml:space="preserve"> an</w:t>
      </w:r>
      <w:r>
        <w:t xml:space="preserve"> engineering</w:t>
      </w:r>
      <w:r>
        <w:t xml:space="preserve"> student,</w:t>
      </w:r>
      <w:r>
        <w:t xml:space="preserve"> </w:t>
        <w:br/>
        <w:t>两个月前从肯普顿退学</w:t>
        <w:br/>
        <w:t>you</w:t>
      </w:r>
      <w:r>
        <w:t xml:space="preserve"> dropped</w:t>
      </w:r>
      <w:r>
        <w:t xml:space="preserve"> out</w:t>
      </w:r>
      <w:r>
        <w:t xml:space="preserve"> of</w:t>
      </w:r>
      <w:r>
        <w:t xml:space="preserve"> Kempton</w:t>
      </w:r>
      <w:r>
        <w:t xml:space="preserve"> two</w:t>
      </w:r>
      <w:r>
        <w:t xml:space="preserve"> months</w:t>
      </w:r>
      <w:r>
        <w:t xml:space="preserve"> ago,</w:t>
        <w:br/>
        <w:t>据你同事说</w:t>
        <w:br/>
        <w:t>and</w:t>
      </w:r>
      <w:r>
        <w:t xml:space="preserve"> according</w:t>
      </w:r>
      <w:r>
        <w:t xml:space="preserve"> to</w:t>
      </w:r>
      <w:r>
        <w:t xml:space="preserve"> your</w:t>
      </w:r>
      <w:r>
        <w:t xml:space="preserve"> co-workers,</w:t>
      </w:r>
      <w:r>
        <w:t xml:space="preserve"> </w:t>
        <w:br/>
        <w:t>你有严重的焦虑抑郁症</w:t>
        <w:br/>
        <w:t>you</w:t>
      </w:r>
      <w:r>
        <w:t xml:space="preserve"> struggle</w:t>
      </w:r>
      <w:r>
        <w:t xml:space="preserve"> with</w:t>
      </w:r>
      <w:r>
        <w:t xml:space="preserve"> severe</w:t>
      </w:r>
      <w:r>
        <w:t xml:space="preserve"> anxiety</w:t>
      </w:r>
      <w:r>
        <w:t xml:space="preserve"> and</w:t>
      </w:r>
      <w:r>
        <w:t xml:space="preserve"> depression.</w:t>
        <w:br/>
        <w:t>如果你能找出一个</w:t>
      </w:r>
      <w:r>
        <w:t xml:space="preserve"> 不吃抗抑郁药的有意思的人</w:t>
        <w:br/>
        <w:t>Show</w:t>
      </w:r>
      <w:r>
        <w:t xml:space="preserve"> me</w:t>
      </w:r>
      <w:r>
        <w:t xml:space="preserve"> an</w:t>
      </w:r>
      <w:r>
        <w:t xml:space="preserve"> interesting</w:t>
      </w:r>
      <w:r>
        <w:t xml:space="preserve"> person</w:t>
      </w:r>
      <w:r>
        <w:t xml:space="preserve"> who</w:t>
      </w:r>
      <w:r>
        <w:t xml:space="preserve"> isn't</w:t>
      </w:r>
      <w:r>
        <w:t xml:space="preserve"> on</w:t>
      </w:r>
      <w:r>
        <w:t xml:space="preserve"> antidepressants,</w:t>
        <w:br/>
        <w:t>我就给你免费做一年的拿铁</w:t>
        <w:br/>
        <w:t>and</w:t>
      </w:r>
      <w:r>
        <w:t xml:space="preserve"> I'll</w:t>
      </w:r>
      <w:r>
        <w:t xml:space="preserve"> make</w:t>
      </w:r>
      <w:r>
        <w:t xml:space="preserve"> you</w:t>
      </w:r>
      <w:r>
        <w:t xml:space="preserve"> free</w:t>
      </w:r>
      <w:r>
        <w:t xml:space="preserve"> lattes</w:t>
      </w:r>
      <w:r>
        <w:t xml:space="preserve"> for</w:t>
      </w:r>
      <w:r>
        <w:t xml:space="preserve"> a</w:t>
      </w:r>
      <w:r>
        <w:t xml:space="preserve"> year.</w:t>
        <w:br/>
        <w:t>赌了</w:t>
      </w:r>
      <w:r>
        <w:t xml:space="preserve"> 瞧见这家伙没?</w:t>
        <w:br/>
        <w:t>I'm</w:t>
      </w:r>
      <w:r>
        <w:t xml:space="preserve"> gonna</w:t>
      </w:r>
      <w:r>
        <w:t xml:space="preserve"> take</w:t>
      </w:r>
      <w:r>
        <w:t xml:space="preserve"> that</w:t>
      </w:r>
      <w:r>
        <w:t xml:space="preserve"> bet.</w:t>
      </w:r>
      <w:r>
        <w:t xml:space="preserve"> See</w:t>
      </w:r>
      <w:r>
        <w:t xml:space="preserve"> this</w:t>
      </w:r>
      <w:r>
        <w:t xml:space="preserve"> guy?</w:t>
        <w:br/>
        <w:t>他就挺有意思</w:t>
      </w:r>
      <w:r>
        <w:t xml:space="preserve"> 可他就不嗑药</w:t>
      </w:r>
      <w:r>
        <w:t xml:space="preserve"> 他整个人就特别嗨</w:t>
        <w:br/>
        <w:t>He's</w:t>
      </w:r>
      <w:r>
        <w:t xml:space="preserve"> very</w:t>
      </w:r>
      <w:r>
        <w:t xml:space="preserve"> interesting,</w:t>
      </w:r>
      <w:r>
        <w:t xml:space="preserve"> and</w:t>
      </w:r>
      <w:r>
        <w:t xml:space="preserve"> he's</w:t>
      </w:r>
      <w:r>
        <w:t xml:space="preserve"> not</w:t>
      </w:r>
      <w:r>
        <w:t xml:space="preserve"> on</w:t>
      </w:r>
      <w:r>
        <w:t xml:space="preserve"> anything.</w:t>
      </w:r>
      <w:r>
        <w:t xml:space="preserve"> He's</w:t>
      </w:r>
      <w:r>
        <w:t xml:space="preserve"> just</w:t>
      </w:r>
      <w:r>
        <w:t xml:space="preserve"> high.</w:t>
        <w:br/>
        <w:t>因为生活幸福</w:t>
        <w:br/>
        <w:t>On</w:t>
      </w:r>
      <w:r>
        <w:t xml:space="preserve"> life.</w:t>
        <w:br/>
        <w:t>我感觉很糟</w:t>
        <w:br/>
        <w:t>I</w:t>
      </w:r>
      <w:r>
        <w:t xml:space="preserve"> feel</w:t>
      </w:r>
      <w:r>
        <w:t xml:space="preserve"> bad.</w:t>
        <w:br/>
        <w:t>我们得跟进</w:t>
      </w:r>
      <w:r>
        <w:t xml:space="preserve"> Trace</w:t>
        <w:br/>
        <w:t>We</w:t>
      </w:r>
      <w:r>
        <w:t xml:space="preserve"> have</w:t>
      </w:r>
      <w:r>
        <w:t xml:space="preserve"> to</w:t>
      </w:r>
      <w:r>
        <w:t xml:space="preserve"> follow</w:t>
      </w:r>
      <w:r>
        <w:t xml:space="preserve"> it</w:t>
      </w:r>
      <w:r>
        <w:t xml:space="preserve"> up,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Trace.</w:t>
        <w:br/>
        <w:t>Corey?</w:t>
        <w:br/>
        <w:t>Corey?</w:t>
      </w:r>
      <w:r>
        <w:t xml:space="preserve"> </w:t>
        <w:br/>
        <w:t>我是</w:t>
        <w:br/>
        <w:t>Yes.</w:t>
        <w:br/>
        <w:t>你认识Traci</w:t>
      </w:r>
      <w:r>
        <w:t xml:space="preserve"> Nash吗?</w:t>
        <w:br/>
        <w:t>Do</w:t>
      </w:r>
      <w:r>
        <w:t xml:space="preserve"> you</w:t>
      </w:r>
      <w:r>
        <w:t xml:space="preserve"> know</w:t>
      </w:r>
      <w:r>
        <w:t xml:space="preserve"> Traci</w:t>
      </w:r>
      <w:r>
        <w:t xml:space="preserve"> Nash?</w:t>
        <w:br/>
        <w:t>加大超浓无脂拿铁</w:t>
        <w:br/>
        <w:t>Extra-large</w:t>
      </w:r>
      <w:r>
        <w:t xml:space="preserve"> redeye</w:t>
      </w:r>
      <w:r>
        <w:t xml:space="preserve"> nonfat</w:t>
      </w:r>
      <w:r>
        <w:t xml:space="preserve"> latte.</w:t>
      </w:r>
      <w:r>
        <w:t xml:space="preserve"> </w:t>
        <w:br/>
        <w:t>我当然认识</w:t>
      </w:r>
      <w:r>
        <w:t xml:space="preserve"> 来我家店的人我都认识</w:t>
        <w:br/>
        <w:t>Of</w:t>
      </w:r>
      <w:r>
        <w:t xml:space="preserve"> course</w:t>
      </w:r>
      <w:r>
        <w:t xml:space="preserve"> I</w:t>
      </w:r>
      <w:r>
        <w:t xml:space="preserve"> know</w:t>
      </w:r>
      <w:r>
        <w:t xml:space="preserve"> her.</w:t>
      </w:r>
      <w:r>
        <w:t xml:space="preserve"> I</w:t>
      </w:r>
      <w:r>
        <w:t xml:space="preserve"> know</w:t>
      </w:r>
      <w:r>
        <w:t xml:space="preserve"> everyone</w:t>
      </w:r>
      <w:r>
        <w:t xml:space="preserve"> who</w:t>
      </w:r>
      <w:r>
        <w:t xml:space="preserve"> comes</w:t>
      </w:r>
      <w:r>
        <w:t xml:space="preserve"> in.</w:t>
        <w:br/>
        <w:t>来</w:t>
      </w:r>
      <w:r>
        <w:t xml:space="preserve"> 请坐</w:t>
        <w:br/>
        <w:t>Come</w:t>
      </w:r>
      <w:r>
        <w:t xml:space="preserve"> on.</w:t>
      </w:r>
      <w:r>
        <w:t xml:space="preserve"> Sit</w:t>
      </w:r>
      <w:r>
        <w:t xml:space="preserve"> down.</w:t>
      </w:r>
      <w:r>
        <w:t xml:space="preserve"> </w:t>
        <w:br/>
        <w:t>好</w:t>
        <w:br/>
        <w:t>Yeah,</w:t>
      </w:r>
      <w:r>
        <w:t xml:space="preserve"> sure.</w:t>
        <w:br/>
        <w:t>那你知道她是警&amp;hearts;察&amp;hearts;吗?</w:t>
        <w:br/>
        <w:t>Did</w:t>
      </w:r>
      <w:r>
        <w:t xml:space="preserve"> you</w:t>
      </w:r>
      <w:r>
        <w:t xml:space="preserve"> know</w:t>
      </w:r>
      <w:r>
        <w:t xml:space="preserve"> that</w:t>
      </w:r>
      <w:r>
        <w:t xml:space="preserve"> she's</w:t>
      </w:r>
      <w:r>
        <w:t xml:space="preserve"> a</w:t>
      </w:r>
      <w:r>
        <w:t xml:space="preserve"> police</w:t>
      </w:r>
      <w:r>
        <w:t xml:space="preserve"> officer?</w:t>
        <w:br/>
        <w:t>知道</w:t>
        <w:br/>
        <w:t>Yes,</w:t>
      </w:r>
      <w:r>
        <w:t xml:space="preserve"> I</w:t>
      </w:r>
      <w:r>
        <w:t xml:space="preserve"> did.</w:t>
      </w:r>
      <w:r>
        <w:t xml:space="preserve"> </w:t>
        <w:br/>
        <w:t>你知道啊?</w:t>
        <w:br/>
        <w:t>You</w:t>
      </w:r>
      <w:r>
        <w:t xml:space="preserve"> did?</w:t>
        <w:br/>
        <w:t>是</w:t>
      </w:r>
      <w:r>
        <w:t xml:space="preserve"> 刚才猜到了</w:t>
        <w:br/>
        <w:t>Yes.</w:t>
      </w:r>
      <w:r>
        <w:t xml:space="preserve"> Well,</w:t>
      </w:r>
      <w:r>
        <w:t xml:space="preserve"> I</w:t>
      </w:r>
      <w:r>
        <w:t xml:space="preserve"> just</w:t>
      </w:r>
      <w:r>
        <w:t xml:space="preserve"> figured.</w:t>
        <w:br/>
        <w:t>她没事吧?</w:t>
        <w:br/>
        <w:t>Is</w:t>
      </w:r>
      <w:r>
        <w:t xml:space="preserve"> she</w:t>
      </w:r>
      <w:r>
        <w:t xml:space="preserve"> okay?</w:t>
      </w:r>
      <w:r>
        <w:t xml:space="preserve"> </w:t>
        <w:br/>
        <w:t>她没事</w:t>
      </w:r>
      <w:r>
        <w:t xml:space="preserve"> 谢谢你问</w:t>
        <w:br/>
        <w:t>She's</w:t>
      </w:r>
      <w:r>
        <w:t xml:space="preserve"> okay.</w:t>
      </w:r>
      <w:r>
        <w:t xml:space="preserve"> Thanks</w:t>
      </w:r>
      <w:r>
        <w:t xml:space="preserve"> for</w:t>
      </w:r>
      <w:r>
        <w:t xml:space="preserve"> asking.</w:t>
        <w:br/>
        <w:t>Corey</w:t>
      </w:r>
      <w:r>
        <w:t xml:space="preserve"> 你昨晚10点到12点之间在哪里?</w:t>
        <w:br/>
        <w:t>Corey,</w:t>
      </w:r>
      <w:r>
        <w:t xml:space="preserve"> where</w:t>
      </w:r>
      <w:r>
        <w:t xml:space="preserve"> were</w:t>
      </w:r>
      <w:r>
        <w:t xml:space="preserve"> you</w:t>
      </w:r>
      <w:r>
        <w:t xml:space="preserve"> last</w:t>
      </w:r>
      <w:r>
        <w:t xml:space="preserve"> night,</w:t>
      </w:r>
      <w:r>
        <w:t xml:space="preserve"> 10:00</w:t>
      </w:r>
      <w:r>
        <w:t xml:space="preserve"> P.M.</w:t>
      </w:r>
      <w:r>
        <w:t xml:space="preserve"> till</w:t>
      </w:r>
      <w:r>
        <w:t xml:space="preserve"> around</w:t>
      </w:r>
      <w:r>
        <w:t xml:space="preserve"> midnight,</w:t>
      </w:r>
      <w:r>
        <w:t xml:space="preserve"> give</w:t>
      </w:r>
      <w:r>
        <w:t xml:space="preserve"> or</w:t>
      </w:r>
      <w:r>
        <w:t xml:space="preserve"> take?</w:t>
        <w:br/>
        <w:t>我已经告诉那几个警官了</w:t>
        <w:br/>
        <w:t>I</w:t>
      </w:r>
      <w:r>
        <w:t xml:space="preserve"> already</w:t>
      </w:r>
      <w:r>
        <w:t xml:space="preserve"> told</w:t>
      </w:r>
      <w:r>
        <w:t xml:space="preserve"> the</w:t>
      </w:r>
      <w:r>
        <w:t xml:space="preserve"> other</w:t>
      </w:r>
      <w:r>
        <w:t xml:space="preserve"> officers.</w:t>
        <w:br/>
        <w:t>嗯</w:t>
        <w:br/>
        <w:t>Okay.</w:t>
      </w:r>
      <w:r>
        <w:t xml:space="preserve"> </w:t>
        <w:br/>
        <w:t>我跟我妈在一起</w:t>
        <w:br/>
        <w:t>I</w:t>
      </w:r>
      <w:r>
        <w:t xml:space="preserve"> was</w:t>
      </w:r>
      <w:r>
        <w:t xml:space="preserve"> with</w:t>
      </w:r>
      <w:r>
        <w:t xml:space="preserve"> my</w:t>
      </w:r>
      <w:r>
        <w:t xml:space="preserve"> mom.</w:t>
        <w:br/>
        <w:t>她病了</w:t>
      </w:r>
      <w:r>
        <w:t xml:space="preserve"> 我一直陪着她</w:t>
      </w:r>
      <w:r>
        <w:t xml:space="preserve"> 帮忙照顾她</w:t>
        <w:br/>
        <w:t>She's</w:t>
      </w:r>
      <w:r>
        <w:t xml:space="preserve"> sick,</w:t>
      </w:r>
      <w:r>
        <w:t xml:space="preserve"> so</w:t>
      </w:r>
      <w:r>
        <w:t xml:space="preserve"> I've</w:t>
      </w:r>
      <w:r>
        <w:t xml:space="preserve"> been</w:t>
      </w:r>
      <w:r>
        <w:t xml:space="preserve"> staying</w:t>
      </w:r>
      <w:r>
        <w:t xml:space="preserve"> with</w:t>
      </w:r>
      <w:r>
        <w:t xml:space="preserve"> her,</w:t>
      </w:r>
      <w:r>
        <w:t xml:space="preserve"> helping</w:t>
      </w:r>
      <w:r>
        <w:t xml:space="preserve"> her</w:t>
      </w:r>
      <w:r>
        <w:t xml:space="preserve"> out.</w:t>
      </w:r>
      <w:r>
        <w:t xml:space="preserve"> </w:t>
        <w:br/>
        <w:t>你妈妈的情况我很遗憾</w:t>
        <w:br/>
        <w:t>Sorry</w:t>
      </w:r>
      <w:r>
        <w:t xml:space="preserve"> to</w:t>
      </w:r>
      <w:r>
        <w:t xml:space="preserve"> hear</w:t>
      </w:r>
      <w:r>
        <w:t xml:space="preserve"> about</w:t>
      </w:r>
      <w:r>
        <w:t xml:space="preserve"> your</w:t>
      </w:r>
      <w:r>
        <w:t xml:space="preserve"> mother.</w:t>
        <w:br/>
        <w:t>Traci</w:t>
      </w:r>
      <w:r>
        <w:t xml:space="preserve"> Nash常去你家咖啡店吗?</w:t>
        <w:br/>
        <w:t>Um,</w:t>
      </w:r>
      <w:r>
        <w:t xml:space="preserve"> Traci</w:t>
      </w:r>
      <w:r>
        <w:t xml:space="preserve"> Nash,</w:t>
      </w:r>
      <w:r>
        <w:t xml:space="preserve"> does</w:t>
      </w:r>
      <w:r>
        <w:t xml:space="preserve"> she</w:t>
      </w:r>
      <w:r>
        <w:t xml:space="preserve"> come</w:t>
      </w:r>
      <w:r>
        <w:t xml:space="preserve"> into</w:t>
      </w:r>
      <w:r>
        <w:t xml:space="preserve"> your</w:t>
      </w:r>
      <w:r>
        <w:t xml:space="preserve"> coffee</w:t>
      </w:r>
      <w:r>
        <w:t xml:space="preserve"> shop</w:t>
      </w:r>
      <w:r>
        <w:t xml:space="preserve"> a</w:t>
      </w:r>
      <w:r>
        <w:t xml:space="preserve"> lot?</w:t>
        <w:br/>
        <w:t>是的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 xml:space="preserve"> 她总让我紧张</w:t>
        <w:br/>
        <w:t>Yes.</w:t>
      </w:r>
      <w:r>
        <w:t xml:space="preserve"> She</w:t>
      </w:r>
      <w:r>
        <w:t xml:space="preserve"> makes</w:t>
      </w:r>
      <w:r>
        <w:t xml:space="preserve"> me</w:t>
      </w:r>
      <w:r>
        <w:t xml:space="preserve"> nervous.</w:t>
        <w:br/>
        <w:t>她让你紧张?</w:t>
        <w:br/>
        <w:t>She</w:t>
      </w:r>
      <w:r>
        <w:t xml:space="preserve"> makes</w:t>
      </w:r>
      <w:r>
        <w:t xml:space="preserve"> you</w:t>
      </w:r>
      <w:r>
        <w:t xml:space="preserve"> nervous?</w:t>
      </w:r>
      <w:r>
        <w:t xml:space="preserve"> </w:t>
        <w:br/>
        <w:br/>
        <w:t>对</w:t>
      </w:r>
      <w:r>
        <w:t xml:space="preserve"> 特紧张</w:t>
      </w:r>
      <w:r>
        <w:t xml:space="preserve"> 她很漂亮</w:t>
        <w:br/>
        <w:t>Yeah,</w:t>
      </w:r>
      <w:r>
        <w:t xml:space="preserve"> she</w:t>
      </w:r>
      <w:r>
        <w:t xml:space="preserve"> makes</w:t>
      </w:r>
      <w:r>
        <w:t xml:space="preserve"> me</w:t>
      </w:r>
      <w:r>
        <w:t xml:space="preserve"> nervous.</w:t>
      </w:r>
      <w:r>
        <w:t xml:space="preserve"> She's</w:t>
      </w:r>
      <w:r>
        <w:t xml:space="preserve"> beautiful.</w:t>
        <w:br/>
        <w:t>所以...</w:t>
        <w:br/>
        <w:t>Well...</w:t>
        <w:br/>
        <w:t>她让我紧张</w:t>
      </w:r>
      <w:r>
        <w:t xml:space="preserve"> 我会做点小设计</w:t>
        <w:br/>
        <w:t>She</w:t>
      </w:r>
      <w:r>
        <w:t xml:space="preserve"> makes</w:t>
      </w:r>
      <w:r>
        <w:t xml:space="preserve"> me</w:t>
      </w:r>
      <w:r>
        <w:t xml:space="preserve"> very</w:t>
      </w:r>
      <w:r>
        <w:t xml:space="preserve"> nervous.</w:t>
      </w:r>
      <w:r>
        <w:t xml:space="preserve"> So</w:t>
      </w:r>
      <w:r>
        <w:t xml:space="preserve"> I...</w:t>
      </w:r>
      <w:r>
        <w:t xml:space="preserve"> I</w:t>
      </w:r>
      <w:r>
        <w:t xml:space="preserve"> do</w:t>
      </w:r>
      <w:r>
        <w:t xml:space="preserve"> designs.</w:t>
        <w:br/>
        <w:t>比如在她的咖啡上画个桃心啊漩涡什么的</w:t>
        <w:br/>
        <w:t>Like,</w:t>
      </w:r>
      <w:r>
        <w:t xml:space="preserve"> on</w:t>
      </w:r>
      <w:r>
        <w:t xml:space="preserve"> her</w:t>
      </w:r>
      <w:r>
        <w:t xml:space="preserve"> coffee,</w:t>
      </w:r>
      <w:r>
        <w:t xml:space="preserve"> like,</w:t>
      </w:r>
      <w:r>
        <w:t xml:space="preserve"> hearts</w:t>
      </w:r>
      <w:r>
        <w:t xml:space="preserve"> and</w:t>
      </w:r>
      <w:r>
        <w:t xml:space="preserve"> swirls.</w:t>
        <w:br/>
        <w:t>但她每次都盖盖子</w:t>
      </w:r>
      <w:r>
        <w:t xml:space="preserve"> 所以从来没看见过</w:t>
        <w:br/>
        <w:t>But</w:t>
      </w:r>
      <w:r>
        <w:t xml:space="preserve"> she</w:t>
      </w:r>
      <w:r>
        <w:t xml:space="preserve"> always</w:t>
      </w:r>
      <w:r>
        <w:t xml:space="preserve"> puts</w:t>
      </w:r>
      <w:r>
        <w:t xml:space="preserve"> a</w:t>
      </w:r>
      <w:r>
        <w:t xml:space="preserve"> lid</w:t>
      </w:r>
      <w:r>
        <w:t xml:space="preserve"> on,</w:t>
      </w:r>
      <w:r>
        <w:t xml:space="preserve"> so</w:t>
      </w:r>
      <w:r>
        <w:t xml:space="preserve"> she</w:t>
      </w:r>
      <w:r>
        <w:t xml:space="preserve"> never</w:t>
      </w:r>
      <w:r>
        <w:t xml:space="preserve"> sees.</w:t>
        <w:br/>
        <w:t>不过也不要紧</w:t>
      </w:r>
      <w:r>
        <w:t xml:space="preserve"> 反正我配不上她</w:t>
        <w:br/>
        <w:t>But</w:t>
      </w:r>
      <w:r>
        <w:t xml:space="preserve"> that's</w:t>
      </w:r>
      <w:r>
        <w:t xml:space="preserve"> okay.</w:t>
      </w:r>
      <w:r>
        <w:t xml:space="preserve"> She's</w:t>
      </w:r>
      <w:r>
        <w:t xml:space="preserve"> out</w:t>
      </w:r>
      <w:r>
        <w:t xml:space="preserve"> of</w:t>
      </w:r>
      <w:r>
        <w:t xml:space="preserve"> my</w:t>
      </w:r>
      <w:r>
        <w:t xml:space="preserve"> league.</w:t>
        <w:br/>
        <w:t>这个问题也许很怪</w:t>
        <w:br/>
        <w:t>This</w:t>
      </w:r>
      <w:r>
        <w:t xml:space="preserve"> might</w:t>
      </w:r>
      <w:r>
        <w:t xml:space="preserve"> sound</w:t>
      </w:r>
      <w:r>
        <w:t xml:space="preserve"> like</w:t>
      </w:r>
      <w:r>
        <w:t xml:space="preserve"> a</w:t>
      </w:r>
      <w:r>
        <w:t xml:space="preserve"> strange</w:t>
      </w:r>
      <w:r>
        <w:t xml:space="preserve"> question,</w:t>
        <w:br/>
        <w:t>你在你们咖啡店里</w:t>
      </w:r>
      <w:r>
        <w:t xml:space="preserve"> 有没有注意到有人盯着她</w:t>
      </w:r>
      <w:r>
        <w:t xml:space="preserve"> </w:t>
        <w:br/>
        <w:t>but</w:t>
      </w:r>
      <w:r>
        <w:t xml:space="preserve"> have</w:t>
      </w:r>
      <w:r>
        <w:t xml:space="preserve"> you</w:t>
      </w:r>
      <w:r>
        <w:t xml:space="preserve"> ever</w:t>
      </w:r>
      <w:r>
        <w:t xml:space="preserve"> noticed</w:t>
      </w:r>
      <w:r>
        <w:t xml:space="preserve"> anyone</w:t>
      </w:r>
      <w:r>
        <w:t xml:space="preserve"> watching</w:t>
      </w:r>
      <w:r>
        <w:t xml:space="preserve"> her</w:t>
      </w:r>
      <w:r>
        <w:t xml:space="preserve"> in</w:t>
      </w:r>
      <w:r>
        <w:t xml:space="preserve"> your</w:t>
      </w:r>
      <w:r>
        <w:t xml:space="preserve"> coffee</w:t>
      </w:r>
      <w:r>
        <w:t xml:space="preserve"> shop,</w:t>
      </w:r>
      <w:r>
        <w:t xml:space="preserve"> </w:t>
        <w:br/>
        <w:t>观察她之类的?</w:t>
        <w:br/>
        <w:t>observing</w:t>
      </w:r>
      <w:r>
        <w:t xml:space="preserve"> her?</w:t>
        <w:br/>
        <w:t>美式咖啡</w:t>
      </w:r>
      <w:r>
        <w:t xml:space="preserve"> 差不多先生</w:t>
        <w:br/>
        <w:t>Americano,</w:t>
      </w:r>
      <w:r>
        <w:t xml:space="preserve"> right</w:t>
      </w:r>
      <w:r>
        <w:t xml:space="preserve"> size.</w:t>
        <w:br/>
        <w:t>啥?</w:t>
        <w:br/>
        <w:t>What's</w:t>
      </w:r>
      <w:r>
        <w:t xml:space="preserve"> that?</w:t>
      </w:r>
      <w:r>
        <w:t xml:space="preserve"> </w:t>
        <w:br/>
        <w:t>店里有这么个人</w:t>
        <w:br/>
        <w:t>Man,</w:t>
      </w:r>
      <w:r>
        <w:t xml:space="preserve"> there's</w:t>
      </w:r>
      <w:r>
        <w:t xml:space="preserve"> this</w:t>
      </w:r>
      <w:r>
        <w:t xml:space="preserve"> guy.</w:t>
        <w:br/>
        <w:t>白人</w:t>
      </w:r>
      <w:r>
        <w:t xml:space="preserve"> 棕发</w:t>
      </w:r>
      <w:r>
        <w:t xml:space="preserve"> 像建筑工人</w:t>
        <w:br/>
        <w:t>He's,</w:t>
      </w:r>
      <w:r>
        <w:t xml:space="preserve"> like,</w:t>
      </w:r>
      <w:r>
        <w:t xml:space="preserve"> white,</w:t>
      </w:r>
      <w:r>
        <w:t xml:space="preserve"> brown</w:t>
      </w:r>
      <w:r>
        <w:t xml:space="preserve"> hair,</w:t>
      </w:r>
      <w:r>
        <w:t xml:space="preserve"> kind</w:t>
      </w:r>
      <w:r>
        <w:t xml:space="preserve"> of</w:t>
      </w:r>
      <w:r>
        <w:t xml:space="preserve"> looks</w:t>
      </w:r>
      <w:r>
        <w:t xml:space="preserve"> like</w:t>
      </w:r>
      <w:r>
        <w:t xml:space="preserve"> he</w:t>
      </w:r>
      <w:r>
        <w:t xml:space="preserve"> works</w:t>
      </w:r>
      <w:r>
        <w:t xml:space="preserve"> construction,</w:t>
        <w:br/>
        <w:t>只点美式咖啡</w:t>
        <w:br/>
        <w:t>only</w:t>
      </w:r>
      <w:r>
        <w:t xml:space="preserve"> ever</w:t>
      </w:r>
      <w:r>
        <w:t xml:space="preserve"> orders</w:t>
      </w:r>
      <w:r>
        <w:t xml:space="preserve"> Americanos.</w:t>
        <w:br/>
        <w:t>问他要大杯中杯还是小杯</w:t>
      </w:r>
      <w:r>
        <w:t xml:space="preserve"> 他总说</w:t>
      </w:r>
      <w:r>
        <w:t xml:space="preserve"> 差不多就行</w:t>
        <w:br/>
        <w:t>We</w:t>
      </w:r>
      <w:r>
        <w:t xml:space="preserve"> always</w:t>
      </w:r>
      <w:r>
        <w:t xml:space="preserve"> ask</w:t>
      </w:r>
      <w:r>
        <w:t xml:space="preserve"> what</w:t>
      </w:r>
      <w:r>
        <w:t xml:space="preserve"> size,</w:t>
      </w:r>
      <w:r>
        <w:t xml:space="preserve"> and</w:t>
      </w:r>
      <w:r>
        <w:t xml:space="preserve"> he</w:t>
      </w:r>
      <w:r>
        <w:t xml:space="preserve"> goes,</w:t>
      </w:r>
      <w:r>
        <w:t xml:space="preserve"> "the</w:t>
      </w:r>
      <w:r>
        <w:t xml:space="preserve"> right</w:t>
      </w:r>
      <w:r>
        <w:t xml:space="preserve"> size."</w:t>
        <w:br/>
        <w:t>我每次都给他中杯</w:t>
        <w:br/>
        <w:t>So</w:t>
      </w:r>
      <w:r>
        <w:t xml:space="preserve"> we</w:t>
      </w:r>
      <w:r>
        <w:t xml:space="preserve"> just</w:t>
      </w:r>
      <w:r>
        <w:t xml:space="preserve"> give</w:t>
      </w:r>
      <w:r>
        <w:t xml:space="preserve"> him</w:t>
      </w:r>
      <w:r>
        <w:t xml:space="preserve"> a</w:t>
      </w:r>
      <w:r>
        <w:t xml:space="preserve"> medium.</w:t>
      </w:r>
      <w:r>
        <w:t xml:space="preserve"> </w:t>
        <w:br/>
        <w:t>接着说</w:t>
        <w:br/>
        <w:t>Tell</w:t>
      </w:r>
      <w:r>
        <w:t xml:space="preserve"> me</w:t>
      </w:r>
      <w:r>
        <w:t xml:space="preserve"> more</w:t>
      </w:r>
      <w:r>
        <w:t xml:space="preserve"> about</w:t>
      </w:r>
      <w:r>
        <w:t xml:space="preserve"> him.</w:t>
        <w:br/>
        <w:t>只要她回家的晚上</w:t>
      </w:r>
      <w:r>
        <w:t xml:space="preserve"> 他肯定都在</w:t>
        <w:br/>
        <w:t>Well,</w:t>
      </w:r>
      <w:r>
        <w:t xml:space="preserve"> he's</w:t>
      </w:r>
      <w:r>
        <w:t xml:space="preserve"> there</w:t>
      </w:r>
      <w:r>
        <w:t xml:space="preserve"> every</w:t>
      </w:r>
      <w:r>
        <w:t xml:space="preserve"> night</w:t>
      </w:r>
      <w:r>
        <w:t xml:space="preserve"> when</w:t>
      </w:r>
      <w:r>
        <w:t xml:space="preserve"> she</w:t>
      </w:r>
      <w:r>
        <w:t xml:space="preserve"> comes</w:t>
      </w:r>
    </w:p>
    <w:p>
      <w:r>
        <w:t xml:space="preserve"> home.</w:t>
        <w:br/>
        <w:t>就这么坐着看着街对面她家的方向</w:t>
        <w:br/>
        <w:t>He's</w:t>
      </w:r>
      <w:r>
        <w:t xml:space="preserve"> just,</w:t>
      </w:r>
      <w:r>
        <w:t xml:space="preserve"> like,</w:t>
      </w:r>
      <w:r>
        <w:t xml:space="preserve"> looking</w:t>
      </w:r>
      <w:r>
        <w:t xml:space="preserve"> across</w:t>
      </w:r>
      <w:r>
        <w:t xml:space="preserve"> the</w:t>
      </w:r>
      <w:r>
        <w:t xml:space="preserve"> street</w:t>
      </w:r>
      <w:r>
        <w:t xml:space="preserve"> at</w:t>
      </w:r>
      <w:r>
        <w:t xml:space="preserve"> her</w:t>
      </w:r>
      <w:r>
        <w:t xml:space="preserve"> place.</w:t>
        <w:br/>
        <w:t>反正我觉得她住那儿</w:t>
      </w:r>
      <w:r>
        <w:t xml:space="preserve"> 是街对面那栋楼吧?</w:t>
        <w:br/>
        <w:t>At</w:t>
      </w:r>
      <w:r>
        <w:t xml:space="preserve"> least,</w:t>
      </w:r>
      <w:r>
        <w:t xml:space="preserve"> I</w:t>
      </w:r>
      <w:r>
        <w:t xml:space="preserve"> assume</w:t>
      </w:r>
      <w:r>
        <w:t xml:space="preserve"> she</w:t>
      </w:r>
      <w:r>
        <w:t xml:space="preserve"> lives</w:t>
      </w:r>
      <w:r>
        <w:t xml:space="preserve"> there.</w:t>
      </w:r>
      <w:r>
        <w:t xml:space="preserve"> It's</w:t>
      </w:r>
      <w:r>
        <w:t xml:space="preserve"> the</w:t>
      </w:r>
      <w:r>
        <w:t xml:space="preserve"> building</w:t>
      </w:r>
      <w:r>
        <w:t xml:space="preserve"> across</w:t>
      </w:r>
      <w:r>
        <w:t xml:space="preserve"> the</w:t>
      </w:r>
      <w:r>
        <w:t xml:space="preserve"> way,</w:t>
      </w:r>
      <w:r>
        <w:t xml:space="preserve"> right?</w:t>
        <w:br/>
        <w:t>对</w:t>
        <w:br/>
        <w:t>Right.</w:t>
      </w:r>
      <w:r>
        <w:t xml:space="preserve"> </w:t>
        <w:br/>
        <w:t>有时候还用手&amp;hearts;机&amp;hearts;拍照呢</w:t>
        <w:br/>
        <w:t>Takes</w:t>
      </w:r>
      <w:r>
        <w:t xml:space="preserve"> pictures</w:t>
      </w:r>
      <w:r>
        <w:t xml:space="preserve"> sometimes</w:t>
      </w:r>
      <w:r>
        <w:t xml:space="preserve"> with</w:t>
      </w:r>
      <w:r>
        <w:t xml:space="preserve"> his</w:t>
      </w:r>
      <w:r>
        <w:t xml:space="preserve"> phone.</w:t>
        <w:br/>
        <w:t>可那啥了</w:t>
      </w:r>
      <w:r>
        <w:t xml:space="preserve"> 哥们儿</w:t>
        <w:br/>
        <w:t>It's</w:t>
      </w:r>
      <w:r>
        <w:t xml:space="preserve"> like,</w:t>
      </w:r>
      <w:r>
        <w:t xml:space="preserve"> dude.</w:t>
      </w:r>
      <w:r>
        <w:t xml:space="preserve"> </w:t>
        <w:br/>
        <w:t>我天</w:t>
        <w:br/>
        <w:t>Oh,</w:t>
      </w:r>
      <w:r>
        <w:t xml:space="preserve"> my</w:t>
      </w:r>
      <w:r>
        <w:t xml:space="preserve"> god.</w:t>
        <w:br/>
        <w:t>你知道他说的是谁吗?</w:t>
        <w:br/>
        <w:t>Do</w:t>
      </w:r>
      <w:r>
        <w:t xml:space="preserve"> you</w:t>
      </w:r>
      <w:r>
        <w:t xml:space="preserve"> know</w:t>
      </w:r>
      <w:r>
        <w:t xml:space="preserve"> who</w:t>
      </w:r>
      <w:r>
        <w:t xml:space="preserve"> he's</w:t>
      </w:r>
      <w:r>
        <w:t xml:space="preserve"> talking</w:t>
      </w:r>
      <w:r>
        <w:t xml:space="preserve"> about?</w:t>
      </w:r>
      <w:r>
        <w:t xml:space="preserve"> </w:t>
        <w:br/>
        <w:t>Corey的妈妈证实了他的不在场证明</w:t>
        <w:br/>
        <w:t>Just</w:t>
      </w:r>
      <w:r>
        <w:t xml:space="preserve"> talked</w:t>
      </w:r>
      <w:r>
        <w:t xml:space="preserve"> to</w:t>
      </w:r>
      <w:r>
        <w:t xml:space="preserve"> Corey's</w:t>
      </w:r>
      <w:r>
        <w:t xml:space="preserve"> mom.</w:t>
      </w:r>
      <w:r>
        <w:t xml:space="preserve"> His</w:t>
      </w:r>
      <w:r>
        <w:t xml:space="preserve"> alibi</w:t>
      </w:r>
      <w:r>
        <w:t xml:space="preserve"> checks</w:t>
      </w:r>
      <w:r>
        <w:t xml:space="preserve"> out.</w:t>
        <w:br/>
        <w:t>我在系统里核查的时候</w:t>
      </w:r>
      <w:r>
        <w:t xml:space="preserve"> 发现了这个</w:t>
      </w:r>
      <w:r>
        <w:t xml:space="preserve"> 上周的事</w:t>
        <w:br/>
        <w:t>But</w:t>
      </w:r>
      <w:r>
        <w:t xml:space="preserve"> I</w:t>
      </w:r>
      <w:r>
        <w:t xml:space="preserve"> was</w:t>
      </w:r>
      <w:r>
        <w:t xml:space="preserve"> going</w:t>
      </w:r>
      <w:r>
        <w:t xml:space="preserve"> through</w:t>
      </w:r>
      <w:r>
        <w:t xml:space="preserve"> the</w:t>
      </w:r>
      <w:r>
        <w:t xml:space="preserve"> system.</w:t>
      </w:r>
      <w:r>
        <w:t xml:space="preserve"> Found</w:t>
      </w:r>
      <w:r>
        <w:t xml:space="preserve"> this</w:t>
      </w:r>
      <w:r>
        <w:t xml:space="preserve"> one</w:t>
      </w:r>
      <w:r>
        <w:t xml:space="preserve"> from</w:t>
      </w:r>
      <w:r>
        <w:t xml:space="preserve"> last</w:t>
      </w:r>
      <w:r>
        <w:t xml:space="preserve"> week.</w:t>
        <w:br/>
        <w:t>意图入室抢劫</w:t>
      </w:r>
      <w:r>
        <w:t xml:space="preserve"> 午夜从阳台进入</w:t>
        <w:br/>
        <w:t>Attempted</w:t>
      </w:r>
      <w:r>
        <w:t xml:space="preserve"> B&amp;E,</w:t>
      </w:r>
      <w:r>
        <w:t xml:space="preserve"> balcony</w:t>
      </w:r>
      <w:r>
        <w:t xml:space="preserve"> entrance</w:t>
      </w:r>
      <w:r>
        <w:t xml:space="preserve"> around</w:t>
      </w:r>
      <w:r>
        <w:t xml:space="preserve"> midnight,</w:t>
      </w:r>
      <w:r>
        <w:t xml:space="preserve"> </w:t>
        <w:br/>
        <w:t>受害女子回家时发现家里有人</w:t>
        <w:br/>
        <w:t>woman</w:t>
      </w:r>
      <w:r>
        <w:t xml:space="preserve"> came</w:t>
      </w:r>
      <w:r>
        <w:t xml:space="preserve"> home</w:t>
      </w:r>
      <w:r>
        <w:t xml:space="preserve"> and</w:t>
      </w:r>
      <w:r>
        <w:t xml:space="preserve"> found</w:t>
      </w:r>
      <w:r>
        <w:t xml:space="preserve"> a</w:t>
      </w:r>
      <w:r>
        <w:t xml:space="preserve"> guy</w:t>
      </w:r>
      <w:r>
        <w:t xml:space="preserve"> in</w:t>
      </w:r>
      <w:r>
        <w:t xml:space="preserve"> her</w:t>
      </w:r>
      <w:r>
        <w:t xml:space="preserve"> apartment.</w:t>
        <w:br/>
        <w:t>她一尖叫</w:t>
      </w:r>
      <w:r>
        <w:t xml:space="preserve"> 他就跑了</w:t>
        <w:br/>
        <w:t>She</w:t>
      </w:r>
      <w:r>
        <w:t xml:space="preserve"> screamed</w:t>
      </w:r>
      <w:r>
        <w:t xml:space="preserve"> and</w:t>
      </w:r>
      <w:r>
        <w:t xml:space="preserve"> he</w:t>
      </w:r>
      <w:r>
        <w:t xml:space="preserve"> took</w:t>
      </w:r>
      <w:r>
        <w:t xml:space="preserve"> off.</w:t>
      </w:r>
      <w:r>
        <w:t xml:space="preserve"> </w:t>
        <w:br/>
        <w:t>你想去核查一下吗?</w:t>
        <w:br/>
        <w:t>You</w:t>
      </w:r>
      <w:r>
        <w:t xml:space="preserve"> want</w:t>
      </w:r>
      <w:r>
        <w:t xml:space="preserve"> to</w:t>
      </w:r>
      <w:r>
        <w:t xml:space="preserve"> check</w:t>
      </w:r>
      <w:r>
        <w:t xml:space="preserve"> it</w:t>
      </w:r>
      <w:r>
        <w:t xml:space="preserve"> out?</w:t>
        <w:br/>
        <w:t>想</w:t>
      </w:r>
      <w:r>
        <w:t xml:space="preserve"> 当然想</w:t>
        <w:br/>
        <w:t>Yeah.</w:t>
      </w:r>
      <w:r>
        <w:t xml:space="preserve"> Yeah,</w:t>
      </w:r>
      <w:r>
        <w:t xml:space="preserve"> I</w:t>
      </w:r>
      <w:r>
        <w:t xml:space="preserve"> do.</w:t>
      </w:r>
      <w:r>
        <w:t xml:space="preserve"> </w:t>
        <w:br/>
        <w:t>好</w:t>
        <w:br/>
        <w:t>Yeah.</w:t>
        <w:br/>
        <w:t>我没什么好说的</w:t>
        <w:br/>
        <w:t>I</w:t>
      </w:r>
      <w:r>
        <w:t xml:space="preserve"> don't</w:t>
      </w:r>
      <w:r>
        <w:t xml:space="preserve"> have</w:t>
      </w:r>
      <w:r>
        <w:t xml:space="preserve"> anything</w:t>
      </w:r>
      <w:r>
        <w:t xml:space="preserve"> new</w:t>
      </w:r>
      <w:r>
        <w:t xml:space="preserve"> to</w:t>
      </w:r>
      <w:r>
        <w:t xml:space="preserve"> report.</w:t>
        <w:br/>
        <w:t>除非你们已经抓到他了</w:t>
        <w:br/>
        <w:t>I</w:t>
      </w:r>
      <w:r>
        <w:t xml:space="preserve"> mean,</w:t>
      </w:r>
      <w:r>
        <w:t xml:space="preserve"> unless</w:t>
      </w:r>
      <w:r>
        <w:t xml:space="preserve"> you</w:t>
      </w:r>
      <w:r>
        <w:t xml:space="preserve"> found</w:t>
      </w:r>
      <w:r>
        <w:t xml:space="preserve"> the</w:t>
      </w:r>
      <w:r>
        <w:t xml:space="preserve"> guy.</w:t>
        <w:br/>
        <w:t>没有</w:t>
      </w:r>
      <w:r>
        <w:t xml:space="preserve"> 不过我们在查一个相似的案子</w:t>
        <w:br/>
        <w:t>No.</w:t>
      </w:r>
      <w:r>
        <w:t xml:space="preserve"> No,</w:t>
      </w:r>
      <w:r>
        <w:t xml:space="preserve"> we</w:t>
      </w:r>
      <w:r>
        <w:t xml:space="preserve"> haven't.</w:t>
      </w:r>
      <w:r>
        <w:t xml:space="preserve"> But,</w:t>
      </w:r>
      <w:r>
        <w:t xml:space="preserve"> um,</w:t>
      </w:r>
      <w:r>
        <w:t xml:space="preserve"> we're</w:t>
      </w:r>
      <w:r>
        <w:t xml:space="preserve"> investigating</w:t>
      </w:r>
      <w:r>
        <w:t xml:space="preserve"> a</w:t>
      </w:r>
      <w:r>
        <w:t xml:space="preserve"> similar</w:t>
      </w:r>
      <w:r>
        <w:t xml:space="preserve"> incident.</w:t>
        <w:br/>
        <w:t>我们觉得两个案子之间可能有联&amp;hearts;系&amp;hearts;</w:t>
        <w:br/>
        <w:t>We</w:t>
      </w:r>
      <w:r>
        <w:t xml:space="preserve"> thought</w:t>
      </w:r>
      <w:r>
        <w:t xml:space="preserve"> they</w:t>
      </w:r>
      <w:r>
        <w:t xml:space="preserve"> might</w:t>
      </w:r>
      <w:r>
        <w:t xml:space="preserve"> be</w:t>
      </w:r>
      <w:r>
        <w:t xml:space="preserve"> connected.</w:t>
      </w:r>
      <w:r>
        <w:t xml:space="preserve"> </w:t>
        <w:br/>
        <w:t>什么样的案子?</w:t>
        <w:br/>
        <w:t>What</w:t>
      </w:r>
      <w:r>
        <w:t xml:space="preserve"> kind</w:t>
      </w:r>
      <w:r>
        <w:t xml:space="preserve"> of</w:t>
      </w:r>
      <w:r>
        <w:t xml:space="preserve"> incident?</w:t>
        <w:br/>
        <w:t>昨晚</w:t>
      </w:r>
      <w:r>
        <w:t xml:space="preserve"> 我们一位警官受到了袭击</w:t>
        <w:br/>
        <w:t>One</w:t>
      </w:r>
      <w:r>
        <w:t xml:space="preserve"> of</w:t>
      </w:r>
      <w:r>
        <w:t xml:space="preserve"> our</w:t>
      </w:r>
      <w:r>
        <w:t xml:space="preserve"> officers</w:t>
      </w:r>
      <w:r>
        <w:t xml:space="preserve"> was</w:t>
      </w:r>
      <w:r>
        <w:t xml:space="preserve"> attacked</w:t>
      </w:r>
      <w:r>
        <w:t xml:space="preserve"> last</w:t>
      </w:r>
      <w:r>
        <w:t xml:space="preserve"> night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https://d.book118.com/927152015000006046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1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2715201500000604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37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