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  <w:jc w:val="center"/>
      </w:pPr>
      <w:r>
        <w:rPr>
          <w:rFonts w:ascii="宋体" w:eastAsia="宋体" w:hAnsi="宋体"/>
          <w:sz w:val="36"/>
        </w:rPr>
        <w:t>安全生产宣传标语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1、安全生产勿侥幸，违章违规要人命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2、安全就是生命，责任重于泰山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3、安全生产只有起点，没有终点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4、生命至高无上，安全责任为天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5、安全生产牢牢记，生命不能当儿戏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6、全面落实企业安全生产主体责任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7、安全意识人人有，美好生活乐悠悠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8、落实安全规章制度，强化安全防范措施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9、事故是最大的成本，安全是最大的效益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10、安全让城市更和谐，安全让生活更美好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11、树立企业安全形象，促进安全文明生产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12、安全生产必须警钟长鸣、常抓不懈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13、生命大于天，责任重于山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14、安全连着你我他，平安幸福靠大家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15、安全生产，人人有责</w:t>
      </w:r>
    </w:p>
    <w:p>
      <w:pPr>
        <w:spacing w:before="100" w:after="200" w:line="360" w:lineRule="auto"/>
        <w:ind w:firstLine="576"/>
        <w:jc w:val="left"/>
        <w:sectPr w:rsidSect="00034616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宋体" w:eastAsia="宋体" w:hAnsi="宋体"/>
          <w:sz w:val="28"/>
        </w:rPr>
        <w:t>16、宁可千日不松无事，不可一日不防酿祸;抓基础从大处着眼，防隐患从小处着手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17、安全生产你管、我管、大家管才平安;事故隐患你查、我查、人人查方安全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18、安全意识“得过且过”，危险隐患“得寸进尺”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19、安全可以演练，生命不能彩排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20、打工在外不容易，安全首先放第一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21、坚守发展决不能以牺牲安全为代价这条红线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22、一人把关一处安，众人把关稳如山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23、幸福是棵树，安全是沃土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24、安全是家庭幸福的保证，事故是人生悲剧的祸根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25、企业要效益，安全是第一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26、安全人人抓，幸福千万家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27、见了违章严批评，道是无情却有情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28、生产必须安全，安全促进生产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29、排查治理隐患，拒绝事故伤害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30、强化安全意识，提升安全技能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31、生命可贵当珍爱，丝毫麻痹都是害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32、把握安全，拥有明天;人人讲安全，安全为人人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2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33、深入开展第十六个全国“安全生产月”和“安全生产万里行”活动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34、生产再忙、安全不忘;人命关天、安全在先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35、安全警钟日日鸣，平安大道天天行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36、持之以恒抓好安全生产，为党的十九x胜利召开创造稳定的安全生产环境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37、想安全事，上安全岗，做安全人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38、强化安全发展观念，提升全民安全素质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39、生命只有一次，安全莫当儿戏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40、坚守安全红线，担当安全责任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41、安全你我他，幸福千万家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42、宁为安全受累，不为事故流泪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43、安全知识要知道，劳保用品要戴好;上班工作多留神，平平安安最开心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44、安全第一心中记，为已为家为亲人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45、坚决遏制重特大事故发生，保障人民群众生命财产安全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46、上班多一份责任，下班少一份担心;作业多一点认真，安全少一点隐患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47、弘扬安全文化，凝聚安全共识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48、构建和谐社会，坚持安全发展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49、安全是效益的保障，安全是幸福的源泉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3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50、人命关天，安全至上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1、安全生产记在心，健康二字值千金。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2、关注安全、关爱生命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3、安全来于警惕，事故出于麻痹。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4、关爱生命，关注安全。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5、树立安全发展理念，遵守安全法律法规。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6、管生产必须管安全。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7、秤砣不大压千斤，安全帽小救人命。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8、进料出料要记清，数账管理更分明。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9、抓基础从小处着眼，防隐患从小处着手。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10、老毛病、要根治、小问题、要重视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11、生命宝贵，安全第一、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12、安全无小事，大家多关注。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13、企业永续经营的要诀，品质。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14、生产再忙，安全不忘，人命关天，安全为先。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15、车底就是鬼门关，千万莫往里面钻。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16、安全文化是企业文化建设的基础，安全文化是企业文化的组成部分。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4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17、人命关天，安全第一、安全第一，防灾防损。力保安全，促进安全。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18、安全用电，规范操作。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19、提高全民安全素质必须从娃娃抓起，积极开展中小学安全日活动。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20、加强安全检查，消除安全隐患。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21、多一些消防知识，少一分火灾威胁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22、隐患险于明火，防范胜于救灾，责任重于泰山。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23、作业精神不分散操作细心保安全。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24、力求一次做好，争取最大效益。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25、违章是事故之源，源于瞬间麻痹。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26、发现问题及时报，及时处理要做好。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27、掀起学习贯彻《安全生产法》的高潮。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28、细小漏洞不补，事故洪流难堵。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29、亡羊补牢虽不晚何不防患于未然。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30、关注安全平安是福。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31、安全事故频发，准备打包回家。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32、无视安全赶进度，是舍本逐末。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33、节俭不仅是一大美德，而且是一大财源。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34、最盼的是你的平安，最怕的是你的意外。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5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35、学习培训保安全，持证上岗搞生产。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36、安全生产，生产蒸蒸日上；文明建设，建设欣欣向荣。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37、品质体现尊严。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38、事故教训是镜子，安全经验是明灯。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39、时时注意安全，处处预防事故。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40、安全第一心中记，为已为家为亲人。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41、按章操作设备，时刻注意安全。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42、蛮干是走向事故深渊的第一步。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43、关爱生命，创建和谐校园，珍爱生命，创建平安校园。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44、班前班后多一次检查，岗上岗下多一份平安。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45、骄傲自满是事故的导火索，谦虚谨慎是安全的铺路石。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46、关爱，关注安全。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47、隐患如刀，刀刀都危险；安全是天，天天保平安。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48、安全法规生命换，前人吃苦后人鉴。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49、广泛开展“三项行动”，切实加强“三项建设”。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50、安全是幸福的源泉，安全是效益的保障。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1、为了您全家幸福，请注意安全生产。为了您和他人的幸福，处处时时注意安全。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2、安全人人抓，幸福千万家。安全两天敌，违章和麻痹。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6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3、心中时刻有平安，平安永在我身边。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4、安全第一，规范管理，文明生产，提高效益。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5、自觉遵守各项安全生产规章制度是劳动者的义务和职责。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6、完善质量体系，强化工程质量。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7、安全系着你我他，幸福连结千万家。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8、普及健康知识，提高生活质量。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9、记住山河不迷路，记住规章防事故。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10、时间，金钱，一切，没有了安全就没有时间，没有金钱，没有了一切。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11、高高兴兴上班（学），平平安安回家。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12、红线管理高压线，切莫靠近防“触电”。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13、杂草不除禾苗不壮，隐患不除效益难上。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14、一处隐患酿成事故，一次违章葬送幸福。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15、宁可千日不松无事，不可一日不防酿祸。抓基础从大处着眼，防隐患从小处着手。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16、绊人的桩不在高，违章的事不在小。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17、校园是我们与老师的家，安全也要时刻铭记在我们心中，同学们我们共同携起手，让安全永远在校园内。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18、安全来于警惕，事故处于麻痹。巧干带来安全，蛮干招来祸端。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19、安全生产日日好，员工生活步步高。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7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1、遵章守纪，关爱生命。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2、多看一眼，安全保险；多防一步，少出事故。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3、坚持实学、实际、实用原则，强化岗位安全技能培训。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4、生命诚可贵，安全价更高。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5、违章就是违法、失职就是犯罪。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6、加强班组建设、夯实安全基础。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7、生产再忙，安全不忘。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8、安全日日好，生产节节高。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9、安全高于一切、重于一切、先于一切、影响一切。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10、坚持问题导向，减少事故发生。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11、安全第一，以人为本。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12、贯彻《安全生产法》，促进安全生产稳定好转。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13、牢固树立安全发展理念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14、整治校园周边环境，全面消除安全隐患。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15、关口前移抓基层、重心下移强基础。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16、传承安全生产好经验，树立安全生产新风气。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17、关爱生命，关注安全。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18、凡事预则立、不预则废。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19、加强安全发展观念，提高全民安全素质。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8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20、治理隐患，保证安全。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21、尽心尽责、严格管理，遵章守纪、按标作业。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22、坚持安全生产党政同责、一岗双责、齐抓共管。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23、发展决不能以牺牲人的生命为代价。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24、参与110有奖举报，保护生命财产安全。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25、安全发展，国泰民安。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26、安全生产时刻记，家庭幸福长相伴。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27、安全生产天天讲，消除隐患日日行。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28、遵章守纪、远离“三违”。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29、安全生产，重在预防。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30、求真务实，尽心尽责保平安；强化管理，对标一流促效益。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31、警惕安全在，麻痹事故来。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32、多掌握一份安全知识，就会多十份安全保障。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33、坚持制度面前人人平等，依靠制度管人管事。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34、宣传安全文化知识，推动安全文明建设。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35、实现工作零失误、系统零缺陷、管理零漏洞、安全零事故。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36、坚持安全发展、构建和谐社会。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37、重视安全硕果来，忽视安全遭祸害。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38、综合治理，保障平安。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9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39、安全宣传人人抓，安全知识进万家。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40、提高安全意识，掌握安全技能。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41、宁为安全操心，不让事故伤心。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42、精心组织科学管理，文明施工铸造一流。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43、时时注意安全，处处预防事故。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44、居安思危年年乐，警钟常鸣岁岁欢。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45、安全工作必须“命”字在心、“严”字当头、“实”字落地。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46、只有防而不实，没有防不胜防。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47、安全为了生产，生产必须安全。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48、安全第一，预防为主，综合治理。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49、安全第一警钟常鸣，疏忽一时悔恨终生。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50、宁向安全要效益，不向事故买教训。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51、学习安全知识，掌握安全技能，远离事故危害。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52、千日防险不出险，一朝大意事故来。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53、全覆盖、零容忍、严制度、重实效，深入开展安全生产大检查。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54、人人讲安全，家家保平安。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55、生命至上、以人为本、安全发展。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56、充分发扬“振奋、担当、创新”精神，深入推进全局安全发展。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57、坚持以人为本，创建平安校园。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10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58、发展是第一要务，安全是第一责任。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59、建筑“三保”配备好，保障安全方有效。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60、忽视安全抓生产是火中取栗，脱离安全求效益如水中捞月。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61、安全生产人人管，事故隐患处处防。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62、人人讲安全，事事为安全；时时想安全，处处要安全。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63、落实一项安全措施，胜过十句安全口号。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64、安全生产，重于泰山。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65、安全责任，重在落实。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66、严是爱，松是害，搞好安全利三代。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67、落实安全规章制度，强化安全防范措施。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68、落实安全生产责任制，确保安全生产万无一失。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69、完善应急机制，强化事故防范。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70、生命安全是不可逾越的红线，安全法律是不可触及的底线。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71、安全管理规范化、现场作业标准化、检查整治常态化。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72、安全工作要始终坚持从零开始。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73、效益天天讲，安全日日抓。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74、遵章守纪，善待生命。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75、安全来自长期警惕，事故源于瞬间麻痹。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76、安全来于警惕，事故出于麻痹。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11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77、加强事故隐患排查治理，强化安全生产主体责任。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78、以人为本，安全第一、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79、安全与效益同行，事故与亏损共生。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80、落实学校主体责任，加强校园安全管理。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81、生命至上，安全第一、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82、太太平平万家欢乐，安安康康事业腾飞。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83、我和安全交朋友，隐患事故靠边走。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84、依靠群众抓安全，抓好安全为群众。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85、工作再忙，安全不忘，人命关天，安全为先。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86、安全是家庭幸福的保证，事故是人生悲剧的祸根。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87、工作为了生活好，安全为了活到老。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88、敬畏生命、敬畏法律、敬畏职责。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89、广泛动员全员参与深入开展“安全生产月”宣传教育活动。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90、重在落实责任，重在消除隐患。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91、强化安全发展观念，提升全民安全素质。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92、要防事故，先治隐患。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93、要想求发展，先要讲安全。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94、违章操作等于自杀，违章指挥等于杀人。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95、认真学习宣贯《企业安全生产应急管理九条规定》。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12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96、加强安全文化建设，提升师生安全意识。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97、坚持安全发展，构建和谐校园。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98、隐患险于明火，防范胜于救灾，责任重于泰山。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99、树立红线意识，守住安全底线。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100、坚持科学发展观，开创安全生产工作新局面。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101、拥有安全就是拥有生命，热爱安全就是热爱生命。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102、思想上的隐患是最大的隐患。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103、增强安全法制意识、大局意识、人本意识和忧患意识。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104、关爱生命安全发展。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105、事故不难防，重在守规章。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106、强化安全“红线”意识，规范安全作业行为。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107、强化红线意识、促进安全发展。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108、安全伴我在校园，我把安全带回家。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109、建立健全“五落实、五到位”安全生产责任体系。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110、培养安全习惯，倡导安全文化，提高安全素养。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111、大力实施全员安全素质提升工程。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112、生命最宝贵、责任最神圣。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113、规章制度天天讲，安全生产时时抓。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114、深入推进安全风险管理，实现安全长治久安。</w:t>
      </w:r>
    </w:p>
    <w:p>
      <w:pPr>
        <w:spacing w:before="100" w:after="200" w:line="360" w:lineRule="auto"/>
        <w:ind w:firstLine="576"/>
        <w:jc w:val="left"/>
        <w:sectPr w:rsidSect="00034616">
          <w:type w:val="nextPage"/>
          <w:pgSz w:w="11906" w:h="16838"/>
          <w:pgMar w:top="1440" w:right="1440" w:bottom="1440" w:left="1440" w:header="720" w:footer="720" w:gutter="0"/>
          <w:pgNumType w:start="13"/>
          <w:cols w:space="720"/>
          <w:titlePg w:val="0"/>
          <w:docGrid w:linePitch="360"/>
        </w:sectPr>
      </w:pPr>
      <w:r>
        <w:rPr>
          <w:rFonts w:ascii="宋体" w:eastAsia="宋体" w:hAnsi="宋体"/>
          <w:sz w:val="28"/>
        </w:rPr>
        <w:t>115、宁防十次空、不放一次松。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116、我要安全，我懂安全，人人尽责，确保安全。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117、事故可防、风险可控、灾害可治。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118、落实主体责任，保障安全发展。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119、安全记心中，工作真轻松。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120、落实一项措施，胜过十句口号。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121、科学发展，安全发展。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122、安全生产责任重于泰山。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123、普及安全法规、强化安全责任、弘扬安全文化、传播安全知识。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124、安全人人抓，幸福千万家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125、坚决克服安全意识疲劳，深入推进安全风险管理。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126、违章作业等于自杀，违章指挥等于杀人，违章不纠等于帮凶。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127、建设平安校园，你我共同责任。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128、深入开展安全生产月活动，不断提高全社会安全意识。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129、坚持“安全第一，预防为主，综合治理”方针。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130、依法强化安全生产监督检查，坚决查处安全生产违法行为。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131、强化安全基础，推动安全发展。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132、成于安全、败于事故。</w:t>
      </w:r>
    </w:p>
    <w:p>
      <w:pPr>
        <w:spacing w:before="100" w:after="200" w:line="360" w:lineRule="auto"/>
        <w:ind w:firstLine="576"/>
        <w:jc w:val="left"/>
      </w:pPr>
      <w:r>
        <w:rPr>
          <w:rFonts w:ascii="宋体" w:eastAsia="宋体" w:hAnsi="宋体"/>
          <w:sz w:val="28"/>
        </w:rPr>
        <w:t>133、小洞不补大洞难堵，小患不防大患难当。</w:t>
      </w:r>
      <w:r>
        <w:br/>
      </w:r>
      <w:r>
        <w:br/>
      </w:r>
    </w:p>
    <w:p>
      <w:pPr>
        <w:spacing w:after="0"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https://d.book118.com/927166200013006042</w:t>
        </w:r>
      </w:hyperlink>
    </w:p>
    <w:p>
      <w:pPr>
        <w:spacing w:before="100" w:after="200" w:line="360" w:lineRule="auto"/>
        <w:ind w:firstLine="576"/>
        <w:jc w:val="left"/>
      </w:pPr>
    </w:p>
    <w:sectPr w:rsidSect="00034616">
      <w:type w:val="nextPage"/>
      <w:pgSz w:w="11906" w:h="16838"/>
      <w:pgMar w:top="1440" w:right="1440" w:bottom="1440" w:left="1440" w:header="720" w:footer="720" w:gutter="0"/>
      <w:pgNumType w:start="14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24062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927166200013006042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revision>1</cp:revision>
  <dcterms:created xsi:type="dcterms:W3CDTF">2013-12-23T23:15:00Z</dcterms:created>
  <dcterms:modified xsi:type="dcterms:W3CDTF">2013-12-23T23:15:00Z</dcterms:modified>
</cp:coreProperties>
</file>