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有关于讲《格列佛游记》的读书心得（30篇）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有关于讲《格列佛游记》的读书心得（精选30篇）</w:t>
      </w:r>
      <w:r>
        <w:rPr>
          <w:lang w:eastAsia="zh-CN"/>
        </w:rPr>
        <w:br/>
      </w:r>
      <w:r>
        <w:rPr>
          <w:lang w:eastAsia="zh-CN"/>
        </w:rPr>
        <w:t xml:space="preserve">    有关于讲《格列佛游记》的读书心得 篇1 </w:t>
      </w:r>
      <w:r>
        <w:rPr>
          <w:lang w:eastAsia="zh-CN"/>
        </w:rPr>
        <w:br/>
      </w:r>
      <w:r>
        <w:rPr>
          <w:lang w:eastAsia="zh-CN"/>
        </w:rPr>
        <w:t>　　为了充实自己的假期生活，在闲暇之余我还读了几本经典著作，我读了英国作家乔纳森&amp;斯威夫特的《格列佛游记》，在简介中看到这是一部充满童话色彩的讽刺小说，于是我产生了阅读的兴趣。拿起《格列佛游记》，仔细阅读着其中有趣、惊险的故事，真的可以把人带入斯威夫特的游历的世界小说以辛辣的讽刺与幽默、离奇的想象与夸张，描述了酷爱航海冒险的格列佛，四度周游世界，经历了大大小小惊险而有趣的奇遇。我特别喜欢看游记方面的小说，每次读这样的书就似乎投身进入了作者的游记故事中跟他一起去探险，游历，我喜欢这样的感觉。从前只是喜欢随着主人公在故事中畅游，但现在我渐渐的学会在故事中寻找些什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格列佛先后游了四个国家&amp;&amp;利立浦特、布罗卜丁奈格、勒皮他和慧铟国，其原因都是海上灾难，而后又经过当地人民的相助脱困。相同的他，在小人国里，成了庞然大物，在小人们看来似乎有神力，刀枪不入，一连吞几十头黄牛仍填不饱肚子;在巨人国里，他却成了巨人们的玩偶，在他们之间是那么的渺小，脆弱，似乎轻而易举就可以被玩弄于手掌间，并与苍蝇和蜂子展开斗争;后来，他来到神秘的飞岛国，这里的人利用鸟的下部的天然磁铁和海底下的磁铁的力量，随心所欲地移动，这同时也是一个可随时传唤鬼魂对话、专门搞些莫名其妙的研究的离奇国家。读着读着，我仿佛随着格列佛一起走进了那个奇幻的世界。</w:t>
      </w:r>
      <w:r>
        <w:rPr>
          <w:lang w:eastAsia="zh-CN"/>
        </w:rPr>
        <w:br/>
      </w:r>
      <w:r>
        <w:rPr>
          <w:lang w:eastAsia="zh-CN"/>
        </w:rPr>
        <w:t>　　当然书不仅仅带给人们更多的想象空间，更深层次的是留给读者们一系列自我思考的问题。在读了书之后我们总会想一想在书中得到了什么：是一种信息、一种情感、一种思考《格》一书中讽刺地揭示了当时社会的特点：残暴、贪婪、自私、疯狂、无信誉、见利忘义。等等等等都是当时社会的风气，让人透不过气来。他大谈人的天性，不是奢侈浪费就是贪得无厌，还有的就是心甘情愿被金钱所奴役。在我看来格列佛落入4个不同的国家正是他所想要道出的4中境地，人总是被迫到某一个境地之中，其中的无奈和心酸也只有自己才能明白，很多时候人只是渺小的个体，大多是身不由己。或许在不同的境地中人也会开始有变化，有些变得狡猾、趋炎附势;有些则变得坦然、坚强。</w:t>
      </w:r>
      <w:r>
        <w:rPr>
          <w:lang w:eastAsia="zh-CN"/>
        </w:rPr>
        <w:br/>
      </w:r>
      <w:r>
        <w:rPr>
          <w:lang w:eastAsia="zh-CN"/>
        </w:rPr>
        <w:t>　　格列佛在慧因国里度过了一段美好的时光，是他觉得幸福和圆满的，在完全融入这个社会后，与暗喻人类的耶胡交往时形成强烈的反差，因为他们总是以怀疑的眼光看待他的诚实，使他感到失落，对人类产生了极度的厌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故事中的慧因国也是我们所追求和向往的理想社会，在这里你不需要对人有所猜忌，不用处处用一种防范的心来迎接周遭的人和事。这让我想到了天下无贼，一种人们的向往的社会。但这样的社会真的有吗?而今社会，在我们现实的世界中，有着太多令我们不安的因素，让我们有太多的避讳，久而久之我们就产生了许多避而远之的想法。现在的新闻大多报忧不报喜，一打开电视，看到的听到的都是些什么事啊：昨天有多少女子失踪，被拐卖到外地。黑心老板如何虐待童工;今天有人被骗去财物弄得想不开要跳楼;近几日假钞泛滥让人们心慌慌。有时候静下心来想想，现在到底是怎么了?越来越多的谎言让我们对人有了戒心，别人遇到困难时，当即将要伸出援助之手时，我迟疑了：这个人是真的有困难，还是假装的?我帮了他之后他会怎么样?许多问题一下子从脑海里跳出来;当有人给我帮助时，我迟疑了：这个人会不会有什么企图，为什么他要帮我?我越来越讨厌自己的这些多疑，但从小到大我们接受的就是这样的防范教育，这些多疑早已进入我们的脑髓了。似乎在遇到事情的时候不多疑一下就是我们自己缺条筋少块骨。</w:t>
      </w:r>
      <w:r>
        <w:rPr>
          <w:lang w:eastAsia="zh-CN"/>
        </w:rPr>
        <w:br/>
      </w:r>
      <w:r>
        <w:rPr>
          <w:lang w:eastAsia="zh-CN"/>
        </w:rPr>
        <w:t>　　说实话在看《格列佛游记》的时候，不可置疑的是作者的文字与故事场景让我们产生了共鸣，我们不得不好好审视自己，在我们的身上有没有这些顽疾劣根的影子。我们的社会虽然不像书中的英国社会那样败落，但也让人有了疑心病。这是一种社会病，也是一种必然病。</w:t>
      </w:r>
      <w:r>
        <w:rPr>
          <w:lang w:eastAsia="zh-CN"/>
        </w:rPr>
        <w:br/>
      </w:r>
      <w:r>
        <w:rPr>
          <w:lang w:eastAsia="zh-CN"/>
        </w:rPr>
        <w:t xml:space="preserve">    有关于讲《格列佛游记》的读书心得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暑假中，我读了《格列佛游记》和《金银岛》这两本书，不禁深受感动，不管是格列佛的勇于冒险还是吉姆的勇往直前，都使我感慨万千。</w:t>
      </w:r>
      <w:r>
        <w:rPr>
          <w:lang w:eastAsia="zh-CN"/>
        </w:rPr>
        <w:br/>
      </w:r>
      <w:r>
        <w:rPr>
          <w:lang w:eastAsia="zh-CN"/>
        </w:rPr>
        <w:t>　　《格列佛游记》是英国杰出的讽刺作家斯威夫特的代表作，他主要写一个外科医生格列佛在航海时遇难，漂流到几个奇异的国家经历了各种匪夷所思的事情。比如说在小人国，格列佛俨然是个巨人，显得顶天立地，他一只手就能拖起几十个小人，撒泡尿就可以将皇后寝宫的大火扑灭;而在大人国，格列佛却是个小人，别人只是把他当成宠物一样饲养，让他到处卖艺;在生活中他遇到种种苦难，与老鼠搏斗、从猴子手中逃生等等。《金银岛》是英国小说家斯蒂文森的代表作，他主要写少年吉姆&amp;霍金躺在床上，梦见宝藏和海上历险，过几天这一切都将变为现实。他和朋友屈利劳尼乡绅、李甫西大夫一道乘帆船离开英格兰，到南方的金银岛上去寻宝。岛上的宝藏属于大海盗弗林特，虽然他死了，但他的海盗同党还在，这伙人都在觊觎弗林特的宝藏。他们中间有老瞎子皮龙，一个叫黑狗的人，还有一个一条腿的海员。吉姆等人和这群海上最危险的恶魔同船，开始了惊险刺激却危险重重的旅行，开往传说中的金银岛，展开了一场寻宝大冒险</w:t>
      </w:r>
      <w:r>
        <w:rPr>
          <w:lang w:eastAsia="zh-CN"/>
        </w:rPr>
        <w:br/>
      </w:r>
      <w:r>
        <w:rPr>
          <w:lang w:eastAsia="zh-CN"/>
        </w:rPr>
        <w:t>　　通过这两本书我懂得一个人要勇于冒险，纵使前方的道路，荆棘满途，我们也要咬紧牙关，勇往直前。成功的背后总有一段艰辛的历程，只有不断进取，不断开拓，才能实现美好的理想。</w:t>
      </w:r>
      <w:r>
        <w:rPr>
          <w:lang w:eastAsia="zh-CN"/>
        </w:rPr>
        <w:br/>
      </w:r>
      <w:r>
        <w:rPr>
          <w:lang w:eastAsia="zh-CN"/>
        </w:rPr>
        <w:t>　　以后我在人生道路上也要以文章中的主人公这种精神榜样，坚持不懈地走下去。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有关于讲《格列佛游记》的读书心得 篇3 </w:t>
      </w:r>
      <w:r>
        <w:rPr>
          <w:lang w:eastAsia="zh-CN"/>
        </w:rPr>
        <w:br/>
      </w:r>
      <w:r>
        <w:rPr>
          <w:lang w:eastAsia="zh-CN"/>
        </w:rPr>
        <w:t>　　说起小人国和大人国，大家肯定都不陌生，小人国的居民们虽然只有我们的一只手掌大小，但是他们勤劳而又聪明，光是这一点就胜过我们很多人了。格列佛为这个国家做了很多，却因为国王的亲信们嫉妒格列佛，而国王又偏信亲信，使格列佛不得不离开这个国家。这正是当时大英帝国的缩影，英国国内托利党和辉格党常年不息的斗争和对外的战争，实质上只是政客们在一些国计民生毫不相干的小节上勾心斗角。在大人国时，又通过大人国的国王公正无私，治国有方，藐视权力，主张和平表现了作者对理想君主的渴望。</w:t>
      </w:r>
      <w:r>
        <w:rPr>
          <w:lang w:eastAsia="zh-CN"/>
        </w:rPr>
        <w:br/>
      </w:r>
      <w:r>
        <w:rPr>
          <w:lang w:eastAsia="zh-CN"/>
        </w:rPr>
        <w:t>　　在第三部中的飞岛国是一个发达的国家，飞岛国的设计家们发明了许多出色的创造，如语言组合机，无毛绵羊等，都表示了作者对科技发展的期许。</w:t>
      </w:r>
      <w:r>
        <w:rPr>
          <w:lang w:eastAsia="zh-CN"/>
        </w:rPr>
        <w:br/>
      </w:r>
      <w:r>
        <w:rPr>
          <w:lang w:eastAsia="zh-CN"/>
        </w:rPr>
        <w:t>　　我很羡慕格列佛能够到慧马国。在慧马国里，居主宰地位的是慧马，供智马驱使的是一种类似人形的畜类野猢。前者有理性，公正而诚实。后者生性贪婪、好斗，好吃懒做、喜欢在田间寻找、争夺一种发亮的石头。做令我感到不可思议的是，在慧马国里，没有表达谎言，欺骗，虚伪和罪恶这类意思的词。在那里，每一匹慧马的都是真实的，诚实的，公正的，和当时的英国比起来，简直就是天堂般的国度。是啊谁不想住在一个没有争吵，没有斗争，不需要考虑别人是否在欺骗你的地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看看我们的身边，骗取别人钱财，卖官卖官，甚至有人杀人放火，为了钱财不惜抛弃父母。这些都是在慧马国里从来没有出现过的，是社会上的不良现象，我们要想生活在慧马国那样的社会里，就必须打击，抵触这些不良现象。</w:t>
      </w:r>
      <w:r>
        <w:rPr>
          <w:lang w:eastAsia="zh-CN"/>
        </w:rPr>
        <w:br/>
      </w:r>
      <w:r>
        <w:rPr>
          <w:lang w:eastAsia="zh-CN"/>
        </w:rPr>
        <w:t>　　让我们从现在做起，从每个人做起，努力让我们的社会变成慧马国那样的社会，没有欺骗、怀疑、狡猾、陷害、阴谋、贿赂让我们的子孙后代生活在一个真正充满幸福和快乐的社会里。</w:t>
      </w:r>
      <w:r>
        <w:rPr>
          <w:lang w:eastAsia="zh-CN"/>
        </w:rPr>
        <w:br/>
      </w:r>
      <w:r>
        <w:rPr>
          <w:lang w:eastAsia="zh-CN"/>
        </w:rPr>
        <w:t xml:space="preserve">    有关于讲《格列佛游记》的读书心得 篇4 </w:t>
      </w:r>
      <w:r>
        <w:rPr>
          <w:lang w:eastAsia="zh-CN"/>
        </w:rPr>
        <w:br/>
      </w:r>
      <w:r>
        <w:rPr>
          <w:lang w:eastAsia="zh-CN"/>
        </w:rPr>
        <w:t>　　《格列佛游记》这本小说以辛辣的讽刺与幽默、离奇的想象与夸张，描述酷爱航海冒险的格列佛，四处周游世界，经历了大大小小惊险而有趣的奇遇。</w:t>
      </w:r>
      <w:r>
        <w:rPr>
          <w:lang w:eastAsia="zh-CN"/>
        </w:rPr>
        <w:br/>
      </w:r>
      <w:r>
        <w:rPr>
          <w:lang w:eastAsia="zh-CN"/>
        </w:rPr>
        <w:t>　　这本书里给我印象最深的是：1710年格列佛泛舟北美，访问了荒岛上的慧因国，结实了仁慈、诚实和友善的慧因。在慧因国的语言中没有“撒谎”和“欺骗”这样的字眼，人们更不理解它的含义。他们不懂什么叫“怀疑”、什么是“不信任”，在他们的国度里一切都是真实的、透明的。</w:t>
      </w:r>
      <w:r>
        <w:rPr>
          <w:lang w:eastAsia="zh-CN"/>
        </w:rPr>
        <w:br/>
      </w:r>
      <w:r>
        <w:rPr>
          <w:lang w:eastAsia="zh-CN"/>
        </w:rPr>
        <w:t>　　最特别的要数飞国岛的居民。他们的眼睛都长在一侧，而且是一个爱好乐器的民族，在他们的衣服上也有各自喜欢的乐器。</w:t>
      </w:r>
      <w:r>
        <w:rPr>
          <w:lang w:eastAsia="zh-CN"/>
        </w:rPr>
        <w:br/>
      </w:r>
      <w:r>
        <w:rPr>
          <w:lang w:eastAsia="zh-CN"/>
        </w:rPr>
        <w:t>　　读了这本书后，我很佩服格列佛的智慧、勇气和冒险的精神。他是个与众不同的人，他一见到大海就抑制不住内心冒险的冲动。作为一名医生，他专门搭乘去各地旅行的船只，以为船员看病为由，去环游世界，到处冒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这本小说不但抨击了社会现状，还在更深的层面上，直接讽刺了人性本身。在第四卷里，关于“钱”的那段议论就是如此。格列佛来到没有金钱，没有军队警察的慧骃国，向他的马主人解释说：“我们那里的野猢认为，不管是用还是攒，钱都是越多越好，没有个够的时候。因为他们天性如此，不是奢侈浪费就是贪得无厌。富人享受着穷人的劳动成果，而穷人和富人在数量上的比例是一千比一。因此我们的人民大多数被迫过着悲惨的生活……”作者注意到资本主义社会人与人之间的纯粹的金钱关系。并由此对人性产生了疑问。</w:t>
      </w:r>
      <w:r>
        <w:rPr>
          <w:lang w:eastAsia="zh-CN"/>
        </w:rPr>
        <w:br/>
      </w:r>
      <w:r>
        <w:rPr>
          <w:lang w:eastAsia="zh-CN"/>
        </w:rPr>
        <w:t>　　读了这本书以后，我渐渐觉得这些书其实很有意思，而且不会看不进去，反而读过几遍之后，就越喜欢看这本书。</w:t>
      </w:r>
      <w:r>
        <w:rPr>
          <w:lang w:eastAsia="zh-CN"/>
        </w:rPr>
        <w:br/>
      </w:r>
      <w:r>
        <w:rPr>
          <w:lang w:eastAsia="zh-CN"/>
        </w:rPr>
        <w:t xml:space="preserve">    有关于讲《格列佛游记》的读书心得 篇5 </w:t>
      </w:r>
      <w:r>
        <w:rPr>
          <w:lang w:eastAsia="zh-CN"/>
        </w:rPr>
        <w:br/>
      </w:r>
      <w:r>
        <w:rPr>
          <w:lang w:eastAsia="zh-CN"/>
        </w:rPr>
        <w:t>　　这本书是斯威夫特的代表作，是一本非常好的儿童读物。主人公叫公梅尔 格列佛，他是一个非常爱探险的人。本书由四卷组成，每次格列佛都会遇到难以想象的困难，他游览了小人国、大人国 、飞岛国等游历。第一卷中，格列佛游览了小人国，这里的人只有他的十二分之一，小人国的国王只比他的子民高一点，却认为是顶天立地的统治者，而官员们只要跳绳跳得高，就可升官加爵。这里的国王因格列佛体积大，竟让他去打敌国。第二卷，写格列佛来到了大人国，这里的人都是巨人，他被一个农夫捡到，农夫把格列佛看作宝贝，卖到王宫，赚钱，而这里的国王十分贤能，把国家治理得井井有条，百姓安居乐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这儿，格列佛因为很小，国王很喜欢他。但因为想家，偷偷走了。``````格列佛每次遇到困难时，通过自己的努力，总能化险为夷。虽然几次差点丢掉性命，可他就是不放弃，不愿过安宁的生活，继续出海探险，他那种勇敢前进、不怕困难的可贵精神值得我们去学习。从而，看了这本书，我懂得了一个道理∶我们不论干什么事，要想成功，都要持之以恒，不能三天打鱼，两天晒网&amp;，这样是不行的。我想大家应该听过《小猫钓鱼》的故事，千万不能学小猫半途而废。</w:t>
      </w:r>
      <w:r>
        <w:rPr>
          <w:lang w:eastAsia="zh-CN"/>
        </w:rPr>
        <w:br/>
      </w:r>
      <w:r>
        <w:rPr>
          <w:lang w:eastAsia="zh-CN"/>
        </w:rPr>
        <w:t xml:space="preserve">    有关于讲《格列佛游记》的读书心得 篇6 </w:t>
      </w:r>
      <w:r>
        <w:rPr>
          <w:lang w:eastAsia="zh-CN"/>
        </w:rPr>
        <w:br/>
      </w:r>
      <w:r>
        <w:rPr>
          <w:lang w:eastAsia="zh-CN"/>
        </w:rPr>
        <w:t>　　这几天，读了一篇小说名叫《格列佛游记》，它已清晰的文字把我带入一个奇特的意境，以幽默而讽刺的语言描述了一个混浊的社会。读完之后，所带来的精神上的愉悦，如同余音绕梁，三日不绝。</w:t>
      </w:r>
      <w:r>
        <w:rPr>
          <w:lang w:eastAsia="zh-CN"/>
        </w:rPr>
        <w:br/>
      </w:r>
      <w:r>
        <w:rPr>
          <w:lang w:eastAsia="zh-CN"/>
        </w:rPr>
        <w:t>　　当然其中一波三折的剧情，也使我为之心惊肉跳，然而，另我印象深刻的要数主人公在小人国的经历。</w:t>
      </w:r>
      <w:r>
        <w:rPr>
          <w:lang w:eastAsia="zh-CN"/>
        </w:rPr>
        <w:br/>
      </w:r>
      <w:r>
        <w:rPr>
          <w:lang w:eastAsia="zh-CN"/>
        </w:rPr>
        <w:t>　　曾经来往繁密，友好的两个国家，不来夫斯古帝国和利里浦特国，受贪婪野心的驱动，导致兵戈相向，发动战争，主人公帮助利里浦特人打败了不来夫斯古帝国的入侵，受到厚赏。而之后主人公因心存正义而直接拒绝他国国君的无理要求，却让国君无法接受，从此在国君心中种下憎恨的幼苗，再加上官员暗中中伤主人公，他在国君心目中的形象一下子宛如天使变为魔鬼，以至与个别朝廷官员想把主人公置之死。</w:t>
      </w:r>
      <w:r>
        <w:rPr>
          <w:lang w:eastAsia="zh-CN"/>
        </w:rPr>
        <w:br/>
      </w:r>
      <w:r>
        <w:rPr>
          <w:lang w:eastAsia="zh-CN"/>
        </w:rPr>
        <w:t>　　这就如同书中所说伟大的功绩在君王眼里能算什么，如果一时你拒绝满足君王的奢望，即使你从前立过大功也绝不能得到宽恕。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读到此刻，我颤抖了，不由得感到一丝心寒所谓忠言逆耳，忠臣自然不得国君心喜;小人对君子的猜忌之心，君子自然被诋毁形象。想到这，我不由得感叹历史上的忠臣最终能得到君王善待的又有几个呢?但至少主人公近乎是其中的一个。</w:t>
      </w:r>
      <w:r>
        <w:rPr>
          <w:lang w:eastAsia="zh-CN"/>
        </w:rPr>
        <w:br/>
      </w:r>
      <w:r>
        <w:rPr>
          <w:lang w:eastAsia="zh-CN"/>
        </w:rPr>
        <w:t>　　这篇游记写出来的，在我脑海呈现出的，是一个浑浊，无情的生活，是过去的生活的缩影!从作者描写隐含的嘲讽和蔑视中，处处体现出抗争精神。而游记反映出来的当时英国的社会风貌，也让我明白到在时代进步的背后往往充斥着不幸与荆棘，但无论如何，它毕竟是生活，这篇小说可谓悲喜交织。</w:t>
      </w:r>
      <w:r>
        <w:rPr>
          <w:lang w:eastAsia="zh-CN"/>
        </w:rPr>
        <w:br/>
      </w:r>
      <w:r>
        <w:rPr>
          <w:lang w:eastAsia="zh-CN"/>
        </w:rPr>
        <w:t xml:space="preserve">    有关于讲《格列佛游记》的读书心得 篇7 </w:t>
      </w:r>
      <w:r>
        <w:rPr>
          <w:lang w:eastAsia="zh-CN"/>
        </w:rPr>
        <w:br/>
      </w:r>
      <w:r>
        <w:rPr>
          <w:lang w:eastAsia="zh-CN"/>
        </w:rPr>
        <w:t>　　看了书名就知道，格列佛是这本书的主人。他是一个在船上工作的外科医生，一次航行不幸在苏门答腊岛遇难，就此开始了他的旅行。他漂流到利立浦特岛上。岛上居民身高都只有六寸左右，在这个国度，他简直是一个巨人！后来，他又起航，在巨人岛——布罗卜丁鲁那克岛搁浅了。那里的国王身高有六十尺之巨，这会儿格列佛又变成“小人”了。接着，他又展开了第三次航行来到了勒皮他飞岛，那是个与世隔绝的世界，人们的观念封闭阻塞。在岛上盘桓数日后，他出发到海上浏览。</w:t>
      </w:r>
      <w:r>
        <w:rPr>
          <w:lang w:eastAsia="zh-CN"/>
        </w:rPr>
        <w:br/>
      </w:r>
      <w:r>
        <w:rPr>
          <w:lang w:eastAsia="zh-CN"/>
        </w:rPr>
        <w:t>　　格列佛最后航行到一个叫慧马国的地方，那里的主宰者是马，有高度的智慧、自制力、礼节，在那个世界里，没有贪婪，没有欺骗，没有战争，没有陷害，心都是纯净的，善良的，就像生存在幻境中似的。他们是慧马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格列佛先后共游览了个国家。小人国，大人国，飞岛国，慧马国。这些国家里的居民都有着鲜明的特点，读了这本书后，我很佩服格列佛的智慧、勇气和冒险的精神，他是个与众不同的男子汉，他一见到大海就抑制不住内心冒险的冲动。作为一名医生，他专门搭乘去各地旅行的船只，以为船员看病为由，去环游世界，到处冒险。</w:t>
      </w:r>
      <w:r>
        <w:rPr>
          <w:lang w:eastAsia="zh-CN"/>
        </w:rPr>
        <w:br/>
      </w:r>
      <w:r>
        <w:rPr>
          <w:lang w:eastAsia="zh-CN"/>
        </w:rPr>
        <w:t>　　读了这本书以后，我渐渐觉得这些书其实很有意思，而且不会看不进去，反而读过几遍之后，越发爱上了这些书。书是人们进步的阶梯，在书的世界遨游是每个人的梦想。</w:t>
      </w:r>
      <w:r>
        <w:rPr>
          <w:lang w:eastAsia="zh-CN"/>
        </w:rPr>
        <w:br/>
      </w:r>
      <w:r>
        <w:rPr>
          <w:lang w:eastAsia="zh-CN"/>
        </w:rPr>
        <w:t>　　五、《格列佛游记读书心得》600字</w:t>
      </w:r>
      <w:r>
        <w:rPr>
          <w:lang w:eastAsia="zh-CN"/>
        </w:rPr>
        <w:br/>
      </w:r>
      <w:r>
        <w:rPr>
          <w:lang w:eastAsia="zh-CN"/>
        </w:rPr>
        <w:t>　　一个普通的外科医生，四次出海航行冒险，遇到了各种离奇古怪的事情，他是雷米尔鲁·格列佛。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格列佛生于洛丁加姆州，从十四岁开始在英国与荷兰的大学进修，后来以外科医生的身份到船上工作，在一六九九年五月四号乘羚羊号航向南方。后来，不幸在苏门答腊岛遇难，漂流到利立浦特岛上。岛上居民身高都只有六寸左右，因此，这个国叫小人国。这个国经常和邻国因为鸡毛蒜皮的小事儿而打仗。之后他又启程。但却在巨人岛——布罗卜丁鲁那克岛搁浅了。那里的国王身高有六十尺。巨人国之后的飞岛国是一个与世隔绝的世界。人们的观念封闭阻塞。几日后，他又到了慧骃国。那个世界里，没有贪婪，没有欺骗，没有战争，没有陷害，心都是纯净的，善良的，就像生存在幻境中似的。回到英国后，格列佛因为已经习惯了慧骃族良好的品质，而对家人的气味略有厌恶之意，便买了两匹良马，天天与他们谈心，安度晚年。</w:t>
      </w:r>
      <w:r>
        <w:rPr>
          <w:lang w:eastAsia="zh-CN"/>
        </w:rPr>
        <w:br/>
      </w:r>
      <w:r>
        <w:rPr>
          <w:lang w:eastAsia="zh-CN"/>
        </w:rPr>
        <w:t>　　小人国的情景乃是当时大英帝国的缩影。当时英国国内常年不息的斗争和对外的战争，实质上只是政客们在一些国计民生毫不相干的小节上勾心斗角。通过大人国国王对格列佛引以为荣的英国选举制度、议会制度以及种种政教措施所进行的尖锐的抨击，对当时英国各种制度及政教措施表示了怀疑和否定。作者把讽刺的锋芒指向了当时的英国哲学家，脱离实际、沉溺于幻想的科学家，荒诞不经的发明家和颠倒黑白的评论家和史学家等。小说第四卷，作者利用格列佛回答一连串问题而揭露了战争的实质、法律的虚伪和不择手段以获得公爵地位的可耻行为等。</w:t>
      </w:r>
      <w:r>
        <w:rPr>
          <w:lang w:eastAsia="zh-CN"/>
        </w:rPr>
        <w:br/>
      </w:r>
      <w:r>
        <w:rPr>
          <w:lang w:eastAsia="zh-CN"/>
        </w:rPr>
        <w:t>　　英国的缩影及作者的理想国度级在这本书中被体现。</w:t>
      </w:r>
      <w:r>
        <w:rPr>
          <w:lang w:eastAsia="zh-CN"/>
        </w:rPr>
        <w:br/>
      </w:r>
      <w:r>
        <w:rPr>
          <w:lang w:eastAsia="zh-CN"/>
        </w:rPr>
        <w:t xml:space="preserve">    有关于讲《格列佛游记》的读书心得 篇8 </w:t>
      </w:r>
      <w:r>
        <w:rPr>
          <w:lang w:eastAsia="zh-CN"/>
        </w:rPr>
        <w:br/>
      </w:r>
      <w:r>
        <w:rPr>
          <w:lang w:eastAsia="zh-CN"/>
        </w:rPr>
        <w:t>　　整篇书分为四个小游记，托物言志，暗讽了当时英国社会的黑暗，批评了英国人的掠夺式侵略，叹息了当时世人的愚昧无知</w:t>
      </w:r>
      <w:r>
        <w:rPr>
          <w:lang w:eastAsia="zh-CN"/>
        </w:rPr>
        <w:br/>
      </w:r>
      <w:r>
        <w:rPr>
          <w:lang w:eastAsia="zh-CN"/>
        </w:rPr>
        <w:t>　　有人说斯威夫特是个厌世者，有人说他这是毫不妥协的批判，不可否认，他的批判确实抨击了很多不公的事。文章中的讽刺多为反讽、暗讽，有反讽，必定有一个理想世界作为对照来衬托现实的黑暗，但是从文章中看出，斯威夫特的理想世界并不符合我们现在的价值观，而且字里行间还透露出英国人的那种自大，自以为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慧骃国是作者理想中的国度，作者把它比喻为全世界的价值典范，但其中有些是我不能理解的。例如，文中说白马、粟色马天生下来就是训练作奴仆的，没有变好的可能，这句话说得…反正我觉得是愚蠢可笑，与我之前所受的关于人如何成功的教育背道而驰，而且，这种思想与欧洲人那种“我本民族的血统是最高贵的，所有犹太人、阿拉伯人……及其他民族都是卑贱”的思想有异曲同工之妙。</w:t>
      </w:r>
      <w:r>
        <w:rPr>
          <w:lang w:eastAsia="zh-CN"/>
        </w:rPr>
        <w:br/>
      </w:r>
      <w:r>
        <w:rPr>
          <w:lang w:eastAsia="zh-CN"/>
        </w:rPr>
        <w:t>　　文中还提到格列佛家主在全国代表大会上被劝说流放格列佛，试想，如若那位慧骃没有流放格列佛，全国代表大会会不会容忍他这种行为呢?答案是否定的，之后会不会强行驱逐，我不知道，但所谓劝说，只不过是美其名曰罢了。</w:t>
      </w:r>
      <w:r>
        <w:rPr>
          <w:lang w:eastAsia="zh-CN"/>
        </w:rPr>
        <w:br/>
      </w:r>
      <w:r>
        <w:rPr>
          <w:lang w:eastAsia="zh-CN"/>
        </w:rPr>
        <w:t>　　格列佛最终像被洗脑了一样，纵然当时世态炎凉，但也不用一棒子打翻所有人吧，格列佛最终成为变态社会下所产生的变态人物。</w:t>
      </w:r>
      <w:r>
        <w:rPr>
          <w:lang w:eastAsia="zh-CN"/>
        </w:rPr>
        <w:br/>
      </w:r>
      <w:r>
        <w:rPr>
          <w:lang w:eastAsia="zh-CN"/>
        </w:rPr>
        <w:t>　　这篇游记也可以讽刺当代中国的一些人和事。中国所谓的专家数量不少于世界上任何一个国家，但创新能力却很低，这与游记那里的令人啼笑皆非的科学院有的一拼;当代中国人遇到一些不必要的小事也要大吵一场，这与小人国里的大端派和小端派一样，令人哭笑不得</w:t>
      </w:r>
      <w:r>
        <w:rPr>
          <w:lang w:eastAsia="zh-CN"/>
        </w:rPr>
        <w:br/>
      </w:r>
      <w:r>
        <w:rPr>
          <w:lang w:eastAsia="zh-CN"/>
        </w:rPr>
        <w:t xml:space="preserve">    有关于讲《格列佛游记》的读书心得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这本书中，写的是主人公，一位外科医生格列佛的冒险故事，其中一些令人心惊肉跳。在小人国里，他成了庞然大悟，刀枪不入，一连吞了几十头黄牛仍填不饱肚子;在巨人国里，他变成了巨人们的玩偶，被玩弄于手掌间，并与苍蝇和蜂子展开斗争;后来，他来到神秘的飞岛国，这里的人利用鸟的下部的天然磁铁和海底下的磁铁的力量，随心所欲地移动，这同时也是一个可随时传唤鬼魂对话、专门提些莫名其妙的研究的离奇国家。读着读着，我仿佛随着格列佛一起走进那个奇幻的世界。那些玩偶般的小人，高大威猛的巨人，长的像鱼的飞岛国居民，以及慧和耶胡们，都给我们留下了深刻的印象。</w:t>
      </w:r>
      <w:r>
        <w:rPr>
          <w:lang w:eastAsia="zh-CN"/>
        </w:rPr>
        <w:br/>
      </w:r>
      <w:r>
        <w:rPr>
          <w:lang w:eastAsia="zh-CN"/>
        </w:rPr>
        <w:t>　　我觉得最特别的要数飞岛国的居民。他们的眼睛都长在一侧，而且是一个爱好乐器的民族，在他们的衣服上也有各自喜欢的乐器。那里的侍从必须要时刻敲打大臣的脑袋，否则他们总爱异想天开。</w:t>
      </w:r>
      <w:r>
        <w:rPr>
          <w:lang w:eastAsia="zh-CN"/>
        </w:rPr>
        <w:br/>
      </w:r>
      <w:r>
        <w:rPr>
          <w:lang w:eastAsia="zh-CN"/>
        </w:rPr>
        <w:t>　　读了这本书后，我很敬佩格列佛的智慧、勇气和冒险的精神，他是个与众不同的男子汉，他一见到大海就抑制不住内心冒险的冲动。作为一名医生，他专门搭乘去各地旅行的船只，以为船员看病为由，去环游世界，到处冒险。</w:t>
      </w:r>
      <w:r>
        <w:rPr>
          <w:lang w:eastAsia="zh-CN"/>
        </w:rPr>
        <w:br/>
      </w:r>
      <w:r>
        <w:rPr>
          <w:lang w:eastAsia="zh-CN"/>
        </w:rPr>
        <w:t>　　读了这本书以后，我渐渐觉得这些书其实很有意思，而且不会看不进去，反而读过几遍后，越发爱上了这些书。书是人类进步的阶梯，在书的世界遨游是每个人的梦想。打开手中的书，一头扎进去吧，总有一天会发现其中的乐趣。</w:t>
      </w:r>
      <w:r>
        <w:rPr>
          <w:lang w:eastAsia="zh-CN"/>
        </w:rPr>
        <w:br/>
      </w:r>
      <w:r>
        <w:rPr>
          <w:lang w:eastAsia="zh-CN"/>
        </w:rPr>
        <w:t xml:space="preserve">    有关于讲《格列佛游记》的读书心得 篇10 </w:t>
      </w:r>
      <w:r>
        <w:rPr>
          <w:lang w:eastAsia="zh-CN"/>
        </w:rPr>
        <w:br/>
      </w:r>
      <w:r>
        <w:rPr>
          <w:lang w:eastAsia="zh-CN"/>
        </w:rPr>
        <w:t>　　假日里，我读了英国作家乔纳森;斯威夫特的《格列佛游记》，小说以辛辣的讽刺与幽默、离奇的想象与夸张，描述了酷爱航海冒险的格列佛，四度周游世界，经历了大大小小惊险而有趣的奇遇。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游记中小人国、大人国里光怪离奇的故事深深地吸引了我，然而给我印象最深的是，7年格列佛泛舟北美，巧访了荒岛上的慧因国，结识了具有仁慈、诚实和友谊美德的慧因。在慧因国的语言中没有撒谎和欺骗这样的字眼，人们更不理解它的含义。他们不懂什么叫怀疑、什么是不信任，在他们的国度里一切都是真实的、透明的。</w:t>
      </w:r>
      <w:r>
        <w:rPr>
          <w:lang w:eastAsia="zh-CN"/>
        </w:rPr>
        <w:br/>
      </w:r>
      <w:r>
        <w:rPr>
          <w:lang w:eastAsia="zh-CN"/>
        </w:rPr>
        <w:t>　　格列佛在慧因国里度过了一段美好的时光，他完全融入这个社会，以致于与暗喻人类的耶胡交往时形成强烈的反差，因为他们总是以怀疑的眼光看待他的诚实，使他感到失落，对人类产生了极度的厌恶。</w:t>
      </w:r>
      <w:r>
        <w:rPr>
          <w:lang w:eastAsia="zh-CN"/>
        </w:rPr>
        <w:br/>
      </w:r>
      <w:r>
        <w:rPr>
          <w:lang w:eastAsia="zh-CN"/>
        </w:rPr>
        <w:t>　　我很羡慕文中的主人公有幸能到慧因国，慧因国是我们所追求和向往的理想境地，在这里你不需顾虑别人说话的真假，而在现实的世界，有着太多我们不愿看到的事情常常发生：有人用花言巧语骗取别人的血汗钱、有人拐卖儿童谋取暴利、有人甚至为了金钱抛弃自己的亲身父母。难怪我们的老师、长辈从小就教育我们要提高警惕，不要上当受骗。这与我们提倡的帮助他人、爱护他人是很难统一的。当我遇到有困难的人，要伸出援助之手时，我迟疑;当有人替我解围时，我不敢接受。这些都让我内心感到痛苦、矛盾，无所适从。既妨碍了我去爱别人，同时也错过了别人的爱，在难道不是一种悲哀吗?</w:t>
      </w:r>
      <w:r>
        <w:rPr>
          <w:lang w:eastAsia="zh-CN"/>
        </w:rPr>
        <w:br/>
      </w:r>
      <w:r>
        <w:rPr>
          <w:lang w:eastAsia="zh-CN"/>
        </w:rPr>
        <w:t>　　我不知道十八世纪美国的辉格、托利两党缠绵悱恻、暧昧的关系，当然也就无从体会斯威夫特笔下的争论吃鸡蛋应先敲哪头、</w:t>
      </w:r>
      <w:r>
        <w:rPr>
          <w:lang w:eastAsia="zh-CN"/>
        </w:rPr>
        <w:br/>
      </w:r>
      <w:r>
        <w:rPr>
          <w:lang w:eastAsia="zh-CN"/>
        </w:rPr>
        <w:t>　　鞋跟之高低等原则问题的高跟党与低跟党的妙处。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我错怪斯威夫特了，我要有一颗宽容的心。而后来的斯威夫特也渐渐变得可以理解了，给我的感觉是他很正义。</w:t>
      </w:r>
      <w:r>
        <w:rPr>
          <w:lang w:eastAsia="zh-CN"/>
        </w:rPr>
        <w:br/>
      </w:r>
      <w:r>
        <w:rPr>
          <w:lang w:eastAsia="zh-CN"/>
        </w:rPr>
        <w:t>　　他讽刺地道出了当时英国的特点：贪婪、党争、伪善、无信、残暴、愤怒、疯狂、怨恨、嫉妒、淫欲、阴险和野心。他挖苦地描述了人兽颠倒的怪诞现象：马成了理性的载体，而人则化作脏臭、屎尿横飞、贪婪刁难的下等动物耶胡。他大谈人的天性，就是心甘情愿被金钱所奴役，不是奢侈浪费就是贪得无厌。看完《格列佛游记》之后，我们不能不审视自己，我们身上有没有这些顽疾劣根的影子。</w:t>
      </w:r>
      <w:r>
        <w:rPr>
          <w:lang w:eastAsia="zh-CN"/>
        </w:rPr>
        <w:br/>
      </w:r>
      <w:r>
        <w:rPr>
          <w:lang w:eastAsia="zh-CN"/>
        </w:rPr>
        <w:t>　　有一句话，我认为评论得很经典：以夸张渲染时代的生气，藉荒唐痛斥时代的弊端;在厌恨和悲观背后，应是一种苦涩的忧世情怀。</w:t>
      </w:r>
      <w:r>
        <w:rPr>
          <w:lang w:eastAsia="zh-CN"/>
        </w:rPr>
        <w:br/>
      </w:r>
      <w:r>
        <w:rPr>
          <w:lang w:eastAsia="zh-CN"/>
        </w:rPr>
        <w:t>　　没有想到在那些朴实得如同流水账的大白话游记中竟蕴含着这么深邃的内涵。</w:t>
      </w:r>
      <w:r>
        <w:rPr>
          <w:lang w:eastAsia="zh-CN"/>
        </w:rPr>
        <w:br/>
      </w:r>
      <w:r>
        <w:rPr>
          <w:lang w:eastAsia="zh-CN"/>
        </w:rPr>
        <w:t>　　我期盼着有一天我们的社会也像慧因国，孩子们的眼中不再有疑虑，教育与现实是统一的。我愿为此付出努力，也希望大家与我一道，从自己做起，从现在开始做起，让这个社会多一点真诚、少一点虚伪。</w:t>
      </w:r>
      <w:r>
        <w:rPr>
          <w:lang w:eastAsia="zh-CN"/>
        </w:rPr>
        <w:br/>
      </w:r>
      <w:r>
        <w:rPr>
          <w:lang w:eastAsia="zh-CN"/>
        </w:rPr>
        <w:t xml:space="preserve">    有关于讲《格列佛游记》的读书心得 篇11 </w:t>
      </w:r>
      <w:r>
        <w:rPr>
          <w:lang w:eastAsia="zh-CN"/>
        </w:rPr>
        <w:br/>
      </w:r>
      <w:r>
        <w:rPr>
          <w:lang w:eastAsia="zh-CN"/>
        </w:rPr>
        <w:t>　　初读格列佛游记，其中奇妙的想象深深吸引住了我。天马行空的想象给了文字和我驾驭天空的能力。想象，原来还可以这样。当第二次再读这本书，我又被其蕴含的哲理所折服。当文字后的丝丝哲理拼凑起来，便是一个个人生大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主人公格列佛本是一名医生，却在几次航海中，意外的来到了四个奇妙的岛国，在小人国，他被称作巨人，在大人国，他被当作珍稀动物。在飞岛国，他学习了千奇百怪的语言，在慧马国，轻言看见了马统治国家。</w:t>
      </w:r>
      <w:r>
        <w:rPr>
          <w:lang w:eastAsia="zh-CN"/>
        </w:rPr>
        <w:br/>
      </w:r>
      <w:r>
        <w:rPr>
          <w:lang w:eastAsia="zh-CN"/>
        </w:rPr>
        <w:t>　　在看似童趣，看似毫无意义的文字下，却暗藏了一种批判的意义在其中，批判当今社会的种.种丑恶现象，语言直白，但是个个都带着浓浓的讽刺意蕴。</w:t>
      </w:r>
      <w:r>
        <w:rPr>
          <w:lang w:eastAsia="zh-CN"/>
        </w:rPr>
        <w:br/>
      </w:r>
      <w:r>
        <w:rPr>
          <w:lang w:eastAsia="zh-CN"/>
        </w:rPr>
        <w:t>　　在小人国中，党派根据鞋跟高低来划分营地，国家间的战争由鸡蛋先敲那边而引起，而选拔官员则是通过拔绳比赛，这些看似虚构，却是19世纪欧洲的党争、战争、争夺权力和用金钱来选官员在本质上几乎没任何差别。</w:t>
      </w:r>
      <w:r>
        <w:rPr>
          <w:lang w:eastAsia="zh-CN"/>
        </w:rPr>
        <w:br/>
      </w:r>
      <w:r>
        <w:rPr>
          <w:lang w:eastAsia="zh-CN"/>
        </w:rPr>
        <w:t>　　在飞岛国上，那些越来越被里生活的科学研究，高压下的治国之道，不正暗暗地讽刺那考拉关系走后门可丝毫没本事的一群有权有势的人，而慧马国中，哪些行为猥琐，品质恶劣的胡野——人，不正是那些社会上苟且偷生、干净坏事的人的真实写照吗?</w:t>
      </w:r>
      <w:r>
        <w:rPr>
          <w:lang w:eastAsia="zh-CN"/>
        </w:rPr>
        <w:br/>
      </w:r>
      <w:r>
        <w:rPr>
          <w:lang w:eastAsia="zh-CN"/>
        </w:rPr>
        <w:t>　　这本书写的不仅仅是童话，更是我们的社会，我们的现代，我们的当下。种.种的恶俗品质丝毫不隐藏的显露出来。我们的社会需要改进，需要一些美好的品质。慧马们的谦虚、诚实，大人国国王的热爱和平。可惜，社会总是和童话不同，如今我们活在的是一个，欺骗横行、战火纷飞的时代，各地都在不安宁中度过一天天，一年年。</w:t>
      </w:r>
      <w:r>
        <w:rPr>
          <w:lang w:eastAsia="zh-CN"/>
        </w:rPr>
        <w:br/>
      </w:r>
      <w:r>
        <w:rPr>
          <w:lang w:eastAsia="zh-CN"/>
        </w:rPr>
        <w:t>　　或许，作者只写了一本书的厚度的批判，但唤起的是一片的呼声。社会只有光明了，人人才会幸福。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恍惚间，发现现实就是童话，童话就是现实。</w:t>
      </w:r>
      <w:r>
        <w:rPr>
          <w:lang w:eastAsia="zh-CN"/>
        </w:rPr>
        <w:br/>
      </w:r>
      <w:r>
        <w:rPr>
          <w:lang w:eastAsia="zh-CN"/>
        </w:rPr>
        <w:t xml:space="preserve">    有关于讲《格列佛游记》的读书心得 篇12 </w:t>
      </w:r>
      <w:r>
        <w:rPr>
          <w:lang w:eastAsia="zh-CN"/>
        </w:rPr>
        <w:br/>
      </w:r>
      <w:r>
        <w:rPr>
          <w:lang w:eastAsia="zh-CN"/>
        </w:rPr>
        <w:t>　　当初吸引我的不是这篇小说背后的深远意义，而是格列佛新奇好玩的惊险历程。在阅读的过程中，可以感受到小人国的奇趣与脆弱，感受到大人国的危险与无知，而在人马角色颠倒的国家里，我看到了无限的讽刺与深思。</w:t>
      </w:r>
      <w:r>
        <w:rPr>
          <w:lang w:eastAsia="zh-CN"/>
        </w:rPr>
        <w:br/>
      </w:r>
      <w:r>
        <w:rPr>
          <w:lang w:eastAsia="zh-CN"/>
        </w:rPr>
        <w:t>　　《格列佛游记》写的是离奇的童话，在作者当时所在的时期，也别有深意，它重在讽刺18世纪英国统治集团争权夺位，并抨击侵略战争和殖民扩张。</w:t>
      </w:r>
      <w:r>
        <w:rPr>
          <w:lang w:eastAsia="zh-CN"/>
        </w:rPr>
        <w:br/>
      </w:r>
      <w:r>
        <w:rPr>
          <w:lang w:eastAsia="zh-CN"/>
        </w:rPr>
        <w:t>　　小人国的情景乃是大英帝国在政治问题上的一个反映。常年不息的党内斗争和对外讨伐，看似师出有名，实质上只是政客们在一些与国计民生毫不相干的小节上勾心斗角。</w:t>
      </w:r>
      <w:r>
        <w:rPr>
          <w:lang w:eastAsia="zh-CN"/>
        </w:rPr>
        <w:br/>
      </w:r>
      <w:r>
        <w:rPr>
          <w:lang w:eastAsia="zh-CN"/>
        </w:rPr>
        <w:t>　　描写大人国的情景，则是对英国当时逐渐显现弊端的选举制度和政教措施进行抨击。</w:t>
      </w:r>
      <w:r>
        <w:rPr>
          <w:lang w:eastAsia="zh-CN"/>
        </w:rPr>
        <w:br/>
      </w:r>
      <w:r>
        <w:rPr>
          <w:lang w:eastAsia="zh-CN"/>
        </w:rPr>
        <w:t>　　在勒皮他飞岛的奇遇中见到了许多死去的名人。后来发现史书上的记载很多不符合史实,甚至是非颠倒。借以讽刺英国当时脱离实际、沉溺于幻想的科学家，荒诞不经的发明家和颠倒黑白的评论家和历史家等。</w:t>
      </w:r>
      <w:r>
        <w:rPr>
          <w:lang w:eastAsia="zh-CN"/>
        </w:rPr>
        <w:br/>
      </w:r>
      <w:r>
        <w:rPr>
          <w:lang w:eastAsia="zh-CN"/>
        </w:rPr>
        <w:t>　　在格列佛最后的慧骃国历险中，更是将人类的弱点毫不掩饰地描写出来，进行深深的批判。</w:t>
      </w:r>
      <w:r>
        <w:rPr>
          <w:lang w:eastAsia="zh-CN"/>
        </w:rPr>
        <w:br/>
      </w:r>
    </w:p>
    <w:p w:rsidR="001B1F19" w14:textId="27C3F48A">
      <w:pPr>
        <w:rPr>
          <w:rFonts w:hint="eastAsia"/>
          <w:lang w:eastAsia="zh-CN"/>
        </w:rPr>
      </w:pPr>
      <w:r>
        <w:rPr>
          <w:lang w:eastAsia="zh-CN"/>
        </w:rPr>
        <w:t>　　最令我印象深刻的是那人马角色颠倒的国家。慧骃是有理性、公正而又诚实的马，而耶胡(形似人)是群丑陋龌龊、贪婪淫荡、残酷好斗的畜类。动物比人更像人，而有的人却不能称之为人。人心若变，凶狠残暴、伪善无信、怨恨嫉妒、阴险卑劣、野心贪婪，活得还不如一只动物更有情义。</w:t>
      </w:r>
      <w:r>
        <w:rPr>
          <w:lang w:eastAsia="zh-CN"/>
        </w:rPr>
        <w:br/>
      </w:r>
      <w:r>
        <w:rPr>
          <w:lang w:eastAsia="zh-CN"/>
        </w:rPr>
        <w:t>　　所以生而为人，要学会善良。遇见不公平遭遇要伸出援手相助，人在世上的追求有很多，但不要为了一些会令自己膨胀的东西，迷失自我。</w:t>
      </w:r>
      <w:r>
        <w:rPr>
          <w:lang w:eastAsia="zh-CN"/>
        </w:rPr>
        <w:br/>
      </w:r>
      <w:r>
        <w:rPr>
          <w:lang w:eastAsia="zh-CN"/>
        </w:rPr>
        <w:t xml:space="preserve">    有关于讲《格列佛游记》的读书心得 篇13 </w:t>
      </w:r>
      <w:r>
        <w:rPr>
          <w:lang w:eastAsia="zh-CN"/>
        </w:rPr>
        <w:br/>
      </w:r>
      <w:r>
        <w:rPr>
          <w:lang w:eastAsia="zh-CN"/>
        </w:rPr>
        <w:t>　　《格列佛游记》因深得孩子们的喜爱而知名于世。</w:t>
      </w:r>
      <w:r>
        <w:rPr>
          <w:lang w:eastAsia="zh-CN"/>
        </w:rPr>
        <w:br/>
      </w:r>
      <w:r>
        <w:rPr>
          <w:lang w:eastAsia="zh-CN"/>
        </w:rPr>
        <w:t>　　格列佛，一个天生喜欢冒险，不甘寂寞与无聊的人。他的记忆力很强，善于学习和观察，善于思考，性情朴实温和，对人态度友好，心地善良，易与人交往，知恩图报，有君子之风，愿意将自己所了解的先进的思想知识和他人一起分享，愿意帮助朋友，为了朋友他甘愿冒生命危险，也会随时准备抗击一切对朋友不利的人。</w:t>
      </w:r>
      <w:r>
        <w:rPr>
          <w:lang w:eastAsia="zh-CN"/>
        </w:rPr>
        <w:br/>
      </w:r>
      <w:r>
        <w:rPr>
          <w:lang w:eastAsia="zh-CN"/>
        </w:rPr>
        <w:t>　　他聪明机智，有胆识，处世圆滑合理，说话巧妙伶俐，做事坚决果断，能够急中生智，对于面临的困难不退缩，能够见机行事，抓住一切机会追求自由，有着极强的自信心，相信自己能够成功。他为人坦率、爱国，也十分顾惜自己的面子，对敌视他的人充满了仇恨、厌恶与鄙视，但敬重高尚，知识丰富的学者。总的来说他是一个具有质疑精神、酷爱真理、有忍耐力的游者。</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https://d.book118.com/928001052014006041</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800105201400604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