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沙漠中的绿洲教学反思（32篇）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沙漠中的绿洲教学反思（精选32篇）</w:t>
      </w:r>
      <w:r>
        <w:rPr>
          <w:lang w:eastAsia="zh-CN"/>
        </w:rPr>
        <w:br/>
      </w:r>
      <w:r>
        <w:rPr>
          <w:lang w:eastAsia="zh-CN"/>
        </w:rPr>
        <w:t xml:space="preserve">    沙漠中的绿洲教学反思 篇1 </w:t>
      </w:r>
      <w:r>
        <w:rPr>
          <w:lang w:eastAsia="zh-CN"/>
        </w:rPr>
        <w:br/>
      </w:r>
      <w:r>
        <w:rPr>
          <w:lang w:eastAsia="zh-CN"/>
        </w:rPr>
        <w:t>　　这是一篇有关环境保护问题的课文，作者向我们介绍了阿联酋人民在茫茫的沙漠中种植并精心侍弄花草树木，建设绿洲，营造良好的生存环境的壮举，表现了阿联酋人民对美好生活的追求。第二课时，我们着重学习的使课文的第三自然段，以一个问题为了建造沙漠中的绿洲，阿联酋国家和人民付出了哪些努力和艰辛?统领学生自读、自悟，通过读、圈、悟、再读，体会在沙漠中建造绿洲的困难之大和艰辛不易。然后浏览全文，划句，体会阿联酋人民对花草树木的精心侍弄和爱护、珍惜。</w:t>
      </w:r>
      <w:r>
        <w:rPr>
          <w:lang w:eastAsia="zh-CN"/>
        </w:rPr>
        <w:br/>
      </w:r>
      <w:r>
        <w:rPr>
          <w:lang w:eastAsia="zh-CN"/>
        </w:rPr>
        <w:t>　　课上来也有遗憾之处。首先，在学习第三自然段时，对阿联酋人民在泥土中埋下自来水管的作用，好像有点走不出来了，总在这个问题上来回打转。还有最后让学生谈谈课文学完后的打算时，学生说得还不够充分，没有能够引到保护环境的主题上来。</w:t>
      </w:r>
      <w:r>
        <w:rPr>
          <w:lang w:eastAsia="zh-CN"/>
        </w:rPr>
        <w:br/>
      </w:r>
      <w:r>
        <w:rPr>
          <w:lang w:eastAsia="zh-CN"/>
        </w:rPr>
        <w:t xml:space="preserve">    沙漠中的绿洲教学反思 篇2 </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花这么大的代价值吗?我个人在阅读完这篇文章后想到了这个问题，也不停地问自己。老师们阅读这篇文章会发现阿联酋人把沙漠变成绿洲花的代价是世界少有的，“培育一棵树的费用抵得上培养一个孩子”(这是许多国家的人无法想像的事实)、“他们从国外买来泥土，买来淡炎，买来树苗和花草。他们又把咸而板结的沙石挖去，填上适宜种植树木的泥土，并在土中埋下自来水管。由总水塔输出的淡水，通过纵横交错的自来水管，源源不断地送到树木花草的根部。”，还有为园林浇水的“黄马甲工人”。读到这些内容，会让我们想得很多。</w:t>
      </w:r>
      <w:r>
        <w:rPr>
          <w:lang w:eastAsia="zh-CN"/>
        </w:rPr>
        <w:br/>
      </w:r>
      <w:r>
        <w:rPr>
          <w:lang w:eastAsia="zh-CN"/>
        </w:rPr>
        <w:t>　　引导学生阅读，学生会被“地上没有一片落叶，更不见有人攀树枝，摘鲜花，或是在草地上行走”、“这里的第一株小树，每一棵小草，都是国家花很大的代价培植的。”、“人类有了绿树、鲜花和小草，生活才更加美丽。”、“园林工人高兴地笑了，做了个洗脸的动作，说：‘你看，它们更漂亮了!’”、“阿联酋人民像爱护孩子一样，精心侍弄着这些花草树木。正是有了这些绿树和鲜花，沙漠中的人们才有了良好的生存环境。”这些话感动，因为他们读到这些语言，想到现状，会发现我们在这方面做的远远不够。</w:t>
      </w:r>
      <w:r>
        <w:rPr>
          <w:lang w:eastAsia="zh-CN"/>
        </w:rPr>
        <w:br/>
      </w:r>
      <w:r>
        <w:rPr>
          <w:lang w:eastAsia="zh-CN"/>
        </w:rPr>
        <w:t>　　老师反复引导学生读课文，引导他们抽取文章之筋，引导他们多角度地想这些话的意思，他们一定会慨叹阿联酋的伟大，会慨叹花这么大的代价值。因为良好的生存环境是需要花代价的!</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这篇文章中，我们只能读到建设，读不到一点破坏，建设是要花时间的，不是一年两年就能完成的，但破坏只需要一刹那。人们为什么不去破坏?因为他们已经有了自觉遵守的规则，他们把花草树木当作人来看待，当人来培育。美是怎么来的?我想通过这一课的学习，学生能够明白。所以，我个人认为，在探讨这个沙漠变绿洲的过程中，其实也美育之过程。人怎么创造美?这篇文章写的非常具体，那就是要花大代价，要真心地去保护，最后才能永恒地享受。这篇文章给予学生的这种美的训练，是非常好的。我们应该抓住!</w:t>
      </w:r>
      <w:r>
        <w:rPr>
          <w:lang w:eastAsia="zh-CN"/>
        </w:rPr>
        <w:br/>
      </w:r>
      <w:r>
        <w:rPr>
          <w:lang w:eastAsia="zh-CN"/>
        </w:rPr>
        <w:t>　　中小学语文教学在美育方面重视的是不够的，我们也清楚美育的内容并没有写入语文课程标准，当然我们在实施三维目标时，那情感的训练，其实内涵着美。这一课，我们把美育的内涵引进来，通过反复的阅读引导，学生就能感受到美不是抽象的，美是具体的，美是要靠人类创造、保护，美是有规则的……</w:t>
      </w:r>
      <w:r>
        <w:rPr>
          <w:lang w:eastAsia="zh-CN"/>
        </w:rPr>
        <w:br/>
      </w:r>
      <w:r>
        <w:rPr>
          <w:lang w:eastAsia="zh-CN"/>
        </w:rPr>
        <w:t>　　我们心中的片片沙漠何时才能有绿洲?我们能创造如此的绿洲吗?这是这一课的阅读起点，学生沿着这个起点走，带上绿洲之美前行，那未来就是“生活更加美丽!”。</w:t>
      </w:r>
      <w:r>
        <w:rPr>
          <w:lang w:eastAsia="zh-CN"/>
        </w:rPr>
        <w:br/>
      </w:r>
      <w:r>
        <w:rPr>
          <w:lang w:eastAsia="zh-CN"/>
        </w:rPr>
        <w:t xml:space="preserve">    沙漠中的绿洲教学反思 篇3 </w:t>
      </w:r>
      <w:r>
        <w:rPr>
          <w:lang w:eastAsia="zh-CN"/>
        </w:rPr>
        <w:br/>
      </w:r>
      <w:r>
        <w:rPr>
          <w:lang w:eastAsia="zh-CN"/>
        </w:rPr>
        <w:t>　　花这么大的代价值吗?我个人在阅读完这篇文章后想到了这个问题，也不停地问自己。老师们阅读这篇文章会发现阿联酋人把沙漠变成绿洲花的代价是世界少有的，培育一棵树的费用抵得上培养一个孩子(这是许多国家的人无法想像的事实)、他们从国外买来泥土，买来淡炎，买来树苗和花草。他们又把咸而板结的沙石挖去，填上适宜种植树木的泥土，并在土中埋下自来水管。由总水塔输出的淡水，通过纵横交错的自来水管，源源不断地送到树木花草的根部。还有为园林浇水的黄马甲工人。读到这些内容，会让我们想得很多。</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引导学生阅读，学生会被地上没有一片落叶，更不见有人攀树枝，摘鲜花，或是在草地上行走、这里的第一株小树，每一棵小草，都是国家花很大的代价培植的。人类有了绿树、鲜花和小草，生活才更加美丽。园林工人高兴地笑了，做了个洗脸的动作，说：你看，它们更漂亮了!&amp;、阿联酋人民像爱护孩子一样，精心侍弄着这些花草树木。正是有了这些绿树和鲜花，沙漠中的人们才有了良好的生存环境。这些话感动，因为他们读到这些语言，想到现状，会发现我们在这方面做的远远不够。</w:t>
      </w:r>
      <w:r>
        <w:rPr>
          <w:lang w:eastAsia="zh-CN"/>
        </w:rPr>
        <w:br/>
      </w:r>
      <w:r>
        <w:rPr>
          <w:lang w:eastAsia="zh-CN"/>
        </w:rPr>
        <w:t>　　老师反复引导学生读课文，引导他们抽取文章之筋，引导他们多角度地想这些话的意思，他们一定会慨叹阿联酋的伟大，会慨叹花这么大的代价值。因为良好的生存环境是需要花代价的!</w:t>
      </w:r>
      <w:r>
        <w:rPr>
          <w:lang w:eastAsia="zh-CN"/>
        </w:rPr>
        <w:br/>
      </w:r>
      <w:r>
        <w:rPr>
          <w:lang w:eastAsia="zh-CN"/>
        </w:rPr>
        <w:t>　　在这篇文章中，我们只能读到建设，读不到一点破坏，建设是要花时间的，不是一年两年就能完成的，但破坏只需要一刹那。人们为什么不去破坏?因为他们已经有了自觉遵守的规则，他们把花草树木当作人来看待，当人来培育。美是怎么来的?我想通过这一课的学习，学生能够明白。所以，我个人认为，在探讨这个沙漠变绿洲的过程中，其实也美育之过程。人怎么创造美?这篇文章写的非常具体，那就是要花大代价，要真心地去保护，最后才能永恒地享受。这篇文章给予学生的这种美的训练，是非常好的。我们应该抓住!</w:t>
      </w:r>
      <w:r>
        <w:rPr>
          <w:lang w:eastAsia="zh-CN"/>
        </w:rPr>
        <w:br/>
      </w:r>
      <w:r>
        <w:rPr>
          <w:lang w:eastAsia="zh-CN"/>
        </w:rPr>
        <w:t>　　中小学语文教学在美育方面重视的是不够的，我们也清楚美育的内容并没有写入语文课程标准，当然我们在实施三维目标时，那情感的训练，其实内涵着美。这一课，我们把美育的内涵引进来，通过反复的阅读引导，学生就能感受到美不是抽象的，美是具体的，美是要靠人类创造、保护，美是有规则的</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我们心中的片片沙漠何时才能有绿洲?我们能创造如此的绿洲吗?这是这一课的阅读起点，学生沿着这个起点走，带上绿洲之美前行，那未来就是生活更加美丽!。</w:t>
      </w:r>
      <w:r>
        <w:rPr>
          <w:lang w:eastAsia="zh-CN"/>
        </w:rPr>
        <w:br/>
      </w:r>
      <w:r>
        <w:rPr>
          <w:lang w:eastAsia="zh-CN"/>
        </w:rPr>
        <w:t xml:space="preserve">    沙漠中的绿洲教学反思 篇4 </w:t>
      </w:r>
      <w:r>
        <w:rPr>
          <w:lang w:eastAsia="zh-CN"/>
        </w:rPr>
        <w:br/>
      </w:r>
      <w:r>
        <w:rPr>
          <w:lang w:eastAsia="zh-CN"/>
        </w:rPr>
        <w:t>　　《穷人》是俄国作家列夫.托尔斯泰的作品。课文讲的是渔夫和桑娜在邻居西蒙死后，主动收养她的两个孩子的故事，真实地反映了沙皇专治制度统治下的社会现实，表现了桑娜和渔夫勤劳、善良，宁可自己受苦,也要帮助别人的美好品质。课文用朴实准确的语言，表达了真情实感，读来使人深受感动。</w:t>
      </w:r>
      <w:r>
        <w:rPr>
          <w:lang w:eastAsia="zh-CN"/>
        </w:rPr>
        <w:br/>
      </w:r>
      <w:r>
        <w:rPr>
          <w:lang w:eastAsia="zh-CN"/>
        </w:rPr>
        <w:t>　　在本课教学中，我引导学生自主学习课文，采用抓重点词语进行品析、指导朗读来解决重难点;启发学生在弄清主要人物性格特点、思想品质及故事情节的基础上，进行合理想象。通过学生的自读自悟，质疑问难，使学生进一步领悟到主人公美好心灵，学生的主体地位得到了体现。</w:t>
      </w:r>
      <w:r>
        <w:rPr>
          <w:lang w:eastAsia="zh-CN"/>
        </w:rPr>
        <w:br/>
      </w:r>
      <w:r>
        <w:rPr>
          <w:lang w:eastAsia="zh-CN"/>
        </w:rPr>
        <w:t>　　课堂教学的过程是在教师指导下学生自已学习的过程，教师在教学中要力求让学生“自主学习，自得学习”。在阅读中要注重层次性，即引导学生一层深一层地理解课文。在教学1-2节时，让学生自读课文，找出描写“穷”的语句及关键的词语，谈谈自己的感受，然后指导朗读。采取从“感知”到“揣摩”，再到“吟诵”，由浅入深，层层递进的阅读过程，引导学生沿着这条思维途径，一步一步地阅读理解。</w:t>
      </w:r>
      <w:r>
        <w:rPr>
          <w:lang w:eastAsia="zh-CN"/>
        </w:rPr>
        <w:br/>
      </w:r>
      <w:r>
        <w:rPr>
          <w:lang w:eastAsia="zh-CN"/>
        </w:rPr>
        <w:t xml:space="preserve">    沙漠中的绿洲教学反思 篇5 </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红楼梦》是中国古代小说的顶峰，为中国四大小说之首。《林黛玉进贾府》是历来被选入高中语文教材的篇目，取自原著中的第三回。这回主要讲述宝黛的初次会面，以及为以后的感情发展奠定了基础;同时贾府中的主要人物，或实写或虚写，都有了简要的轮廓。篇幅相对有点长，但层次鲜明，语言优美，主要人物的性格已经比较突出的显现。学生学习这篇文章，即是对《红楼梦》的初次感受，也是为以后的整篇阅读奠定兴趣的基石。</w:t>
      </w:r>
      <w:r>
        <w:rPr>
          <w:lang w:eastAsia="zh-CN"/>
        </w:rPr>
        <w:br/>
      </w:r>
      <w:r>
        <w:rPr>
          <w:lang w:eastAsia="zh-CN"/>
        </w:rPr>
        <w:t>　　在以往的教材中，此课文是出现在高二的教材，现在让高一的学生学，相信会有一些难度。但从教材编写的角度来看，让高一学生学习是有好处的，借此机会接触《红楼梦》，以引起学生阅读的兴趣，能够让学生有充分的时间进行阅读这部大部头。</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上此课前，原本打算找86版的电视连续剧和一些相关的图片让学生观看，记得了05届教授此课时就把学生带到多媒体，让他们看林黛玉进贾府的电视，学生非常感兴趣，课堂气氛也活跃了不少。但后来我发现，观看电视剧，学生对人物形象较为关注，对人物性格也有了一些把握，但看了电视剧后，就有了先入为主的印象，而忽略了对名著语言的品味鉴赏，这与语文教学的宗旨是相悖的。语文课就是要培养学生对语言文字的感觉，提高学生的语文素养。因此我在上这节课时，上课前没有组织观看剧电视剧《红楼梦》，也没有向学生展示与《红楼梦》有关的图片资料，在介绍完作家、时代背景及红楼梦前五回的内容后，就充分利用语言文字的间接性，通过“点评式读书法”的介绍和运用，再加上对欣赏方法的适当点拨，引导学生尽可能地贴近文字，走进文字，与语言文字亲密接触，从而领略文字所蕴涵的丰富内容，从文字中感受形象，感受文学大师运用文字的高超技艺，提高学生的欣赏水平。例如引导学生点评林黛玉，从“众人的眼里”、“凤姐的眼里”、“宝玉的眼里”，从课文找出相应的语句，然后让学生进行点评，并且告诉学生：点评，就是圈点并批评。圈点，是在需要评论的地方画圈或点点，做些符号;批评，就是评论。点评的方式有圈点、总批、眉批、夹批等。如宝玉眼里的黛玉：“细看形容，与众各别：两弯似蹙非蹙罥烟眉，一双似喜非喜含情目,态生两靥之愁，娇袭一身之病。泪光点点，娇喘微微。闲静时如姣花照水，行动处似弱柳扶风。心较比干多一窍，病如西子胜三分。”</w:t>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我就提示学生特别注意“愁”“病”等词来体会她的“体弱多病”，注意“含情目”一词来体会她的“多情”，并在原文加上一些点评符号如着重号等以提醒学生注意。接着对这一段文字点评到：“气质超凡脱俗，容颜美貌多情、体弱多病”。王熙凤眼里的黛玉时，我还插入了脂砚斋的评语：“真有这样标致人物，出自凤口，黛玉丰姿可知，宜作史笔看”以此来加深学生的印象;而对贾宝玉的分析中，主要抓住别人对宝玉的评价、两首《西江月》的判词以及黛玉眼中的宝玉来理解宝玉的性格特点。这样，不仅使学生通过对一些关键词的理解一步步地走进文字，更深入地理解所写人物的性格特点，还提示学生要培养良好的欣赏习惯。“认真揣摩语言，细细咀嚼品味”。这样一来，其实就是让学生将那些朦胧肤浅的感觉用文字进行加工、提升从而表达出来的过程。换言之，也就是引导学生读文学作品从“看热闹”的层次提升到审美鉴赏的层面。</w:t>
      </w:r>
      <w:r>
        <w:rPr>
          <w:lang w:eastAsia="zh-CN"/>
        </w:rPr>
        <w:t xml:space="preserve"> 这样的教学处理，既避免了学生浅尝辄止的不良思维习惯，又使学生能更明确更有深度地理解文字、解读名著，提高鉴赏力。</w:t>
      </w:r>
      <w:r>
        <w:rPr>
          <w:lang w:eastAsia="zh-CN"/>
        </w:rPr>
        <w:br/>
      </w:r>
      <w:r>
        <w:rPr>
          <w:lang w:eastAsia="zh-CN"/>
        </w:rPr>
        <w:t>　　为了进一步理解贾府中的人物，我还设计了一个探究题：探究《林黛玉进贾府》中的哭和笑，从人物的哭和笑当中理解人物性格，透视贾府的环境。并且让学生跟着林黛玉的行踪，和林黛玉一起细心观察贾府，了解贾府这一典型环境对生活在这里的人的性格的形成有怎样的影响。</w:t>
      </w:r>
      <w:r>
        <w:rPr>
          <w:lang w:eastAsia="zh-CN"/>
        </w:rPr>
        <w:br/>
      </w:r>
      <w:r>
        <w:rPr>
          <w:lang w:eastAsia="zh-CN"/>
        </w:rPr>
        <w:t>　　最后，还布置了练笔，让学生写“我眼中的黛玉”，在写之前，我先读了“网友之黛玉”和“专家之黛玉”。</w:t>
      </w:r>
      <w:r>
        <w:rPr>
          <w:lang w:eastAsia="zh-CN"/>
        </w:rPr>
        <w:br/>
      </w:r>
      <w:r>
        <w:rPr>
          <w:lang w:eastAsia="zh-CN"/>
        </w:rPr>
        <w:t>　　语文课通过文字的间接性，引导学生想象品味其中的韵味，不仅能培养学生的语感，提高学生的语文素养，还能使学生在鉴赏的过程中获得精神愉悦，审美享受。引导学生体会曹雪芹描写人物不仅写人物外在的形貌，还通过极精练的语言写出了人物的神韵的高超技艺。本课也旨在通过这节课教给学生阅读名著的方法，引起他们阅读的兴趣。</w:t>
      </w:r>
      <w:r>
        <w:rPr>
          <w:lang w:eastAsia="zh-CN"/>
        </w:rPr>
        <w:br/>
      </w:r>
      <w:r>
        <w:rPr>
          <w:lang w:eastAsia="zh-CN"/>
        </w:rPr>
        <w:t>　　授完课后，我开玩笑似的问学生：学完这课，有没有激起你们一点阅读《红楼梦》的兴趣呢?文科班学生表示通过这节课，极大地激发了他们阅读《红楼梦》的兴趣，但理科班的同学则表示兴趣不大，看来，文理科班的教学应有所区别才行。</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本课教学还存在一些不足，给学生朗读的时间少。还有课时严重超时，原计划用四课时教学的，最后用了六课时，这无形中会让学生产生审美疲劳，有时可能会适得其反，本来想激发学生阅读的兴趣，结果有可能反倒让学生厌烦，估计理科班的情况就是如此。如何做到长文短教，深文浅教，依然是我今后教学要着重思考的问题。</w:t>
      </w:r>
      <w:r>
        <w:rPr>
          <w:lang w:eastAsia="zh-CN"/>
        </w:rPr>
        <w:br/>
      </w:r>
      <w:r>
        <w:rPr>
          <w:lang w:eastAsia="zh-CN"/>
        </w:rPr>
        <w:t xml:space="preserve">    沙漠中的绿洲教学反思 篇6 </w:t>
      </w:r>
      <w:r>
        <w:rPr>
          <w:lang w:eastAsia="zh-CN"/>
        </w:rPr>
        <w:br/>
      </w:r>
      <w:r>
        <w:rPr>
          <w:lang w:eastAsia="zh-CN"/>
        </w:rPr>
        <w:t>　　在音乐教学中，应为孩子们创设良好的环境与气氛，寓教于乐，同时建立融洽和谐的师生关系，以充分调动孩子参与音乐活动的积极性，让孩子自然地感受美，自由地模仿和学习，甚至以游戏贯穿整个音乐活动，让孩子轻松地学会。</w:t>
      </w:r>
      <w:r>
        <w:rPr>
          <w:lang w:eastAsia="zh-CN"/>
        </w:rPr>
        <w:br/>
      </w:r>
      <w:r>
        <w:rPr>
          <w:lang w:eastAsia="zh-CN"/>
        </w:rPr>
        <w:t>　　小班幼儿的思维正处于直觉行动思维向具体形象思维过度的时期，他们情感外露，不稳定，带有很大的情绪性。他们学习的特点是只关心活动的过程，不关心活动结果，因此，教学活动应更注意游戏化、情景化，强调让幼儿在愉快、轻松、自由的游戏中自娱自乐、玩中学、玩中获发展。</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小小鸡》是一首外国歌曲创编而来的一首幼儿歌曲，小班幼儿思维的特点决定了他们喜欢在动作模仿和游戏情景中学习。因此，我选择的音乐将情景性和趣味性放在首位，节奏鲜明，形象性强的音乐引起幼儿活动的愿望，另外，活动设计小小鸡到草地上玩和允许自己喜欢的小小鸡，在唱唱玩玩中，反复感受音乐的旋律和歌词。从看小鸡，做小鸡，一直到唱小鸡的整个过程中，幼儿自然地产生了爱小小鸡、爱鸡妈妈的情感。幼儿始终保持活泼，愉快的积极情绪，真正做到玩中学，学中乐。</w:t>
      </w:r>
      <w:r>
        <w:rPr>
          <w:lang w:eastAsia="zh-CN"/>
        </w:rPr>
        <w:br/>
      </w:r>
      <w:r>
        <w:rPr>
          <w:lang w:eastAsia="zh-CN"/>
        </w:rPr>
        <w:t>　　活动中，我出示课件中的小鸡，放了音乐，请幼儿听节奏、做动作。其次我引导幼儿听音乐学做小小鸡，让幼儿通过动作来感受小小鸡。这一环节中，幼儿对歌曲的旋律把握的还是比较好的。在随后的活动中，我表演了小小鸡，带领幼儿边唱边去草地觅食。孩子们在欣赏我的动作时，情绪十分高涨。纷纷跟着音乐和我的动作自己跃跃欲试的进行动作的学做(例如小包、戴小帽等动作体验)。在游戏中，我表演鸡妈妈找小鸡，这个环节是引导幼儿初步感知游戏规则，对游戏规则而言，幼儿十分有兴趣。</w:t>
      </w:r>
      <w:r>
        <w:rPr>
          <w:lang w:eastAsia="zh-CN"/>
        </w:rPr>
        <w:br/>
      </w:r>
      <w:r>
        <w:rPr>
          <w:lang w:eastAsia="zh-CN"/>
        </w:rPr>
        <w:t>　　通过本次游戏，我总结出：第一、运用情景游戏法，让孩子置身于小鸡的游戏中，通过扮演自己喜欢的小小鸡，感知音乐的欢快乐感。第二、大胆运用说唱互动法，让孩子反复感受音乐的旋律和歌词，从看小鸡、做小鸡，一直到唱小鸡的整个过程中，幼儿自然地产生了爱小小鸡、爱鸡妈妈的情感，幼儿始终保持活泼、愉快的积极情绪。运用了这两个方法激发了幼儿与老师相互的交流，多数孩子敢于用肢体语言表达表现，适合孩子与成人互动交流。</w:t>
      </w:r>
      <w:r>
        <w:rPr>
          <w:lang w:eastAsia="zh-CN"/>
        </w:rPr>
        <w:br/>
      </w:r>
      <w:r>
        <w:rPr>
          <w:lang w:eastAsia="zh-CN"/>
        </w:rPr>
        <w:t xml:space="preserve">    沙漠中的绿洲教学反思 篇7 </w:t>
      </w:r>
      <w:r>
        <w:rPr>
          <w:lang w:eastAsia="zh-CN"/>
        </w:rPr>
        <w:br/>
      </w:r>
      <w:r>
        <w:rPr>
          <w:lang w:eastAsia="zh-CN"/>
        </w:rPr>
        <w:t>　　数学与人类的生活息息相关，在信息化的社会，要求学生加强收集信息的能力，重视培养学生提出问题、解决问题的能力，使学生养成主动深入地用数学的眼光去观察生活，用数学的</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头脑去思考问题，通过动手实践、自主探索、合作交流的方式去解决问题，从而实现数学课程的生活化、社会化和实用化，这是非常重要的。</w:t>
      </w:r>
      <w:r>
        <w:rPr>
          <w:lang w:eastAsia="zh-CN"/>
        </w:rPr>
        <w:br/>
      </w:r>
      <w:r>
        <w:rPr>
          <w:lang w:eastAsia="zh-CN"/>
        </w:rPr>
        <w:t>　　这一节课，课堂气氛很好，学生学得积极主动，知识的获得与情感体验同步进行，教学较为成功。具体体现在以下两方面：</w:t>
      </w:r>
      <w:r>
        <w:rPr>
          <w:lang w:eastAsia="zh-CN"/>
        </w:rPr>
        <w:br/>
      </w:r>
      <w:r>
        <w:rPr>
          <w:lang w:eastAsia="zh-CN"/>
        </w:rPr>
        <w:t>　　1、从学生的生活实际出发</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课标》强调数学教学要从学生的生活经验和已有知识出发，让学生亲身经历将实际问题抽象成数学模型并进行解释与应用的过程。《回家路上》这一课是让学生复习乘法的意义和应用2&amp;&amp;5的乘法口诀来解决生活中的实际问题。教材用一些小动物放学回家的画面展现了许多数学的信息，采用你问我答的数学游戏方式引导学生主动提出问题、解决问题。为此，教学时，我主要是让学生在自主探索、合作交流学习中获取知识。首先，我根据学生喜欢听故事的特点，以讲故事的形式呈现图中的信息(出示挂图)，然后让学生用语言表述自己的所见，再在小组内采用你问我答的游戏方式，根据画面提出数学问题并且运用学过的乘法口诀解决这些问题。学生兴味盎然，积极思考发问并认真解答。如生1问：船上共有多少只小动物?生2列出算式：4_4，生3说：我们可以利用四四十六这句口诀来算出它的得数。生4问：草地上有多少朵花?生5列出算式：6_2，生6：利用二六十二这句口诀就知道它的得数了，不用再一个一个或两个两个地数了，真方便。画面上的内容，学生真是无所不问啊!都能根据乘法的意义来列式的，并且都能正确运用学过的口诀来计算得数，这真是我意料不到的。我觉得这样做不仅使学生加深对乘法意义的理解，熟练应用2&amp;&amp;5的乘法口诀来解决实际问题，感受到我们的身边到处都有数学，学好数学是非常重要的，同时也培养了学生提问题、解决问题的能力及合作交流、口头表达等能力。</w:t>
      </w:r>
      <w:r>
        <w:rPr>
          <w:lang w:eastAsia="zh-CN"/>
        </w:rPr>
        <w:br/>
      </w:r>
      <w:r>
        <w:rPr>
          <w:lang w:eastAsia="zh-CN"/>
        </w:rPr>
        <w:t>　　2、重视学生的情感体验</w:t>
      </w:r>
      <w:r>
        <w:rPr>
          <w:lang w:eastAsia="zh-CN"/>
        </w:rPr>
        <w:br/>
      </w:r>
      <w:r>
        <w:rPr>
          <w:lang w:eastAsia="zh-CN"/>
        </w:rPr>
        <w:t>　　在整个教学过程中，我都是以学生为主，为学生提供了广阔的活动空间，给学生广泛参与的机会和发展的余地。整个教学过程都是由学生自己提出问题，再探索出解决问题的方法。在设计练习时，我注意到学生情感方面的问题，特地设计了题型丰富、形式多样的练习，激发学生自主活动的积极性。如师生对口令、争当快射手游戏、踩汽球游戏、快速接龙游戏、开启动物之门(找新家)等游戏。在整个教学过程中，我不仅让学生充分、主动、积极表现自我，同时也注意用语言评价学生的学习过程，让学生获得一种积极的情感体验，爱学、乐学，树立学好数学的信心。</w:t>
      </w:r>
      <w:r>
        <w:rPr>
          <w:lang w:eastAsia="zh-CN"/>
        </w:rPr>
        <w:br/>
      </w:r>
      <w:r>
        <w:rPr>
          <w:lang w:eastAsia="zh-CN"/>
        </w:rPr>
        <w:t xml:space="preserve">    沙漠中的绿洲教学反思 篇8 </w:t>
      </w:r>
      <w:r>
        <w:rPr>
          <w:lang w:eastAsia="zh-CN"/>
        </w:rPr>
        <w:br/>
      </w:r>
      <w:r>
        <w:rPr>
          <w:lang w:eastAsia="zh-CN"/>
        </w:rPr>
        <w:t>　　从去年到现在为止，正好一年时间了，因为三年级是学习英语的起始阶段，大多数学生是陌生的而又好奇的。在三年级的教材中是没有字母教学任务的，但是我根据去年的教学经验，觉得学生不学字母就开始学习句子，对学生而言是茫然，不知所措的，也不知道怎么样拼写，在以后的记忆单词上会有很大困难。我又问了一下其他老师，他们也觉得也应该抽出时间单独教字母，因为我们的学生大多数是农村的，他们基本没有接触过英语，因此我认为在小学英语教学中，26个字母的教学是重中之重，是基础，是通往英语成功学习的金钥匙。</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字母教学枯燥乏味，如何在教学中激发学生的学习兴趣呢?</w:t>
      </w:r>
      <w:r>
        <w:rPr>
          <w:lang w:eastAsia="zh-CN"/>
        </w:rPr>
        <w:br/>
      </w:r>
      <w:r>
        <w:rPr>
          <w:lang w:eastAsia="zh-CN"/>
        </w:rPr>
        <w:t>　　让学生了解学习字母的重要性。告诉学生所有的英语学习是从26个字母开始的，所有的英语单词也都是由这26个字母组成的。只要能很好的掌握26个字母，可以说你学好了英语的一半。只要学生在意识上树立了这种观念，他们自然而然会重视起来。</w:t>
      </w:r>
      <w:r>
        <w:rPr>
          <w:lang w:eastAsia="zh-CN"/>
        </w:rPr>
        <w:br/>
      </w:r>
      <w:r>
        <w:rPr>
          <w:lang w:eastAsia="zh-CN"/>
        </w:rPr>
        <w:t>　　1、灵活运用教材，提前教授字母。可以确切的说是在四年级的时候，才开始进行字母教学，去年的时候，我是每天英语课快要结束的时候学习5个字母，大概在两周就已经学完了，但是效果不是很好，学生易混淆。在今年的时候我改变了教学方法，我单独拿出一周的时间，专门学习字母，要求学生不但会读会认还会写，在课上，老师引导学生正确书写，占格、笔顺、笔画。提高了学生的书写能力。集中学习明显好于分散学习。</w:t>
      </w:r>
      <w:r>
        <w:rPr>
          <w:lang w:eastAsia="zh-CN"/>
        </w:rPr>
        <w:br/>
      </w:r>
      <w:r>
        <w:rPr>
          <w:lang w:eastAsia="zh-CN"/>
        </w:rPr>
        <w:t>　　2、字母与儿歌的结合。在音乐中学习英语字母歌，可以使学生更准确生动，朗朗上口的吟诵字母，更容易使学生记忆，感知。学生兴趣自然产生，提高教学效率。</w:t>
      </w:r>
      <w:r>
        <w:rPr>
          <w:lang w:eastAsia="zh-CN"/>
        </w:rPr>
        <w:br/>
      </w:r>
      <w:r>
        <w:rPr>
          <w:lang w:eastAsia="zh-CN"/>
        </w:rPr>
        <w:t>　　3、在呈现新字母时，可采用多种形式。我们可以变换形式，我建议老师可以看一下，《剑桥少儿英语》初级上册。还可以运用简笔画，图画，猜谜语、游戏小猫钓鱼等多种方式，我们的目的只有一个，让孩子不在枯燥中学习英语。一定要注重在孩子初始阶段培养学习英语的兴趣。</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4、讲解个别难读的音和易错字母的书写格式，可以听录音，教师示范。像Gg,和Jj的发音，Ww和Mm的书写，还有小写f的占格为最易错的地方，区分不了印刷体和书写体，尤其是字母I，f,g,a的书写体。对于这种情况，老师可以单独辅导，个别交流，给予正确指导。</w:t>
      </w:r>
      <w:r>
        <w:rPr>
          <w:lang w:eastAsia="zh-CN"/>
        </w:rPr>
        <w:br/>
      </w:r>
      <w:r>
        <w:rPr>
          <w:lang w:eastAsia="zh-CN"/>
        </w:rPr>
        <w:t>　　字母的学习是学习英语的前提条件，我觉得学习英语首先要把26个英文字母学会，并且要求学生做到听。说。读。写26个英文字母，我们从三年级开始打好基础，这样就会在我们以后的教学中提供了很多方便。</w:t>
      </w:r>
      <w:r>
        <w:rPr>
          <w:lang w:eastAsia="zh-CN"/>
        </w:rPr>
        <w:br/>
      </w:r>
      <w:r>
        <w:rPr>
          <w:lang w:eastAsia="zh-CN"/>
        </w:rPr>
        <w:t>　　许多的英语老师和我一样在字母教学过程中不断地摸索，不断地改进，不断地吸取经验，尽我们的全力把字母教学变得更有生机，更富有创新，相信我们的英语课堂会变得更丰富多彩，教学效果也会更好的。</w:t>
      </w:r>
      <w:r>
        <w:rPr>
          <w:lang w:eastAsia="zh-CN"/>
        </w:rPr>
        <w:br/>
      </w:r>
      <w:r>
        <w:rPr>
          <w:lang w:eastAsia="zh-CN"/>
        </w:rPr>
        <w:t xml:space="preserve">    沙漠中的绿洲教学反思 篇9 </w:t>
      </w:r>
      <w:r>
        <w:rPr>
          <w:lang w:eastAsia="zh-CN"/>
        </w:rPr>
        <w:br/>
      </w:r>
      <w:r>
        <w:rPr>
          <w:lang w:eastAsia="zh-CN"/>
        </w:rPr>
        <w:t>　　《山谷中的谜底》是九年义务教育六年制小学教科书语文(苏教版)第十二册的一篇讲读课文。作者用简练的文笔，通过记叙加拿大魁北克山谷的一个奇异的自然现象，告诉人们，在逆境和压力面前，既要敢于抗争，也要学会退让、以退为进。文章前半部分有自然界的奇异景观之谜说起，主要写谜底如何被揭开的，侧重写实;后半部分主要由揭开谜底而获得的启示，重在揭示哲理。本文借具体、真实的事情来说明人生道理，令人信服，这是对学生进行阅读训练、陶冶性情和培养意志的好教材。</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根据新课标对高年级段学生的要求并结合我班学生的实际情况，我从知识与能力、过程与方法、情感态度与价值观三个维度制定以下教学目标：</w:t>
      </w:r>
      <w:r>
        <w:rPr>
          <w:lang w:eastAsia="zh-CN"/>
        </w:rPr>
        <w:br/>
      </w:r>
      <w:r>
        <w:rPr>
          <w:lang w:eastAsia="zh-CN"/>
        </w:rPr>
        <w:t>　　1、学会本课生字，理解由生字组成的词语。</w:t>
      </w:r>
      <w:r>
        <w:rPr>
          <w:lang w:eastAsia="zh-CN"/>
        </w:rPr>
        <w:br/>
      </w:r>
      <w:r>
        <w:rPr>
          <w:lang w:eastAsia="zh-CN"/>
        </w:rPr>
        <w:t>　　2、读懂课文，了解雪松能在逆境中生存的原因，初步领会既要敢于抗争，也要学会退让的道理。</w:t>
      </w:r>
      <w:r>
        <w:rPr>
          <w:lang w:eastAsia="zh-CN"/>
        </w:rPr>
        <w:br/>
      </w:r>
      <w:r>
        <w:rPr>
          <w:lang w:eastAsia="zh-CN"/>
        </w:rPr>
        <w:t>　　3、联系课文内容及生活实际，理解弯曲不是倒下和毁灭，而是为了生存和更好地发展。的深刻含义。</w:t>
      </w:r>
      <w:r>
        <w:rPr>
          <w:lang w:eastAsia="zh-CN"/>
        </w:rPr>
        <w:br/>
      </w:r>
      <w:r>
        <w:rPr>
          <w:lang w:eastAsia="zh-CN"/>
        </w:rPr>
        <w:t>　　4、准确、流利、有感情地朗读课文。</w:t>
      </w:r>
      <w:r>
        <w:rPr>
          <w:lang w:eastAsia="zh-CN"/>
        </w:rPr>
        <w:br/>
      </w:r>
      <w:r>
        <w:rPr>
          <w:lang w:eastAsia="zh-CN"/>
        </w:rPr>
        <w:t>　　课文叙事简洁，内容较易理解，学生在学习时不会遇到太大问题。朗读课文，进行字词句的训练是本课的教学重点，理解第二个旅行者的话和最后一个自然段：确实，弯曲不是屈服和毁灭，而是为了生存和更好的发展。是教学的难点。根据上述情况，我设想用两课时完成教学任务。</w:t>
      </w:r>
      <w:r>
        <w:rPr>
          <w:lang w:eastAsia="zh-CN"/>
        </w:rPr>
        <w:br/>
      </w:r>
      <w:r>
        <w:rPr>
          <w:lang w:eastAsia="zh-CN"/>
        </w:rPr>
        <w:t>　　第一课时后我布置家庭作业</w:t>
      </w:r>
      <w:r>
        <w:rPr>
          <w:lang w:eastAsia="zh-CN"/>
        </w:rPr>
        <w:br/>
      </w:r>
      <w:r>
        <w:rPr>
          <w:lang w:eastAsia="zh-CN"/>
        </w:rPr>
        <w:t>　　1、书写本课生字新词</w:t>
      </w:r>
      <w:r>
        <w:rPr>
          <w:lang w:eastAsia="zh-CN"/>
        </w:rPr>
        <w:br/>
      </w:r>
      <w:r>
        <w:rPr>
          <w:lang w:eastAsia="zh-CN"/>
        </w:rPr>
        <w:t>　　2、读熟课文。</w:t>
      </w:r>
      <w:r>
        <w:rPr>
          <w:lang w:eastAsia="zh-CN"/>
        </w:rPr>
        <w:br/>
      </w:r>
      <w:r>
        <w:rPr>
          <w:lang w:eastAsia="zh-CN"/>
        </w:rPr>
        <w:t>　　3、上网搜集有关能解释第二个旅行者的话和最后一个自然段的成语，俗语，或者故事。</w:t>
      </w:r>
      <w:r>
        <w:rPr>
          <w:lang w:eastAsia="zh-CN"/>
        </w:rPr>
        <w:br/>
      </w:r>
      <w:r>
        <w:rPr>
          <w:lang w:eastAsia="zh-CN"/>
        </w:rPr>
        <w:t>　　下面我说说第二课时的导学设计，主要分三个环节展开教学。</w:t>
      </w:r>
      <w:r>
        <w:rPr>
          <w:lang w:eastAsia="zh-CN"/>
        </w:rPr>
        <w:br/>
      </w:r>
      <w:r>
        <w:rPr>
          <w:lang w:eastAsia="zh-CN"/>
        </w:rPr>
        <w:t>　　第二课时</w:t>
      </w:r>
      <w:r>
        <w:rPr>
          <w:lang w:eastAsia="zh-CN"/>
        </w:rPr>
        <w:br/>
      </w:r>
      <w:r>
        <w:rPr>
          <w:lang w:eastAsia="zh-CN"/>
        </w:rPr>
        <w:t>　　一、复习导入</w:t>
      </w:r>
      <w:r>
        <w:rPr>
          <w:lang w:eastAsia="zh-CN"/>
        </w:rPr>
        <w:br/>
      </w:r>
      <w:r>
        <w:rPr>
          <w:lang w:eastAsia="zh-CN"/>
        </w:rPr>
        <w:t>　　上课一开始，我先复习提问：魁北克的一条南北走向的山谷中有一个什么谜?学生回答加深印象。然后导入第二个环节。</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二、学习课文，朗读感悟</w:t>
      </w:r>
      <w:r>
        <w:rPr>
          <w:lang w:eastAsia="zh-CN"/>
        </w:rPr>
        <w:br/>
      </w:r>
      <w:r>
        <w:rPr>
          <w:lang w:eastAsia="zh-CN"/>
        </w:rPr>
        <w:t>　　教学时，我先让学生朗读本节课的目标后，让学生按三卡学案学习</w:t>
      </w:r>
      <w:r>
        <w:rPr>
          <w:lang w:eastAsia="zh-CN"/>
        </w:rPr>
        <w:br/>
      </w:r>
      <w:r>
        <w:rPr>
          <w:lang w:eastAsia="zh-CN"/>
        </w:rPr>
        <w:t>　　我首先从细读课文第三自然段，解读雪松的本领入手，设计题：有人说：雪松面对风雪向下弯曲，他们是一群胆小的弱者，应该自始自终都挺立不动，顽强地抗争，那才是勇者。引导学生结合课文进一步理解：雪松的本领明白雪松是怎样作出适当的让步，才得以生存下来，而东坡的其他杂树没能生存下来又是什么原因。通过学生利用课文语言对这一看法进行反驳达到更好地理解弯曲不是倒下和毁灭，而是为了生存和更好地发展这句话的目的。在此基础上进行感情朗读，有了理解作依托，学生一定会读出真正的感情，读出对雪松的敬佩和赞美。</w:t>
      </w:r>
      <w:r>
        <w:rPr>
          <w:lang w:eastAsia="zh-CN"/>
        </w:rPr>
        <w:br/>
      </w:r>
      <w:r>
        <w:rPr>
          <w:lang w:eastAsia="zh-CN"/>
        </w:rPr>
        <w:t>　　接着，我让学生联系旧知，领会雪松的本领。</w:t>
      </w:r>
      <w:r>
        <w:rPr>
          <w:lang w:eastAsia="zh-CN"/>
        </w:rPr>
        <w:br/>
      </w:r>
      <w:r>
        <w:rPr>
          <w:lang w:eastAsia="zh-CN"/>
        </w:rPr>
        <w:t>　　1.确实，有时弯曲不是屈服和毁灭，而是为了生存和更好地发展。眼前的雪松使我想起三年级所学《卧薪尝胆》中越王屈尊为奴，卧薪尝胆十年，不是( )，而是 ( );上册《负荆请罪》中蔺相如躲避廉颇，不是( )，而是( )。(温馨小提示：组织好语言。)</w:t>
      </w:r>
      <w:r>
        <w:rPr>
          <w:lang w:eastAsia="zh-CN"/>
        </w:rPr>
        <w:br/>
      </w:r>
      <w:r>
        <w:rPr>
          <w:lang w:eastAsia="zh-CN"/>
        </w:rPr>
        <w:t>　　通过这一练习，既加深学生对课文的理解，又训练他们语言表达的能力，积累了语感。</w:t>
      </w:r>
      <w:r>
        <w:rPr>
          <w:lang w:eastAsia="zh-CN"/>
        </w:rPr>
        <w:br/>
      </w:r>
      <w:r>
        <w:rPr>
          <w:lang w:eastAsia="zh-CN"/>
        </w:rPr>
        <w:t>　　最后，我让学生联系生活，学习雪松的本领。生活中有许多充满智慧的弯曲思想，联系这些人和事想一想你对确实，有时弯曲不是</w:t>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屈服和毁灭，而是为了生存和更好地发展。这句话的理解。(要有事例)(温馨小提示：①组内挑选较好的事例展示②形式可多样)为了突破这个难点，在第一课时之后，我安排学生们上网搜集有关能解释这两句话的成语，俗语，或者故事，为深入而形象在理解这两句话作了辅垫。用收集到的事例来证明着句话的正确性。</w:t>
      </w:r>
      <w:r>
        <w:rPr>
          <w:lang w:eastAsia="zh-CN"/>
        </w:rPr>
        <w:br/>
      </w:r>
      <w:r>
        <w:rPr>
          <w:lang w:eastAsia="zh-CN"/>
        </w:rPr>
        <w:t>　　三、展示交流：</w:t>
      </w:r>
      <w:r>
        <w:rPr>
          <w:lang w:eastAsia="zh-CN"/>
        </w:rPr>
        <w:br/>
      </w:r>
      <w:r>
        <w:rPr>
          <w:lang w:eastAsia="zh-CN"/>
        </w:rPr>
        <w:t>　　但这个环节中由于第一个问题在设计时导学不够精准，展示要求不够明确，使学得快的组，展示第一个问题时，利用第二三环节的内容进行反驳，使得后两个题就没时间展示。虽然在汇报过程中，学生思维敏捷，发言非常积极，所列举的事例也很有说服力。但听的同学是否进一步地理解弯曲不是屈服和毁灭，而是为了生存和更好地发展，不得而知。</w:t>
      </w:r>
      <w:r>
        <w:rPr>
          <w:lang w:eastAsia="zh-CN"/>
        </w:rPr>
        <w:br/>
      </w:r>
      <w:r>
        <w:rPr>
          <w:lang w:eastAsia="zh-CN"/>
        </w:rPr>
        <w:t>　　虽然不成功，但我认为，语文教材只不过是一个载体。通过这一载体，我们应该对培养学生初步的创新能力、实践能力、科学和人文素养，使学生具有适应终身学习的基础知识、基本技能和方法这一目标进行有效的实施。因此，在课堂上要改变原来课堂教学只注重知识传授的倾向，努力培养学生积极主动的学习态度，在获得基础知识与基本技能的同时，学会学习，形成正确的人生观和价值观。让学生在课堂教学过程中能主动参与，乐于探究，勤于收集资料，要培养学生收集和处理信息的能力，为学生终身学习打下良好的基础。</w:t>
      </w:r>
      <w:r>
        <w:rPr>
          <w:lang w:eastAsia="zh-CN"/>
        </w:rPr>
        <w:br/>
      </w:r>
      <w:r>
        <w:rPr>
          <w:lang w:eastAsia="zh-CN"/>
        </w:rPr>
        <w:t xml:space="preserve">    沙漠中的绿洲教学反思 篇10 </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这节课中，我利用多媒体为学生创设了生动、直观的活动情境，充分调动了学生的兴趣和积极性，同时在活动中充分体现了学生自主、合作、探究的学习方式。这节课中，我担当了导演的角色，创设了一个轻松的氛围，让学生自己摆摆造型引出步骤①-构思，了解到五年级学生的创作经验十分有限，因此，在教学中的示范环节，我把主角让给学生，引导学生在台上做好讲解、示范，我及时出示步骤(②捆扎-③装扮)，通过学生对示范作品的点评提醒学生注意用线固定稻草的位置要简要精到一些，还有装扮材料的多样性，否则作品容易呆板或者来不及完成，让学生大胆创意的创作。学生在创作稻草人时提醒学生注意环保，自己动手收拾废弃的材料。在这节课上，学生表现的很积极，因此课堂上学生很活跃但秩序并不混乱。</w:t>
      </w:r>
      <w:r>
        <w:rPr>
          <w:lang w:eastAsia="zh-CN"/>
        </w:rPr>
        <w:br/>
      </w:r>
      <w:r>
        <w:rPr>
          <w:lang w:eastAsia="zh-CN"/>
        </w:rPr>
        <w:t>　　俗话说：“编篓编筐，重在收口，描龙画风，贵在点睛。”课堂结尾是老师尽情发挥才智、激发学生学习热情的大舞台。课尾作品展示环节，我尝试了一种新的结尾模式：课本剧表演的形式，让人耳目一新，让学生扮演稻草人、稻穗、棉桃、麻雀…等角色，表演过程中，允许学生根据故事情节自由发挥，这样有利于学生获得真切的感受，学生即兴表演的很投入很快乐，让人“言有尽而意无穷，余言尽在不言中”。“结尾无定法，妙在巧用中”，我相信，只要勤于思索，巧于构思，敢于创新，展开想象，放飞激情，就能够演绎出“五彩缤纷、光芒四射”的精彩课堂结尾。</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老师只有“善教”，学生才会“乐学”，师生才能“共同成长”，这是我们高坪小学的校训，也是我在这节课上的目标，让每个学生都能快乐而自信地投入到乡土美术活动之中，充分体会家乡的自然美与人文美，从而积极地参与乡土美术的资源开发与继承。</w:t>
      </w:r>
      <w:r>
        <w:rPr>
          <w:lang w:eastAsia="zh-CN"/>
        </w:rPr>
        <w:br/>
      </w:r>
      <w:r>
        <w:rPr>
          <w:lang w:eastAsia="zh-CN"/>
        </w:rPr>
        <w:t xml:space="preserve">    沙漠中的绿洲教学反思 篇11 </w:t>
      </w:r>
      <w:r>
        <w:rPr>
          <w:lang w:eastAsia="zh-CN"/>
        </w:rPr>
        <w:br/>
      </w:r>
      <w:r>
        <w:rPr>
          <w:lang w:eastAsia="zh-CN"/>
        </w:rPr>
        <w:t>　　1、学生的朗读仍需要加强指导。学生在朗读时不能通过自己的语气来表现对课文的理解，对学生的指导还不够细致。</w:t>
      </w:r>
      <w:r>
        <w:rPr>
          <w:lang w:eastAsia="zh-CN"/>
        </w:rPr>
        <w:br/>
      </w:r>
      <w:r>
        <w:rPr>
          <w:lang w:eastAsia="zh-CN"/>
        </w:rPr>
        <w:t>　　2、对课堂的生成处理不是特别妥当。在给长城题词时，有一学生说：长城，你永远都不要倒啊!我只是敷衍了事，没能抓住这一契机进行更深层次的引导，如果能继续引申：长城真的不会倒吗?接着介绍长城的破损情况，引发学生思考如何保护长城，效果会更好。</w:t>
      </w:r>
      <w:r>
        <w:rPr>
          <w:lang w:eastAsia="zh-CN"/>
        </w:rPr>
        <w:br/>
      </w:r>
      <w:r>
        <w:rPr>
          <w:lang w:eastAsia="zh-CN"/>
        </w:rPr>
        <w:t>　　3、对引导学生理解长城的巧妙设计时处理得比较肤浅。在引导学生了解了瞭望口、射口、城台的时候，应让学生根据课前收集的资料，介绍它们的作用，这也是我今天教学中的一个疏忽之处。</w:t>
      </w:r>
      <w:r>
        <w:rPr>
          <w:lang w:eastAsia="zh-CN"/>
        </w:rPr>
        <w:br/>
      </w:r>
      <w:r>
        <w:rPr>
          <w:lang w:eastAsia="zh-CN"/>
        </w:rPr>
        <w:t>　　长城的教学结束了，但这一课给我的触动也是比较大的，从我个人来说，我是比较喜欢这类的课文，喜欢它的大气，喜欢它的简洁明了，这也是今天对这一课反思很多的原因之一。</w:t>
      </w:r>
      <w:r>
        <w:rPr>
          <w:lang w:eastAsia="zh-CN"/>
        </w:rPr>
        <w:br/>
      </w:r>
      <w:r>
        <w:rPr>
          <w:lang w:eastAsia="zh-CN"/>
        </w:rPr>
        <w:t xml:space="preserve">    沙漠中的绿洲教学反思 篇12 </w:t>
      </w:r>
      <w:r>
        <w:rPr>
          <w:lang w:eastAsia="zh-CN"/>
        </w:rPr>
        <w:br/>
      </w:r>
      <w:r>
        <w:rPr>
          <w:lang w:eastAsia="zh-CN"/>
        </w:rPr>
        <w:t>　　反观这节课，在本课的教学过程之中，我努力做到声情并茂，想方设法吸引学生的注意力，争取做到抑扬顿挫，把自己的情感投入到文本中去，让自己的情感吸引学生。课堂总体感觉良好，气氛活跃，学生都能踊跃发言，积极配合教学。教学重点、难点贯穿课堂始终，师生共同探讨，得到了很好的解决。</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教法的选择，灵活多样，我主要采用了朗读法、小组讨论法、讲解法以及探究归纳法，把课堂充分还给了学生，让学生在课堂上极力展示自己的智慧和才能，最大限度的发挥了学生的主体作用，出现了很好的师生互动</w:t>
      </w:r>
      <w:r>
        <w:rPr>
          <w:lang w:eastAsia="zh-CN"/>
        </w:rPr>
        <w:t xml:space="preserve"> 、生生互动的活跃氛围，是学生饱尝了语文课堂的乐趣。多媒体手段辅助教学得当，这节课，我精心制作了影音课件，图文并茂，既增强了学生对所学知识的直观性，有丰富了课堂内容，感性与理性得到了有机结合。板书设计一目了然，充分展示大同社会的特征。</w:t>
      </w:r>
      <w:r>
        <w:rPr>
          <w:lang w:eastAsia="zh-CN"/>
        </w:rPr>
        <w:br/>
      </w:r>
      <w:r>
        <w:rPr>
          <w:lang w:eastAsia="zh-CN"/>
        </w:rPr>
        <w:t xml:space="preserve">    沙漠中的绿洲教学反思 篇13 </w:t>
      </w:r>
      <w:r>
        <w:rPr>
          <w:lang w:eastAsia="zh-CN"/>
        </w:rPr>
        <w:br/>
      </w:r>
      <w:r>
        <w:rPr>
          <w:lang w:eastAsia="zh-CN"/>
        </w:rPr>
        <w:t>　　今天教学了第四课《列夫&amp;托尔斯泰》，节选自茨威格的传记作品《三作家》。课前布置了预习，也要求同学们课后看《名人传》，了解托尔斯泰的生平经历。</w:t>
      </w:r>
      <w:r>
        <w:rPr>
          <w:lang w:eastAsia="zh-CN"/>
        </w:rPr>
        <w:br/>
      </w:r>
      <w:r>
        <w:rPr>
          <w:lang w:eastAsia="zh-CN"/>
        </w:rPr>
        <w:t>　　课堂上，我首先检查预习情况，指名上台板演生字新词的注音解释，我到学生行间检查其它同学的预习情况。我感觉有的同学在躲避我的眼神，有的同学我一到他的前面，就赶忙把书合上。我知道他们一定是没有预习好，不好意思让我检查。然后我要同学们从文中找出运用夸张手法描写托尔斯泰的眉毛、须发、皮肤、鼻子的句子，并仔细体会它们的表达效果。对这么简单的题，同学们还是耷拉着头，不回答。教室里的气氛一点也不活跃。我真想臭骂他们一顿，但我觉得没用。于是我让同学们课上进行预习，要求每位同学大声读课文，划记课文对托尔斯泰眉毛、须发、皮肤、鼻子和眼睛进行描写的语句。同学们学得很认真。读完后，我提问，这下有几位同学举手了，他们也答得很准确。</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后来，我让同学们讨论课后作业第四题，联系托尔斯泰的生平讨论托尔斯泰究竟是幸福还是不幸，这下大多同学又傻眼了，他们还没有进行课外阅读，他们没有自己独立的观点和看法。我也没有批评他们，我只说我们把这道题留作课后作业吧，你们可以在看完《名人传》之后把自己的看法写在随笔本上吧。同学们欣然接受了。</w:t>
      </w:r>
      <w:r>
        <w:rPr>
          <w:lang w:eastAsia="zh-CN"/>
        </w:rPr>
        <w:br/>
      </w:r>
      <w:r>
        <w:rPr>
          <w:lang w:eastAsia="zh-CN"/>
        </w:rPr>
        <w:t>　　今天在课堂上，我两次改变教学步骤，在没有运用粗暴的教学方式的情况下，完成了教学任务，我庆幸我的修养高了一点。不过，对这一届的学生，我也感到有些担忧，他们学习习惯太差劲了，他们很少进行预习，老师布置了他们也不会认真做。我们做老师的，真该在培养学生良好的学习习惯方面下一番功夫，达到教是为了不教的目的，让学生能够自觉自主的学习。</w:t>
      </w:r>
      <w:r>
        <w:rPr>
          <w:lang w:eastAsia="zh-CN"/>
        </w:rPr>
        <w:br/>
      </w:r>
      <w:r>
        <w:rPr>
          <w:lang w:eastAsia="zh-CN"/>
        </w:rPr>
        <w:t xml:space="preserve">    沙漠中的绿洲教学反思 篇14 </w:t>
      </w:r>
      <w:r>
        <w:rPr>
          <w:lang w:eastAsia="zh-CN"/>
        </w:rPr>
        <w:br/>
      </w:r>
      <w:r>
        <w:rPr>
          <w:lang w:eastAsia="zh-CN"/>
        </w:rPr>
        <w:t>　　《东施效颦》出自《庄子》，本文通过讲述东施盲目效仿西施病态，反增丑态的故事，告诉我们：追求美要先求真，不要盲从和跟风。为了更好的教学本篇课文，我注意了一下几点：</w:t>
      </w:r>
      <w:r>
        <w:rPr>
          <w:lang w:eastAsia="zh-CN"/>
        </w:rPr>
        <w:br/>
      </w:r>
      <w:r>
        <w:rPr>
          <w:lang w:eastAsia="zh-CN"/>
        </w:rPr>
        <w:t>　　一、层层深入，探知寓意。</w:t>
      </w:r>
      <w:r>
        <w:rPr>
          <w:lang w:eastAsia="zh-CN"/>
        </w:rPr>
        <w:br/>
      </w:r>
      <w:r>
        <w:rPr>
          <w:lang w:eastAsia="zh-CN"/>
        </w:rPr>
        <w:t>　　为了让学生更好明白本文的寓意，在此之前，我引导学生围绕同样皱眉捧心，为什么一个丑、一个美呢?这一问题进行探究，学生通过合作交流，明白了其主要原因：一是东施忽略了自身和西施本质上的差异;二是一个真、一个假。然后在此基础上让学生说寓意，自然就水到渠成，降低了学习难度。</w:t>
      </w:r>
      <w:r>
        <w:rPr>
          <w:lang w:eastAsia="zh-CN"/>
        </w:rPr>
        <w:br/>
      </w:r>
      <w:r>
        <w:rPr>
          <w:lang w:eastAsia="zh-CN"/>
        </w:rPr>
        <w:t>　　二、不足之处。</w:t>
      </w:r>
      <w:r>
        <w:rPr>
          <w:lang w:eastAsia="zh-CN"/>
        </w:rPr>
        <w:br/>
      </w:r>
    </w:p>
    <w:p w:rsidR="001B1F19" w14:textId="27C3F48A">
      <w:pPr>
        <w:rPr>
          <w:lang w:eastAsia="zh-CN"/>
        </w:rPr>
      </w:pPr>
      <w:r>
        <w:rPr>
          <w:lang w:eastAsia="zh-CN"/>
        </w:rPr>
        <w:t>　　教学是一项遗憾的艺术。确实是，回顾这节课，发觉还存在以下不足：1、生朗读还不到位。2、对课文没有进行大胆的拓展，如：生活中有没有东施效颦这样的事?因此，今后还需在备课上下功夫，让课堂少些缺憾。</w:t>
      </w:r>
      <w:r>
        <w:rPr>
          <w:lang w:eastAsia="zh-CN"/>
        </w:rPr>
        <w:br/>
      </w:r>
      <w:r>
        <w:rPr>
          <w:lang w:eastAsia="zh-CN"/>
        </w:rPr>
        <w:t xml:space="preserve">    沙漠中的绿洲教学反思 篇15 </w:t>
      </w:r>
      <w:r>
        <w:rPr>
          <w:lang w:eastAsia="zh-CN"/>
        </w:rPr>
        <w:br/>
      </w:r>
      <w:r>
        <w:rPr>
          <w:lang w:eastAsia="zh-CN"/>
        </w:rPr>
        <w:t>　　《看马戏》是小学语文新教材一年级第一学期第二单元中的一首充满童趣的儿歌，儿歌生动形象地描写了马戏城里的小动物们表演的节目。儿歌中的小动物们活泼可爱，学生很容易对他们产生喜爱之情。</w:t>
      </w:r>
      <w:r>
        <w:rPr>
          <w:lang w:eastAsia="zh-CN"/>
        </w:rPr>
        <w:br/>
      </w:r>
      <w:r>
        <w:rPr>
          <w:lang w:eastAsia="zh-CN"/>
        </w:rPr>
        <w:t>　　在朗读儿歌的过程中落实字字过目，读准字音，不加字，不漏字的要求，同时能熟读成诵。书写方面，学习笔画竖折折钩，书空是字，复习笔画横折弯钩。本课要求认读的平舌音和整体认读音节，学生第一次接触，所以它是教学中的难点。</w:t>
      </w:r>
      <w:r>
        <w:rPr>
          <w:lang w:eastAsia="zh-CN"/>
        </w:rPr>
        <w:br/>
      </w:r>
      <w:r>
        <w:rPr>
          <w:lang w:eastAsia="zh-CN"/>
        </w:rPr>
        <w:t>　　这堂课中我也有许多不足的地方。首先，揭示课题后，由课题引出的马字的学习，这个部分用的时间过长，教学活动不紧凑。其次是我自身的疏忽，学生在拼读第四声的时候，声母有带声调的现象，我没有及时纠正。最后是活动形式还不够丰富，虽然尽力想了许多调动气氛的教学方式，比如学习八的时候让学生用手势比划八和人的不同，在朗读时，安排师生合作、男女比赛等各种方式。在拼读拼音找字宝宝的环节，课堂气氛不够活跃，这个部分如让学生找自己的好朋友一起拼读，这样他们的兴趣会更高，也让每个学生都得到锻炼的机会。</w:t>
      </w:r>
      <w:r>
        <w:rPr>
          <w:lang w:eastAsia="zh-CN"/>
        </w:rPr>
        <w:br/>
      </w:r>
      <w:r>
        <w:rPr>
          <w:lang w:eastAsia="zh-CN"/>
        </w:rPr>
        <w:t xml:space="preserve">    沙漠中的绿洲教学反思 篇16 </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https://d.book118.com/935103010120011114</w:t>
        </w:r>
      </w:hyperlink>
    </w:p>
    <w:p w:rsidR="001B1F19">
      <w:pPr>
        <w:rPr>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35103010120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