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我的梦想演讲致辞（33篇）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我的梦想演讲致辞（精选33篇）</w:t>
      </w:r>
      <w:r>
        <w:rPr>
          <w:lang w:eastAsia="zh-CN"/>
        </w:rPr>
        <w:br/>
      </w:r>
      <w:r>
        <w:rPr>
          <w:lang w:eastAsia="zh-CN"/>
        </w:rPr>
        <w:t xml:space="preserve">    我的梦想演讲致辞 篇1 </w:t>
      </w:r>
      <w:r>
        <w:rPr>
          <w:lang w:eastAsia="zh-CN"/>
        </w:rPr>
        <w:br/>
      </w:r>
      <w:r>
        <w:rPr>
          <w:lang w:eastAsia="zh-CN"/>
        </w:rPr>
        <w:t>　　大家好!</w:t>
      </w:r>
      <w:r>
        <w:rPr>
          <w:lang w:eastAsia="zh-CN"/>
        </w:rPr>
        <w:br/>
      </w:r>
      <w:r>
        <w:rPr>
          <w:lang w:eastAsia="zh-CN"/>
        </w:rPr>
        <w:t>　　每个人都有梦想，我也是，因为没有梦想的生活会是空虚的，而有梦想的生活就像一架失去航标的飞机，就像一艘失去灯塔的船，我不知道路在何方，心在何方。</w:t>
      </w:r>
      <w:r>
        <w:rPr>
          <w:lang w:eastAsia="zh-CN"/>
        </w:rPr>
        <w:br/>
      </w:r>
      <w:r>
        <w:rPr>
          <w:lang w:eastAsia="zh-CN"/>
        </w:rPr>
        <w:t>　　小时候，我有一个梦想。我希望我有很多钱。大人们问：“年轻人，你打算怎么处理钱?”“我想买泡泡糖。”“如果你有很多钱呢?”“我会买很多泡泡糖。”“如果你有无穷无尽的钱呢?”“我会买下生产泡泡糖的工厂，和孩子们一起分享。”的确，年轻的时候，我们天真无邪，有一颗善良的童心。快乐和幸福是一个持续的运动。</w:t>
      </w:r>
      <w:r>
        <w:rPr>
          <w:lang w:eastAsia="zh-CN"/>
        </w:rPr>
        <w:br/>
      </w:r>
      <w:r>
        <w:rPr>
          <w:lang w:eastAsia="zh-CN"/>
        </w:rPr>
        <w:t>　　踏入小学和初中……你越会感到压力。现在我有一个梦想。我希望我每天没有很多作业要做。学习的压力一点点剥夺了我们玩耍的时间，而我们40%的人却被关在教室里，花大量的时间学习。但是面对学习，还是一个模糊的认识。俗话说“难得糊涂”，但糊涂就是对事情了解不够。迷茫之后，你会清醒，对事物的理解会从模糊变得清晰。知识会使人进步，使人丰富。</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初中的时候，我有一个梦想。我希望我能成为一名优等生。回国后能得到家人的称赞;能得到学校老师的肯定;同学之间</w:t>
      </w:r>
      <w:r>
        <w:rPr>
          <w:lang w:eastAsia="zh-CN"/>
        </w:rPr>
        <w:br/>
      </w:r>
      <w:r>
        <w:rPr>
          <w:lang w:eastAsia="zh-CN"/>
        </w:rPr>
        <w:t>　　能有鹤立鸡群的表现。但是，渐渐的，我发现实现这个梦想并不能靠要耍耍孩子气。之后，我学会了奋斗。</w:t>
      </w:r>
      <w:r>
        <w:rPr>
          <w:lang w:eastAsia="zh-CN"/>
        </w:rPr>
        <w:br/>
      </w:r>
      <w:r>
        <w:rPr>
          <w:lang w:eastAsia="zh-CN"/>
        </w:rPr>
        <w:t>　　梦想像一粒种子，种在“心”的土壤里，尽管它很小，却可以生根开花，假如没有梦想，就像生活在荒凉的戈壁，冷冷清清，没有活力。</w:t>
      </w:r>
      <w:r>
        <w:rPr>
          <w:lang w:eastAsia="zh-CN"/>
        </w:rPr>
        <w:br/>
      </w:r>
      <w:r>
        <w:rPr>
          <w:lang w:eastAsia="zh-CN"/>
        </w:rPr>
        <w:t>　　梦想催人前进，也许在实现梦想的道路中，会遇到无数的挫折和困难，但没关系，跌倒了自己爬起来，为自己的梦想而前进，毕竟前途不仅靠运气，也靠自己创造出来。</w:t>
      </w:r>
      <w:r>
        <w:rPr>
          <w:lang w:eastAsia="zh-CN"/>
        </w:rPr>
        <w:br/>
      </w:r>
      <w:r>
        <w:rPr>
          <w:lang w:eastAsia="zh-CN"/>
        </w:rPr>
        <w:t xml:space="preserve">    我的梦想演讲致辞 篇2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梦想，从古至今，无数的人们在酸甜苦辣中编制着梦想。在黑夜，梦想是时暗时明的火光，带给人们忽远忽近的希望。每个人的心底都有属于自己的梦想，它漂浮在想象和期待之中，是人们心中孜孜不倦的追求。梦想越清晰，就越容易走进。只有有了梦想我们才有真正的动力，才有激情去行动。</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梦想就是我们行动的指南，没有梦想，我们只会醉生梦死的活着，只会虚度光阴。有梦想就会有奇迹，有梦想谁都了不起，但大多数人都觉得自己的梦想只不过是梦想，它虚幻得可想而不可及，于是将它深深地埋在心底，连破土的机会都不给它，这样，梦想怎么会开出绚丽芬芳的花儿呢?</w:t>
      </w:r>
      <w:r>
        <w:rPr>
          <w:lang w:eastAsia="zh-CN"/>
        </w:rPr>
        <w:br/>
      </w:r>
      <w:r>
        <w:rPr>
          <w:lang w:eastAsia="zh-CN"/>
        </w:rPr>
        <w:t>　　梦想永远建立在执着、汗水、努力与泪水之上。你们知道吗?我有一个梦想，一个从我小时候开始就有的一个梦想!它一直深深扎根于我的心中。我要通过自己的努力，让家里人过上幸福、富裕的生活，是的，这是一个普遍，平凡的梦想，每当甜甜的品味自己的梦想时，路上走过的坎坷，心中承受的心酸，都会渐渐的过去，虽走的辛苦，但奋斗的过程却让我很开心很充实。尽管我没有过人的才智，没有严密的思维，也没有特别准确的判断力，但是我仍不会放弃努力。</w:t>
      </w:r>
      <w:r>
        <w:rPr>
          <w:lang w:eastAsia="zh-CN"/>
        </w:rPr>
        <w:br/>
      </w:r>
      <w:r>
        <w:rPr>
          <w:lang w:eastAsia="zh-CN"/>
        </w:rPr>
        <w:t>　　尽管这个梦想还距我有一段距离，但我仍不会停止追求。尽管在实现梦想的过程中，会有很多挫折和无数的磨难，但我仍不会灰心丧气。因为我相信，只有经历地狱般的磨练，才能练出创造天堂的力量;只有流过血的手指，才能弹出世间的绝唱;只有经历困难和挫折，才能实现自己的梦想。虽然现在还没有实现这个梦想，但我坚信，迟早有一天，我坚信我的梦想一定会含苞待放。</w:t>
      </w:r>
      <w:r>
        <w:rPr>
          <w:lang w:eastAsia="zh-CN"/>
        </w:rPr>
        <w:br/>
      </w:r>
      <w:r>
        <w:rPr>
          <w:lang w:eastAsia="zh-CN"/>
        </w:rPr>
        <w:t>　　今天我们每个人都会面临着各种各样的困境，我们要相信乌云之中必有甘霖，困境之中必有祝福，要相信自己的梦想一定会实现。有人说在现实的面前我们的梦想是多么脆弱，当我们和困难拼搏一番，你会觉得，困难不过如此。</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不要憧憬华而不实的梦想会实现，也不要沉浸在繁华和喧嚣当中。选择好了这样一条路，就必须要走下去，不管路有多长，不管前方是不是危险重重……一切的一切，都无法阻挡我们梦想的实现只要我们自己能坚持不懈的去追求，只要心中有“再往前一点点就到了”的信念，最后，梦想实现的喜悦就会向你走来!</w:t>
      </w:r>
      <w:r>
        <w:rPr>
          <w:lang w:eastAsia="zh-CN"/>
        </w:rPr>
        <w:br/>
      </w:r>
      <w:r>
        <w:rPr>
          <w:lang w:eastAsia="zh-CN"/>
        </w:rPr>
        <w:t>　　谢谢大家!</w:t>
      </w:r>
      <w:r>
        <w:rPr>
          <w:lang w:eastAsia="zh-CN"/>
        </w:rPr>
        <w:br/>
      </w:r>
      <w:r>
        <w:rPr>
          <w:lang w:eastAsia="zh-CN"/>
        </w:rPr>
        <w:t xml:space="preserve">    我的梦想演讲致辞 篇3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一个人总会有自己的梦想和目标，没有梦想的人就像是一艘破旧的木船，什么都没有，只有随风四处漂流。没有理想的人内心是空虚，是一具没有灵魂躯壳而已。我的理想是当一名老师。</w:t>
      </w:r>
      <w:r>
        <w:rPr>
          <w:lang w:eastAsia="zh-CN"/>
        </w:rPr>
        <w:br/>
      </w:r>
      <w:r>
        <w:rPr>
          <w:lang w:eastAsia="zh-CN"/>
        </w:rPr>
        <w:t>　　教师是一位非常神圣的职业。老师是蜡烛，照亮别人，燃烧自己;老师是春蚕，可谓是“春蚕到死丝方尽，蜡炬成灰泪始干”;老师是钥匙，开启同学们智慧的大门;老师是粉笔，把自己的一生都书写在了浩瀚的黑板上。没错，老师教师是一位非常神圣的职业。没错，老师就是这么令人尊敬。</w:t>
      </w:r>
      <w:r>
        <w:rPr>
          <w:lang w:eastAsia="zh-CN"/>
        </w:rPr>
        <w:br/>
      </w:r>
      <w:r>
        <w:rPr>
          <w:lang w:eastAsia="zh-CN"/>
        </w:rPr>
        <w:t>　　以前我想当老师是因为老师可以给学生布置很多的作业，可以管教学生，可以让学生都听老师的话。</w:t>
      </w:r>
      <w:r>
        <w:rPr>
          <w:lang w:eastAsia="zh-CN"/>
        </w:rPr>
        <w:br/>
      </w:r>
      <w:r>
        <w:rPr>
          <w:lang w:eastAsia="zh-CN"/>
        </w:rPr>
        <w:t>　　可是，自从上了初中，我才明白当一个老师是有多辛苦，每天早出晚归，还要面对我们写的潦草的作业。说实话老师还是没有当学生轻松。但是我不会因此而动摇。</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梦想像一粒种子，种在“心”的土壤里，尽管它很小，却可以生根开花，假如没有梦想，就像生活在荒凉的戈壁，冷冷清清，没有活力。有了梦想，也就有了追求，有了奋斗的目标，有了梦想，就有了动力。梦想，是一架高贵桥梁，不管最终是否能到达彼岸，拥有梦想，并去追求它，这已经是一种成功，一种荣耀。在追求梦想这个过程中，我们是在成长。它会催人前进，也许在实现梦想的道路中，会遇到无数的挫折和困难，但没关系，跌倒了自己爬起来，为自己的梦想而前进，毕竟前途不仅靠运气，也靠自己创造出来。相信，通过我自己的不懈努力，一定会实现我的梦想!</w:t>
      </w:r>
      <w:r>
        <w:rPr>
          <w:lang w:eastAsia="zh-CN"/>
        </w:rPr>
        <w:br/>
      </w:r>
      <w:r>
        <w:rPr>
          <w:lang w:eastAsia="zh-CN"/>
        </w:rPr>
        <w:t>　　谢谢大家!</w:t>
      </w:r>
      <w:r>
        <w:rPr>
          <w:lang w:eastAsia="zh-CN"/>
        </w:rPr>
        <w:br/>
      </w:r>
      <w:r>
        <w:rPr>
          <w:lang w:eastAsia="zh-CN"/>
        </w:rPr>
        <w:t xml:space="preserve">    我的梦想演讲致辞 篇4 </w:t>
      </w:r>
      <w:r>
        <w:rPr>
          <w:lang w:eastAsia="zh-CN"/>
        </w:rPr>
        <w:br/>
      </w:r>
      <w:r>
        <w:rPr>
          <w:lang w:eastAsia="zh-CN"/>
        </w:rPr>
        <w:t>　　各位老师、同学们：</w:t>
      </w:r>
      <w:r>
        <w:rPr>
          <w:lang w:eastAsia="zh-CN"/>
        </w:rPr>
        <w:br/>
      </w:r>
      <w:r>
        <w:rPr>
          <w:lang w:eastAsia="zh-CN"/>
        </w:rPr>
        <w:t>　　大家早上好！</w:t>
      </w:r>
      <w:r>
        <w:rPr>
          <w:lang w:eastAsia="zh-CN"/>
        </w:rPr>
        <w:br/>
      </w:r>
      <w:r>
        <w:rPr>
          <w:lang w:eastAsia="zh-CN"/>
        </w:rPr>
        <w:t>　　梦想，多么完美的字眼，对于我们每个人来说是独一无二的，而我的梦想是当一名科学家。</w:t>
      </w:r>
      <w:r>
        <w:rPr>
          <w:lang w:eastAsia="zh-CN"/>
        </w:rPr>
        <w:br/>
      </w:r>
      <w:r>
        <w:rPr>
          <w:lang w:eastAsia="zh-CN"/>
        </w:rPr>
        <w:t>　　科学的发展能够看出整个人类的进步，为科学献身就是为祖国效力。难道说科学就不会被社会所淘汰吗？不是的。</w:t>
      </w:r>
      <w:r>
        <w:rPr>
          <w:lang w:eastAsia="zh-CN"/>
        </w:rPr>
        <w:br/>
      </w:r>
      <w:r>
        <w:rPr>
          <w:lang w:eastAsia="zh-CN"/>
        </w:rPr>
        <w:t>　　当你漫步在大街上，倘若有心留意一下身边的事物，你便会觉得“不同寻常”的事物总会引起人们的注意。当人们厌倦了富丽堂皇的酒店饭庄时，那些有时尚头脑的商家便会绞尽脑汁，推出独具匠心的休闲设计。这些花样万千的招客妙法，没有一个不体现出生活原先如此“别有洞天”。这些变化多端的事物时间一久，很容易被此刻“适者生存”的世界规律所淘汰。但是在未来，由于科学的不断发展，技术的不断创新，使科学在世界上的地位永远不可动摇。</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们能够清楚的看出，导致人类社会和经济发生革命性变化的技术创新，越来越多的来自基础科学的重要突破。科学家对于生命的探索则导致了生命遗传物质DNA的发现和分子生物学的诞生，使人们从本质上了解了生命的起源与奥秘，进而催生了具有蓬勃生命力的生物技术工程的产生。作为科学家，就要不断创新，革新技术，改良生产，探索人类未解之谜。百慕大三角、埃及金字塔、神秘的外星人与UFO，这些从小就深深吸引着我的问好，迫使着具有强烈好奇心的我张大后去探索它们。</w:t>
      </w:r>
      <w:r>
        <w:rPr>
          <w:lang w:eastAsia="zh-CN"/>
        </w:rPr>
        <w:br/>
      </w:r>
      <w:r>
        <w:rPr>
          <w:lang w:eastAsia="zh-CN"/>
        </w:rPr>
        <w:t>　　总之，人类的探索是没有止境的，还有许许多多的科学使命等待着未来的我们去完成。所以，我们此刻就应努力学习，打好坚实的基础，抓紧一切时间为自己充电，为将来献身科学事业而做好充分的准备！</w:t>
      </w:r>
      <w:r>
        <w:rPr>
          <w:lang w:eastAsia="zh-CN"/>
        </w:rPr>
        <w:br/>
      </w:r>
      <w:r>
        <w:rPr>
          <w:lang w:eastAsia="zh-CN"/>
        </w:rPr>
        <w:t>　　让我们张开翅膀，向着梦想的彼岸飞去。谢谢大家！</w:t>
      </w:r>
      <w:r>
        <w:rPr>
          <w:lang w:eastAsia="zh-CN"/>
        </w:rPr>
        <w:br/>
      </w:r>
      <w:r>
        <w:rPr>
          <w:lang w:eastAsia="zh-CN"/>
        </w:rPr>
        <w:t xml:space="preserve">    我的梦想演讲致辞 篇5 </w:t>
      </w:r>
      <w:r>
        <w:rPr>
          <w:lang w:eastAsia="zh-CN"/>
        </w:rPr>
        <w:br/>
      </w:r>
      <w:r>
        <w:rPr>
          <w:lang w:eastAsia="zh-CN"/>
        </w:rPr>
        <w:t>　　尊敬的各位老师，亲爱的同学们：</w:t>
      </w:r>
      <w:r>
        <w:rPr>
          <w:lang w:eastAsia="zh-CN"/>
        </w:rPr>
        <w:br/>
      </w:r>
      <w:r>
        <w:rPr>
          <w:lang w:eastAsia="zh-CN"/>
        </w:rPr>
        <w:t>　　梦想就是我们对美好事物的一切渴望，有的时候，我们的梦想不切实际，但是，每个人都有梦想，今天，我们就一起来说说自己的梦想。</w:t>
      </w:r>
      <w:r>
        <w:rPr>
          <w:lang w:eastAsia="zh-CN"/>
        </w:rPr>
        <w:br/>
      </w:r>
      <w:r>
        <w:rPr>
          <w:lang w:eastAsia="zh-CN"/>
        </w:rPr>
        <w:t>　　我的梦想就是当一名音乐老师，每次我去学琴的时候，我都很羡慕那些老师，哇，我也梦想着当一名音乐老师。每次我去学琴，都能看见老师那淳朴的笑容，我觉得，这种笑容是美好的，是淳朴的，是自己用自己的汗水换来的，我觉得，这就是我想当老师的第一个原因。</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我想当老师的第二个原因是，每当我的学生考上了好的音乐学院。或者是好的学校，我都会很高兴，脸上也会呈现出美好的笑容。啊，当老师的愿望是多么美好呀！</w:t>
      </w:r>
      <w:r>
        <w:rPr>
          <w:lang w:eastAsia="zh-CN"/>
        </w:rPr>
        <w:br/>
      </w:r>
      <w:r>
        <w:rPr>
          <w:lang w:eastAsia="zh-CN"/>
        </w:rPr>
        <w:t>　　有一次，我睡觉的时候，做了一个梦，梦见我也当了音乐老师，我的学生上课睡觉，我不会生气，那是因为他们累了，他们困了，囊就让他们静静地睡吧。不过，现实中的我可不是这样，我长大了如果真的当了老师，我会毫不留情的把学生的家长叫来，把学生上课睡觉的情况一一说出来。</w:t>
      </w:r>
      <w:r>
        <w:rPr>
          <w:lang w:eastAsia="zh-CN"/>
        </w:rPr>
        <w:br/>
      </w:r>
      <w:r>
        <w:rPr>
          <w:lang w:eastAsia="zh-CN"/>
        </w:rPr>
        <w:t>　　我在晓雯音乐学校学习双排键，看到老师每天都那么忙，还要写备课方案，还要写研修报告，课时还安排的满满的，每次我去练琴的时候，出了前台值勤的老师，所有的老师都在上课，我还看过老师的课时表，每天都有课，只有老师们下课的时候，我才能去找他们玩，每次我去上课，老师都说：“你看现在的孩子多幸福呀，每天不用那么累，还不用上课，真羡慕他们呀。”</w:t>
      </w:r>
      <w:r>
        <w:rPr>
          <w:lang w:eastAsia="zh-CN"/>
        </w:rPr>
        <w:br/>
      </w:r>
      <w:r>
        <w:rPr>
          <w:lang w:eastAsia="zh-CN"/>
        </w:rPr>
        <w:t>　　哎，如我靠我们现在这种心理呀，长大了是不可能当这样辛苦的老师的。哎，好好珍惜现在的时光吧，时光飞逝，转眼间我们就长大了，就有工作了。我希望每个同学在对待工作时要负责、要认真，长大了做个好职员。</w:t>
      </w:r>
      <w:r>
        <w:rPr>
          <w:lang w:eastAsia="zh-CN"/>
        </w:rPr>
        <w:br/>
      </w:r>
      <w:r>
        <w:rPr>
          <w:lang w:eastAsia="zh-CN"/>
        </w:rPr>
        <w:t>　　我的梦想就是这个，你们的梦想是什么？</w:t>
      </w:r>
      <w:r>
        <w:rPr>
          <w:lang w:eastAsia="zh-CN"/>
        </w:rPr>
        <w:br/>
      </w:r>
      <w:r>
        <w:rPr>
          <w:lang w:eastAsia="zh-CN"/>
        </w:rPr>
        <w:t xml:space="preserve">    我的梦想演讲致辞 篇6 </w:t>
      </w:r>
      <w:r>
        <w:rPr>
          <w:lang w:eastAsia="zh-CN"/>
        </w:rPr>
        <w:br/>
      </w:r>
      <w:r>
        <w:rPr>
          <w:lang w:eastAsia="zh-CN"/>
        </w:rPr>
        <w:t>　　亲爱的同学们：</w:t>
      </w:r>
      <w:r>
        <w:rPr>
          <w:lang w:eastAsia="zh-CN"/>
        </w:rPr>
        <w:br/>
      </w:r>
      <w:r>
        <w:rPr>
          <w:lang w:eastAsia="zh-CN"/>
        </w:rPr>
        <w:t>　　大家好!</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曾经有一个故事：一个小学老师让她的学生谈论他们的梦想。其中一个说两个梦，一个穷学生没有梦。于是老师让没有梦想的学生买一个梦想，从有两个梦想的学生那里去埃及旅游。后来，这个学生周游了世界，但他没有去埃及。原因如下：这个穷学生因为去埃及旅游的梦想而开始努力学习，后来他成功地过上了梦想中的生活。如果那个学生想挽回那个梦想，他肯定会破产。</w:t>
      </w:r>
      <w:r>
        <w:rPr>
          <w:lang w:eastAsia="zh-CN"/>
        </w:rPr>
        <w:br/>
      </w:r>
      <w:r>
        <w:rPr>
          <w:lang w:eastAsia="zh-CN"/>
        </w:rPr>
        <w:t>　　这个故事告诉我们一个道理：不管你是谁，都要有梦想。因为你有梦想，所以你可以有一个明确的目标，朝着这个目标不断前进，绽放出你生命中最美的花朵。梦就像黑夜里的北极星，给人一条前行的路;梦想就像海边的灯塔，让人在迷雾中坚定地航行;梦想就像一张神秘的藏宝图，指引着人们走向成功。没有梦想的人就像失去了灵魂，没有存在的意义。所以，我们每个人一定都有一个梦想，我的梦想就是像故事里的穷学生一样周游世界。</w:t>
      </w:r>
      <w:r>
        <w:rPr>
          <w:lang w:eastAsia="zh-CN"/>
        </w:rPr>
        <w:br/>
      </w:r>
      <w:r>
        <w:rPr>
          <w:lang w:eastAsia="zh-CN"/>
        </w:rPr>
        <w:t>　　“世界那么大，我想去转转。”怀着这个梦想，我们必须大胆地去追求。所以我会努力学习，争取考个好学校，以后找个合适的工作，努力挣钱。我相信在我的努力下，这个美好的梦想会实现的。</w:t>
      </w:r>
      <w:r>
        <w:rPr>
          <w:lang w:eastAsia="zh-CN"/>
        </w:rPr>
        <w:br/>
      </w:r>
      <w:r>
        <w:rPr>
          <w:lang w:eastAsia="zh-CN"/>
        </w:rPr>
        <w:t>　　非常感谢大家认真听了我的演讲，祝你们的梦想早日实现。</w:t>
      </w:r>
      <w:r>
        <w:rPr>
          <w:lang w:eastAsia="zh-CN"/>
        </w:rPr>
        <w:br/>
      </w:r>
      <w:r>
        <w:rPr>
          <w:lang w:eastAsia="zh-CN"/>
        </w:rPr>
        <w:t>　　谢谢大家!</w:t>
      </w:r>
      <w:r>
        <w:rPr>
          <w:lang w:eastAsia="zh-CN"/>
        </w:rPr>
        <w:br/>
      </w:r>
      <w:r>
        <w:rPr>
          <w:lang w:eastAsia="zh-CN"/>
        </w:rPr>
        <w:t xml:space="preserve">    我的梦想演讲致辞 篇7 </w:t>
      </w:r>
      <w:r>
        <w:rPr>
          <w:lang w:eastAsia="zh-CN"/>
        </w:rPr>
        <w:br/>
      </w:r>
      <w:r>
        <w:rPr>
          <w:lang w:eastAsia="zh-CN"/>
        </w:rPr>
        <w:t>　　实际上并不是每个人都有明确的梦想，很多人都日复一日地循环着同样的日子，只是随着大流罢了，而不清楚自己真正要什么。</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其实我也一样，看似胸怀大志，可却只是一腔热血，不知扑到哪里去。</w:t>
      </w:r>
      <w:r>
        <w:rPr>
          <w:lang w:eastAsia="zh-CN"/>
        </w:rPr>
        <w:br/>
      </w:r>
      <w:r>
        <w:rPr>
          <w:lang w:eastAsia="zh-CN"/>
        </w:rPr>
        <w:t>　　娱乐圈？鱼龙混杂，水太深，保不准被淹死；写作圈？靠笔墨吃饭总觉得有点不靠谱。那……普普通通找份工作当个小职员？太没理想了吧，感觉不是一般的“低端”。</w:t>
      </w:r>
      <w:r>
        <w:rPr>
          <w:lang w:eastAsia="zh-CN"/>
        </w:rPr>
        <w:br/>
      </w:r>
      <w:r>
        <w:rPr>
          <w:lang w:eastAsia="zh-CN"/>
        </w:rPr>
        <w:t>　　不过很多的女生应该和我一样，有个共同的不切实际的梦想吧--找个又帅又多金还爱自己的老公嫁了，然后踏踏实实地过一辈子。很显然，这个假想是不成立的，咱不能靠男人过日子，关键时刻只有抱住自己的大腿才最为靠谱。</w:t>
      </w:r>
      <w:r>
        <w:rPr>
          <w:lang w:eastAsia="zh-CN"/>
        </w:rPr>
        <w:br/>
      </w:r>
      <w:r>
        <w:rPr>
          <w:lang w:eastAsia="zh-CN"/>
        </w:rPr>
        <w:t>　　我近期的梦想是考上桐高，远一点是考上好的大学，再远一点便是找份自己喜欢的高薪工作。当然，光靠想想就能实现的几率为零。</w:t>
      </w:r>
      <w:r>
        <w:rPr>
          <w:lang w:eastAsia="zh-CN"/>
        </w:rPr>
        <w:br/>
      </w:r>
      <w:r>
        <w:rPr>
          <w:lang w:eastAsia="zh-CN"/>
        </w:rPr>
        <w:t>　　那么，要如何实现自己的梦想呢？显然，你近期需要做的便是脚踏实地去学习。只有根基筑踏实了，往上才能筑高楼、建别墅。别整天捧着本言情小说把自己代入女主角嫁入豪门，要是现实有此等好事那才是见鬼。</w:t>
      </w:r>
      <w:r>
        <w:rPr>
          <w:lang w:eastAsia="zh-CN"/>
        </w:rPr>
        <w:br/>
      </w:r>
      <w:r>
        <w:rPr>
          <w:lang w:eastAsia="zh-CN"/>
        </w:rPr>
        <w:t>　　其实“梦想”这个词，看似离我们挺遥远的，但其实又挺近。梦中所想嘛，自然是不切实际但却真真正正在自己脑子里的。所以如果你哪天做了个好梦，千万不要以为那只是个梦。只要当你睁开眼的那一瞬你便麻溜地起身去追梦，只有你的眼里一直闪烁着耀眼的光辉，梦想就会来到你身边。</w:t>
      </w:r>
      <w:r>
        <w:rPr>
          <w:lang w:eastAsia="zh-CN"/>
        </w:rPr>
        <w:br/>
      </w:r>
      <w:r>
        <w:rPr>
          <w:lang w:eastAsia="zh-CN"/>
        </w:rPr>
        <w:t>　　所以我心中一直怀揣着的那个梦至今都未离开。因为我的眼中会噙满亿万星辰的光芒，因为我的行动一直比想法快。</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最后，祝愿大家的梦想和我的梦想均能早日实现。谢谢大家！</w:t>
      </w:r>
      <w:r>
        <w:rPr>
          <w:lang w:eastAsia="zh-CN"/>
        </w:rPr>
        <w:br/>
      </w:r>
      <w:r>
        <w:rPr>
          <w:lang w:eastAsia="zh-CN"/>
        </w:rPr>
        <w:t xml:space="preserve">    我的梦想演讲致辞 篇8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今天我演讲的题目是《超越自我，放飞梦想》!</w:t>
      </w:r>
      <w:r>
        <w:rPr>
          <w:lang w:eastAsia="zh-CN"/>
        </w:rPr>
        <w:br/>
      </w:r>
      <w:r>
        <w:rPr>
          <w:lang w:eastAsia="zh-CN"/>
        </w:rPr>
        <w:t>　　我们都曾有过梦想，有过美好的梦想。梦想是天上的星星，又是我们生命的航标。梦想是理想的翅膀，是待起航的航船。拥有梦想，才会拥有未来。任何一个天才，都曾经有过梦想。</w:t>
      </w:r>
      <w:r>
        <w:rPr>
          <w:lang w:eastAsia="zh-CN"/>
        </w:rPr>
        <w:br/>
      </w:r>
      <w:r>
        <w:rPr>
          <w:lang w:eastAsia="zh-CN"/>
        </w:rPr>
        <w:t>　　梦想，似乎深不可测，但却近在咫尺。我们现在所想做的，就是超越自我，去追逐心中的梦想。初生牛犊不怕虎。我们正当年轻，没有挫折的失意，世界的一切对我们来讲都是充满机遇的，我们不甘平凡，就必定会发出不同凡想的声音，走出别人没有走过的路，超越自我，激情迸发。我们没有经验与教训，但是我们并不缺乏青春的冲动与热血激情。</w:t>
      </w:r>
      <w:r>
        <w:rPr>
          <w:lang w:eastAsia="zh-CN"/>
        </w:rPr>
        <w:br/>
      </w:r>
      <w:r>
        <w:rPr>
          <w:lang w:eastAsia="zh-CN"/>
        </w:rPr>
        <w:t>　　海阔凭鱼跃，天高任鸟飞。每个人都怀揣着一个属于自己的梦想。然而，什么是梦?什么又是梦想?梦是期待，而梦想是坚强。是你把飘渺的梦坚持作为自己理想的勇气和执著，是你对自己负责的最高境界。但扪心自问，我们有多少人能够成就自己心中最初的梦想?</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我们的梦想，是一个简单的信念，是一份对自己未来与生命的责任。也许，是二十岁的豪情壮志;也许，是青春期的迷茫与冲动;也许只是一份平淡的渴望，渴望掌声，渴望成功。无数的“可能”，无数的“希望”，因为我们的青春岁月充满奇迹，我们心中大大小小的梦，在生活的每一个角落里芬芳弥漫。</w:t>
      </w:r>
      <w:r>
        <w:rPr>
          <w:lang w:eastAsia="zh-CN"/>
        </w:rPr>
        <w:br/>
      </w:r>
      <w:r>
        <w:rPr>
          <w:lang w:eastAsia="zh-CN"/>
        </w:rPr>
        <w:t>　　亲爱的朋友们，回眸自己的一路成长，还记得每一个梦想带来的悸动，在生命中留下了怎样的足迹?</w:t>
      </w:r>
      <w:r>
        <w:rPr>
          <w:lang w:eastAsia="zh-CN"/>
        </w:rPr>
        <w:br/>
      </w:r>
      <w:r>
        <w:rPr>
          <w:lang w:eastAsia="zh-CN"/>
        </w:rPr>
        <w:t>　　为了修身养性，母亲让我6岁开始学习书法;因为还没断奶就会说话，母亲又断定了我有语言天赋，从小安排大量的语言训练;又因为母亲年轻时的“作家梦”，我从8岁开始接受正规的写作辅导。就像一块机械的海绵，疯狂的吸收那些陌生的课业知识，外语课、电脑课、家政财经课。凡是母亲认为应该要学的，那就是我的义务。</w:t>
      </w:r>
      <w:r>
        <w:rPr>
          <w:lang w:eastAsia="zh-CN"/>
        </w:rPr>
        <w:br/>
      </w:r>
      <w:r>
        <w:rPr>
          <w:lang w:eastAsia="zh-CN"/>
        </w:rPr>
        <w:t>　　是的，我的梦想。一份从一而终的守望。给我的学生希望，给我的读者温暖，给我的爱人幸福。是的，我的梦想。从第一次站上讲台开始迷恋这个地方，从第一次发表文章开始憧憬文字世界，从决定留在这里开始，坚守心底的渴望。</w:t>
      </w:r>
      <w:r>
        <w:rPr>
          <w:lang w:eastAsia="zh-CN"/>
        </w:rPr>
        <w:br/>
      </w:r>
      <w:r>
        <w:rPr>
          <w:lang w:eastAsia="zh-CN"/>
        </w:rPr>
        <w:t>　　“落红不是无情物，化作春泥更护花”。选择坚持，选择珍惜，选择成就生命的激情，勇敢的成就心中最初的梦想</w:t>
      </w:r>
      <w:r>
        <w:rPr>
          <w:lang w:eastAsia="zh-CN"/>
        </w:rPr>
        <w:br/>
      </w:r>
      <w:r>
        <w:rPr>
          <w:lang w:eastAsia="zh-CN"/>
        </w:rPr>
        <w:t>　　无论是你，是他，还是我，当我们走进这个纷繁的世界时，心中都藏着一个美好的梦想。为了这个梦想，我们立下坚定的信念，我们有着不屈的意志和不懈的努力。</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当我们走上自己的梦想之路时，我们发现自己的梦想之路又是那么的艰难，那么的遥远。在广袤的市场上我们能感受到施展才华的宽广舞台，然而，异乡的举目无亲，让我们茫然而不知所措;初来乍到的无知，让我们深深的感受着这个社会舞台的多姿与无奈;开发市场的艰辛，也让我们真正感受到了什么才是销售。</w:t>
      </w:r>
      <w:r>
        <w:rPr>
          <w:lang w:eastAsia="zh-CN"/>
        </w:rPr>
        <w:br/>
      </w:r>
      <w:r>
        <w:rPr>
          <w:lang w:eastAsia="zh-CN"/>
        </w:rPr>
        <w:t>　　所有的一切，就是因为我们拥有着梦想，有着不屈的意志，有着坚定的信念!我们绝不会放弃，更不会抛弃，因为我们心中有梦，有着自己一个美好的梦，而这个梦是需要坚韧和不懈的努力。</w:t>
      </w:r>
      <w:r>
        <w:rPr>
          <w:lang w:eastAsia="zh-CN"/>
        </w:rPr>
        <w:br/>
      </w:r>
      <w:r>
        <w:rPr>
          <w:lang w:eastAsia="zh-CN"/>
        </w:rPr>
        <w:t>　　我们为我们的梦想已经开始上路，已经走在路上，在这个路上将有更多的沟壑与荆棘在等待着我们，也有着更大的收获在等着我们。</w:t>
      </w:r>
      <w:r>
        <w:rPr>
          <w:lang w:eastAsia="zh-CN"/>
        </w:rPr>
        <w:br/>
      </w:r>
      <w:r>
        <w:rPr>
          <w:lang w:eastAsia="zh-CN"/>
        </w:rPr>
        <w:t>　　放飞你的梦想，让我们用坚定的信心，满腹的豪情，永不退缩的信念，去迎接挑战!</w:t>
      </w:r>
      <w:r>
        <w:rPr>
          <w:lang w:eastAsia="zh-CN"/>
        </w:rPr>
        <w:br/>
      </w:r>
      <w:r>
        <w:rPr>
          <w:lang w:eastAsia="zh-CN"/>
        </w:rPr>
        <w:t>　　谢谢大家!</w:t>
      </w:r>
      <w:r>
        <w:rPr>
          <w:lang w:eastAsia="zh-CN"/>
        </w:rPr>
        <w:br/>
      </w:r>
      <w:r>
        <w:rPr>
          <w:lang w:eastAsia="zh-CN"/>
        </w:rPr>
        <w:t xml:space="preserve">    我的梦想演讲致辞 篇9 </w:t>
      </w:r>
      <w:r>
        <w:rPr>
          <w:lang w:eastAsia="zh-CN"/>
        </w:rPr>
        <w:br/>
      </w:r>
      <w:r>
        <w:rPr>
          <w:lang w:eastAsia="zh-CN"/>
        </w:rPr>
        <w:t>　　每个人都有自己的梦想，有的人的梦想比天高比海阔，而我的梦想却是那么的小。我的梦想是能当一回光荣的升旗手。</w:t>
      </w:r>
      <w:r>
        <w:rPr>
          <w:lang w:eastAsia="zh-CN"/>
        </w:rPr>
        <w:br/>
      </w:r>
      <w:r>
        <w:rPr>
          <w:lang w:eastAsia="zh-CN"/>
        </w:rPr>
        <w:t>　　我的梦想来源于一件小事。记得七岁那年，我刚刚成为一名小学生，在开学典礼上，学校举行了隆重的升旗仪式。仪式上，鲜艳的五星红旗伴着国歌声缓缓升起，我情不自禁地学着所有的少先队员，将手高高地举过头顶，向国旗敬了第一个庄严的队礼。顿时，我的内心仿佛领悟到某种强大的民族精神。最令我心醉神迷的是升旗手，你瞧，他那一尘不染的礼服，纯洁的白手套，缓慢而庄重的动作，是多么的神圣!当时，一个要当升旗手的想法像泉水般涌上心头。于是，我每天都盼望自己早点长大，盼望自己能够成为一名少先队员，盼望这一时刻早日到来。</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为了实现我的梦，我一直努力地表现自己。“功夫不负有心人”，四年后，我终于实现了我梦寐以求的梦想。那天，我整装待发，手捧沉甸甸的国旗，精神饱满地走上了升旗台。国歌响起，五星红旗随风飘扬，在阳光的照射下显得格外艳丽。我出色地完成了升旗任务，心情是无比的激动，无比的自豪。</w:t>
      </w:r>
      <w:r>
        <w:rPr>
          <w:lang w:eastAsia="zh-CN"/>
        </w:rPr>
        <w:br/>
      </w:r>
      <w:r>
        <w:rPr>
          <w:lang w:eastAsia="zh-CN"/>
        </w:rPr>
        <w:t>　　人的一生有许多的梦想，正是这一个个梦想才成就了人的一生，我喜欢追梦的感觉。只有我们实现了个人的小梦，才能实现伟大的中国梦。愿中国梦梦想成真!</w:t>
      </w:r>
      <w:r>
        <w:rPr>
          <w:lang w:eastAsia="zh-CN"/>
        </w:rPr>
        <w:br/>
      </w:r>
      <w:r>
        <w:rPr>
          <w:lang w:eastAsia="zh-CN"/>
        </w:rPr>
        <w:t xml:space="preserve">    我的梦想演讲致辞 篇10 </w:t>
      </w:r>
      <w:r>
        <w:rPr>
          <w:lang w:eastAsia="zh-CN"/>
        </w:rPr>
        <w:br/>
      </w:r>
      <w:r>
        <w:rPr>
          <w:lang w:eastAsia="zh-CN"/>
        </w:rPr>
        <w:t>　　说到梦想，相信大家都很熟悉。曾经我向自己的内心寻问：我的梦想是什么呢？给我的答案有很多。我的梦想不是那种伟大的梦想，例如为世界和平作贡献、为国家社会做贡献，等等。我的梦想很小。</w:t>
      </w:r>
      <w:r>
        <w:rPr>
          <w:lang w:eastAsia="zh-CN"/>
        </w:rPr>
        <w:br/>
      </w:r>
      <w:r>
        <w:rPr>
          <w:lang w:eastAsia="zh-CN"/>
        </w:rPr>
        <w:t>　　5岁时，我的梦想是长大后成为一名小吃摊贩。听起来是不是有些好笑啊？但那时的我就是如此单纯。每次经过各种小摊，我就会在那停留一会儿，看着那些吃的不停地吞口水。我想我若是那老板，我就天天给自己做好吃的。</w:t>
      </w:r>
      <w:r>
        <w:rPr>
          <w:lang w:eastAsia="zh-CN"/>
        </w:rPr>
        <w:br/>
      </w:r>
      <w:r>
        <w:rPr>
          <w:lang w:eastAsia="zh-CN"/>
        </w:rPr>
        <w:t>　　12岁时，我的梦想是成为一名医生。这个梦想缘于我的姑父。我的姑父患有严重的肺癌，医院给他做过多次手术，他的肺部被切得只剩一点点，他只能靠呼吸机活命。那时我跟着我妈去医院看他时，他瘦骨嶙峋，显得十分痛苦，我很心疼。在那时我便想成为一名医生，将姑父治好，将那些患有不治之症的人治好。</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19岁的现在，我的梦想是把握当下每一分每一秒。或许有人会说，这算什么梦想啊。但是，我却是十分认真的。生命是宝贵的，生命中的每分每秒都值得珍惜。未来是不可预知的，过去已经不可挽回，我们能把握的只有当下。珍惜身边的一切，努力过好当下每分每秒，不教当下的时光成为回忆里的遗憾和后悔。</w:t>
      </w:r>
      <w:r>
        <w:rPr>
          <w:lang w:eastAsia="zh-CN"/>
        </w:rPr>
        <w:br/>
      </w:r>
      <w:r>
        <w:rPr>
          <w:lang w:eastAsia="zh-CN"/>
        </w:rPr>
        <w:t>　　梦想是人生路上的路灯，照亮你前行的路，不让你在黑暗里迷失了方向。若是现在还有人为梦想而迷茫的，请早日找到梦想，找到方向，不要再彷徨了，人生之船早已启航！</w:t>
      </w:r>
      <w:r>
        <w:rPr>
          <w:lang w:eastAsia="zh-CN"/>
        </w:rPr>
        <w:br/>
      </w:r>
      <w:r>
        <w:rPr>
          <w:lang w:eastAsia="zh-CN"/>
        </w:rPr>
        <w:t>　　谢谢大家，我的演讲完毕。</w:t>
      </w:r>
      <w:r>
        <w:rPr>
          <w:lang w:eastAsia="zh-CN"/>
        </w:rPr>
        <w:br/>
      </w:r>
      <w:r>
        <w:rPr>
          <w:lang w:eastAsia="zh-CN"/>
        </w:rPr>
        <w:t xml:space="preserve">    我的梦想演讲致辞 篇11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“望远处地平线上旭日东升，看近处荷塘中央蜻蜓点水”人生如旭日般蓬勃向上，还是如蜻蜓般点水生姿，物美无从知晓。可人生一定要有梦想，有追求，否则我们将迷失前进的方向。</w:t>
      </w:r>
      <w:r>
        <w:rPr>
          <w:lang w:eastAsia="zh-CN"/>
        </w:rPr>
        <w:br/>
      </w:r>
      <w:r>
        <w:rPr>
          <w:lang w:eastAsia="zh-CN"/>
        </w:rPr>
        <w:t>　　有人说梦想是空想，是幻想，可我觉得梦想是敢想敢做，敢想敢拼，敢想敢闯。可能我们不是那么天赋异禀，也不是那么能力超群。但是只要我们有梦想，并且愿意为之付出坚持不懈的努力，那么再大的困难也阻挡补了我们成功的脚步。</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的心底一直以来就有一个梦想，就是拥有一个有价值的人生。也许有人认为这太宽泛了吧。但其实不然，一个人是否发挥出了自己的人生价值决定了他的人生轨迹是正是偏。如果每个人都将自己的人生价值发挥的淋漓尽致，那和平，繁荣的世界还远吗？</w:t>
      </w:r>
      <w:r>
        <w:rPr>
          <w:lang w:eastAsia="zh-CN"/>
        </w:rPr>
        <w:br/>
      </w:r>
      <w:r>
        <w:rPr>
          <w:lang w:eastAsia="zh-CN"/>
        </w:rPr>
        <w:t>　　我很喜欢奥斯特洛夫斯基说的这几句话，人最宝贵的是生命，人的一生应该这么度过：回忆往事，他不会因虚度年华而悔恨，也不会因为卑鄙庸俗而羞愧；临终之际，他能够说：“我的整个生命和全部精力，都献给了世界上最壮丽的事业——-为解放全人类而斗争。”</w:t>
      </w:r>
      <w:r>
        <w:rPr>
          <w:lang w:eastAsia="zh-CN"/>
        </w:rPr>
        <w:br/>
      </w:r>
      <w:r>
        <w:rPr>
          <w:lang w:eastAsia="zh-CN"/>
        </w:rPr>
        <w:t>　　这段话激励了无数有志青年区实现自己的人生价值，同样也给了我昂扬向上的力量。做一个有价值的人，无论是辛辛苦苦的环卫工人，还是兢兢业业的人民公仆；无论是身在寒风刺骨北方哨所的解放军，还是在繁忙有序办公室中的人民教师，都在用自己的心血和精力，为了祖国的发展和建设，奉献自己的人生价值。而我们，朝气蓬勃的新时代中学生，肩负着祖国的未来，我们要满装知识的背囊，一步一个脚印，坚定的向着远方走去。</w:t>
      </w:r>
      <w:r>
        <w:rPr>
          <w:lang w:eastAsia="zh-CN"/>
        </w:rPr>
        <w:br/>
      </w:r>
      <w:r>
        <w:rPr>
          <w:lang w:eastAsia="zh-CN"/>
        </w:rPr>
        <w:t>　　风，无孔不入，所以它轻盈；水不断流动，因为它明澈；火，添薪加柴，所以它生生不熄。愿我们的心，如风，似水，像火，能够能够做到包容真诚热情地面对一切。</w:t>
      </w:r>
      <w:r>
        <w:rPr>
          <w:lang w:eastAsia="zh-CN"/>
        </w:rPr>
        <w:br/>
      </w:r>
      <w:r>
        <w:rPr>
          <w:lang w:eastAsia="zh-CN"/>
        </w:rPr>
        <w:t>　　鸟儿因为有了梦想，能在天空和白云之间翱翔；鱼儿因为有了梦想，能在大海更深处漫游。梦想会催我前进，也许在实现梦想的道路中，会遇到无数的挫折和困难，但没关系，跌倒了自己爬起来，为自己的梦想而前进，直到实现。</w:t>
      </w:r>
      <w:r>
        <w:rPr>
          <w:lang w:eastAsia="zh-CN"/>
        </w:rPr>
        <w:br/>
      </w:r>
      <w:r>
        <w:rPr>
          <w:lang w:eastAsia="zh-CN"/>
        </w:rPr>
        <w:t>　　谢谢大家！</w:t>
      </w:r>
      <w:r>
        <w:rPr>
          <w:lang w:eastAsia="zh-CN"/>
        </w:rPr>
        <w:br/>
      </w:r>
      <w:r>
        <w:rPr>
          <w:lang w:eastAsia="zh-CN"/>
        </w:rPr>
        <w:t xml:space="preserve">    我的梦想演讲致辞 篇12 </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尊敬的老师，亲爱的同学：</w:t>
      </w:r>
      <w:r>
        <w:rPr>
          <w:lang w:eastAsia="zh-CN"/>
        </w:rPr>
        <w:br/>
      </w:r>
      <w:r>
        <w:rPr>
          <w:lang w:eastAsia="zh-CN"/>
        </w:rPr>
        <w:t>　　大家好！</w:t>
      </w:r>
      <w:r>
        <w:rPr>
          <w:lang w:eastAsia="zh-CN"/>
        </w:rPr>
        <w:br/>
      </w:r>
      <w:r>
        <w:rPr>
          <w:lang w:eastAsia="zh-CN"/>
        </w:rPr>
        <w:t>　　有志者，事竟成。谈到理想我相信许多同学都立下宏大的志愿：有做经理的，有做商人的，有做环保卫士的……然而，我的理想——做一名教师。</w:t>
      </w:r>
      <w:r>
        <w:rPr>
          <w:lang w:eastAsia="zh-CN"/>
        </w:rPr>
        <w:br/>
      </w:r>
      <w:r>
        <w:rPr>
          <w:lang w:eastAsia="zh-CN"/>
        </w:rPr>
        <w:t>　　列夫、托尔斯泰说：理想是指路的明灯。没有理想，就没有坚定的方向，没有方向，就没有生活。的确，远大的理想是黑暗中的明灯，它，会成为你开启成功之门的钥匙。如果没有理想，就没有动力。水，不会激石则鸣，人，不会激志则宏。</w:t>
      </w:r>
      <w:r>
        <w:rPr>
          <w:lang w:eastAsia="zh-CN"/>
        </w:rPr>
        <w:br/>
      </w:r>
      <w:r>
        <w:rPr>
          <w:lang w:eastAsia="zh-CN"/>
        </w:rPr>
        <w:t>　　记得我在一本书上看到过一个故事：一个国王要给最有贡献的人颁奖。首先，上来了个医生，他说，他在疾病流行期间，曾救过9999个病人。国王摇了摇头。然后，上来了一位诗人，他说，他的诗和李白、杜甫不分上下。国王依然摇了摇头。之后，许多人都陆续登上台，可没有一人获奖，沮丧地离开。突然，一位年过六旬的老人拉着一位小孩，并拿着一本厚厚的课本走上台她亲切地对国王说：“祖国和春天，到处都是花红柳绿，累累的果实需要园丁去培养。”国王顿时笑逐颜开，他激动地说：“你是最有贡献的人！”之后，献上花环，自己亲自给她颁发奖牌。</w:t>
      </w:r>
      <w:r>
        <w:rPr>
          <w:lang w:eastAsia="zh-CN"/>
        </w:rPr>
        <w:br/>
      </w:r>
      <w:r>
        <w:rPr>
          <w:lang w:eastAsia="zh-CN"/>
        </w:rPr>
        <w:t>　　从此，我对教师有了深刻的理解。此时，又激起了我宏大的志愿，崇高的理想。</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教师是一种伟大而神圣的职业，是塑造人类灵魂的工程师。是啊！罗国杰也曾称赞过教师，他说：教师好比一支蜡烛，不断地燃烧、消耗着自己，照亮着别人前进的道路；又像一根粉笔，散播着智慧的种子，把知识传授给别人，而渐渐磨损着自己；又像一只梯子，让人踩着自己的肩膀攀上高峰，去采摘胜利的果实。的确，生活中，那个伟人又能离开老师的帮忙呢？</w:t>
      </w:r>
      <w:r>
        <w:rPr>
          <w:lang w:eastAsia="zh-CN"/>
        </w:rPr>
        <w:br/>
      </w:r>
      <w:r>
        <w:rPr>
          <w:lang w:eastAsia="zh-CN"/>
        </w:rPr>
        <w:t>　　我想，有了理想，就有了生活的目标，才不至于虚度光阴。但是，有理想而不奋斗，也是徒劳。正如一句话“理想，不付诸行动，是虚无飘渺的露。”我要为理想而学习，在通往理想的航程中，我要不断努力奋进！</w:t>
      </w:r>
      <w:r>
        <w:rPr>
          <w:lang w:eastAsia="zh-CN"/>
        </w:rPr>
        <w:br/>
      </w:r>
      <w:r>
        <w:rPr>
          <w:lang w:eastAsia="zh-CN"/>
        </w:rPr>
        <w:t>　　我的演讲讲完了，谢谢大家！</w:t>
      </w:r>
      <w:r>
        <w:rPr>
          <w:lang w:eastAsia="zh-CN"/>
        </w:rPr>
        <w:br/>
      </w:r>
      <w:r>
        <w:rPr>
          <w:lang w:eastAsia="zh-CN"/>
        </w:rPr>
        <w:t xml:space="preserve">    我的梦想演讲致辞 篇13 </w:t>
      </w:r>
      <w:r>
        <w:rPr>
          <w:lang w:eastAsia="zh-CN"/>
        </w:rPr>
        <w:br/>
      </w:r>
      <w:r>
        <w:rPr>
          <w:lang w:eastAsia="zh-CN"/>
        </w:rPr>
        <w:t>　　敬爱的老师、亲爱的同学们：</w:t>
      </w:r>
      <w:r>
        <w:rPr>
          <w:lang w:eastAsia="zh-CN"/>
        </w:rPr>
        <w:br/>
      </w:r>
      <w:r>
        <w:rPr>
          <w:lang w:eastAsia="zh-CN"/>
        </w:rPr>
        <w:t>　　大家好！</w:t>
      </w:r>
      <w:r>
        <w:rPr>
          <w:lang w:eastAsia="zh-CN"/>
        </w:rPr>
        <w:br/>
      </w:r>
      <w:r>
        <w:rPr>
          <w:lang w:eastAsia="zh-CN"/>
        </w:rPr>
        <w:t>　　每一个人都有不同的梦想，有的想当一个举世闻名的天文学家；有的想当一个画家；有的想当一个作家……而我的梦想则是当一名科学家。</w:t>
      </w:r>
      <w:r>
        <w:rPr>
          <w:lang w:eastAsia="zh-CN"/>
        </w:rPr>
        <w:br/>
      </w:r>
      <w:r>
        <w:rPr>
          <w:lang w:eastAsia="zh-CN"/>
        </w:rPr>
        <w:t>　　我看过许多科学家为了研究学术而不惜一切的故事，为此我深受影响，励志要当一名科学家。我要向爱迪生学习，学习他的坚持不懈的品质，废寝忘食的。我还要向居里夫人学习，学习她的为了发现宁可牺牲自我的高尚情操。</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若我当上科学家，我一定会创造许多实用的发明，为祖国创造更美好辉煌的未来，让人们过上更便捷舒适的生活。如果我成名了，我也不会因为利益而熏心，会始终不忘初心，继续努力下去，为祖国继续奋斗下去。居里夫人长期在放射性物质的工作室工作发现了镭，可为此自己的身体也受到了残害。这样为了科学献身的事例，还有很多，我要向那些先辈们学习，学习他们的勇敢，学习他们的坚持，学习他们不怕牺牲舍小我为大我的。我也读过许多关于科学的书籍，我坚信有一天我一定可以造福人类，创造未来。</w:t>
      </w:r>
      <w:r>
        <w:rPr>
          <w:lang w:eastAsia="zh-CN"/>
        </w:rPr>
        <w:br/>
      </w:r>
      <w:r>
        <w:rPr>
          <w:lang w:eastAsia="zh-CN"/>
        </w:rPr>
        <w:t>　　梦想是一双翅膀载着我们飞向蓝天，创造未来，遨游在知识的海洋中探索无尽的奥秘，就让我们一起飞向未来吧！</w:t>
      </w:r>
      <w:r>
        <w:rPr>
          <w:lang w:eastAsia="zh-CN"/>
        </w:rPr>
        <w:br/>
      </w:r>
      <w:r>
        <w:rPr>
          <w:lang w:eastAsia="zh-CN"/>
        </w:rPr>
        <w:t xml:space="preserve">    我的梦想演讲致辞 篇14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梦想就是理想，理想就是渴望。我认为，梦想是人们心中最纯洁，最美丽，最可爱最值得欣赏的东西。这么想来，我的梦想也是拥有无限价值的，那么我的任务，就是好好地追逐，好好地实现我心中最纯洁的那一份东西。</w:t>
      </w:r>
      <w:r>
        <w:rPr>
          <w:lang w:eastAsia="zh-CN"/>
        </w:rPr>
        <w:br/>
      </w:r>
      <w:r>
        <w:rPr>
          <w:lang w:eastAsia="zh-CN"/>
        </w:rPr>
        <w:t>　　我的梦想就是可以协助其他人，让他们快乐。这个梦想可真是渺小啊，和其他人的警察，医生呢一比，简直就只是一粒淹没在沙漠中的小沙子。但是我愿意当这个“志愿者”。俗话说得好：帮助别人，快乐自己。终究，经过我的不懈努力，我的沙子会慢慢汇聚起来，会成为一片比撒哈拉沙漠还大的沙漠。</w:t>
      </w:r>
      <w:r>
        <w:rPr>
          <w:lang w:eastAsia="zh-CN"/>
        </w:rPr>
        <w:br/>
      </w:r>
      <w:r>
        <w:rPr>
          <w:lang w:eastAsia="zh-CN"/>
        </w:rPr>
        <w:t>　　梦想之路，就是从小学一年级开始的。</w:t>
      </w:r>
      <w:r>
        <w:rPr>
          <w:lang w:eastAsia="zh-CN"/>
        </w:rPr>
        <w:br/>
      </w:r>
      <w:r>
        <w:rPr>
          <w:lang w:eastAsia="zh-CN"/>
        </w:rPr>
        <w:t>　　当在小学的时候，我的成绩在班级里还算不错，从那开始，我的梦想的钟声就敲响了。</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开始帮助那些在班级里是“学习困难户”的同学，直到教会他们为止，但结果总不那么差强人意。我的耐心渐渐被一个又一个的排斥一点又一点。但每次回到家后，善解人意的母亲总会一点一点地帮我思绪，我也逐渐在母爱的关怀下燃起斗志。</w:t>
      </w:r>
      <w:r>
        <w:rPr>
          <w:lang w:eastAsia="zh-CN"/>
        </w:rPr>
        <w:br/>
      </w:r>
      <w:r>
        <w:rPr>
          <w:lang w:eastAsia="zh-CN"/>
        </w:rPr>
        <w:t>　　就这样，日复一日，我的难题解说总算是能够随心所欲了。</w:t>
      </w:r>
      <w:r>
        <w:rPr>
          <w:lang w:eastAsia="zh-CN"/>
        </w:rPr>
        <w:br/>
      </w:r>
      <w:r>
        <w:rPr>
          <w:lang w:eastAsia="zh-CN"/>
        </w:rPr>
        <w:t>　　这还仅仅是我计划中的第一步，接下来，我要继续为别人带去欢乐。</w:t>
      </w:r>
      <w:r>
        <w:rPr>
          <w:lang w:eastAsia="zh-CN"/>
        </w:rPr>
        <w:br/>
      </w:r>
      <w:r>
        <w:rPr>
          <w:lang w:eastAsia="zh-CN"/>
        </w:rPr>
        <w:t>　　一次，在班级晚会上，我积极出动，表演了一个非常搞笑的小品，让同学们都笑开了花儿。我很高兴，大家都说我可以去当谐星了，但我更想做我自己，带去欢乐。</w:t>
      </w:r>
      <w:r>
        <w:rPr>
          <w:lang w:eastAsia="zh-CN"/>
        </w:rPr>
        <w:br/>
      </w:r>
      <w:r>
        <w:rPr>
          <w:lang w:eastAsia="zh-CN"/>
        </w:rPr>
        <w:t>　　梦想固然是这样，让人努力地去追求，不管它是大是小。我的梦想就是这么小，小的不起眼，但却让我满腔热血，一直去追求一直让我渴望去实现，也许梦想就是如此。</w:t>
      </w:r>
      <w:r>
        <w:rPr>
          <w:lang w:eastAsia="zh-CN"/>
        </w:rPr>
        <w:br/>
      </w:r>
      <w:r>
        <w:rPr>
          <w:lang w:eastAsia="zh-CN"/>
        </w:rPr>
        <w:t>　　热衷于追求梦想的我，在追梦路上尽管遇到了不少的坎坷，但只要积极去应对，有什么不能化解的呢？</w:t>
      </w:r>
      <w:r>
        <w:rPr>
          <w:lang w:eastAsia="zh-CN"/>
        </w:rPr>
        <w:br/>
      </w:r>
      <w:r>
        <w:rPr>
          <w:lang w:eastAsia="zh-CN"/>
        </w:rPr>
        <w:t>　　让我们歌颂何其芳的诗句：对于生活我又充满了理想，充满了渴望。抱着这种心态迎接未来，成功或许在向你招手。</w:t>
      </w:r>
      <w:r>
        <w:rPr>
          <w:lang w:eastAsia="zh-CN"/>
        </w:rPr>
        <w:br/>
      </w:r>
      <w:r>
        <w:rPr>
          <w:lang w:eastAsia="zh-CN"/>
        </w:rPr>
        <w:t xml:space="preserve">    我的梦想演讲致辞 篇15 </w:t>
      </w:r>
      <w:r>
        <w:rPr>
          <w:lang w:eastAsia="zh-CN"/>
        </w:rPr>
        <w:br/>
      </w:r>
      <w:r>
        <w:rPr>
          <w:lang w:eastAsia="zh-CN"/>
        </w:rPr>
        <w:t>　　亲爱的老师、同学们：</w:t>
      </w:r>
      <w:r>
        <w:rPr>
          <w:lang w:eastAsia="zh-CN"/>
        </w:rPr>
        <w:br/>
      </w:r>
      <w:r>
        <w:rPr>
          <w:lang w:eastAsia="zh-CN"/>
        </w:rPr>
        <w:t>　　大家好！</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有一位哲人说过：“梦里走了许多路，醒来还是在床上。”它形象地告诉我们一个道理：人不能躺在幻想中生活。人不仅要有理想，还要大胆幻想，但更要努力去做，在幻想中躺着等待新的开始，这样不仅离理想遥遥无期，甚至连已经拥有的也会失去。同学们，你们是否也正在幻想中彷徨呢？所以今天我要演讲的主题就是我的理想。</w:t>
      </w:r>
      <w:r>
        <w:rPr>
          <w:lang w:eastAsia="zh-CN"/>
        </w:rPr>
        <w:br/>
      </w:r>
      <w:r>
        <w:rPr>
          <w:lang w:eastAsia="zh-CN"/>
        </w:rPr>
        <w:t>　　理想，是夏天的第一束灼阳；理想，是冬天里的第一片雪花。雄鹰的理想是飞上更高的蓝天，海燕的理想是穿越茫茫的海面。那么理想究竟是什么呢？其实没有理想才是最可怕的一件事，就如同汽车没有汽油，火箭没有燃料，植物不再吸收阳光。所以说理想是其实是一种强大的能量，它会是你前进的动力，当你遇到挫折，想到自己的理想就会突然满身都是能量。</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有人的理想是做一名工程师，还有人的理想是做个闪闪发亮的明星。我的理想是什么呢，其实我自己也不清楚。如同我先前所铺垫的那样，我知道没有梦想这个事实十分可怕，也很可悲。但我很庆幸自己发现了这一点并希望去为之改变。正因如此，我也很清楚地知道自己该做什么，不该做什么。对于对未来感到模糊、并无清晰憧憬，我所要做的是清醒地去关注自己所做的点点滴滴，在完成应做的任务同时，抓住各种机会发掘自己内心深处所持有的热情和自身未展现出的潜能，而非心不在焉地混日子。我没有一个深刻在心的理想来作为标杆向之前进。但我有一个真心坚信的念头去努力为之拼搏，那就是寻找我的梦想！因此对于现在的我而言，寻找梦想，就是我的理想吧！我相信这一趟寻觅的旅程，将会让我在不断的尝试和充实之中，发现能让自己真正愿意付诸努力、让自己乐在其中的事情。</w:t>
      </w:r>
      <w:r>
        <w:rPr>
          <w:lang w:eastAsia="zh-CN"/>
        </w:rPr>
        <w:br/>
      </w:r>
      <w:r>
        <w:rPr>
          <w:lang w:eastAsia="zh-CN"/>
        </w:rPr>
        <w:t>　　谢谢大家！</w:t>
      </w:r>
      <w:r>
        <w:rPr>
          <w:lang w:eastAsia="zh-CN"/>
        </w:rPr>
        <w:br/>
      </w:r>
      <w:r>
        <w:rPr>
          <w:lang w:eastAsia="zh-CN"/>
        </w:rPr>
        <w:t xml:space="preserve">    我的梦想演讲致辞 篇16 </w:t>
      </w:r>
      <w:r>
        <w:rPr>
          <w:lang w:eastAsia="zh-CN"/>
        </w:rPr>
        <w:br/>
      </w:r>
      <w:r>
        <w:rPr>
          <w:lang w:eastAsia="zh-CN"/>
        </w:rPr>
        <w:t>　　各位评委，各位老师，各位同学，</w:t>
      </w:r>
      <w:r>
        <w:rPr>
          <w:lang w:eastAsia="zh-CN"/>
        </w:rPr>
        <w:br/>
      </w:r>
      <w:r>
        <w:rPr>
          <w:lang w:eastAsia="zh-CN"/>
        </w:rPr>
        <w:t>　　大家好!</w:t>
      </w:r>
      <w:r>
        <w:rPr>
          <w:lang w:eastAsia="zh-CN"/>
        </w:rPr>
        <w:br/>
      </w:r>
      <w:r>
        <w:rPr>
          <w:lang w:eastAsia="zh-CN"/>
        </w:rPr>
        <w:t>　　我是来自__系__专业的___，首先，请容许我感谢在座的老师，同学对我的信任和支持，感谢你们给我这个参加锻炼的机会。我演讲的题目是——我们的梦想，我们实现</w:t>
      </w:r>
      <w:r>
        <w:rPr>
          <w:lang w:eastAsia="zh-CN"/>
        </w:rPr>
        <w:br/>
      </w:r>
      <w:r>
        <w:rPr>
          <w:lang w:eastAsia="zh-CN"/>
        </w:rPr>
        <w:t>　　开场白：不知道大家有没有听说过这样的一句话：一个人有没有没有钱不一定，但一个人没有了梦想，这个人穷定了!可能有人会说：“梦想有那么重要吗”是的，就是那庅重要，人没有了梦想就好像没有了眼睛一样，没有了眼睛我们会摸不清方向，没有了眼睛我们的前方将会一片黑暗。</w:t>
      </w:r>
      <w:r>
        <w:rPr>
          <w:lang w:eastAsia="zh-CN"/>
        </w:rPr>
        <w:br/>
      </w:r>
    </w:p>
    <w:p w:rsidR="001B1F19" w14:textId="27C3F48A">
      <w:pPr>
        <w:rPr>
          <w:lang w:eastAsia="zh-CN"/>
        </w:rPr>
      </w:pPr>
      <w:r>
        <w:rPr>
          <w:lang w:eastAsia="zh-CN"/>
        </w:rPr>
        <w:t>　　在唐朝贞观年间有匹马被一个和尚选上了，要到西天去取经。这匹马临走之前就跟它的好朋友驴子道别。平时驴子都在磨坊里面磨麦子。它们找了个咖啡厅坐下来，不知道说些什么。道别完之后就走了。一走呢走了十七年。十七年之后这匹马就驮着满满的佛经回到了长安城。它们受到了英雄般的欢迎。这匹马就回到它当年的好朋友驴子的磨坊里面。发现驴子还在。它们两个就一起诉说十七年的分别之情。这匹马就跟这头驴子讲它这十七年的所见所闻。见了非常浩瀚的沙漠、一望无边的大海。去到一条河木头是浮不起来的叫黑水河、去到一个地方只有女人的，没有男人的叫女儿国。去到个地方鸡蛋放到石头里能够煮的熟的叫火焰山。</w:t>
      </w:r>
      <w:r>
        <w:rPr>
          <w:lang w:eastAsia="zh-CN"/>
        </w:rPr>
        <w:br/>
      </w:r>
      <w:r>
        <w:rPr>
          <w:lang w:eastAsia="zh-CN"/>
        </w:rPr>
        <w:t>　　讲了很多很多。这头驴子听完流着口水说：你的经历可真丰富呀!我连想说：是呀!都不敢想!这匹马就接着讲：我走的这十七年你是不是还在磨麦子呀?这头驴子这匹马就问它那你每天磨多少个小时呀?这头驴子说八小时。是不是还在磨呀?这匹马说：“我和唐大师当年，平均每天也走八小时，这十七年我走的路程和你走的路程是差不多的。可是关键在于我们当年我们朝着一个非常遥远的目标，可是我们方向明确，今天就终成正果。”有很多人，你也出来拼20年，他也出来拼20年，为什么成绩会不一样，因为曾经何时，有一批人怀着梦想，目标明确、方面明确，虽然很遥远，可是朝着心目中的目标去走。有很多人还在园地里面磨呀磨，当今后我们跟他讲什么叫生活方式的时候，他们就会双只眼睛瞪着你，流着口水，跟你说：“你的经验可真丰富呀，我们连想都不敢想想呀。”</w:t>
      </w:r>
      <w:r>
        <w:rPr>
          <w:lang w:eastAsia="zh-CN"/>
        </w:rPr>
        <w:br/>
      </w:r>
      <w:r>
        <w:rPr>
          <w:lang w:eastAsia="zh-CN"/>
        </w:rPr>
        <w:t>　　各位朋友，你们敢不敢想?你们想成为这匹马呢，还是想成为这头驴子呢?</w:t>
      </w:r>
      <w:r>
        <w:rPr>
          <w:lang w:eastAsia="zh-CN"/>
        </w:rPr>
        <w:br/>
      </w:r>
      <w:r>
        <w:rPr>
          <w:lang w:eastAsia="zh-CN"/>
        </w:rPr>
        <w:t>　　梦想是什么：梦想:就是人们在梦里所大胆的想象.</w:t>
      </w:r>
      <w:r>
        <w:rPr>
          <w:lang w:eastAsia="zh-CN"/>
        </w:rPr>
        <w:br/>
      </w:r>
      <w:r>
        <w:rPr>
          <w:lang w:eastAsia="zh-CN"/>
        </w:rPr>
        <w:t>　　但梦想绝对不是梦，两者之间的差别非常大。梦想可以通过一定的方式和途径，通过自己的努力和拼搏成为现实。梦想最大的意义是给予人们一个方向，一个目标。如果只把梦想当做梦，那么这样的人生可以说太悲哀了。</w:t>
      </w:r>
      <w:r>
        <w:rPr>
          <w:lang w:eastAsia="zh-CN"/>
        </w:rPr>
        <w:br/>
      </w:r>
      <w:r>
        <w:rPr>
          <w:lang w:eastAsia="zh-CN"/>
        </w:rPr>
        <w:t>　　梦想使人伟大，人的伟大就是把梦想作为目标来不断追求!</w:t>
      </w:r>
      <w:r>
        <w:rPr>
          <w:lang w:eastAsia="zh-CN"/>
        </w:rPr>
        <w:br/>
      </w:r>
      <w:r>
        <w:rPr>
          <w:lang w:eastAsia="zh-CN"/>
        </w:rPr>
        <w:t>　　为什么要有梦想：</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https://d.book118.com/936044004055010054</w:t>
        </w:r>
      </w:hyperlink>
    </w:p>
    <w:p w:rsidR="001B1F19">
      <w:pPr>
        <w:rPr>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3604400405501005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