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电话客服年终总结范文（32篇）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电话客服年终总结范文（通用32篇）</w:t>
      </w:r>
      <w:r>
        <w:rPr>
          <w:lang w:eastAsia="zh-CN"/>
        </w:rPr>
        <w:br/>
      </w:r>
      <w:r>
        <w:rPr>
          <w:lang w:eastAsia="zh-CN"/>
        </w:rPr>
        <w:t xml:space="preserve">    电话客服年终总结范文 篇1 </w:t>
      </w:r>
      <w:r>
        <w:rPr>
          <w:lang w:eastAsia="zh-CN"/>
        </w:rPr>
        <w:br/>
      </w:r>
      <w:r>
        <w:rPr>
          <w:lang w:eastAsia="zh-CN"/>
        </w:rPr>
        <w:t>　　从事电话客服工作是一份很需要耐心且极具挑战的工作，不管时间的长短，电话客服都可以给人很大的成长。以下是一位电话客服工作总结：</w:t>
      </w:r>
      <w:r>
        <w:rPr>
          <w:lang w:eastAsia="zh-CN"/>
        </w:rPr>
        <w:br/>
      </w:r>
      <w:r>
        <w:rPr>
          <w:lang w:eastAsia="zh-CN"/>
        </w:rPr>
        <w:t>　　从在网上报名、参加听试、笔试、面试、复试到参加培训，不知不觉来到客服中心这个大家庭已经有五个多月的时间了，在这五个月的时间里我经历的是从一个刚走出校园的大学生到一个上班族的改变；从一个独立的个体到成为__银行电话银行客服中心的一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电话银行中心大家庭般的温暖；在这里，我们每天会记录下自己当天的工作感言，记录我们工作中的点点滴滴；更重要的是，在这里，我们在__银行电话银行中心&gt;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r>
        <w:rPr>
          <w:lang w:eastAsia="zh-CN"/>
        </w:rPr>
        <w:br/>
      </w:r>
      <w:r>
        <w:rPr>
          <w:lang w:eastAsia="zh-CN"/>
        </w:rPr>
        <w:t>　　从这几月的工作中总结出以下几点：</w:t>
      </w:r>
      <w:r>
        <w:rPr>
          <w:lang w:eastAsia="zh-CN"/>
        </w:rPr>
        <w:br/>
      </w:r>
      <w:r>
        <w:rPr>
          <w:lang w:eastAsia="zh-CN"/>
        </w:rPr>
        <w:t>　　一、立足本职，爱岗敬业</w:t>
      </w:r>
      <w:r>
        <w:rPr>
          <w:lang w:eastAsia="zh-CN"/>
        </w:rPr>
        <w:br/>
      </w:r>
      <w:r>
        <w:rPr>
          <w:lang w:eastAsia="zh-CN"/>
        </w:rPr>
        <w:t>　　作为客服人员，我始终坚持'把简单的事做好就是不简单'.工作中认真对待每一件</w:t>
      </w:r>
      <w:r>
        <w:rPr>
          <w:lang w:eastAsia="zh-CN"/>
        </w:rPr>
        <w:br/>
      </w:r>
      <w:r>
        <w:rPr>
          <w:lang w:eastAsia="zh-CN"/>
        </w:rPr>
        <w:t>　　事，每当遇到繁杂琐事，总是积极、努力的去做；当同事遇到困难需要替班时，能毫无怨言地放弃休息时间，做好工作计划，坚决服从公司的安排，全身心的投入工作；</w:t>
      </w:r>
      <w:r>
        <w:rPr>
          <w:lang w:eastAsia="zh-CN"/>
        </w:rPr>
        <w:br/>
      </w:r>
      <w:r>
        <w:rPr>
          <w:lang w:eastAsia="zh-CN"/>
        </w:rPr>
        <w:t>　　二、勤奋学习，与时俱进</w:t>
      </w:r>
      <w:r>
        <w:rPr>
          <w:lang w:eastAsia="zh-CN"/>
        </w:rPr>
        <w:br/>
      </w:r>
      <w:r>
        <w:rPr>
          <w:lang w:eastAsia="zh-CN"/>
        </w:rPr>
        <w:t>　　记得石主任给我们新员工上过的一堂课的上有讲过这样一句话：'选择了建行就是选择了不断学习'.作为电话银行中心的客服人员，我深刻体会到业务的学习不仅是任务，而且是一种责任，更是一种境界。这几个月以来我坚持勤奋学习，努力提高业务知识，强化思维能力，注重用理论联系实际，用实践来锻炼自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1、注重理论联系实际。在工作中用理论来指导解决实践，学习目的在于应用，以理论的指导，不断提高了分析问题和解决问题的能力，增强了工作中的原则性、系统性、预见性和创造性；</w:t>
      </w:r>
      <w:r>
        <w:rPr>
          <w:lang w:eastAsia="zh-CN"/>
        </w:rPr>
        <w:br/>
      </w:r>
      <w:r>
        <w:rPr>
          <w:lang w:eastAsia="zh-CN"/>
        </w:rPr>
        <w:t>　　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r>
        <w:rPr>
          <w:lang w:eastAsia="zh-CN"/>
        </w:rPr>
        <w:br/>
      </w:r>
      <w:r>
        <w:rPr>
          <w:lang w:eastAsia="zh-CN"/>
        </w:rPr>
        <w:t>　　在今后的工作中，我会努力的继续工作，在工作中保持好和客户之间的关系，用最好的服务来解决客户的困难，让我用最好的服务来化解客户的难题。制定如下计划：</w:t>
      </w:r>
      <w:r>
        <w:rPr>
          <w:lang w:eastAsia="zh-CN"/>
        </w:rPr>
        <w:br/>
      </w:r>
      <w:r>
        <w:rPr>
          <w:lang w:eastAsia="zh-CN"/>
        </w:rPr>
        <w:t>　　一、效完成外呼任务。在进行每天的外,学会总结各地方的特点，善于发现各地区客户的生活习惯和性格特征，高效的外呼。例如在进行__地区的个贷催收时，一般在下午的时间拨打接触率比较高，所以对于客户我们要多进行预约回拨；再例如行的客户他们理解能力和反映能力偏慢，我们在进行外呼时需要放慢语速，做到与客户匹配。做到数量、质量、效率三者结合；</w:t>
      </w:r>
      <w:r>
        <w:rPr>
          <w:lang w:eastAsia="zh-CN"/>
        </w:rPr>
        <w:br/>
      </w:r>
      <w:r>
        <w:rPr>
          <w:lang w:eastAsia="zh-CN"/>
        </w:rPr>
        <w:t>　　二、加强自身学习，提高业务水平。熟练掌握'一口清',在解决客户问题时能够脱口而出；加强知识库搜索的练习，熟悉知识库的树形结构，帮助我们高效的利用知识库；不断巩固所学的业务知识，做到准确完整的答复客户的问题.</w:t>
      </w:r>
      <w:r>
        <w:rPr>
          <w:lang w:eastAsia="zh-CN"/>
        </w:rPr>
        <w:br/>
      </w:r>
      <w:r>
        <w:rPr>
          <w:lang w:eastAsia="zh-CN"/>
        </w:rPr>
        <w:t xml:space="preserve">    电话客服年终总结范文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岁月如梭，不知不觉我来明一乳业已经有一年了，一直在客服部从事客户回访和育婴热线咨询的工作。现在回顾当初应聘来我们公司客服部还像昨天发生的事情一样，可是在这段时间里，我学到了很多，也成熟了很多。</w:t>
      </w:r>
      <w:r>
        <w:rPr>
          <w:lang w:eastAsia="zh-CN"/>
        </w:rPr>
        <w:br/>
      </w:r>
      <w:r>
        <w:rPr>
          <w:lang w:eastAsia="zh-CN"/>
        </w:rPr>
        <w:t>　　很多人可能会认为客服部工作很简单，枯燥，定义为售后服务，其实不然，婴幼儿乳品业的客服人员，也需要了解多方面的知识，如营养、育婴及沟通技巧等，从事此工作的过程，还会影响到个人的性格，提升心理素质。不论以前是学过什么专业，从事过什么样的工作，来到我们这个群体都应从头学起。站在同一个起跑线上，才能真正明白学无止境的道理。</w:t>
      </w:r>
      <w:r>
        <w:rPr>
          <w:lang w:eastAsia="zh-CN"/>
        </w:rPr>
        <w:br/>
      </w:r>
      <w:r>
        <w:rPr>
          <w:lang w:eastAsia="zh-CN"/>
        </w:rPr>
        <w:t>　　定期对明一的新老顾客做健康回访，是每位客服部营养师每天必做的工作。面对每天重复的工作，我们的营养师们要把自己的工作做好。首先应持有耐心和真诚的工作态度，在这个信息时代，市场竞争激烈，竞品公司也会对顾客进行电话回访，并不会让人觉得稀奇。很多顾客可能每天都能接到一家或几家的回访，怎样才能让对方对我们的服务感兴趣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首先我们要明白，在与顾客交流的过程中，虽然不是面对面的，但我们的语气和表情，对方都能感觉到。有气无力或面无表情的对话，结果可能是对你爱理不理，甚至拒听。反之，你的微笑服务让对方感到亲切，这样我们和顾客的距离也就拉近了。还有，在交流的过程中，应抓住顾客较关心的话题，可根据其宝宝不同月龄，不同季节，给予顾客最前沿的信息，如此次流行的手足口病；最新育儿资讯和最快的信息动态，给予特别的喂养指导。</w:t>
      </w:r>
      <w:r>
        <w:rPr>
          <w:lang w:eastAsia="zh-CN"/>
        </w:rPr>
        <w:br/>
      </w:r>
      <w:r>
        <w:rPr>
          <w:lang w:eastAsia="zh-CN"/>
        </w:rPr>
        <w:t>　　相对于电话回访，接听400热线，让我变得更有耐性，在性格方面，也让我抛掉以往的焦躁和不成熟。很多时候面对顾客的情绪发泄，刚开始的时候都承受不了。自己的情绪也会随着顾客的责骂，甚至脏话，情不自禁的激动，有时就会提高嗓门。</w:t>
      </w:r>
      <w:r>
        <w:rPr>
          <w:lang w:eastAsia="zh-CN"/>
        </w:rPr>
        <w:br/>
      </w:r>
      <w:r>
        <w:rPr>
          <w:lang w:eastAsia="zh-CN"/>
        </w:rPr>
        <w:t>　　记得有一次，让我记忆犹新，一位男顾客打来电话，接起电话就是一顿凶猛的“连珠炮”。大概的意思是公司在当地做活动，购买了一定数量的产品后会有一个赠品，当时销售人员告知赠品暂时发放完了，给打了一张欠条，过后会再补。可回来后，看到朋友也参加了活动，却能拿到赠品，于是这位男顾客不问清情况就到超市闹了起来。而在交流的过程中带着脏话和威胁，不断的重复他到超市怎样吵闹，如果没能马上拿到赠品就要怎样去毁坏明一的名声等。还一直强调要用武力对付导购，而且还一再确认这边是谁在接此电话。</w:t>
      </w:r>
      <w:r>
        <w:rPr>
          <w:lang w:eastAsia="zh-CN"/>
        </w:rPr>
        <w:br/>
      </w:r>
      <w:r>
        <w:rPr>
          <w:lang w:eastAsia="zh-CN"/>
        </w:rPr>
        <w:t>　　顾客越说越激动，情绪有些失控，说如再没有拿到赠品，要来公司找麻烦，下场和导购一样等等。由于很担心也很气愤，当时的声音也变的很生硬，嗓门也大了起来，酝酿好的话都说不出来了，没头绪的一直在劝其不要去找导购麻烦，对方也根本不听解释。电话这头的我一头雾水的弄不清重点，不仅自己受气，而且还没安抚平息顾客的情绪。事后，在领导的提示与指导下，领悟到该事件处理的不妥之处，让我认识到做为客服人员最基本的条件就是处事不惊、理性应对顾客的各种投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渐渐地，我更学会了从顾客的角度出发，多站在对方的立场想想，换位思考，更不能激化矛盾。在很多时候顾客也只是想发泄一下，越说越生气，啥话解气说啥，其实，并没有顾客所表达的那么严重的。应持着平静的心态，先学会耐心倾听和温婉安抚顾客，了解事件来龙去脉，并和顾客做具体的分析，尽量在第一时间解决顾客反映的问题。遇到无理取闹的客户，我还应学会和同事就事分析总结经验，互相鼓励，一来可以让自己放松一下，二来还可以让同事有个准备，并尽早为顾客解决问题，防止纠缠不休。在多次的磨练中，我们都在慢慢成长，慢慢成熟，学会调整自己的情绪，用积极向上的乐观心态对待工作和生活。我们有过委屈想流泪、有过气愤想发泄，然而我们最终没有气馁和放弃，磨练才是成功最重要的动力。</w:t>
      </w:r>
      <w:r>
        <w:rPr>
          <w:lang w:eastAsia="zh-CN"/>
        </w:rPr>
        <w:br/>
      </w:r>
      <w:r>
        <w:rPr>
          <w:lang w:eastAsia="zh-CN"/>
        </w:rPr>
        <w:t>　　明一市场越来越大，选择明一的顾客也越来越多，顾客咨询的问题也越来越来专业与深奥了。此时此刻，我们迫切需要自己学习更多的东西，更专业的东西。因此我们利用了业余时间去学习相关婴幼儿喂养、宝宝成长及早教、孕妈咪书籍，以及查阅相关的母婴网站，充实自己。而接下来顾客打进热线，寻求的不仅仅是喂养知识的指导，有更多是关于市场今后服务的内容、产品、活动、服务态度等引起的投诉和建议。经过不断的充电我们才会做的更好。</w:t>
      </w:r>
      <w:r>
        <w:rPr>
          <w:lang w:eastAsia="zh-CN"/>
        </w:rPr>
        <w:br/>
      </w:r>
      <w:r>
        <w:rPr>
          <w:lang w:eastAsia="zh-CN"/>
        </w:rPr>
        <w:t xml:space="preserve">    电话客服年终总结范文 篇3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斗转星移，进入桂龙堂已四个多月，我一直从事客服咨询专员工作，在这段时间里目睹了也参与了公司的发展和制度的日臻完善，作为一名桂龙人，由衷的感到自豪。四个月的工作经历，自己对客服的工作多少积累了一些认识和体会。现总结如下：</w:t>
      </w:r>
      <w:r>
        <w:rPr>
          <w:lang w:eastAsia="zh-CN"/>
        </w:rPr>
        <w:br/>
      </w:r>
      <w:r>
        <w:rPr>
          <w:lang w:eastAsia="zh-CN"/>
        </w:rPr>
        <w:t>　　一、树立全局观念，做好本职工作</w:t>
      </w:r>
      <w:r>
        <w:rPr>
          <w:lang w:eastAsia="zh-CN"/>
        </w:rPr>
        <w:br/>
      </w:r>
      <w:r>
        <w:rPr>
          <w:lang w:eastAsia="zh-CN"/>
        </w:rPr>
        <w:t>　　做好本职工作，树立全局意识是首要的问题，客服工作也不例外。我认为客服工作的全局就是，“树立企业形象，使客户对公司产品的满意度和忠诚度最大化的同时传达企业的文化形象。”七月份来到公司以后，我首先接受了大约一星期的培训，培训内容包括药品的基础知识、中医的基础知识、产品复方柴胡安神颗粒的基础知识、客户常见问题及解答、销售技巧。通过培训不仅使我对公司的产品有了深度了解，也对自己的个人能力有了很大提高，同时对公司完善的培训制度及公司的文化氛围有了充分了解。之后我开始进入客服工作，客服工作的主要任务一是接听客户的呼入电话，对客户想要了解的问题进行专业并热情的回答。</w:t>
      </w:r>
      <w:r>
        <w:rPr>
          <w:lang w:eastAsia="zh-CN"/>
        </w:rPr>
        <w:br/>
      </w:r>
      <w:r>
        <w:rPr>
          <w:lang w:eastAsia="zh-CN"/>
        </w:rPr>
        <w:t>　　二是对已购买的客户进行回访，对用药效果进行了解、对用药方法进行专业的指导。客服工作的这两点看似简单，但是作为直接和客户进行沟通的部门，这关系到企业形象的传达和客户对公司产品满意度和忠诚度的情况，并对公司产品的后续市场推广有很大影响。</w:t>
      </w:r>
      <w:r>
        <w:rPr>
          <w:lang w:eastAsia="zh-CN"/>
        </w:rPr>
        <w:br/>
      </w:r>
      <w:r>
        <w:rPr>
          <w:lang w:eastAsia="zh-CN"/>
        </w:rPr>
        <w:t>　　二、精于专业技能，勤于思考应变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随着销售行业的不断发展，药品销售也要适应新形势下的销售思路。作为一个客服人员，在做与客户的直接沟通工作时，要勤于思考善于应变。对于客户提出的药品问题，给予专业的回答，对于客户反映的投诉及其它问题，第一时间做出正确的应变，使客户满意的同时，保持客户对公司产品的满意度。客服工作是一个直接面对不同失眠客户的工作，需要的是专业的知识水平，及灵活的应变能力，并且需要及时对所遇到的问题进行总结。在管理好手头现有失眠资料的同时，我根据大部分失眠患者具有糖尿病的情况，总结了糖尿病的相关知识。根据不同时失眠患者具有不同的服药史，我总结出了失眠常用药物的相关资料。还有就是失眠与抑郁的相关资料，并把这些资料和同事间进行了分享，来增加和客户之间的有效沟通。能否做好一个客户的有效沟通，是衡量客服人员专业水准的标尺，同时也是服务人员尽快掌握应用知识的有效手段。</w:t>
      </w:r>
      <w:r>
        <w:rPr>
          <w:lang w:eastAsia="zh-CN"/>
        </w:rPr>
        <w:br/>
      </w:r>
      <w:r>
        <w:rPr>
          <w:lang w:eastAsia="zh-CN"/>
        </w:rPr>
        <w:t>　　三、善于沟通交流，提高工作质量</w:t>
      </w:r>
      <w:r>
        <w:rPr>
          <w:lang w:eastAsia="zh-CN"/>
        </w:rPr>
        <w:br/>
      </w:r>
      <w:r>
        <w:rPr>
          <w:lang w:eastAsia="zh-CN"/>
        </w:rPr>
        <w:t>　　客服人员不仅要有较强的专业技术知识，还应该具备良好的沟通交流能力，当今社会一种产品很多时候是由于使用操作不当才出现了问题，而往往不是如客户反映的质量不行，中药药品尤其如此，如果不连续按疗程用药，很难体现出药品的效果。所以这个时候就需要我们找出症结所在，和客户进行交流，规范使用方法的同时向客户传达优质的服务态度，从而避免客户对产品的不信任乃至对企业形象的损害。</w:t>
      </w:r>
      <w:r>
        <w:rPr>
          <w:lang w:eastAsia="zh-CN"/>
        </w:rPr>
        <w:br/>
      </w:r>
      <w:r>
        <w:rPr>
          <w:lang w:eastAsia="zh-CN"/>
        </w:rPr>
        <w:t xml:space="preserve">    电话客服年终总结范文 篇4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本人___，毕业于__大学，于20__年_月_日开始在电商部工作，目前职位为客服专员。进入公司参加工作的几个月试用期经已接近尾声。工作以来，在单位领导的精心培育和教导下，通过自身的不断努力，无论是思想上、学习上还是工作上，都取得了长足的发展和巨大的收获。在这段的工作学习中，对公司有了一个比较完整的认识;对于公司的发展历程和管理以及个人岗位职责等都有了一个比较清晰的认识。在熟悉工作的过程中，我也慢慢领会了公司“诚信、勤奋、求实、创新”的核心价值观，为公司的稳步发展增添新的活力。</w:t>
      </w:r>
      <w:r>
        <w:rPr>
          <w:lang w:eastAsia="zh-CN"/>
        </w:rPr>
        <w:br/>
      </w:r>
      <w:r>
        <w:rPr>
          <w:lang w:eastAsia="zh-CN"/>
        </w:rPr>
        <w:t>　　工作上，我的主要岗位是客服专员。在工作中我努力做好本职工作，提高工作效率及工作质量。在本职工作做好之外，在天猫新店铺的准备期间和部门开发新产品的过程中，配合数据专员，利用自身优势，帮助其制定了一系列的表格，总结了相关数据;归纳了行业在电商领域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r>
        <w:rPr>
          <w:lang w:eastAsia="zh-CN"/>
        </w:rPr>
        <w:br/>
      </w:r>
      <w:r>
        <w:rPr>
          <w:lang w:eastAsia="zh-CN"/>
        </w:rPr>
        <w:t>　　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r>
        <w:rPr>
          <w:lang w:eastAsia="zh-CN"/>
        </w:rPr>
        <w:br/>
      </w:r>
      <w:r>
        <w:rPr>
          <w:lang w:eastAsia="zh-CN"/>
        </w:rPr>
        <w:t>　　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r>
        <w:rPr>
          <w:lang w:eastAsia="zh-CN"/>
        </w:rPr>
        <w:br/>
      </w:r>
      <w:r>
        <w:rPr>
          <w:lang w:eastAsia="zh-CN"/>
        </w:rPr>
        <w:t>　　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工作中需要“超越”的精神，我相信经过努力，工作会越做越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r>
        <w:rPr>
          <w:lang w:eastAsia="zh-CN"/>
        </w:rPr>
        <w:br/>
      </w:r>
      <w:r>
        <w:rPr>
          <w:lang w:eastAsia="zh-CN"/>
        </w:rPr>
        <w:t xml:space="preserve">    电话客服年终总结范文 篇5 </w:t>
      </w:r>
      <w:r>
        <w:rPr>
          <w:lang w:eastAsia="zh-CN"/>
        </w:rPr>
        <w:br/>
      </w:r>
      <w:r>
        <w:rPr>
          <w:lang w:eastAsia="zh-CN"/>
        </w:rPr>
        <w:t>　　加入__公司成为一名电话客服已经三个月了，距离我第一次踏进公司的大门，已经过去三个月了，三个月的时间一过，我的试用期就结束了，下面我将自己这三个月的试用期的工作作出如下总结。</w:t>
      </w:r>
      <w:r>
        <w:rPr>
          <w:lang w:eastAsia="zh-CN"/>
        </w:rPr>
        <w:br/>
      </w:r>
      <w:r>
        <w:rPr>
          <w:lang w:eastAsia="zh-CN"/>
        </w:rPr>
        <w:t>　　电话客服的工作说简单也不简单，说难每天又都是这些工作，很多人会觉得电话客服这份工作枯燥无味，每天对着的都是一个又一个的电话，每天说的话都差不多，就像是一个机器一样，对于如此无聊没有挑战性的工作怎么可能做得下去。但是对我而言我的想法恰恰相反，我认为电话客服是一件非常有挑战性的工作，因为我每天面临的人都是不一样的，所以每天的交流方式也是不一样的，而且能够帮客户，帮助电话那方的人解决他们所不能解决的问题吧，我感到非常有成就感，并且我也以自己的这份工作，以及自己的努力引以为傲。</w:t>
      </w:r>
      <w:r>
        <w:rPr>
          <w:lang w:eastAsia="zh-CN"/>
        </w:rPr>
        <w:br/>
      </w:r>
      <w:r>
        <w:rPr>
          <w:lang w:eastAsia="zh-CN"/>
        </w:rPr>
        <w:t>　　试用期的工作，就是每天接一下电话，帮助客户解决他们的疑问和难题，所以在我进入公司没几天我就能够独立的上手自己操作，也能单独的接电话，但是我并没有因为自己工作的简单，就放弃掉自己这么好的一个学习机会，我会将自己每天遇到的问题记下来，并且在空闲的时间里去回想自己工作的时候做的不妥或者有所欠缺的地方，并且去努力的完善，争取在下一次再遇到这种问题的时候能够完美的解决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和公司的同事我也在极短的时间内，融入到了公司的工作氛围，也融入到了这个大家庭里面，在公司的日常工作里，都能够互帮互助，记得有一次，我刚来没多久，我接到了一个言语非常犀利的客户的电话，我一接起电话就被他骂的狗血淋头，因为刚加入公司不久，抗压力还是没有锻炼的很强，所以一下子就被骂哭了，是同事们都来安慰我，要我放宽心，并且告诉我这种事情经常有，把电话一挂就忘记这件事就好了。所以我感谢命运能够让我遇到一群可爱又友好的同事。</w:t>
      </w:r>
      <w:r>
        <w:rPr>
          <w:lang w:eastAsia="zh-CN"/>
        </w:rPr>
        <w:br/>
      </w:r>
      <w:r>
        <w:rPr>
          <w:lang w:eastAsia="zh-CN"/>
        </w:rPr>
        <w:t>　　在这三个月的日子里，我每一天都在工作中学习，在学习中工作，通过自己遇到的难题，在自己解决的时候去学习知识，就是希望自己能够在一天又一天的工作中变得越来越好。</w:t>
      </w:r>
      <w:r>
        <w:rPr>
          <w:lang w:eastAsia="zh-CN"/>
        </w:rPr>
        <w:br/>
      </w:r>
      <w:r>
        <w:rPr>
          <w:lang w:eastAsia="zh-CN"/>
        </w:rPr>
        <w:t>　　虽说现在试用期已经结束，但是我还是会在以后的日子里更加的努力，更加的为公司工作，永远热爱工作，为公司创作更多的利益，获得更多的好评。</w:t>
      </w:r>
      <w:r>
        <w:rPr>
          <w:lang w:eastAsia="zh-CN"/>
        </w:rPr>
        <w:br/>
      </w:r>
      <w:r>
        <w:rPr>
          <w:lang w:eastAsia="zh-CN"/>
        </w:rPr>
        <w:t>　　客服接听工作电话热线全年度总结推荐</w:t>
      </w:r>
      <w:r>
        <w:rPr>
          <w:lang w:eastAsia="zh-CN"/>
        </w:rPr>
        <w:br/>
      </w:r>
      <w:r>
        <w:rPr>
          <w:lang w:eastAsia="zh-CN"/>
        </w:rPr>
        <w:t>　　时间从我们的指尖溜走，我们即将结束这繁忙的一年！我们可能需要准备电话客服的年度工作总结。通过总结更清晰地认识自己，才能在日益激烈的竟争中立于不败之地。怎么才能把这一篇电话客服年度工作总结写好呢？以下是我们为大家收集的“客服接听工作电话热线全年度总结”但愿对你的学习工作带来帮助。</w:t>
      </w:r>
      <w:r>
        <w:rPr>
          <w:lang w:eastAsia="zh-CN"/>
        </w:rPr>
        <w:br/>
      </w:r>
      <w:r>
        <w:rPr>
          <w:lang w:eastAsia="zh-CN"/>
        </w:rPr>
        <w:t xml:space="preserve">    电话客服年终总结范文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们客服部是后勤部门中人员最多的，在这个大家庭里，感受到领导的关爱和同事们的团结。在这个大学校里，我们锻炼了自己，提高了自己，互相学习，互相交流借鉴。更重要的是我们也是公司的窗口，我们必须不断的提升，跟上公司前进的步伐，相信我们客服部会越来越出色。</w:t>
      </w:r>
      <w:r>
        <w:rPr>
          <w:lang w:eastAsia="zh-CN"/>
        </w:rPr>
        <w:br/>
      </w:r>
      <w:r>
        <w:rPr>
          <w:lang w:eastAsia="zh-CN"/>
        </w:rPr>
        <w:t>　　20__年初我很荣幸_客户服务中心一员，从进入客服中心之日起我把客服中心视同家，中心每一位员工都是亲人不论是公司正式员工还是聘用员工，她们性格、兴趣我了如指掌，下面是电话客服个人年度工作总结。</w:t>
      </w:r>
      <w:r>
        <w:rPr>
          <w:lang w:eastAsia="zh-CN"/>
        </w:rPr>
        <w:br/>
      </w:r>
      <w:r>
        <w:rPr>
          <w:lang w:eastAsia="zh-CN"/>
        </w:rPr>
        <w:t>　　两年来我将关爱体现在生活最小细节中把真情融入工作每一环节里从爱心出发相互理解真心相待赢得了员工尊敬和认同这是我人生最大财富!我骄傲是公司最友爱团队我自豪我是优秀团队中一员!</w:t>
      </w:r>
      <w:r>
        <w:rPr>
          <w:lang w:eastAsia="zh-CN"/>
        </w:rPr>
        <w:br/>
      </w:r>
      <w:r>
        <w:rPr>
          <w:lang w:eastAsia="zh-CN"/>
        </w:rPr>
        <w:t>　　一、注重客服中心服务理念和团队文化建设努力创建一支富有凝聚力和战斗力学习型团队</w:t>
      </w:r>
      <w:r>
        <w:rPr>
          <w:lang w:eastAsia="zh-CN"/>
        </w:rPr>
        <w:br/>
      </w:r>
      <w:r>
        <w:rPr>
          <w:lang w:eastAsia="zh-CN"/>
        </w:rPr>
        <w:t>　　所谓团队单纯理解为特定范围一群人而应是大家同一目标声音一起努力团体这一团体是否团结是否有凝聚力是否有相互学习、知识共享决定了团队战斗力它是影响单位或部门发展关键因素之一。</w:t>
      </w:r>
      <w:r>
        <w:rPr>
          <w:lang w:eastAsia="zh-CN"/>
        </w:rPr>
        <w:br/>
      </w:r>
      <w:r>
        <w:rPr>
          <w:lang w:eastAsia="zh-CN"/>
        </w:rPr>
        <w:t>　　“众心齐泰山移”我深知：无论多么优秀管理人员其个人能力是有限而众人智慧是无穷怎样去设计客服中心内部文化激发每一位员工爱岗敬业、积极向上工作热情创建一支富有凝聚力和战斗力学习型团队让每员工具有归属感和职业自豪感这是自客服中心成立之日起至今一直是我孜孜追求境界和竭力奋斗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_号在公司团队建设中是难度系数最大单位中心员工年龄差别大用工方式不统一薪酬待遇偏低工作烦琐压力大个人素质要求高而且在工作中经常不被理解遭遇委屈是家常便饭“客服中心是防火墙话务员是灭火器”这是_号日常工作真实写照常戏称“客服中心对外是矛盾汇集中心对内是克服困难中心”事实确如此面对现状如何在这种情况下舒缓员工压力?</w:t>
      </w:r>
      <w:r>
        <w:rPr>
          <w:lang w:eastAsia="zh-CN"/>
        </w:rPr>
        <w:br/>
      </w:r>
      <w:r>
        <w:rPr>
          <w:lang w:eastAsia="zh-CN"/>
        </w:rPr>
        <w:t>　　管理是观点是服务更是艺术激励与日常管理与团队建设密切相关不可分割客服中心激励工作具有人力资源管理共性也有它特殊性大家都知道无论任何单位发展都离不开全体员工创造力和积极性虽然物质激励仍然是衡量员工自身价值重要指标但事实上在特定环境下精神激励作用在一定程度上超出了物质奖励意义我认为：有激励就有动力有期许就有冲刺有认同就会产生归属感两者之间是作用力与反作用力关系基于这个观念在_号日常管理工作中将激励措施面向所有员工我关注每个员工一点一滴进步表现量体裁衣灵活运用一张满意笑容赞许眼光一句肯定话都会员工“温馨服务天天进步”动力重视员工欣赏员工塑造员工点点滴滴积累就形成了团队合力保证了中心整体服务水平不断提升和各项目标顺利完成。</w:t>
      </w:r>
      <w:r>
        <w:rPr>
          <w:lang w:eastAsia="zh-CN"/>
        </w:rPr>
        <w:br/>
      </w:r>
      <w:r>
        <w:rPr>
          <w:lang w:eastAsia="zh-CN"/>
        </w:rPr>
        <w:t>　　我常常告戒和勉励同仁：面对市场面对客户所呈现必须是最好已与电信溶为一体站出来就代表着随州电信!</w:t>
      </w:r>
      <w:r>
        <w:rPr>
          <w:lang w:eastAsia="zh-CN"/>
        </w:rPr>
        <w:br/>
      </w:r>
      <w:r>
        <w:rPr>
          <w:lang w:eastAsia="zh-CN"/>
        </w:rPr>
        <w:t>　　二、细化基础管理量化绩效指标营造了公平、公正、公开考核氛围</w:t>
      </w:r>
      <w:r>
        <w:rPr>
          <w:lang w:eastAsia="zh-CN"/>
        </w:rPr>
        <w:br/>
      </w:r>
      <w:r>
        <w:rPr>
          <w:lang w:eastAsia="zh-CN"/>
        </w:rPr>
        <w:t>　　标杆要定位管理要精细指标要量化评价要公允这是我对客服中心日常管理工作简单概括。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以正面引导为主大胆执行分公司绩效考核精神结合中心实际针对不同岗位进行了分工分别制定了岗位职责给每一员工下达了绩效考核指标设置优质服务明星岗在细化、量化员工工作任务同时提出工作具体要求和标准使每个员工对应承担职责做到心中有数客观评价公平看待他人最大限度发挥员工工作积极性营造了积极向上、争先创优竞赛氛围。</w:t>
      </w:r>
      <w:r>
        <w:rPr>
          <w:lang w:eastAsia="zh-CN"/>
        </w:rPr>
        <w:br/>
      </w:r>
      <w:r>
        <w:rPr>
          <w:lang w:eastAsia="zh-CN"/>
        </w:rPr>
        <w:t>　　怎样防止服务过程员工自我情绪失控而产生负面影响?通过样方式和途径去激发员工工作和学习热情增强员工对岗位认同感对企业忠诚度是我常常思考和需解决实际问题。自20初进公司到现在，已经有一年有余了。在一年之前，我对于电话客服这份工作几乎一无所知，对于保险行业也不甚了解。但是，现在我已经能够作为一名中国人寿的客服专员为我们的客户排忧解难，为我们的一线同事提供后台支援，这一切都离不开领导和同事们的热心帮助。</w:t>
      </w:r>
      <w:r>
        <w:rPr>
          <w:lang w:eastAsia="zh-CN"/>
        </w:rPr>
        <w:br/>
      </w:r>
      <w:r>
        <w:rPr>
          <w:lang w:eastAsia="zh-CN"/>
        </w:rPr>
        <w:t>　　从刚加入公司还在进行入职培训之时，我就不时对于自己能否胜任这份工作而惴惴不安，担心自己从零开始，无法在短时间内全面的熟悉公司的业务知识，无法为客户提供满意的服务。但是在培训老师的耐心辅导下，我也以较快的速度通过了业务知识考试，终于要正式的走上客服岗位，正式的成为一名中国人寿客服专员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万事开头难，还记得第一次接到客户电话的紧张。不过，不管在听到电话铃声响起的那一刻心里是多么的紧张，但是我还是鼓足了用气，按下了接听键。在听到客户急切的询问声的后，我就明白自己的职责所在了，顾不得自己心中的紧张，赶紧在大脑中检索着客户所需要的信息，在经过一段时间的适应后，已经能够克服自己的紧张感，开始和小组其他成员一样按照正常的排班时间来上班，和以前不一样的是现在需要不断的在早班、白班、中班以及夜班之前不断的切换，不过这些并没有给我造成太大的困扰，在小组同事的帮助下，很快我就适应了这种较以往而言比较不规律的上班方式。另外，在这期间，与小组同事们能够愉快的相处，并且能够互相帮助互相学习对我来说也是一个不小的收获。</w:t>
      </w:r>
      <w:r>
        <w:rPr>
          <w:lang w:eastAsia="zh-CN"/>
        </w:rPr>
        <w:br/>
      </w:r>
      <w:r>
        <w:rPr>
          <w:lang w:eastAsia="zh-CN"/>
        </w:rPr>
        <w:t>　　不过值得一提的是，虽然已经接触客服工作将近一年的时间了，但是在我身上仍然有许多值得改善的地方，我本人也仍然需要通过不断的学习来加强和提高自身的业务能力。比如说，在高强度的连续不断的与不同客户接触的过程中，情绪难免会发生波动，在长时间的面对一位客户的时候，可能也会表现得耐心不足。控制情绪以及保持良好的服务态度对于一个客服人员而言是最基本的要求，所以今后在这个方面我应该加强自身修养和对自己情绪的控制能力。</w:t>
      </w:r>
      <w:r>
        <w:rPr>
          <w:lang w:eastAsia="zh-CN"/>
        </w:rPr>
        <w:br/>
      </w:r>
      <w:r>
        <w:rPr>
          <w:lang w:eastAsia="zh-CN"/>
        </w:rPr>
        <w:t>　　在新的一年里，对于自身的提高主要分为两个方面，一个方面是业务能力上，通过自学和培训，加强对于保险专业知识的学习，从而能够更好的作为公司与客户的桥梁，起到沟通的作用；另一方面是在工作态度上面，通过多与老员工交流，虚心的像老员工请教和学习她们在为客户提供服务过程中的心得和技巧，从而提高自己的服务质量，成为一个优秀的客服人员。</w:t>
      </w:r>
      <w:r>
        <w:rPr>
          <w:lang w:eastAsia="zh-CN"/>
        </w:rPr>
        <w:br/>
      </w:r>
      <w:r>
        <w:rPr>
          <w:lang w:eastAsia="zh-CN"/>
        </w:rPr>
        <w:t xml:space="preserve">    电话客服年终总结范文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当今社会，所有的服务行业都在提倡微笑服务。微笑是企业对于一名员工的基本要求，但微笑不仅仅是一个表达情绪的方式，它是我们的一个工作技能，做为一名电话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r>
        <w:rPr>
          <w:lang w:eastAsia="zh-CN"/>
        </w:rPr>
        <w:br/>
      </w:r>
      <w:r>
        <w:rPr>
          <w:lang w:eastAsia="zh-CN"/>
        </w:rPr>
        <w:t>　　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r>
        <w:rPr>
          <w:lang w:eastAsia="zh-CN"/>
        </w:rPr>
        <w:br/>
      </w:r>
      <w:r>
        <w:rPr>
          <w:lang w:eastAsia="zh-CN"/>
        </w:rPr>
        <w:t>　　以上只是我作为一个新人的浅薄见解，在20__年的工作中我一定会尽力做得更好，努力向各位前辈学习，与所有的同事一起做好工作并共同面对新的挑战。</w:t>
      </w:r>
      <w:r>
        <w:rPr>
          <w:lang w:eastAsia="zh-CN"/>
        </w:rPr>
        <w:br/>
      </w:r>
      <w:r>
        <w:rPr>
          <w:lang w:eastAsia="zh-CN"/>
        </w:rPr>
        <w:t xml:space="preserve">    电话客服年终总结范文 篇8 </w:t>
      </w:r>
      <w:r>
        <w:rPr>
          <w:lang w:eastAsia="zh-CN"/>
        </w:rPr>
        <w:br/>
      </w:r>
      <w:r>
        <w:rPr>
          <w:lang w:eastAsia="zh-CN"/>
        </w:rPr>
        <w:t>　　spin销售工具的具体运用：</w:t>
      </w:r>
      <w:r>
        <w:rPr>
          <w:lang w:eastAsia="zh-CN"/>
        </w:rPr>
        <w:br/>
      </w:r>
      <w:r>
        <w:rPr>
          <w:lang w:eastAsia="zh-CN"/>
        </w:rPr>
        <w:t>　　案例9：利用spin推荐中国移动——随e行</w:t>
      </w:r>
      <w:r>
        <w:rPr>
          <w:lang w:eastAsia="zh-CN"/>
        </w:rPr>
        <w:br/>
      </w:r>
      <w:r>
        <w:rPr>
          <w:lang w:eastAsia="zh-CN"/>
        </w:rPr>
        <w:t>　　销售顾问：张总，平时出差时经常需要用到互联网，你是如何上网的?(情况型问题)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客户张总：在固定地方(例如宾馆)，是利用电话上网的。</w:t>
      </w:r>
      <w:r>
        <w:rPr>
          <w:lang w:eastAsia="zh-CN"/>
        </w:rPr>
        <w:br/>
      </w:r>
      <w:r>
        <w:rPr>
          <w:lang w:eastAsia="zh-CN"/>
        </w:rPr>
        <w:t>　　销售顾问：张总，电话上网必须在固定地方，而且上网速度比较慢，这两方面给你带来了什么麻烦呢?(难点型问题)</w:t>
      </w:r>
      <w:r>
        <w:rPr>
          <w:lang w:eastAsia="zh-CN"/>
        </w:rPr>
        <w:br/>
      </w:r>
      <w:r>
        <w:rPr>
          <w:lang w:eastAsia="zh-CN"/>
        </w:rPr>
        <w:t>　　客户张总：繁琐，并且影响效率……</w:t>
      </w:r>
      <w:r>
        <w:rPr>
          <w:lang w:eastAsia="zh-CN"/>
        </w:rPr>
        <w:br/>
      </w:r>
      <w:r>
        <w:rPr>
          <w:lang w:eastAsia="zh-CN"/>
        </w:rPr>
        <w:t>　　销售顾问：张总，上网速度比较慢以至于影响效率，这对于你这个大忙人，又会产生什么后果?(内涵型问题)</w:t>
      </w:r>
      <w:r>
        <w:rPr>
          <w:lang w:eastAsia="zh-CN"/>
        </w:rPr>
        <w:br/>
      </w:r>
      <w:r>
        <w:rPr>
          <w:lang w:eastAsia="zh-CN"/>
        </w:rPr>
        <w:t>　　客户张总：工作效率得不到进一步提升，对客户的响应速度比较慢，会引起客户的抱怨与投诉，造成大量文件积压……</w:t>
      </w:r>
      <w:r>
        <w:rPr>
          <w:lang w:eastAsia="zh-CN"/>
        </w:rPr>
        <w:br/>
      </w:r>
      <w:r>
        <w:rPr>
          <w:lang w:eastAsia="zh-CN"/>
        </w:rPr>
        <w:t>　　销售顾问：张总，假如解决了你这个问题，对你有什么好处?对你工作效率的提高又会有多大的帮助?(需要回报型问题)</w:t>
      </w:r>
      <w:r>
        <w:rPr>
          <w:lang w:eastAsia="zh-CN"/>
        </w:rPr>
        <w:br/>
      </w:r>
      <w:r>
        <w:rPr>
          <w:lang w:eastAsia="zh-CN"/>
        </w:rPr>
        <w:t>　　客户张总：那非常好，提高了工作质量，会使客户满意度进一步提升……</w:t>
      </w:r>
      <w:r>
        <w:rPr>
          <w:lang w:eastAsia="zh-CN"/>
        </w:rPr>
        <w:br/>
      </w:r>
      <w:r>
        <w:rPr>
          <w:lang w:eastAsia="zh-CN"/>
        </w:rPr>
        <w:t>　　看完了电话年终总结之具体运营希望帮到你。</w:t>
      </w:r>
      <w:r>
        <w:rPr>
          <w:lang w:eastAsia="zh-CN"/>
        </w:rPr>
        <w:br/>
      </w:r>
      <w:r>
        <w:rPr>
          <w:lang w:eastAsia="zh-CN"/>
        </w:rPr>
        <w:t xml:space="preserve">    电话客服年终总结范文 篇9 </w:t>
      </w:r>
      <w:r>
        <w:rPr>
          <w:lang w:eastAsia="zh-CN"/>
        </w:rPr>
        <w:br/>
      </w:r>
      <w:r>
        <w:rPr>
          <w:lang w:eastAsia="zh-CN"/>
        </w:rPr>
        <w:t>　　转瞬间，20年在我们忙碌的工作中已经过去。</w:t>
      </w:r>
      <w:r>
        <w:rPr>
          <w:lang w:eastAsia="zh-CN"/>
        </w:rPr>
        <w:br/>
      </w:r>
      <w:r>
        <w:rPr>
          <w:lang w:eastAsia="zh-CN"/>
        </w:rPr>
        <w:t>　　回首20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回顾一年来的客服工作，有得有失。现将一年来的客服工作总结如下:</w:t>
      </w:r>
      <w:r>
        <w:rPr>
          <w:lang w:eastAsia="zh-CN"/>
        </w:rPr>
        <w:br/>
      </w:r>
      <w:r>
        <w:rPr>
          <w:lang w:eastAsia="zh-CN"/>
        </w:rPr>
        <w:t>　　一、深化落实公司各项规章制度和客服部各项制度</w:t>
      </w:r>
      <w:r>
        <w:rPr>
          <w:lang w:eastAsia="zh-CN"/>
        </w:rPr>
        <w:br/>
      </w:r>
      <w:r>
        <w:rPr>
          <w:lang w:eastAsia="zh-CN"/>
        </w:rPr>
        <w:t>　　在20年初步完善的各项规章制度的基础上，20年的重点是深化落实，为此，客服部根据公司的发展现状，加深其对物业管理的认识和理解。同时，随着物业管理行业一些法律、法规的出台和完善，客服部也及时调整客服工作的相关制度，以求更好的适应新的形势。</w:t>
      </w:r>
      <w:r>
        <w:rPr>
          <w:lang w:eastAsia="zh-CN"/>
        </w:rPr>
        <w:br/>
      </w:r>
      <w:r>
        <w:rPr>
          <w:lang w:eastAsia="zh-CN"/>
        </w:rPr>
        <w:t>　　二、理论联系实际，用心开展客服人员的培训工作</w:t>
      </w:r>
      <w:r>
        <w:rPr>
          <w:lang w:eastAsia="zh-CN"/>
        </w:rPr>
        <w:br/>
      </w:r>
      <w:r>
        <w:rPr>
          <w:lang w:eastAsia="zh-CN"/>
        </w:rPr>
        <w:t>　　利用每周五的客服部例会时光，加强对本部门人员的培训工作。培训工作是根据一周来在工作当中遇到的实际问题展开的，这样就做到了理论与实际的结合，使每位客服人员对服务理念的认识更加的深刻。</w:t>
      </w:r>
      <w:r>
        <w:rPr>
          <w:lang w:eastAsia="zh-CN"/>
        </w:rPr>
        <w:br/>
      </w:r>
      <w:r>
        <w:rPr>
          <w:lang w:eastAsia="zh-CN"/>
        </w:rPr>
        <w:t>　　三、日常报修的处理</w:t>
      </w:r>
      <w:r>
        <w:rPr>
          <w:lang w:eastAsia="zh-CN"/>
        </w:rPr>
        <w:br/>
      </w:r>
      <w:r>
        <w:rPr>
          <w:lang w:eastAsia="zh-CN"/>
        </w:rPr>
        <w:t>　　据每周末的工作量统计，日接待各种形式的报修均达十余次。根据报修资料的不一样用心进行派工，争取在最短的时光内将问题解决。同时，根据报修的完成状况及时地进行回访。</w:t>
      </w:r>
      <w:r>
        <w:rPr>
          <w:lang w:eastAsia="zh-CN"/>
        </w:rPr>
        <w:br/>
      </w:r>
      <w:r>
        <w:rPr>
          <w:lang w:eastAsia="zh-CN"/>
        </w:rPr>
        <w:t>　　四、__区物业费的收缴工作</w:t>
      </w:r>
      <w:r>
        <w:rPr>
          <w:lang w:eastAsia="zh-CN"/>
        </w:rPr>
        <w:br/>
      </w:r>
      <w:r>
        <w:rPr>
          <w:lang w:eastAsia="zh-CN"/>
        </w:rPr>
        <w:t>　　根据年初公司下达的收费指标，用心开展__、__区物业费的收缴工作。最终在物业经理、书记及其它各部门的支持下，完成了公司下达的收费指标。</w:t>
      </w:r>
      <w:r>
        <w:rPr>
          <w:lang w:eastAsia="zh-CN"/>
        </w:rPr>
        <w:br/>
      </w:r>
      <w:r>
        <w:rPr>
          <w:lang w:eastAsia="zh-CN"/>
        </w:rPr>
        <w:t>　　五、能源费的收缴工作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如期完成__区每季度入户抄水表收费工作的同时，又完成了公司布置的新的任务-----__区首次入户抄水表收费工作。</w:t>
      </w:r>
      <w:r>
        <w:rPr>
          <w:lang w:eastAsia="zh-CN"/>
        </w:rPr>
        <w:br/>
      </w:r>
      <w:r>
        <w:rPr>
          <w:lang w:eastAsia="zh-CN"/>
        </w:rPr>
        <w:t>　　六、__区底商的招租工作</w:t>
      </w:r>
      <w:r>
        <w:rPr>
          <w:lang w:eastAsia="zh-CN"/>
        </w:rPr>
        <w:br/>
      </w:r>
      <w:r>
        <w:rPr>
          <w:lang w:eastAsia="zh-CN"/>
        </w:rPr>
        <w:t>　　制定了底商的招租方案，并在下半年成功的引进了超市、药店项目。</w:t>
      </w:r>
      <w:r>
        <w:rPr>
          <w:lang w:eastAsia="zh-CN"/>
        </w:rPr>
        <w:br/>
      </w:r>
      <w:r>
        <w:rPr>
          <w:lang w:eastAsia="zh-CN"/>
        </w:rPr>
        <w:t>　　七、部分楼宇的收楼工作</w:t>
      </w:r>
      <w:r>
        <w:rPr>
          <w:lang w:eastAsia="zh-CN"/>
        </w:rPr>
        <w:br/>
      </w:r>
      <w:r>
        <w:rPr>
          <w:lang w:eastAsia="zh-CN"/>
        </w:rPr>
        <w:t>　　在_月份，完成了_#、_#的收楼工作;同时，又完成了部分__区回迁楼(_#--1、2单元)收楼工作。</w:t>
      </w:r>
      <w:r>
        <w:rPr>
          <w:lang w:eastAsia="zh-CN"/>
        </w:rPr>
        <w:br/>
      </w:r>
      <w:r>
        <w:rPr>
          <w:lang w:eastAsia="zh-CN"/>
        </w:rPr>
        <w:t>　　八、情系青海玉树地震组织开展募捐活动</w:t>
      </w:r>
      <w:r>
        <w:rPr>
          <w:lang w:eastAsia="zh-CN"/>
        </w:rPr>
        <w:br/>
      </w:r>
      <w:r>
        <w:rPr>
          <w:lang w:eastAsia="zh-CN"/>
        </w:rPr>
        <w:t>　　在得知青海玉树地震的消息后，物业公司领导立即决定在社区内进行一次以为灾区人民奉献一份爱心的募捐活动，这项任务由客服部来完成。接到指示后，客服部全体人员用心献计献策，最终圆满的完成了这次募捐活动。</w:t>
      </w:r>
      <w:r>
        <w:rPr>
          <w:lang w:eastAsia="zh-CN"/>
        </w:rPr>
        <w:br/>
      </w:r>
      <w:r>
        <w:rPr>
          <w:lang w:eastAsia="zh-CN"/>
        </w:rPr>
        <w:t>　　九、节日期间园区的装点布置工作</w:t>
      </w:r>
      <w:r>
        <w:rPr>
          <w:lang w:eastAsia="zh-CN"/>
        </w:rPr>
        <w:br/>
      </w:r>
      <w:r>
        <w:rPr>
          <w:lang w:eastAsia="zh-CN"/>
        </w:rPr>
        <w:t>　　用心完成各节日期间园区内的装点布置工作，今年公司加大了对圣诞节(倍受年轻人关注的节日)期间园区装点布置的力度，在小区__门及__区各大堂内购置了圣诞树及其各种装饰品。</w:t>
      </w:r>
      <w:r>
        <w:rPr>
          <w:lang w:eastAsia="zh-CN"/>
        </w:rPr>
        <w:br/>
      </w:r>
      <w:r>
        <w:rPr>
          <w:lang w:eastAsia="zh-CN"/>
        </w:rPr>
        <w:t>　　十、业主座谈会</w:t>
      </w:r>
      <w:r>
        <w:rPr>
          <w:lang w:eastAsia="zh-CN"/>
        </w:rPr>
        <w:br/>
      </w:r>
      <w:r>
        <w:rPr>
          <w:lang w:eastAsia="zh-CN"/>
        </w:rPr>
        <w:t>　　在春节前夕，组织进行了一年一度的业主座谈会。邀请来的各位业主在会上用心发言，对物业公司的服务工作给了充分的肯定并提出了合理的推荐。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总之，在20年的工作基础上，20年我们满怀信心与期望，在新的一年里我们坚信，只要我们勤奋工作，努力工作，用心探索，勇于进取，我们必须能以的努力完成公司下达的各项工作指标。</w:t>
      </w:r>
      <w:r>
        <w:rPr>
          <w:lang w:eastAsia="zh-CN"/>
        </w:rPr>
        <w:br/>
      </w:r>
      <w:r>
        <w:rPr>
          <w:lang w:eastAsia="zh-CN"/>
        </w:rPr>
        <w:t xml:space="preserve">    电话客服年终总结范文 篇10 </w:t>
      </w:r>
      <w:r>
        <w:rPr>
          <w:lang w:eastAsia="zh-CN"/>
        </w:rPr>
        <w:br/>
      </w:r>
      <w:r>
        <w:rPr>
          <w:lang w:eastAsia="zh-CN"/>
        </w:rPr>
        <w:t>　　时间过得很快，我进入公司已经一年多了。初来乍到，对于我来说，这里的一切都是新鲜的，然而新鲜过后，更多的是严明的纪律、严格的要求，于之前的学生生活截然不同。</w:t>
      </w:r>
      <w:r>
        <w:rPr>
          <w:lang w:eastAsia="zh-CN"/>
        </w:rPr>
        <w:br/>
      </w:r>
      <w:r>
        <w:rPr>
          <w:lang w:eastAsia="zh-CN"/>
        </w:rPr>
        <w:t>　　作为一名客户服务人员，我逐渐感受到电话客服工作是在平凡中不断地接受各种挑战，不断地寻找工作的意义和价值。一个优秀的电话客服人员，熟练的业务知识和高超的服务技巧是必备的，但我个人认为与此同时我们还要尝试着在这两点的基础上把枯燥和单调的工作做得有声有色，学会把工作当成是一种享受。</w:t>
      </w:r>
      <w:r>
        <w:rPr>
          <w:lang w:eastAsia="zh-CN"/>
        </w:rPr>
        <w:br/>
      </w:r>
      <w:r>
        <w:rPr>
          <w:lang w:eastAsia="zh-CN"/>
        </w:rPr>
        <w:t>　　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r>
        <w:rPr>
          <w:lang w:eastAsia="zh-CN"/>
        </w:rPr>
        <w:br/>
      </w:r>
      <w:r>
        <w:rPr>
          <w:lang w:eastAsia="zh-CN"/>
        </w:rPr>
        <w:t>　　一直以来，公司都以微笑服务为己任，以顾客满意为宗旨，立足本职、爱岗敬业、扎扎实实地做好电话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点：</w:t>
      </w:r>
      <w:r>
        <w:rPr>
          <w:lang w:eastAsia="zh-CN"/>
        </w:rPr>
        <w:br/>
      </w:r>
      <w:r>
        <w:rPr>
          <w:lang w:eastAsia="zh-CN"/>
        </w:rPr>
        <w:t>　　一、勤奋学习，与时俱进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理论是行动的先导。作为电话客服服务人员，我深刻体会到学习不仅是任务，而且是一种责任，更是工作的切实需要。今后我会努力提高业务水平，注重用理论联系实际，用实践锻炼自己，为公司贡献自己的微薄之力。</w:t>
      </w:r>
      <w:r>
        <w:rPr>
          <w:lang w:eastAsia="zh-CN"/>
        </w:rPr>
        <w:br/>
      </w:r>
      <w:r>
        <w:rPr>
          <w:lang w:eastAsia="zh-CN"/>
        </w:rPr>
        <w:t>　　二、立足本职，爱岗敬业</w:t>
      </w:r>
      <w:r>
        <w:rPr>
          <w:lang w:eastAsia="zh-CN"/>
        </w:rPr>
        <w:br/>
      </w:r>
      <w:r>
        <w:rPr>
          <w:lang w:eastAsia="zh-CN"/>
        </w:rPr>
        <w:t>　　1、作为电话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r>
        <w:rPr>
          <w:lang w:eastAsia="zh-CN"/>
        </w:rPr>
        <w:br/>
      </w:r>
      <w:r>
        <w:rPr>
          <w:lang w:eastAsia="zh-CN"/>
        </w:rPr>
        <w:t>　　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r>
        <w:rPr>
          <w:lang w:eastAsia="zh-CN"/>
        </w:rPr>
        <w:br/>
      </w:r>
      <w:r>
        <w:rPr>
          <w:lang w:eastAsia="zh-CN"/>
        </w:rPr>
        <w:t>　　3、不迟到，不早退，不懒惰。能够认真积极的完成领导安排的各项任务。</w:t>
      </w:r>
      <w:r>
        <w:rPr>
          <w:lang w:eastAsia="zh-CN"/>
        </w:rPr>
        <w:br/>
      </w:r>
      <w:r>
        <w:rPr>
          <w:lang w:eastAsia="zh-CN"/>
        </w:rPr>
        <w:t xml:space="preserve">    电话客服年终总结范文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时光转瞬即逝，不知不觉来到公司已经大半年，忙忙碌碌中时光已近年末。回顾过去工作中的点点滴滴，才发现自己真的收益良多，作为公司的一名售后客服，我也深知自己所肩负的责任。</w:t>
      </w:r>
      <w:r>
        <w:rPr>
          <w:lang w:eastAsia="zh-CN"/>
        </w:rPr>
        <w:br/>
      </w:r>
      <w:r>
        <w:rPr>
          <w:lang w:eastAsia="zh-CN"/>
        </w:rPr>
        <w:t>　　在_月份的时候处理的交接数据是我们小组中的，当月处理的交接数据达到了多个，平时也都能尽职尽责的去完成自己的本职工作，算是没有辜负公司领导的期望。为了更好的完成本职工作，为公司创造更多的效益，特将今年的工作经验作工作总结如下：</w:t>
      </w:r>
      <w:r>
        <w:rPr>
          <w:lang w:eastAsia="zh-CN"/>
        </w:rPr>
        <w:br/>
      </w:r>
      <w:r>
        <w:rPr>
          <w:lang w:eastAsia="zh-CN"/>
        </w:rPr>
        <w:t>　　1、塑造店铺良好形象</w:t>
      </w:r>
      <w:r>
        <w:rPr>
          <w:lang w:eastAsia="zh-CN"/>
        </w:rPr>
        <w:br/>
      </w:r>
      <w:r>
        <w:rPr>
          <w:lang w:eastAsia="zh-CN"/>
        </w:rPr>
        <w:t>　　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w:t>
      </w:r>
      <w:r>
        <w:rPr>
          <w:lang w:eastAsia="zh-CN"/>
        </w:rPr>
        <w:br/>
      </w:r>
      <w:r>
        <w:rPr>
          <w:lang w:eastAsia="zh-CN"/>
        </w:rPr>
        <w:t>　　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r>
        <w:rPr>
          <w:lang w:eastAsia="zh-CN"/>
        </w:rPr>
        <w:br/>
      </w:r>
      <w:r>
        <w:rPr>
          <w:lang w:eastAsia="zh-CN"/>
        </w:rPr>
        <w:t>　　2、学会换位思考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r>
        <w:rPr>
          <w:lang w:eastAsia="zh-CN"/>
        </w:rPr>
        <w:br/>
      </w:r>
      <w:r>
        <w:rPr>
          <w:lang w:eastAsia="zh-CN"/>
        </w:rPr>
        <w:t>　　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r>
        <w:rPr>
          <w:lang w:eastAsia="zh-CN"/>
        </w:rPr>
        <w:br/>
      </w:r>
      <w:r>
        <w:rPr>
          <w:lang w:eastAsia="zh-CN"/>
        </w:rPr>
        <w:t>　　3、熟悉公司产品和产品相关知识</w:t>
      </w:r>
      <w:r>
        <w:rPr>
          <w:lang w:eastAsia="zh-CN"/>
        </w:rPr>
        <w:br/>
      </w:r>
      <w:r>
        <w:rPr>
          <w:lang w:eastAsia="zh-CN"/>
        </w:rPr>
        <w:t>　　公司作为一个从事服装的企业，产品的更新换代是非常快的，作为公司客服，熟悉自己的产品是最基本的要求，当有顾客问到产品的一些情况，我们也能及时回复顾客。</w:t>
      </w:r>
      <w:r>
        <w:rPr>
          <w:lang w:eastAsia="zh-CN"/>
        </w:rPr>
        <w:br/>
      </w:r>
      <w:r>
        <w:rPr>
          <w:lang w:eastAsia="zh-CN"/>
        </w:rPr>
        <w:t>　　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r>
        <w:rPr>
          <w:lang w:eastAsia="zh-CN"/>
        </w:rPr>
        <w:br/>
      </w:r>
      <w:r>
        <w:rPr>
          <w:lang w:eastAsia="zh-CN"/>
        </w:rPr>
        <w:t>　　4、有效的完成本职工作</w:t>
      </w:r>
      <w:r>
        <w:rPr>
          <w:lang w:eastAsia="zh-CN"/>
        </w:rPr>
        <w:br/>
      </w:r>
      <w:r>
        <w:rPr>
          <w:lang w:eastAsia="zh-CN"/>
        </w:rPr>
        <w:t>　　在与顾客沟通时我们要注意回复速度，只有及时回复才能让顾客第一时间感受到我们的热情，为此我们设置了各类快捷短语。在保证回复速度的基础上，我们也要注意沟通技巧，热情的态度往往是决定成功的一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通过电话联系处理顾客的退换货也是我们的职责之一，在电话联系时我们也要注意最基本的电话礼仪。</w:t>
      </w:r>
      <w:r>
        <w:rPr>
          <w:lang w:eastAsia="zh-CN"/>
        </w:rPr>
        <w:br/>
      </w:r>
      <w:r>
        <w:rPr>
          <w:lang w:eastAsia="zh-CN"/>
        </w:rPr>
        <w:t>　　通常我们所处理的工作都是主动与顾客联系，拨打电话时要注意时间不宜太早或太晚，也不适宜在午休时间去电顾客;其次我们要注意电话沟通技巧，通话之前我们要了</w:t>
      </w:r>
      <w:r>
        <w:rPr>
          <w:lang w:eastAsia="zh-CN"/>
        </w:rPr>
        <w:br/>
      </w:r>
      <w:r>
        <w:rPr>
          <w:lang w:eastAsia="zh-CN"/>
        </w:rPr>
        <w:t xml:space="preserve">    电话客服年终总结范文 篇12 </w:t>
      </w:r>
      <w:r>
        <w:rPr>
          <w:lang w:eastAsia="zh-CN"/>
        </w:rPr>
        <w:br/>
      </w:r>
      <w:r>
        <w:rPr>
          <w:lang w:eastAsia="zh-CN"/>
        </w:rPr>
        <w:t>　　在过去的半年中很有幸加入到__公司来，在领导的悉心关怀下，在同事们的帮助下，通过自身的努力，各方面都取得了一定的进步，较好地完成了自己的本职工作。现将工作情况作简要总结：</w:t>
      </w:r>
      <w:r>
        <w:rPr>
          <w:lang w:eastAsia="zh-CN"/>
        </w:rPr>
        <w:br/>
      </w:r>
      <w:r>
        <w:rPr>
          <w:lang w:eastAsia="zh-CN"/>
        </w:rPr>
        <w:t>　　一、不断加强学习，素质进一步提高。</w:t>
      </w:r>
      <w:r>
        <w:rPr>
          <w:lang w:eastAsia="zh-CN"/>
        </w:rPr>
        <w:br/>
      </w:r>
      <w:r>
        <w:rPr>
          <w:lang w:eastAsia="zh-CN"/>
        </w:rPr>
        <w:t>　　具备良好的产品知识和业务素质是做好本职工作的前提和必要条件。半年以来，始终把学习放在重要位置，努力在提高自身综合素质上下功夫。一是重点学习了产品知识;二是学习了与电子商务部门相关的规章制度;三是在前辈指导下联系实际学习电子商务的工作技巧，注意收集相关信息。对公司领导各次会议中的讲话总是认真聆听，汲取养分，收获颇丰;四是尽可能地向周围理论水平高、业务能力强的同事学习，努力丰富自己、充实自己、提高自己。可以说在这半年中，由起初的凭借兴趣入门逐渐过渡到现在能独立处理部分事物并对这项工作始终持有浓厚兴趣。</w:t>
      </w:r>
      <w:r>
        <w:rPr>
          <w:lang w:eastAsia="zh-CN"/>
        </w:rPr>
        <w:br/>
      </w:r>
      <w:r>
        <w:rPr>
          <w:lang w:eastAsia="zh-CN"/>
        </w:rPr>
        <w:t>　　二、踏实肯干、做好本质工作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我的主要工作内容是客户服务，完整的工作流程可以体现为熟悉店铺情况了解上架产品信息—客户接待—订单处理—售后处理和评价管理。前期在淘宝平台运用，收集商品网络信息做得比较充分。客户接待可以说是比较重要的一个环节，是我们产品信息输出的直接窗口，在这半年的是实际操作里，我秉持着巨细靡遗的态度，在不断总结日常工作提升交流技巧的同时，参看一些优秀的实例和经验分享，逐步形成了日常工作体系，对工作技巧进行不断的更新和查漏补缺。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r>
        <w:rPr>
          <w:lang w:eastAsia="zh-CN"/>
        </w:rPr>
        <w:br/>
      </w:r>
      <w:r>
        <w:rPr>
          <w:lang w:eastAsia="zh-CN"/>
        </w:rPr>
        <w:t>　　三、不足待改进之处</w:t>
      </w:r>
      <w:r>
        <w:rPr>
          <w:lang w:eastAsia="zh-CN"/>
        </w:rPr>
        <w:br/>
      </w:r>
      <w:r>
        <w:rPr>
          <w:lang w:eastAsia="zh-CN"/>
        </w:rPr>
        <w:t>　　我在学习和工作中逐步成长、成熟，但我清楚自身还有很多不足，也将成为新年伊始需要完善的重点。</w:t>
      </w:r>
      <w:r>
        <w:rPr>
          <w:lang w:eastAsia="zh-CN"/>
        </w:rPr>
        <w:br/>
      </w:r>
      <w:r>
        <w:rPr>
          <w:lang w:eastAsia="zh-CN"/>
        </w:rPr>
        <w:t>　　1、善于沟通交流，强于协助协调，逐步提高自己的理论水平和业务能力。</w:t>
      </w:r>
      <w:r>
        <w:rPr>
          <w:lang w:eastAsia="zh-CN"/>
        </w:rPr>
        <w:br/>
      </w:r>
      <w:r>
        <w:rPr>
          <w:lang w:eastAsia="zh-CN"/>
        </w:rPr>
        <w:t>　　2、克服年轻气躁，做到脚踏实地，提高工作主动性、提高时间利用率，不怕多做事，不怕做小事，在点滴实践中提高自己。3、精于专业技能，勤于观察总结，尽量将工作总结规范化、数据化、直观化。</w:t>
      </w:r>
      <w:r>
        <w:rPr>
          <w:lang w:eastAsia="zh-CN"/>
        </w:rPr>
        <w:br/>
      </w:r>
      <w:r>
        <w:rPr>
          <w:lang w:eastAsia="zh-CN"/>
        </w:rPr>
        <w:t>　　四、岁首年终，一年之计在于春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1、能力学习和素质提升是一个推陈出新的过程。随着公司发展和电商部规模的扩大，可预见更多的产品会面世，会接触到更广的客户层面，所以产品知识的更新、学习，客服经验的总结、完善，是需要始终坚持的过程。对于新产品的网络推广，结合已有案例，配合部门各位同事共同努力将是下一阶段的工作重点。</w:t>
      </w:r>
      <w:r>
        <w:rPr>
          <w:lang w:eastAsia="zh-CN"/>
        </w:rPr>
        <w:br/>
      </w:r>
      <w:r>
        <w:rPr>
          <w:lang w:eastAsia="zh-CN"/>
        </w:rPr>
        <w:t>　　2、树立全局观，加强兼容性发展。电子商务部门的日常工作与生产销售各个部门都紧密相关，客户服务工作也与部门内策划、运营、推广等等分不开，所以在做好本职工作的同时，个人需要加强各方面信息的涉猎，对各个职责岗位有所了解，加强沟通，互相进步。</w:t>
      </w:r>
      <w:r>
        <w:rPr>
          <w:lang w:eastAsia="zh-CN"/>
        </w:rPr>
        <w:br/>
      </w:r>
      <w:r>
        <w:rPr>
          <w:lang w:eastAsia="zh-CN"/>
        </w:rPr>
        <w:t>　　3、危机公关和关键点控制。尤其在活动期间工作内容增加，许多电子商务工作中的细节问题逐渐显现出来。客服事务中的应变、处理是最直接最有效解决方法，所以在历次活动中注重并总结这些关键部分会使工作开展更加效率;历次活动中存在的不足也积累了经验教训，预先的判断、危机意识的培养会使工作的开展更加游刃有余。</w:t>
      </w:r>
      <w:r>
        <w:rPr>
          <w:lang w:eastAsia="zh-CN"/>
        </w:rPr>
        <w:br/>
      </w:r>
      <w:r>
        <w:rPr>
          <w:lang w:eastAsia="zh-CN"/>
        </w:rPr>
        <w:t>　　半年时间里，公司氛围、人文气息、工作状态都深深吸引着我，崭新的一年相信我会与共同成长!</w:t>
      </w:r>
      <w:r>
        <w:rPr>
          <w:lang w:eastAsia="zh-CN"/>
        </w:rPr>
        <w:br/>
      </w:r>
      <w:r>
        <w:rPr>
          <w:lang w:eastAsia="zh-CN"/>
        </w:rPr>
        <w:t>　　电</w:t>
      </w:r>
      <w:r>
        <w:rPr>
          <w:lang w:eastAsia="zh-CN"/>
        </w:rPr>
        <w:br/>
      </w:r>
      <w:r>
        <w:rPr>
          <w:lang w:eastAsia="zh-CN"/>
        </w:rPr>
        <w:t xml:space="preserve">    电话客服年终总结范文 篇13 </w:t>
      </w:r>
      <w:r>
        <w:rPr>
          <w:lang w:eastAsia="zh-CN"/>
        </w:rPr>
        <w:br/>
      </w:r>
      <w:r>
        <w:rPr>
          <w:lang w:eastAsia="zh-CN"/>
        </w:rPr>
        <w:t>　　20__即将过去，回首一年来的工作，感慨颇深，时光如梭，不知不觉中来工作已一年有余了。在我看来，这是短暂而又漫长的一年。短暂的是我还没来得及掌握更多的工作技巧与专业知识，时光就已流逝;漫长的是要成为一名优秀的客服人员，今后的路还很漫长。</w:t>
      </w:r>
      <w:r>
        <w:rPr>
          <w:lang w:eastAsia="zh-CN"/>
        </w:rPr>
        <w:br/>
      </w:r>
    </w:p>
    <w:p w:rsidR="001B1F19" w14:textId="27C3F48A">
      <w:pPr>
        <w:rPr>
          <w:rFonts w:hint="eastAsia"/>
          <w:lang w:eastAsia="zh-CN"/>
        </w:rPr>
      </w:pPr>
      <w:r>
        <w:rPr>
          <w:lang w:eastAsia="zh-CN"/>
        </w:rPr>
        <w:t>　　回顾当初来应聘客服岗位的事就像发生在昨日一样，但是如今的我已从当初懵懂的学生变成了肩负重要工作职责的瑞和一员，对客服工作也由陌生变得熟悉。客服工作总结与计划。</w:t>
      </w:r>
      <w:r>
        <w:rPr>
          <w:lang w:eastAsia="zh-CN"/>
        </w:rPr>
        <w:br/>
      </w:r>
      <w:r>
        <w:rPr>
          <w:lang w:eastAsia="zh-CN"/>
        </w:rPr>
        <w:t>　　很多人不了解客服工作，认为它很简单、单调、甚至无聊，但是是接下电话、做下记录、没事时上上网罢了;其实不然，要做一名合格、称职的客服人员，需具备相当的专业知识，掌握必须的工作技巧，并要有高度的自觉性和工作职责心，否则工作上就会出现许多失误、失职。前台是整个服务中心的信息窗口，只有持续信息渠道的畅通才能有助于各项服务的开展，客服人员不仅仅要接待业主的各类报修、咨询、投诉和推荐，更要及时地对各部门的工作进行跟进，对约修、报修的完成状况进行回访。为提高工作效率，在持续做好各项接待纪录的同时，前台还要负责各项资料的统计、存档，使各种信息储存更完整，查找更方便，持续原始资料的完整性，同时使各项工作均按标准进行。</w:t>
      </w:r>
      <w:r>
        <w:rPr>
          <w:lang w:eastAsia="zh-CN"/>
        </w:rPr>
        <w:br/>
      </w:r>
      <w:r>
        <w:rPr>
          <w:lang w:eastAsia="zh-CN"/>
        </w:rPr>
        <w:t xml:space="preserve">    电话客服年终总结范文 篇14 </w:t>
      </w:r>
      <w:r>
        <w:rPr>
          <w:lang w:eastAsia="zh-CN"/>
        </w:rPr>
        <w:br/>
      </w:r>
      <w:r>
        <w:rPr>
          <w:lang w:eastAsia="zh-CN"/>
        </w:rPr>
        <w:t>　　岁月如梭，不知不觉我来__公司已经有_年多了，我在客服部从事客户回访和热线咨询的工作。此刻回顾当初应聘来我们公司客服部还像昨日发生的事情一样，但是在这段时光里，我学到了很多，也成熟了很多。以下是我本年度的工作总结。</w:t>
      </w:r>
      <w:r>
        <w:rPr>
          <w:lang w:eastAsia="zh-CN"/>
        </w:rPr>
        <w:br/>
      </w:r>
      <w:r>
        <w:rPr>
          <w:lang w:eastAsia="zh-CN"/>
        </w:rPr>
        <w:t>　　一、电话回访方面</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https://d.book118.com/936052235050010054</w:t>
        </w:r>
      </w:hyperlink>
    </w:p>
    <w:p w:rsidR="001B1F19">
      <w:pPr>
        <w:rPr>
          <w:rFonts w:hint="eastAsia"/>
          <w:lang w:eastAsia="zh-CN"/>
        </w:rPr>
      </w:pPr>
    </w:p>
    <w:sectPr>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3605223505001005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