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微软雅黑" w:eastAsia="微软雅黑" w:hAnsi="微软雅黑"/>
          <w:b/>
          <w:sz w:val="28"/>
        </w:rPr>
        <w:t>2023年西南财经大学天府学院公共课《毛泽东思想和中国特色社会主义理论体系概论》期末试卷A(有答案)</w:t>
      </w:r>
    </w:p>
    <w:p>
      <w:r>
        <w:rPr>
          <w:rFonts w:ascii="微软雅黑" w:eastAsia="宋体" w:hAnsi="微软雅黑"/>
          <w:b/>
          <w:color w:val="000000"/>
          <w:sz w:val="32"/>
        </w:rPr>
        <w:t>一、选择题</w:t>
      </w:r>
    </w:p>
    <w:p w:rsidR="00242C27" w:rsidP="00B40AE9">
      <w:r>
        <w:rPr>
          <w:rFonts w:ascii="微软雅黑" w:eastAsia="宋体" w:hAnsi="微软雅黑"/>
          <w:color w:val="000000"/>
        </w:rPr>
        <w:t>1</w:t>
      </w:r>
      <w:r>
        <w:rPr>
          <w:rFonts w:ascii="微软雅黑" w:eastAsia="宋体" w:hAnsi="微软雅黑"/>
          <w:color w:val="000000"/>
        </w:rPr>
        <w:t>、</w:t>
      </w:r>
      <w:r>
        <w:rPr>
          <w:rFonts w:ascii="微软雅黑" w:eastAsia="宋体" w:hAnsi="微软雅黑" w:hint="eastAsia"/>
          <w:color w:val="000000"/>
        </w:rPr>
        <w:t>毛泽东思想被确立为党的指导思想是在（　）。</w:t>
      </w:r>
    </w:p>
    <w:p w:rsidR="00242C27" w:rsidP="00B40AE9">
      <w:r>
        <w:rPr>
          <w:rFonts w:ascii="微软雅黑" w:eastAsia="宋体" w:hAnsi="微软雅黑"/>
          <w:color w:val="000000"/>
        </w:rPr>
        <w:t>A</w:t>
      </w:r>
      <w:r>
        <w:rPr>
          <w:rFonts w:ascii="微软雅黑" w:eastAsia="宋体" w:hAnsi="微软雅黑"/>
          <w:color w:val="000000"/>
        </w:rPr>
        <w:t>、遵义会议</w:t>
      </w:r>
    </w:p>
    <w:p w:rsidR="00242C27" w:rsidP="00B40AE9">
      <w:r>
        <w:rPr>
          <w:rFonts w:ascii="微软雅黑" w:eastAsia="宋体" w:hAnsi="微软雅黑"/>
          <w:color w:val="000000"/>
        </w:rPr>
        <w:t>B</w:t>
      </w:r>
      <w:r>
        <w:rPr>
          <w:rFonts w:ascii="微软雅黑" w:eastAsia="宋体" w:hAnsi="微软雅黑"/>
          <w:color w:val="000000"/>
        </w:rPr>
        <w:t>、瓦窑堡会议</w:t>
      </w:r>
    </w:p>
    <w:p w:rsidR="00242C27" w:rsidP="00B40AE9">
      <w:r>
        <w:rPr>
          <w:rFonts w:ascii="微软雅黑" w:eastAsia="宋体" w:hAnsi="微软雅黑"/>
          <w:color w:val="000000"/>
        </w:rPr>
        <w:t>C</w:t>
      </w:r>
      <w:r>
        <w:rPr>
          <w:rFonts w:ascii="微软雅黑" w:eastAsia="宋体" w:hAnsi="微软雅黑"/>
          <w:color w:val="000000"/>
        </w:rPr>
        <w:t>、中共七大</w:t>
      </w:r>
    </w:p>
    <w:p w:rsidR="003A50E9" w:rsidP="00B40AE9">
      <w:r>
        <w:rPr>
          <w:rFonts w:ascii="微软雅黑" w:eastAsia="宋体" w:hAnsi="微软雅黑"/>
          <w:color w:val="000000"/>
        </w:rPr>
        <w:t>D</w:t>
      </w:r>
      <w:r>
        <w:rPr>
          <w:rFonts w:ascii="微软雅黑" w:eastAsia="宋体" w:hAnsi="微软雅黑"/>
          <w:color w:val="000000"/>
        </w:rPr>
        <w:t>、中共九大</w:t>
      </w:r>
    </w:p>
    <w:p w:rsidR="00177481" w:rsidP="00B40AE9">
      <w:r>
        <w:rPr>
          <w:rFonts w:ascii="微软雅黑" w:eastAsia="宋体" w:hAnsi="微软雅黑"/>
          <w:color w:val="000000"/>
        </w:rPr>
        <w:t>2</w:t>
      </w:r>
      <w:r>
        <w:rPr>
          <w:rFonts w:ascii="微软雅黑" w:eastAsia="宋体" w:hAnsi="微软雅黑"/>
          <w:color w:val="000000"/>
        </w:rPr>
        <w:t>、</w:t>
      </w:r>
      <w:r>
        <w:rPr>
          <w:rFonts w:ascii="微软雅黑" w:eastAsia="宋体" w:hAnsi="微软雅黑" w:hint="eastAsia"/>
          <w:color w:val="000000"/>
        </w:rPr>
        <w:t>坚持发展是硬道理的本质要求就是坚持（</w:t>
      </w:r>
      <w:r>
        <w:rPr>
          <w:rFonts w:ascii="微软雅黑" w:eastAsia="宋体" w:hAnsi="微软雅黑"/>
          <w:color w:val="000000"/>
        </w:rPr>
        <w:t xml:space="preserve">   </w:t>
      </w:r>
      <w:r>
        <w:rPr>
          <w:rFonts w:ascii="微软雅黑" w:eastAsia="宋体" w:hAnsi="微软雅黑"/>
          <w:color w:val="000000"/>
        </w:rPr>
        <w:t>）</w:t>
      </w:r>
    </w:p>
    <w:p w:rsidR="00177481" w:rsidP="00B40AE9">
      <w:r>
        <w:rPr>
          <w:rFonts w:ascii="微软雅黑" w:eastAsia="宋体" w:hAnsi="微软雅黑"/>
          <w:color w:val="000000"/>
        </w:rPr>
        <w:t>A</w:t>
      </w:r>
      <w:r>
        <w:rPr>
          <w:rFonts w:ascii="微软雅黑" w:eastAsia="宋体" w:hAnsi="微软雅黑"/>
          <w:color w:val="000000"/>
        </w:rPr>
        <w:t>以人为本</w:t>
      </w:r>
    </w:p>
    <w:p w:rsidR="00177481" w:rsidP="00B40AE9">
      <w:r>
        <w:rPr>
          <w:rFonts w:ascii="微软雅黑" w:eastAsia="宋体" w:hAnsi="微软雅黑"/>
          <w:color w:val="000000"/>
        </w:rPr>
        <w:t>B</w:t>
      </w:r>
      <w:r>
        <w:rPr>
          <w:rFonts w:ascii="微软雅黑" w:eastAsia="宋体" w:hAnsi="微软雅黑"/>
          <w:color w:val="000000"/>
        </w:rPr>
        <w:t>科学发展</w:t>
      </w:r>
    </w:p>
    <w:p w:rsidR="00177481" w:rsidP="00B40AE9">
      <w:r>
        <w:rPr>
          <w:rFonts w:ascii="微软雅黑" w:eastAsia="宋体" w:hAnsi="微软雅黑"/>
          <w:color w:val="000000"/>
        </w:rPr>
        <w:t>C</w:t>
      </w:r>
      <w:r>
        <w:rPr>
          <w:rFonts w:ascii="微软雅黑" w:eastAsia="宋体" w:hAnsi="微软雅黑"/>
          <w:color w:val="000000"/>
        </w:rPr>
        <w:t>统筹兼顾</w:t>
      </w:r>
    </w:p>
    <w:p w:rsidR="003A50E9" w:rsidP="00B40AE9">
      <w:r>
        <w:rPr>
          <w:rFonts w:ascii="微软雅黑" w:eastAsia="宋体" w:hAnsi="微软雅黑"/>
          <w:color w:val="000000"/>
        </w:rPr>
        <w:t>D</w:t>
      </w:r>
      <w:r>
        <w:rPr>
          <w:rFonts w:ascii="微软雅黑" w:eastAsia="宋体" w:hAnsi="微软雅黑"/>
          <w:color w:val="000000"/>
        </w:rPr>
        <w:t>全面协调可持续发展</w:t>
      </w:r>
    </w:p>
    <w:p w:rsidR="00201942" w:rsidP="00B40AE9">
      <w:r>
        <w:rPr>
          <w:rFonts w:ascii="微软雅黑" w:eastAsia="宋体" w:hAnsi="微软雅黑"/>
          <w:color w:val="000000"/>
        </w:rPr>
        <w:t>3</w:t>
      </w:r>
      <w:r>
        <w:rPr>
          <w:rFonts w:ascii="微软雅黑" w:eastAsia="宋体" w:hAnsi="微软雅黑"/>
          <w:color w:val="000000"/>
        </w:rPr>
        <w:t>、</w:t>
      </w:r>
      <w:r>
        <w:rPr>
          <w:rFonts w:ascii="微软雅黑" w:eastAsia="宋体" w:hAnsi="微软雅黑" w:hint="eastAsia"/>
          <w:color w:val="000000"/>
        </w:rPr>
        <w:t>党在过渡时期总路线的主体是（</w:t>
      </w:r>
      <w:r>
        <w:rPr>
          <w:rFonts w:ascii="微软雅黑" w:eastAsia="宋体" w:hAnsi="微软雅黑"/>
          <w:color w:val="000000"/>
        </w:rPr>
        <w:t xml:space="preserve">   </w:t>
      </w:r>
      <w:r>
        <w:rPr>
          <w:rFonts w:ascii="微软雅黑" w:eastAsia="宋体" w:hAnsi="微软雅黑"/>
          <w:color w:val="000000"/>
        </w:rPr>
        <w:t>）。</w:t>
      </w:r>
    </w:p>
    <w:p w:rsidR="00201942" w:rsidP="00B40AE9">
      <w:r>
        <w:rPr>
          <w:rFonts w:ascii="微软雅黑" w:eastAsia="宋体" w:hAnsi="微软雅黑"/>
          <w:color w:val="000000"/>
        </w:rPr>
        <w:t>A</w:t>
      </w:r>
      <w:r>
        <w:rPr>
          <w:rFonts w:ascii="微软雅黑" w:eastAsia="宋体" w:hAnsi="微软雅黑"/>
          <w:color w:val="000000"/>
        </w:rPr>
        <w:t>三大改造</w:t>
      </w:r>
    </w:p>
    <w:p w:rsidR="00201942" w:rsidP="00B40AE9">
      <w:r>
        <w:rPr>
          <w:rFonts w:ascii="微软雅黑" w:eastAsia="宋体" w:hAnsi="微软雅黑"/>
          <w:color w:val="000000"/>
        </w:rPr>
        <w:t>B</w:t>
      </w:r>
      <w:r>
        <w:rPr>
          <w:rFonts w:ascii="微软雅黑" w:eastAsia="宋体" w:hAnsi="微软雅黑"/>
          <w:color w:val="000000"/>
        </w:rPr>
        <w:t>建立起社会主义经济</w:t>
      </w:r>
    </w:p>
    <w:p w:rsidR="00201942" w:rsidP="00B40AE9">
      <w:r>
        <w:rPr>
          <w:rFonts w:ascii="微软雅黑" w:eastAsia="宋体" w:hAnsi="微软雅黑"/>
          <w:color w:val="000000"/>
        </w:rPr>
        <w:t>C</w:t>
      </w:r>
      <w:r>
        <w:rPr>
          <w:rFonts w:ascii="微软雅黑" w:eastAsia="宋体" w:hAnsi="微软雅黑"/>
          <w:color w:val="000000"/>
        </w:rPr>
        <w:t>消灭生产资料私有制</w:t>
      </w:r>
    </w:p>
    <w:p w:rsidR="003A50E9" w:rsidP="00B40AE9">
      <w:r>
        <w:rPr>
          <w:rFonts w:ascii="微软雅黑" w:eastAsia="宋体" w:hAnsi="微软雅黑"/>
          <w:color w:val="000000"/>
        </w:rPr>
        <w:t>D</w:t>
      </w:r>
      <w:r>
        <w:rPr>
          <w:rFonts w:ascii="微软雅黑" w:eastAsia="宋体" w:hAnsi="微软雅黑"/>
          <w:color w:val="000000"/>
        </w:rPr>
        <w:t>逐步实现社会主义工业化</w:t>
      </w:r>
    </w:p>
    <w:p w:rsidR="001F7E78" w:rsidP="00B40AE9">
      <w:r>
        <w:rPr>
          <w:rFonts w:ascii="微软雅黑" w:eastAsia="宋体" w:hAnsi="微软雅黑"/>
          <w:color w:val="000000"/>
        </w:rPr>
        <w:t>4</w:t>
      </w:r>
      <w:r>
        <w:rPr>
          <w:rFonts w:ascii="微软雅黑" w:eastAsia="宋体" w:hAnsi="微软雅黑"/>
          <w:color w:val="000000"/>
        </w:rPr>
        <w:t>、</w:t>
      </w:r>
      <w:r>
        <w:rPr>
          <w:rFonts w:ascii="微软雅黑" w:eastAsia="宋体" w:hAnsi="微软雅黑" w:hint="eastAsia"/>
          <w:color w:val="000000"/>
        </w:rPr>
        <w:t>领会习近平新时代中国特色社会主义思想的历史地位，错误的是（</w:t>
      </w:r>
      <w:r>
        <w:rPr>
          <w:rFonts w:ascii="微软雅黑" w:eastAsia="宋体" w:hAnsi="微软雅黑"/>
          <w:color w:val="000000"/>
        </w:rPr>
        <w:t xml:space="preserve">   </w:t>
      </w:r>
      <w:r>
        <w:rPr>
          <w:rFonts w:ascii="微软雅黑" w:eastAsia="宋体" w:hAnsi="微软雅黑"/>
          <w:color w:val="000000"/>
        </w:rPr>
        <w:t>）</w:t>
      </w:r>
    </w:p>
    <w:p w:rsidR="001F7E78" w:rsidP="00B40AE9">
      <w:pPr>
        <w:sectPr w:rsidSect="00034616">
          <w:pgSz w:w="12240" w:h="15840"/>
          <w:pgMar w:top="1440" w:right="1800" w:bottom="1440" w:left="1800" w:header="720" w:footer="720" w:gutter="0"/>
          <w:cols w:space="720"/>
          <w:docGrid w:linePitch="360"/>
        </w:sectPr>
      </w:pPr>
      <w:r>
        <w:rPr>
          <w:rFonts w:ascii="微软雅黑" w:eastAsia="宋体" w:hAnsi="微软雅黑"/>
          <w:color w:val="000000"/>
        </w:rPr>
        <w:t>A</w:t>
      </w:r>
      <w:r>
        <w:rPr>
          <w:rFonts w:ascii="微软雅黑" w:eastAsia="宋体" w:hAnsi="微软雅黑"/>
          <w:color w:val="000000"/>
        </w:rPr>
        <w:t>马克思主义中国化最新成果</w:t>
      </w:r>
    </w:p>
    <w:p w:rsidR="001F7E78" w:rsidP="00B40AE9">
      <w:r>
        <w:rPr>
          <w:rFonts w:ascii="微软雅黑" w:eastAsia="宋体" w:hAnsi="微软雅黑"/>
          <w:color w:val="000000"/>
        </w:rPr>
        <w:t>B</w:t>
      </w:r>
      <w:r>
        <w:rPr>
          <w:rFonts w:ascii="微软雅黑" w:eastAsia="宋体" w:hAnsi="微软雅黑"/>
          <w:color w:val="000000"/>
        </w:rPr>
        <w:t>新时代的精神旗帜</w:t>
      </w:r>
    </w:p>
    <w:p w:rsidR="001F7E78" w:rsidP="00B40AE9">
      <w:r>
        <w:rPr>
          <w:rFonts w:ascii="微软雅黑" w:eastAsia="宋体" w:hAnsi="微软雅黑"/>
          <w:color w:val="000000"/>
        </w:rPr>
        <w:t>C</w:t>
      </w:r>
      <w:r>
        <w:rPr>
          <w:rFonts w:ascii="微软雅黑" w:eastAsia="宋体" w:hAnsi="微软雅黑"/>
          <w:color w:val="000000"/>
        </w:rPr>
        <w:t>实现中华民族伟大复兴的行动指南</w:t>
      </w:r>
    </w:p>
    <w:p w:rsidR="003A50E9" w:rsidP="00B40AE9">
      <w:r>
        <w:rPr>
          <w:rFonts w:ascii="微软雅黑" w:eastAsia="宋体" w:hAnsi="微软雅黑"/>
          <w:color w:val="000000"/>
        </w:rPr>
        <w:t>D</w:t>
      </w:r>
      <w:r>
        <w:rPr>
          <w:rFonts w:ascii="微软雅黑" w:eastAsia="宋体" w:hAnsi="微软雅黑"/>
          <w:color w:val="000000"/>
        </w:rPr>
        <w:t>中国特色社会主义理论体系的接续发展</w:t>
      </w:r>
    </w:p>
    <w:p w:rsidR="00723508" w:rsidP="00B40AE9">
      <w:r>
        <w:rPr>
          <w:rFonts w:ascii="微软雅黑" w:eastAsia="宋体" w:hAnsi="微软雅黑"/>
          <w:color w:val="000000"/>
        </w:rPr>
        <w:t>5</w:t>
      </w:r>
      <w:r>
        <w:rPr>
          <w:rFonts w:ascii="微软雅黑" w:eastAsia="宋体" w:hAnsi="微软雅黑"/>
          <w:color w:val="000000"/>
        </w:rPr>
        <w:t>、</w:t>
      </w:r>
      <w:r>
        <w:rPr>
          <w:rFonts w:ascii="微软雅黑" w:eastAsia="宋体" w:hAnsi="微软雅黑" w:hint="eastAsia"/>
          <w:color w:val="000000"/>
        </w:rPr>
        <w:t>党的十七大后，对我国经济社会发展冲击最猛烈、持续时间最长、影响最</w:t>
      </w:r>
      <w:r>
        <w:rPr>
          <w:rFonts w:ascii="微软雅黑" w:eastAsia="宋体" w:hAnsi="微软雅黑"/>
          <w:color w:val="000000"/>
        </w:rPr>
        <w:t xml:space="preserve"> </w:t>
      </w:r>
      <w:r>
        <w:rPr>
          <w:rFonts w:ascii="微软雅黑" w:eastAsia="宋体" w:hAnsi="微软雅黑"/>
          <w:color w:val="000000"/>
        </w:rPr>
        <w:t>为深远的是（</w:t>
      </w:r>
      <w:r>
        <w:rPr>
          <w:rFonts w:ascii="微软雅黑" w:eastAsia="宋体" w:hAnsi="微软雅黑"/>
          <w:color w:val="000000"/>
        </w:rPr>
        <w:t xml:space="preserve">   </w:t>
      </w:r>
      <w:r>
        <w:rPr>
          <w:rFonts w:ascii="微软雅黑" w:eastAsia="宋体" w:hAnsi="微软雅黑"/>
          <w:color w:val="000000"/>
        </w:rPr>
        <w:t>）次贷危机引发的国际金融危机。</w:t>
      </w:r>
    </w:p>
    <w:p w:rsidR="00723508" w:rsidP="00B40AE9">
      <w:r>
        <w:rPr>
          <w:rFonts w:ascii="微软雅黑" w:eastAsia="宋体" w:hAnsi="微软雅黑"/>
          <w:color w:val="000000"/>
        </w:rPr>
        <w:t>A</w:t>
      </w:r>
      <w:r>
        <w:rPr>
          <w:rFonts w:ascii="微软雅黑" w:eastAsia="宋体" w:hAnsi="微软雅黑"/>
          <w:color w:val="000000"/>
        </w:rPr>
        <w:t>英国</w:t>
      </w:r>
    </w:p>
    <w:p w:rsidR="00723508" w:rsidP="00B40AE9">
      <w:r>
        <w:rPr>
          <w:rFonts w:ascii="微软雅黑" w:eastAsia="宋体" w:hAnsi="微软雅黑"/>
          <w:color w:val="000000"/>
        </w:rPr>
        <w:t>B</w:t>
      </w:r>
      <w:r>
        <w:rPr>
          <w:rFonts w:ascii="微软雅黑" w:eastAsia="宋体" w:hAnsi="微软雅黑"/>
          <w:color w:val="000000"/>
        </w:rPr>
        <w:t>日本</w:t>
      </w:r>
    </w:p>
    <w:p w:rsidR="00723508" w:rsidP="00B40AE9">
      <w:r>
        <w:rPr>
          <w:rFonts w:ascii="微软雅黑" w:eastAsia="宋体" w:hAnsi="微软雅黑"/>
          <w:color w:val="000000"/>
        </w:rPr>
        <w:t>C</w:t>
      </w:r>
      <w:r>
        <w:rPr>
          <w:rFonts w:ascii="微软雅黑" w:eastAsia="宋体" w:hAnsi="微软雅黑"/>
          <w:color w:val="000000"/>
        </w:rPr>
        <w:t>美国</w:t>
      </w:r>
    </w:p>
    <w:p w:rsidR="003A50E9" w:rsidP="00B40AE9">
      <w:r>
        <w:rPr>
          <w:rFonts w:ascii="微软雅黑" w:eastAsia="宋体" w:hAnsi="微软雅黑"/>
          <w:color w:val="000000"/>
        </w:rPr>
        <w:t>D</w:t>
      </w:r>
      <w:r>
        <w:rPr>
          <w:rFonts w:ascii="微软雅黑" w:eastAsia="宋体" w:hAnsi="微软雅黑"/>
          <w:color w:val="000000"/>
        </w:rPr>
        <w:t>徳国</w:t>
      </w:r>
    </w:p>
    <w:p w:rsidR="00504F09" w:rsidP="00B40AE9">
      <w:r>
        <w:rPr>
          <w:rFonts w:ascii="微软雅黑" w:eastAsia="宋体" w:hAnsi="微软雅黑"/>
          <w:color w:val="000000"/>
        </w:rPr>
        <w:t>6</w:t>
      </w:r>
      <w:r>
        <w:rPr>
          <w:rFonts w:ascii="微软雅黑" w:eastAsia="宋体" w:hAnsi="微软雅黑"/>
          <w:color w:val="000000"/>
        </w:rPr>
        <w:t>、</w:t>
      </w:r>
      <w:r>
        <w:rPr>
          <w:rFonts w:ascii="微软雅黑" w:eastAsia="宋体" w:hAnsi="微软雅黑" w:hint="eastAsia"/>
          <w:color w:val="000000"/>
        </w:rPr>
        <w:t>全面贯彻党的教育方针，必须坚持（</w:t>
      </w:r>
      <w:r>
        <w:rPr>
          <w:rFonts w:ascii="微软雅黑" w:eastAsia="宋体" w:hAnsi="微软雅黑"/>
          <w:color w:val="000000"/>
        </w:rPr>
        <w:t xml:space="preserve">   </w:t>
      </w:r>
      <w:r>
        <w:rPr>
          <w:rFonts w:ascii="微软雅黑" w:eastAsia="宋体" w:hAnsi="微软雅黑"/>
          <w:color w:val="000000"/>
        </w:rPr>
        <w:t>）。</w:t>
      </w:r>
    </w:p>
    <w:p w:rsidR="00504F09" w:rsidP="00B40AE9">
      <w:r>
        <w:rPr>
          <w:rFonts w:ascii="微软雅黑" w:eastAsia="宋体" w:hAnsi="微软雅黑"/>
          <w:color w:val="000000"/>
        </w:rPr>
        <w:t>A</w:t>
      </w:r>
      <w:r>
        <w:rPr>
          <w:rFonts w:ascii="微软雅黑" w:eastAsia="宋体" w:hAnsi="微软雅黑"/>
          <w:color w:val="000000"/>
        </w:rPr>
        <w:t>立徳树人</w:t>
      </w:r>
    </w:p>
    <w:p w:rsidR="00504F09" w:rsidP="00B40AE9">
      <w:r>
        <w:rPr>
          <w:rFonts w:ascii="微软雅黑" w:eastAsia="宋体" w:hAnsi="微软雅黑"/>
          <w:color w:val="000000"/>
        </w:rPr>
        <w:t>B</w:t>
      </w:r>
      <w:r>
        <w:rPr>
          <w:rFonts w:ascii="微软雅黑" w:eastAsia="宋体" w:hAnsi="微软雅黑"/>
          <w:color w:val="000000"/>
        </w:rPr>
        <w:t>公平法治</w:t>
      </w:r>
    </w:p>
    <w:p w:rsidR="00504F09" w:rsidP="00B40AE9">
      <w:r>
        <w:rPr>
          <w:rFonts w:ascii="微软雅黑" w:eastAsia="宋体" w:hAnsi="微软雅黑"/>
          <w:color w:val="000000"/>
        </w:rPr>
        <w:t>C</w:t>
      </w:r>
      <w:r>
        <w:rPr>
          <w:rFonts w:ascii="微软雅黑" w:eastAsia="宋体" w:hAnsi="微软雅黑"/>
          <w:color w:val="000000"/>
        </w:rPr>
        <w:t>社会和谐</w:t>
      </w:r>
    </w:p>
    <w:p w:rsidR="003A50E9" w:rsidP="00B40AE9">
      <w:r>
        <w:rPr>
          <w:rFonts w:ascii="微软雅黑" w:eastAsia="宋体" w:hAnsi="微软雅黑"/>
          <w:color w:val="000000"/>
        </w:rPr>
        <w:t>D</w:t>
      </w:r>
      <w:r>
        <w:rPr>
          <w:rFonts w:ascii="微软雅黑" w:eastAsia="宋体" w:hAnsi="微软雅黑"/>
          <w:color w:val="000000"/>
        </w:rPr>
        <w:t>按劳分配</w:t>
      </w:r>
    </w:p>
    <w:p w:rsidR="00B016C5" w:rsidP="00B40AE9">
      <w:r>
        <w:rPr>
          <w:rFonts w:ascii="微软雅黑" w:eastAsia="宋体" w:hAnsi="微软雅黑"/>
          <w:color w:val="000000"/>
        </w:rPr>
        <w:t>7</w:t>
      </w:r>
      <w:r>
        <w:rPr>
          <w:rFonts w:ascii="微软雅黑" w:eastAsia="宋体" w:hAnsi="微软雅黑"/>
          <w:color w:val="000000"/>
        </w:rPr>
        <w:t>、</w:t>
      </w:r>
      <w:r>
        <w:rPr>
          <w:rFonts w:ascii="微软雅黑" w:eastAsia="宋体" w:hAnsi="微软雅黑" w:hint="eastAsia"/>
          <w:color w:val="000000"/>
        </w:rPr>
        <w:t>实现我国工业化应坚持的方针不包括：（</w:t>
      </w:r>
      <w:r>
        <w:rPr>
          <w:rFonts w:ascii="微软雅黑" w:eastAsia="宋体" w:hAnsi="微软雅黑"/>
          <w:color w:val="000000"/>
        </w:rPr>
        <w:t xml:space="preserve">   </w:t>
      </w:r>
      <w:r>
        <w:rPr>
          <w:rFonts w:ascii="微软雅黑" w:eastAsia="宋体" w:hAnsi="微软雅黑"/>
          <w:color w:val="000000"/>
        </w:rPr>
        <w:t>）</w:t>
      </w:r>
    </w:p>
    <w:p w:rsidR="00B016C5" w:rsidP="00B40AE9">
      <w:r>
        <w:rPr>
          <w:rFonts w:ascii="微软雅黑" w:eastAsia="宋体" w:hAnsi="微软雅黑"/>
          <w:color w:val="000000"/>
        </w:rPr>
        <w:t>A“</w:t>
      </w:r>
      <w:r>
        <w:rPr>
          <w:rFonts w:ascii="微软雅黑" w:eastAsia="宋体" w:hAnsi="微软雅黑"/>
          <w:color w:val="000000"/>
        </w:rPr>
        <w:t>两条腿走路</w:t>
      </w:r>
      <w:r>
        <w:rPr>
          <w:rFonts w:ascii="微软雅黑" w:eastAsia="宋体" w:hAnsi="微软雅黑"/>
          <w:color w:val="000000"/>
        </w:rPr>
        <w:t>”</w:t>
      </w:r>
    </w:p>
    <w:p w:rsidR="00B016C5" w:rsidP="00B40AE9">
      <w:r>
        <w:rPr>
          <w:rFonts w:ascii="微软雅黑" w:eastAsia="宋体" w:hAnsi="微软雅黑"/>
          <w:color w:val="000000"/>
        </w:rPr>
        <w:t>B</w:t>
      </w:r>
      <w:r>
        <w:rPr>
          <w:rFonts w:ascii="微软雅黑" w:eastAsia="宋体" w:hAnsi="微软雅黑"/>
          <w:color w:val="000000"/>
        </w:rPr>
        <w:t>农业为基础，工业为主导，以农轻重为序</w:t>
      </w:r>
    </w:p>
    <w:p w:rsidR="00B016C5" w:rsidP="00B40AE9">
      <w:r>
        <w:rPr>
          <w:rFonts w:ascii="微软雅黑" w:eastAsia="宋体" w:hAnsi="微软雅黑"/>
          <w:color w:val="000000"/>
        </w:rPr>
        <w:t>C</w:t>
      </w:r>
      <w:r>
        <w:rPr>
          <w:rFonts w:ascii="微软雅黑" w:eastAsia="宋体" w:hAnsi="微软雅黑"/>
          <w:color w:val="000000"/>
        </w:rPr>
        <w:t>中央工业和地方工业并举</w:t>
      </w:r>
    </w:p>
    <w:p w:rsidR="003A50E9" w:rsidP="00B40AE9">
      <w:r>
        <w:rPr>
          <w:rFonts w:ascii="微软雅黑" w:eastAsia="宋体" w:hAnsi="微软雅黑"/>
          <w:color w:val="000000"/>
        </w:rPr>
        <w:t>D</w:t>
      </w:r>
      <w:r>
        <w:rPr>
          <w:rFonts w:ascii="微软雅黑" w:eastAsia="宋体" w:hAnsi="微软雅黑"/>
          <w:color w:val="000000"/>
        </w:rPr>
        <w:t>国家、生产单位和生产者个人利益兼顾</w:t>
      </w:r>
    </w:p>
    <w:p w:rsidR="00D636EC" w:rsidP="00B40AE9" w14:paraId="6C856B10" w14:textId="4B4B0575">
      <w:r>
        <w:rPr>
          <w:rFonts w:ascii="微软雅黑" w:eastAsia="宋体" w:hAnsi="微软雅黑"/>
          <w:color w:val="000000"/>
        </w:rPr>
        <w:t>8</w:t>
      </w:r>
      <w:r>
        <w:rPr>
          <w:rFonts w:ascii="微软雅黑" w:eastAsia="宋体" w:hAnsi="微软雅黑"/>
          <w:color w:val="000000"/>
        </w:rPr>
        <w:t>、</w:t>
      </w:r>
      <w:r>
        <w:rPr>
          <w:rFonts w:ascii="微软雅黑" w:eastAsia="宋体" w:hAnsi="微软雅黑" w:hint="eastAsia"/>
          <w:color w:val="000000"/>
        </w:rPr>
        <w:t>领导干部一定要讲学习、讲政治、讲正气。其中，（</w:t>
      </w:r>
      <w:r>
        <w:rPr>
          <w:rFonts w:ascii="微软雅黑" w:eastAsia="宋体" w:hAnsi="微软雅黑"/>
          <w:color w:val="000000"/>
        </w:rPr>
        <w:t xml:space="preserve">   </w:t>
      </w:r>
      <w:r>
        <w:rPr>
          <w:rFonts w:ascii="微软雅黑" w:eastAsia="宋体" w:hAnsi="微软雅黑"/>
          <w:color w:val="000000"/>
        </w:rPr>
        <w:t>）是核心。</w:t>
      </w:r>
    </w:p>
    <w:p w:rsidR="003A50E9" w:rsidP="00B40AE9" w14:paraId="55694384" w14:textId="77777777">
      <w:pPr>
        <w:sectPr w:rsidSect="00034616">
          <w:type w:val="nextPage"/>
          <w:pgSz w:w="12240" w:h="15840"/>
          <w:pgMar w:top="1440" w:right="1800" w:bottom="1440" w:left="1800" w:header="720" w:footer="720" w:gutter="0"/>
          <w:pgNumType w:start="2"/>
          <w:cols w:space="720"/>
          <w:titlePg w:val="0"/>
          <w:docGrid w:linePitch="360"/>
        </w:sectPr>
      </w:pPr>
      <w:r>
        <w:rPr>
          <w:rFonts w:ascii="微软雅黑" w:eastAsia="宋体" w:hAnsi="微软雅黑"/>
          <w:color w:val="000000"/>
        </w:rPr>
        <w:t>A</w:t>
      </w:r>
      <w:r>
        <w:rPr>
          <w:rFonts w:ascii="微软雅黑" w:eastAsia="宋体" w:hAnsi="微软雅黑"/>
          <w:color w:val="000000"/>
        </w:rPr>
        <w:t>、讲学习</w:t>
      </w:r>
      <w:r>
        <w:rPr>
          <w:rFonts w:ascii="微软雅黑" w:eastAsia="宋体" w:hAnsi="微软雅黑"/>
          <w:color w:val="000000"/>
        </w:rPr>
        <w:t>      B</w:t>
      </w:r>
      <w:r>
        <w:rPr>
          <w:rFonts w:ascii="微软雅黑" w:eastAsia="宋体" w:hAnsi="微软雅黑"/>
          <w:color w:val="000000"/>
        </w:rPr>
        <w:t>、讲政治</w:t>
      </w:r>
      <w:r>
        <w:rPr>
          <w:rFonts w:ascii="微软雅黑" w:eastAsia="宋体" w:hAnsi="微软雅黑"/>
          <w:color w:val="000000"/>
        </w:rPr>
        <w:t>      C</w:t>
      </w:r>
      <w:r>
        <w:rPr>
          <w:rFonts w:ascii="微软雅黑" w:eastAsia="宋体" w:hAnsi="微软雅黑"/>
          <w:color w:val="000000"/>
        </w:rPr>
        <w:t>、讲正气</w:t>
      </w:r>
      <w:r>
        <w:rPr>
          <w:rFonts w:ascii="微软雅黑" w:eastAsia="宋体" w:hAnsi="微软雅黑"/>
          <w:color w:val="000000"/>
        </w:rPr>
        <w:t>      D</w:t>
      </w:r>
      <w:r>
        <w:rPr>
          <w:rFonts w:ascii="微软雅黑" w:eastAsia="宋体" w:hAnsi="微软雅黑"/>
          <w:color w:val="000000"/>
        </w:rPr>
        <w:t>、都不正确</w:t>
      </w:r>
      <w:r>
        <w:rPr>
          <w:rFonts w:ascii="微软雅黑" w:eastAsia="宋体" w:hAnsi="微软雅黑"/>
          <w:color w:val="000000"/>
        </w:rPr>
        <w:t> </w:t>
      </w:r>
    </w:p>
    <w:p w:rsidR="000D5358" w:rsidP="00B40AE9">
      <w:r>
        <w:rPr>
          <w:rFonts w:ascii="微软雅黑" w:eastAsia="宋体" w:hAnsi="微软雅黑"/>
          <w:color w:val="000000"/>
        </w:rPr>
        <w:t>9</w:t>
      </w:r>
      <w:r>
        <w:rPr>
          <w:rFonts w:ascii="微软雅黑" w:eastAsia="宋体" w:hAnsi="微软雅黑"/>
          <w:color w:val="000000"/>
        </w:rPr>
        <w:t>、</w:t>
      </w:r>
      <w:r>
        <w:rPr>
          <w:rFonts w:ascii="微软雅黑" w:eastAsia="宋体" w:hAnsi="微软雅黑" w:hint="eastAsia"/>
          <w:color w:val="000000"/>
        </w:rPr>
        <w:t>在领导农村革命根据地的斗争实践中，毛泽东先后写下了《中国的红色政权为什么能够存在</w:t>
      </w:r>
      <w:r>
        <w:rPr>
          <w:rFonts w:ascii="微软雅黑" w:eastAsia="宋体" w:hAnsi="微软雅黑"/>
          <w:color w:val="000000"/>
        </w:rPr>
        <w:t>?</w:t>
      </w:r>
      <w:r>
        <w:rPr>
          <w:rFonts w:ascii="微软雅黑" w:eastAsia="宋体" w:hAnsi="微软雅黑"/>
          <w:color w:val="000000"/>
        </w:rPr>
        <w:t>》《井冈山的斗争》《星星之火，可以燎原》等文章，提出了（</w:t>
      </w:r>
      <w:r>
        <w:rPr>
          <w:rFonts w:ascii="微软雅黑" w:eastAsia="宋体" w:hAnsi="微软雅黑"/>
          <w:color w:val="000000"/>
        </w:rPr>
        <w:t xml:space="preserve">   </w:t>
      </w:r>
      <w:r>
        <w:rPr>
          <w:rFonts w:ascii="微软雅黑" w:eastAsia="宋体" w:hAnsi="微软雅黑"/>
          <w:color w:val="000000"/>
        </w:rPr>
        <w:t>）思想，初步形成了农村包围城市的革命道路理论。</w:t>
      </w:r>
    </w:p>
    <w:p w:rsidR="003A50E9" w:rsidP="00B40AE9">
      <w:r>
        <w:rPr>
          <w:rFonts w:ascii="微软雅黑" w:eastAsia="宋体" w:hAnsi="微软雅黑"/>
          <w:color w:val="000000"/>
        </w:rPr>
        <w:t>A</w:t>
      </w:r>
      <w:r>
        <w:rPr>
          <w:rFonts w:ascii="微软雅黑" w:eastAsia="宋体" w:hAnsi="微软雅黑"/>
          <w:color w:val="000000"/>
        </w:rPr>
        <w:t>、工农武装割据</w:t>
      </w:r>
      <w:r>
        <w:rPr>
          <w:rFonts w:ascii="微软雅黑" w:eastAsia="宋体" w:hAnsi="微软雅黑"/>
          <w:color w:val="000000"/>
        </w:rPr>
        <w:t xml:space="preserve"> B</w:t>
      </w:r>
      <w:r>
        <w:rPr>
          <w:rFonts w:ascii="微软雅黑" w:eastAsia="宋体" w:hAnsi="微软雅黑"/>
          <w:color w:val="000000"/>
        </w:rPr>
        <w:t>、枪杆子出政权</w:t>
      </w:r>
      <w:r>
        <w:rPr>
          <w:rFonts w:ascii="微软雅黑" w:eastAsia="宋体" w:hAnsi="微软雅黑"/>
          <w:color w:val="000000"/>
        </w:rPr>
        <w:t xml:space="preserve">  C</w:t>
      </w:r>
      <w:r>
        <w:rPr>
          <w:rFonts w:ascii="微软雅黑" w:eastAsia="宋体" w:hAnsi="微软雅黑"/>
          <w:color w:val="000000"/>
        </w:rPr>
        <w:t>、马克思主义中国化</w:t>
      </w:r>
      <w:r>
        <w:rPr>
          <w:rFonts w:ascii="微软雅黑" w:eastAsia="宋体" w:hAnsi="微软雅黑"/>
          <w:color w:val="000000"/>
        </w:rPr>
        <w:t xml:space="preserve">   D</w:t>
      </w:r>
      <w:r>
        <w:rPr>
          <w:rFonts w:ascii="微软雅黑" w:eastAsia="宋体" w:hAnsi="微软雅黑"/>
          <w:color w:val="000000"/>
        </w:rPr>
        <w:t>、理论结合实际</w:t>
      </w:r>
    </w:p>
    <w:p w:rsidR="00493739" w:rsidP="00B40AE9">
      <w:r>
        <w:rPr>
          <w:rFonts w:ascii="微软雅黑" w:eastAsia="宋体" w:hAnsi="微软雅黑"/>
          <w:color w:val="000000"/>
        </w:rPr>
        <w:t>10</w:t>
      </w:r>
      <w:r>
        <w:rPr>
          <w:rFonts w:ascii="微软雅黑" w:eastAsia="宋体" w:hAnsi="微软雅黑"/>
          <w:color w:val="000000"/>
        </w:rPr>
        <w:t>、</w:t>
      </w:r>
      <w:r>
        <w:rPr>
          <w:rFonts w:ascii="微软雅黑" w:eastAsia="宋体" w:hAnsi="微软雅黑" w:hint="eastAsia"/>
          <w:color w:val="000000"/>
        </w:rPr>
        <w:t>下列关于生态文明体系内容描述错误的是（</w:t>
      </w:r>
      <w:r>
        <w:rPr>
          <w:rFonts w:ascii="微软雅黑" w:eastAsia="宋体" w:hAnsi="微软雅黑"/>
          <w:color w:val="000000"/>
        </w:rPr>
        <w:t xml:space="preserve">   </w:t>
      </w:r>
      <w:r>
        <w:rPr>
          <w:rFonts w:ascii="微软雅黑" w:eastAsia="宋体" w:hAnsi="微软雅黑"/>
          <w:color w:val="000000"/>
        </w:rPr>
        <w:t>）。</w:t>
      </w:r>
    </w:p>
    <w:p w:rsidR="00493739" w:rsidP="00B40AE9">
      <w:r>
        <w:rPr>
          <w:rFonts w:ascii="微软雅黑" w:eastAsia="宋体" w:hAnsi="微软雅黑"/>
          <w:color w:val="000000"/>
        </w:rPr>
        <w:t>A</w:t>
      </w:r>
      <w:r>
        <w:rPr>
          <w:rFonts w:ascii="微软雅黑" w:eastAsia="宋体" w:hAnsi="微软雅黑"/>
          <w:color w:val="000000"/>
        </w:rPr>
        <w:t>、以生态价值观念为准则的生态文化体系</w:t>
      </w:r>
      <w:r>
        <w:rPr>
          <w:rFonts w:ascii="微软雅黑" w:eastAsia="宋体" w:hAnsi="微软雅黑"/>
          <w:color w:val="000000"/>
        </w:rPr>
        <w:t> </w:t>
      </w:r>
    </w:p>
    <w:p w:rsidR="00493739" w:rsidP="00B40AE9">
      <w:r>
        <w:rPr>
          <w:rFonts w:ascii="微软雅黑" w:eastAsia="宋体" w:hAnsi="微软雅黑"/>
          <w:color w:val="000000"/>
        </w:rPr>
        <w:t>B</w:t>
      </w:r>
      <w:r>
        <w:rPr>
          <w:rFonts w:ascii="微软雅黑" w:eastAsia="宋体" w:hAnsi="微软雅黑"/>
          <w:color w:val="000000"/>
        </w:rPr>
        <w:t>、以产业生态化和生态产业化为主体的生态政治体系</w:t>
      </w:r>
      <w:r>
        <w:rPr>
          <w:rFonts w:ascii="微软雅黑" w:eastAsia="宋体" w:hAnsi="微软雅黑"/>
          <w:color w:val="000000"/>
        </w:rPr>
        <w:t> </w:t>
      </w:r>
    </w:p>
    <w:p w:rsidR="00493739" w:rsidP="00B40AE9">
      <w:r>
        <w:rPr>
          <w:rFonts w:ascii="微软雅黑" w:eastAsia="宋体" w:hAnsi="微软雅黑"/>
          <w:color w:val="000000"/>
        </w:rPr>
        <w:t>C</w:t>
      </w:r>
      <w:r>
        <w:rPr>
          <w:rFonts w:ascii="微软雅黑" w:eastAsia="宋体" w:hAnsi="微软雅黑"/>
          <w:color w:val="000000"/>
        </w:rPr>
        <w:t>、以改善生态环境质量为核心的目标责任体系</w:t>
      </w:r>
      <w:r>
        <w:rPr>
          <w:rFonts w:ascii="微软雅黑" w:eastAsia="宋体" w:hAnsi="微软雅黑"/>
          <w:color w:val="000000"/>
        </w:rPr>
        <w:t> </w:t>
      </w:r>
    </w:p>
    <w:p w:rsidR="003A50E9" w:rsidP="00B40AE9">
      <w:r>
        <w:rPr>
          <w:rFonts w:ascii="微软雅黑" w:eastAsia="宋体" w:hAnsi="微软雅黑"/>
          <w:color w:val="000000"/>
        </w:rPr>
        <w:t>D</w:t>
      </w:r>
      <w:r>
        <w:rPr>
          <w:rFonts w:ascii="微软雅黑" w:eastAsia="宋体" w:hAnsi="微软雅黑"/>
          <w:color w:val="000000"/>
        </w:rPr>
        <w:t>、以治理体系和治理能力现代化为保障的生态文明制度体系</w:t>
      </w:r>
      <w:r>
        <w:rPr>
          <w:rFonts w:ascii="微软雅黑" w:eastAsia="宋体" w:hAnsi="微软雅黑"/>
          <w:color w:val="000000"/>
        </w:rPr>
        <w:t> </w:t>
      </w:r>
    </w:p>
    <w:p w:rsidR="00783EEE" w:rsidP="00B40AE9" w14:paraId="21F7D888" w14:textId="6DC7DEB3">
      <w:r>
        <w:rPr>
          <w:rFonts w:ascii="微软雅黑" w:eastAsia="宋体" w:hAnsi="微软雅黑"/>
          <w:color w:val="000000"/>
        </w:rPr>
        <w:t>11</w:t>
      </w:r>
      <w:r>
        <w:rPr>
          <w:rFonts w:ascii="微软雅黑" w:eastAsia="宋体" w:hAnsi="微软雅黑"/>
          <w:color w:val="000000"/>
        </w:rPr>
        <w:t>、</w:t>
      </w:r>
      <w:r>
        <w:rPr>
          <w:rFonts w:ascii="微软雅黑" w:eastAsia="宋体" w:hAnsi="微软雅黑" w:hint="eastAsia"/>
          <w:color w:val="000000"/>
        </w:rPr>
        <w:t>关于党在过渡时期总路线的主要内容，下列说法错误的是（</w:t>
      </w:r>
      <w:r>
        <w:rPr>
          <w:rFonts w:ascii="微软雅黑" w:eastAsia="宋体" w:hAnsi="微软雅黑"/>
          <w:color w:val="000000"/>
        </w:rPr>
        <w:t xml:space="preserve">   </w:t>
      </w:r>
      <w:r>
        <w:rPr>
          <w:rFonts w:ascii="微软雅黑" w:eastAsia="宋体" w:hAnsi="微软雅黑"/>
          <w:color w:val="000000"/>
        </w:rPr>
        <w:t>）。</w:t>
      </w:r>
    </w:p>
    <w:p w:rsidR="00783EEE" w:rsidP="00B40AE9" w14:paraId="3C3A9965" w14:textId="77777777">
      <w:r>
        <w:rPr>
          <w:rFonts w:ascii="微软雅黑" w:eastAsia="宋体" w:hAnsi="微软雅黑"/>
          <w:color w:val="000000"/>
        </w:rPr>
        <w:t>A</w:t>
      </w:r>
      <w:r>
        <w:rPr>
          <w:rFonts w:ascii="微软雅黑" w:eastAsia="宋体" w:hAnsi="微软雅黑"/>
          <w:color w:val="000000"/>
        </w:rPr>
        <w:t>、党在过渡时期总路线的主要内容被概括为</w:t>
      </w:r>
      <w:r>
        <w:rPr>
          <w:rFonts w:ascii="微软雅黑" w:eastAsia="宋体" w:hAnsi="微软雅黑"/>
          <w:color w:val="000000"/>
        </w:rPr>
        <w:t>“</w:t>
      </w:r>
      <w:r>
        <w:rPr>
          <w:rFonts w:ascii="微软雅黑" w:eastAsia="宋体" w:hAnsi="微软雅黑"/>
          <w:color w:val="000000"/>
        </w:rPr>
        <w:t>一化三改</w:t>
      </w:r>
      <w:r>
        <w:rPr>
          <w:rFonts w:ascii="微软雅黑" w:eastAsia="宋体" w:hAnsi="微软雅黑"/>
          <w:color w:val="000000"/>
        </w:rPr>
        <w:t>” </w:t>
      </w:r>
    </w:p>
    <w:p w:rsidR="00783EEE" w:rsidP="00B40AE9" w14:paraId="2F1B962D" w14:textId="77777777">
      <w:r>
        <w:rPr>
          <w:rFonts w:ascii="微软雅黑" w:eastAsia="宋体" w:hAnsi="微软雅黑"/>
          <w:color w:val="000000"/>
        </w:rPr>
        <w:t>B</w:t>
      </w:r>
      <w:r>
        <w:rPr>
          <w:rFonts w:ascii="微软雅黑" w:eastAsia="宋体" w:hAnsi="微软雅黑"/>
          <w:color w:val="000000"/>
        </w:rPr>
        <w:t>、</w:t>
      </w:r>
      <w:r>
        <w:rPr>
          <w:rFonts w:ascii="微软雅黑" w:eastAsia="宋体" w:hAnsi="微软雅黑"/>
          <w:color w:val="000000"/>
        </w:rPr>
        <w:t>“</w:t>
      </w:r>
      <w:r>
        <w:rPr>
          <w:rFonts w:ascii="微软雅黑" w:eastAsia="宋体" w:hAnsi="微软雅黑"/>
          <w:color w:val="000000"/>
        </w:rPr>
        <w:t>一化</w:t>
      </w:r>
      <w:r>
        <w:rPr>
          <w:rFonts w:ascii="微软雅黑" w:eastAsia="宋体" w:hAnsi="微软雅黑"/>
          <w:color w:val="000000"/>
        </w:rPr>
        <w:t>”</w:t>
      </w:r>
      <w:r>
        <w:rPr>
          <w:rFonts w:ascii="微软雅黑" w:eastAsia="宋体" w:hAnsi="微软雅黑"/>
          <w:color w:val="000000"/>
        </w:rPr>
        <w:t>即社会主义工业化</w:t>
      </w:r>
      <w:r>
        <w:rPr>
          <w:rFonts w:ascii="微软雅黑" w:eastAsia="宋体" w:hAnsi="微软雅黑"/>
          <w:color w:val="000000"/>
        </w:rPr>
        <w:t> </w:t>
      </w:r>
    </w:p>
    <w:p w:rsidR="00783EEE" w:rsidP="00B40AE9" w14:paraId="505D180F" w14:textId="77777777">
      <w:r>
        <w:rPr>
          <w:rFonts w:ascii="微软雅黑" w:eastAsia="宋体" w:hAnsi="微软雅黑"/>
          <w:color w:val="000000"/>
        </w:rPr>
        <w:t>C</w:t>
      </w:r>
      <w:r>
        <w:rPr>
          <w:rFonts w:ascii="微软雅黑" w:eastAsia="宋体" w:hAnsi="微软雅黑"/>
          <w:color w:val="000000"/>
        </w:rPr>
        <w:t>、</w:t>
      </w:r>
      <w:r>
        <w:rPr>
          <w:rFonts w:ascii="微软雅黑" w:eastAsia="宋体" w:hAnsi="微软雅黑"/>
          <w:color w:val="000000"/>
        </w:rPr>
        <w:t>“</w:t>
      </w:r>
      <w:r>
        <w:rPr>
          <w:rFonts w:ascii="微软雅黑" w:eastAsia="宋体" w:hAnsi="微软雅黑"/>
          <w:color w:val="000000"/>
        </w:rPr>
        <w:t>三改</w:t>
      </w:r>
      <w:r>
        <w:rPr>
          <w:rFonts w:ascii="微软雅黑" w:eastAsia="宋体" w:hAnsi="微软雅黑"/>
          <w:color w:val="000000"/>
        </w:rPr>
        <w:t>”</w:t>
      </w:r>
      <w:r>
        <w:rPr>
          <w:rFonts w:ascii="微软雅黑" w:eastAsia="宋体" w:hAnsi="微软雅黑"/>
          <w:color w:val="000000"/>
        </w:rPr>
        <w:t>即对个体农业、手工业和资本主义工商业的社会主义改造</w:t>
      </w:r>
      <w:r>
        <w:rPr>
          <w:rFonts w:ascii="微软雅黑" w:eastAsia="宋体" w:hAnsi="微软雅黑"/>
          <w:color w:val="000000"/>
        </w:rPr>
        <w:t> </w:t>
      </w:r>
    </w:p>
    <w:p w:rsidR="003A50E9" w:rsidP="00B40AE9" w14:paraId="1E70DDE1" w14:textId="77777777">
      <w:r>
        <w:rPr>
          <w:rFonts w:ascii="微软雅黑" w:eastAsia="宋体" w:hAnsi="微软雅黑"/>
          <w:color w:val="000000"/>
        </w:rPr>
        <w:t>D</w:t>
      </w:r>
      <w:r>
        <w:rPr>
          <w:rFonts w:ascii="微软雅黑" w:eastAsia="宋体" w:hAnsi="微软雅黑"/>
          <w:color w:val="000000"/>
        </w:rPr>
        <w:t>、</w:t>
      </w:r>
      <w:r>
        <w:rPr>
          <w:rFonts w:ascii="微软雅黑" w:eastAsia="宋体" w:hAnsi="微软雅黑"/>
          <w:color w:val="000000"/>
        </w:rPr>
        <w:t>“</w:t>
      </w:r>
      <w:r>
        <w:rPr>
          <w:rFonts w:ascii="微软雅黑" w:eastAsia="宋体" w:hAnsi="微软雅黑"/>
          <w:color w:val="000000"/>
        </w:rPr>
        <w:t>一化</w:t>
      </w:r>
      <w:r>
        <w:rPr>
          <w:rFonts w:ascii="微软雅黑" w:eastAsia="宋体" w:hAnsi="微软雅黑"/>
          <w:color w:val="000000"/>
        </w:rPr>
        <w:t>”</w:t>
      </w:r>
      <w:r>
        <w:rPr>
          <w:rFonts w:ascii="微软雅黑" w:eastAsia="宋体" w:hAnsi="微软雅黑"/>
          <w:color w:val="000000"/>
        </w:rPr>
        <w:t>是</w:t>
      </w:r>
      <w:r>
        <w:rPr>
          <w:rFonts w:ascii="微软雅黑" w:eastAsia="宋体" w:hAnsi="微软雅黑"/>
          <w:color w:val="000000"/>
        </w:rPr>
        <w:t>“</w:t>
      </w:r>
      <w:r>
        <w:rPr>
          <w:rFonts w:ascii="微软雅黑" w:eastAsia="宋体" w:hAnsi="微软雅黑"/>
          <w:color w:val="000000"/>
        </w:rPr>
        <w:t>两翼</w:t>
      </w:r>
      <w:r>
        <w:rPr>
          <w:rFonts w:ascii="微软雅黑" w:eastAsia="宋体" w:hAnsi="微软雅黑"/>
          <w:color w:val="000000"/>
        </w:rPr>
        <w:t>”</w:t>
      </w:r>
      <w:r>
        <w:rPr>
          <w:rFonts w:ascii="微软雅黑" w:eastAsia="宋体" w:hAnsi="微软雅黑"/>
          <w:color w:val="000000"/>
        </w:rPr>
        <w:t>，</w:t>
      </w:r>
      <w:r>
        <w:rPr>
          <w:rFonts w:ascii="微软雅黑" w:eastAsia="宋体" w:hAnsi="微软雅黑"/>
          <w:color w:val="000000"/>
        </w:rPr>
        <w:t>“</w:t>
      </w:r>
      <w:r>
        <w:rPr>
          <w:rFonts w:ascii="微软雅黑" w:eastAsia="宋体" w:hAnsi="微软雅黑"/>
          <w:color w:val="000000"/>
        </w:rPr>
        <w:t>三改</w:t>
      </w:r>
      <w:r>
        <w:rPr>
          <w:rFonts w:ascii="微软雅黑" w:eastAsia="宋体" w:hAnsi="微软雅黑"/>
          <w:color w:val="000000"/>
        </w:rPr>
        <w:t>”</w:t>
      </w:r>
      <w:r>
        <w:rPr>
          <w:rFonts w:ascii="微软雅黑" w:eastAsia="宋体" w:hAnsi="微软雅黑"/>
          <w:color w:val="000000"/>
        </w:rPr>
        <w:t>是</w:t>
      </w:r>
      <w:r>
        <w:rPr>
          <w:rFonts w:ascii="微软雅黑" w:eastAsia="宋体" w:hAnsi="微软雅黑"/>
          <w:color w:val="000000"/>
        </w:rPr>
        <w:t>“</w:t>
      </w:r>
      <w:r>
        <w:rPr>
          <w:rFonts w:ascii="微软雅黑" w:eastAsia="宋体" w:hAnsi="微软雅黑"/>
          <w:color w:val="000000"/>
        </w:rPr>
        <w:t>主体</w:t>
      </w:r>
      <w:r>
        <w:rPr>
          <w:rFonts w:ascii="微软雅黑" w:eastAsia="宋体" w:hAnsi="微软雅黑"/>
          <w:color w:val="000000"/>
        </w:rPr>
        <w:t>” </w:t>
      </w:r>
    </w:p>
    <w:p w:rsidR="009B7B2F" w:rsidP="00B40AE9">
      <w:r>
        <w:rPr>
          <w:rFonts w:ascii="微软雅黑" w:eastAsia="宋体" w:hAnsi="微软雅黑"/>
          <w:color w:val="000000"/>
        </w:rPr>
        <w:t>12</w:t>
      </w:r>
      <w:r>
        <w:rPr>
          <w:rFonts w:ascii="微软雅黑" w:eastAsia="宋体" w:hAnsi="微软雅黑"/>
          <w:color w:val="000000"/>
        </w:rPr>
        <w:t>、</w:t>
      </w:r>
      <w:r>
        <w:rPr>
          <w:rFonts w:ascii="微软雅黑" w:eastAsia="宋体" w:hAnsi="微软雅黑" w:hint="eastAsia"/>
          <w:color w:val="000000"/>
        </w:rPr>
        <w:t>我们党始终髙扬的光辉旗帜是（</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、人民民主</w:t>
      </w:r>
      <w:r>
        <w:rPr>
          <w:rFonts w:ascii="微软雅黑" w:eastAsia="宋体" w:hAnsi="微软雅黑"/>
          <w:color w:val="000000"/>
        </w:rPr>
        <w:t> B</w:t>
      </w:r>
      <w:r>
        <w:rPr>
          <w:rFonts w:ascii="微软雅黑" w:eastAsia="宋体" w:hAnsi="微软雅黑"/>
          <w:color w:val="000000"/>
        </w:rPr>
        <w:t>、社会主义核心价值体系</w:t>
      </w:r>
      <w:r>
        <w:rPr>
          <w:rFonts w:ascii="微软雅黑" w:eastAsia="宋体" w:hAnsi="微软雅黑"/>
          <w:color w:val="000000"/>
        </w:rPr>
        <w:t> C</w:t>
      </w:r>
      <w:r>
        <w:rPr>
          <w:rFonts w:ascii="微软雅黑" w:eastAsia="宋体" w:hAnsi="微软雅黑"/>
          <w:color w:val="000000"/>
        </w:rPr>
        <w:t>、科学发展观</w:t>
      </w:r>
      <w:r>
        <w:rPr>
          <w:rFonts w:ascii="微软雅黑" w:eastAsia="宋体" w:hAnsi="微软雅黑"/>
          <w:color w:val="000000"/>
        </w:rPr>
        <w:t>D</w:t>
      </w:r>
      <w:r>
        <w:rPr>
          <w:rFonts w:ascii="微软雅黑" w:eastAsia="宋体" w:hAnsi="微软雅黑"/>
          <w:color w:val="000000"/>
        </w:rPr>
        <w:t>、执政能力建设</w:t>
      </w:r>
      <w:r>
        <w:rPr>
          <w:rFonts w:ascii="微软雅黑" w:eastAsia="宋体" w:hAnsi="微软雅黑"/>
          <w:color w:val="000000"/>
        </w:rPr>
        <w:t> </w:t>
      </w:r>
    </w:p>
    <w:p w:rsidR="007056F6" w:rsidP="00B40AE9">
      <w:r>
        <w:rPr>
          <w:rFonts w:ascii="微软雅黑" w:eastAsia="宋体" w:hAnsi="微软雅黑"/>
          <w:color w:val="000000"/>
        </w:rPr>
        <w:t>13</w:t>
      </w:r>
      <w:r>
        <w:rPr>
          <w:rFonts w:ascii="微软雅黑" w:eastAsia="宋体" w:hAnsi="微软雅黑"/>
          <w:color w:val="000000"/>
        </w:rPr>
        <w:t>、</w:t>
      </w:r>
      <w:r>
        <w:rPr>
          <w:rFonts w:ascii="微软雅黑" w:eastAsia="宋体" w:hAnsi="微软雅黑" w:hint="eastAsia"/>
          <w:color w:val="000000"/>
        </w:rPr>
        <w:t>国家富强、民族振兴的根本出发点和落脚点是（</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、社会安定</w:t>
      </w:r>
      <w:r>
        <w:rPr>
          <w:rFonts w:ascii="微软雅黑" w:eastAsia="宋体" w:hAnsi="微软雅黑"/>
          <w:color w:val="000000"/>
        </w:rPr>
        <w:t> B</w:t>
      </w:r>
      <w:r>
        <w:rPr>
          <w:rFonts w:ascii="微软雅黑" w:eastAsia="宋体" w:hAnsi="微软雅黑"/>
          <w:color w:val="000000"/>
        </w:rPr>
        <w:t>、政治稳定</w:t>
      </w:r>
      <w:r>
        <w:rPr>
          <w:rFonts w:ascii="微软雅黑" w:eastAsia="宋体" w:hAnsi="微软雅黑"/>
          <w:color w:val="000000"/>
        </w:rPr>
        <w:t> C</w:t>
      </w:r>
      <w:r>
        <w:rPr>
          <w:rFonts w:ascii="微软雅黑" w:eastAsia="宋体" w:hAnsi="微软雅黑"/>
          <w:color w:val="000000"/>
        </w:rPr>
        <w:t>、人民幸福</w:t>
      </w:r>
      <w:r>
        <w:rPr>
          <w:rFonts w:ascii="微软雅黑" w:eastAsia="宋体" w:hAnsi="微软雅黑"/>
          <w:color w:val="000000"/>
        </w:rPr>
        <w:t> D</w:t>
      </w:r>
      <w:r>
        <w:rPr>
          <w:rFonts w:ascii="微软雅黑" w:eastAsia="宋体" w:hAnsi="微软雅黑"/>
          <w:color w:val="000000"/>
        </w:rPr>
        <w:t>、国际和平</w:t>
      </w:r>
      <w:r>
        <w:rPr>
          <w:rFonts w:ascii="微软雅黑" w:eastAsia="宋体" w:hAnsi="微软雅黑"/>
          <w:color w:val="000000"/>
        </w:rPr>
        <w:t> </w:t>
      </w:r>
    </w:p>
    <w:p w:rsidR="00950C84" w:rsidP="00B40AE9">
      <w:r>
        <w:rPr>
          <w:rFonts w:ascii="微软雅黑" w:eastAsia="宋体" w:hAnsi="微软雅黑"/>
          <w:color w:val="000000"/>
        </w:rPr>
        <w:t>14</w:t>
      </w:r>
      <w:r>
        <w:rPr>
          <w:rFonts w:ascii="微软雅黑" w:eastAsia="宋体" w:hAnsi="微软雅黑"/>
          <w:color w:val="000000"/>
        </w:rPr>
        <w:t>、</w:t>
      </w:r>
      <w:r>
        <w:rPr>
          <w:rFonts w:ascii="微软雅黑" w:eastAsia="宋体" w:hAnsi="微软雅黑" w:hint="eastAsia"/>
          <w:color w:val="000000"/>
        </w:rPr>
        <w:t>实现中华民族伟大复兴，关键在（</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、制定完善的法律体系</w:t>
      </w:r>
      <w:r>
        <w:rPr>
          <w:rFonts w:ascii="微软雅黑" w:eastAsia="宋体" w:hAnsi="微软雅黑"/>
          <w:color w:val="000000"/>
        </w:rPr>
        <w:t>  B</w:t>
      </w:r>
      <w:r>
        <w:rPr>
          <w:rFonts w:ascii="微软雅黑" w:eastAsia="宋体" w:hAnsi="微软雅黑"/>
          <w:color w:val="000000"/>
        </w:rPr>
        <w:t>、改革开放</w:t>
      </w:r>
      <w:r>
        <w:rPr>
          <w:rFonts w:ascii="微软雅黑" w:eastAsia="宋体" w:hAnsi="微软雅黑"/>
          <w:color w:val="000000"/>
        </w:rPr>
        <w:t xml:space="preserve"> C</w:t>
      </w:r>
      <w:r>
        <w:rPr>
          <w:rFonts w:ascii="微软雅黑" w:eastAsia="宋体" w:hAnsi="微软雅黑"/>
          <w:color w:val="000000"/>
        </w:rPr>
        <w:t>、与时俱进</w:t>
      </w:r>
      <w:r>
        <w:rPr>
          <w:rFonts w:ascii="微软雅黑" w:eastAsia="宋体" w:hAnsi="微软雅黑"/>
          <w:color w:val="000000"/>
        </w:rPr>
        <w:t> D</w:t>
      </w:r>
      <w:r>
        <w:rPr>
          <w:rFonts w:ascii="微软雅黑" w:eastAsia="宋体" w:hAnsi="微软雅黑"/>
          <w:color w:val="000000"/>
        </w:rPr>
        <w:t>、中国共产党</w:t>
      </w:r>
      <w:r>
        <w:rPr>
          <w:rFonts w:ascii="微软雅黑" w:eastAsia="宋体" w:hAnsi="微软雅黑"/>
          <w:color w:val="000000"/>
        </w:rPr>
        <w:t> </w:t>
      </w:r>
    </w:p>
    <w:p w:rsidR="006653A0" w:rsidP="00B40AE9" w14:paraId="7E16532A" w14:textId="455DB7DD">
      <w:pPr>
        <w:sectPr w:rsidSect="00034616">
          <w:type w:val="nextPage"/>
          <w:pgSz w:w="12240" w:h="15840"/>
          <w:pgMar w:top="1440" w:right="1800" w:bottom="1440" w:left="1800" w:header="720" w:footer="720" w:gutter="0"/>
          <w:pgNumType w:start="3"/>
          <w:cols w:space="720"/>
          <w:titlePg w:val="0"/>
          <w:docGrid w:linePitch="360"/>
        </w:sectPr>
      </w:pPr>
      <w:r>
        <w:rPr>
          <w:rFonts w:ascii="微软雅黑" w:eastAsia="宋体" w:hAnsi="微软雅黑"/>
          <w:color w:val="000000"/>
        </w:rPr>
        <w:t>15</w:t>
      </w:r>
      <w:r>
        <w:rPr>
          <w:rFonts w:ascii="微软雅黑" w:eastAsia="宋体" w:hAnsi="微软雅黑"/>
          <w:color w:val="000000"/>
        </w:rPr>
        <w:t>、</w:t>
      </w:r>
      <w:r>
        <w:rPr>
          <w:rFonts w:ascii="微软雅黑" w:eastAsia="宋体" w:hAnsi="微软雅黑" w:hint="eastAsia"/>
          <w:color w:val="000000"/>
        </w:rPr>
        <w:t>“坚持全面从严治党”要求，以党章为根本遵循，把（</w:t>
      </w:r>
      <w:r>
        <w:rPr>
          <w:rFonts w:ascii="微软雅黑" w:eastAsia="宋体" w:hAnsi="微软雅黑"/>
          <w:color w:val="000000"/>
        </w:rPr>
        <w:t xml:space="preserve">   </w:t>
      </w:r>
      <w:r>
        <w:rPr>
          <w:rFonts w:ascii="微软雅黑" w:eastAsia="宋体" w:hAnsi="微软雅黑"/>
          <w:color w:val="000000"/>
        </w:rPr>
        <w:t>）摆在首位。</w:t>
      </w:r>
    </w:p>
    <w:p w:rsidR="003A50E9" w:rsidP="00B40AE9" w14:paraId="39815C82" w14:textId="77777777">
      <w:r>
        <w:rPr>
          <w:rFonts w:ascii="微软雅黑" w:eastAsia="宋体" w:hAnsi="微软雅黑"/>
          <w:color w:val="000000"/>
        </w:rPr>
        <w:t>A</w:t>
      </w:r>
      <w:r>
        <w:rPr>
          <w:rFonts w:ascii="微软雅黑" w:eastAsia="宋体" w:hAnsi="微软雅黑"/>
          <w:color w:val="000000"/>
        </w:rPr>
        <w:t>、党的经济建设</w:t>
      </w:r>
      <w:r>
        <w:rPr>
          <w:rFonts w:ascii="微软雅黑" w:eastAsia="宋体" w:hAnsi="微软雅黑"/>
          <w:color w:val="000000"/>
        </w:rPr>
        <w:t> B</w:t>
      </w:r>
      <w:r>
        <w:rPr>
          <w:rFonts w:ascii="微软雅黑" w:eastAsia="宋体" w:hAnsi="微软雅黑"/>
          <w:color w:val="000000"/>
        </w:rPr>
        <w:t>、党的政治建设</w:t>
      </w:r>
      <w:r>
        <w:rPr>
          <w:rFonts w:ascii="微软雅黑" w:eastAsia="宋体" w:hAnsi="微软雅黑"/>
          <w:color w:val="000000"/>
        </w:rPr>
        <w:t> C</w:t>
      </w:r>
      <w:r>
        <w:rPr>
          <w:rFonts w:ascii="微软雅黑" w:eastAsia="宋体" w:hAnsi="微软雅黑"/>
          <w:color w:val="000000"/>
        </w:rPr>
        <w:t>、党的文化建设</w:t>
      </w:r>
      <w:r>
        <w:rPr>
          <w:rFonts w:ascii="微软雅黑" w:eastAsia="宋体" w:hAnsi="微软雅黑"/>
          <w:color w:val="000000"/>
        </w:rPr>
        <w:t> D</w:t>
      </w:r>
      <w:r>
        <w:rPr>
          <w:rFonts w:ascii="微软雅黑" w:eastAsia="宋体" w:hAnsi="微软雅黑"/>
          <w:color w:val="000000"/>
        </w:rPr>
        <w:t>、党的思想建设</w:t>
      </w:r>
      <w:r>
        <w:rPr>
          <w:rFonts w:ascii="微软雅黑" w:eastAsia="宋体" w:hAnsi="微软雅黑"/>
          <w:color w:val="000000"/>
        </w:rPr>
        <w:t> </w:t>
      </w:r>
    </w:p>
    <w:p w:rsidR="00922A49" w:rsidP="00B40AE9">
      <w:r>
        <w:rPr>
          <w:rFonts w:ascii="微软雅黑" w:eastAsia="宋体" w:hAnsi="微软雅黑"/>
          <w:color w:val="000000"/>
        </w:rPr>
        <w:t>16</w:t>
      </w:r>
      <w:r>
        <w:rPr>
          <w:rFonts w:ascii="微软雅黑" w:eastAsia="宋体" w:hAnsi="微软雅黑"/>
          <w:color w:val="000000"/>
        </w:rPr>
        <w:t>、</w:t>
      </w:r>
      <w:r>
        <w:rPr>
          <w:rFonts w:ascii="微软雅黑" w:eastAsia="宋体" w:hAnsi="微软雅黑" w:hint="eastAsia"/>
          <w:color w:val="000000"/>
        </w:rPr>
        <w:t>正确处理敌我矛盾的方法是（</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、专政</w:t>
      </w:r>
      <w:r>
        <w:rPr>
          <w:rFonts w:ascii="微软雅黑" w:eastAsia="宋体" w:hAnsi="微软雅黑"/>
          <w:color w:val="000000"/>
        </w:rPr>
        <w:t>          B</w:t>
      </w:r>
      <w:r>
        <w:rPr>
          <w:rFonts w:ascii="微软雅黑" w:eastAsia="宋体" w:hAnsi="微软雅黑"/>
          <w:color w:val="000000"/>
        </w:rPr>
        <w:t>、批评</w:t>
      </w:r>
      <w:r>
        <w:rPr>
          <w:rFonts w:ascii="微软雅黑" w:eastAsia="宋体" w:hAnsi="微软雅黑"/>
          <w:color w:val="000000"/>
        </w:rPr>
        <w:t>        C</w:t>
      </w:r>
      <w:r>
        <w:rPr>
          <w:rFonts w:ascii="微软雅黑" w:eastAsia="宋体" w:hAnsi="微软雅黑"/>
          <w:color w:val="000000"/>
        </w:rPr>
        <w:t>、讨论</w:t>
      </w:r>
      <w:r>
        <w:rPr>
          <w:rFonts w:ascii="微软雅黑" w:eastAsia="宋体" w:hAnsi="微软雅黑"/>
          <w:color w:val="000000"/>
        </w:rPr>
        <w:t xml:space="preserve">       D</w:t>
      </w:r>
      <w:r>
        <w:rPr>
          <w:rFonts w:ascii="微软雅黑" w:eastAsia="宋体" w:hAnsi="微软雅黑"/>
          <w:color w:val="000000"/>
        </w:rPr>
        <w:t>、说服</w:t>
      </w:r>
      <w:r>
        <w:rPr>
          <w:rFonts w:ascii="微软雅黑" w:eastAsia="宋体" w:hAnsi="微软雅黑"/>
          <w:color w:val="000000"/>
        </w:rPr>
        <w:t> </w:t>
      </w:r>
    </w:p>
    <w:p w:rsidR="00DC6E43" w:rsidP="00B40AE9">
      <w:r>
        <w:rPr>
          <w:rFonts w:ascii="微软雅黑" w:eastAsia="宋体" w:hAnsi="微软雅黑"/>
          <w:color w:val="000000"/>
        </w:rPr>
        <w:t>17</w:t>
      </w:r>
      <w:r>
        <w:rPr>
          <w:rFonts w:ascii="微软雅黑" w:eastAsia="宋体" w:hAnsi="微软雅黑"/>
          <w:color w:val="000000"/>
        </w:rPr>
        <w:t>、</w:t>
      </w:r>
      <w:r>
        <w:rPr>
          <w:rFonts w:ascii="微软雅黑" w:eastAsia="宋体" w:hAnsi="微软雅黑" w:hint="eastAsia"/>
          <w:color w:val="000000"/>
        </w:rPr>
        <w:t>第一次对中国特色社会主义理论进行系统的概括，也标志着邓小平理论轮廓的形成是在（</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、十大</w:t>
      </w:r>
      <w:r>
        <w:rPr>
          <w:rFonts w:ascii="微软雅黑" w:eastAsia="宋体" w:hAnsi="微软雅黑"/>
          <w:color w:val="000000"/>
        </w:rPr>
        <w:t>       B</w:t>
      </w:r>
      <w:r>
        <w:rPr>
          <w:rFonts w:ascii="微软雅黑" w:eastAsia="宋体" w:hAnsi="微软雅黑"/>
          <w:color w:val="000000"/>
        </w:rPr>
        <w:t>、十一大</w:t>
      </w:r>
      <w:r>
        <w:rPr>
          <w:rFonts w:ascii="微软雅黑" w:eastAsia="宋体" w:hAnsi="微软雅黑"/>
          <w:color w:val="000000"/>
        </w:rPr>
        <w:t xml:space="preserve">          C</w:t>
      </w:r>
      <w:r>
        <w:rPr>
          <w:rFonts w:ascii="微软雅黑" w:eastAsia="宋体" w:hAnsi="微软雅黑"/>
          <w:color w:val="000000"/>
        </w:rPr>
        <w:t>、十二大</w:t>
      </w:r>
      <w:r>
        <w:rPr>
          <w:rFonts w:ascii="微软雅黑" w:eastAsia="宋体" w:hAnsi="微软雅黑"/>
          <w:color w:val="000000"/>
        </w:rPr>
        <w:t>          D</w:t>
      </w:r>
      <w:r>
        <w:rPr>
          <w:rFonts w:ascii="微软雅黑" w:eastAsia="宋体" w:hAnsi="微软雅黑"/>
          <w:color w:val="000000"/>
        </w:rPr>
        <w:t>、十三大</w:t>
      </w:r>
      <w:r>
        <w:rPr>
          <w:rFonts w:ascii="微软雅黑" w:eastAsia="宋体" w:hAnsi="微软雅黑"/>
          <w:color w:val="000000"/>
        </w:rPr>
        <w:t> </w:t>
      </w:r>
    </w:p>
    <w:p w:rsidR="009E1CE0" w:rsidP="00B40AE9">
      <w:r>
        <w:rPr>
          <w:rFonts w:ascii="微软雅黑" w:eastAsia="宋体" w:hAnsi="微软雅黑"/>
          <w:color w:val="000000"/>
        </w:rPr>
        <w:t>18</w:t>
      </w:r>
      <w:r>
        <w:rPr>
          <w:rFonts w:ascii="微软雅黑" w:eastAsia="宋体" w:hAnsi="微软雅黑"/>
          <w:color w:val="000000"/>
        </w:rPr>
        <w:t>、</w:t>
      </w:r>
      <w:r>
        <w:rPr>
          <w:rFonts w:ascii="微软雅黑" w:eastAsia="宋体" w:hAnsi="微软雅黑" w:hint="eastAsia"/>
          <w:color w:val="000000"/>
        </w:rPr>
        <w:t>关于“世界多极化深入发展”，下列说法错误的是（</w:t>
      </w:r>
      <w:r>
        <w:rPr>
          <w:rFonts w:ascii="微软雅黑" w:eastAsia="宋体" w:hAnsi="微软雅黑"/>
          <w:color w:val="000000"/>
        </w:rPr>
        <w:t xml:space="preserve">   </w:t>
      </w:r>
      <w:r>
        <w:rPr>
          <w:rFonts w:ascii="微软雅黑" w:eastAsia="宋体" w:hAnsi="微软雅黑"/>
          <w:color w:val="000000"/>
        </w:rPr>
        <w:t>）。</w:t>
      </w:r>
    </w:p>
    <w:p w:rsidR="009E1CE0" w:rsidP="00B40AE9">
      <w:r>
        <w:rPr>
          <w:rFonts w:ascii="微软雅黑" w:eastAsia="宋体" w:hAnsi="微软雅黑"/>
          <w:color w:val="000000"/>
        </w:rPr>
        <w:t>A</w:t>
      </w:r>
      <w:r>
        <w:rPr>
          <w:rFonts w:ascii="微软雅黑" w:eastAsia="宋体" w:hAnsi="微软雅黑"/>
          <w:color w:val="000000"/>
        </w:rPr>
        <w:t>、第二次世界大战后，世界格局的演变经历了从两大阵营对立到美苏两个超级大国争霸全球，再到两极格局终结、走向多极化的曲折发展过程</w:t>
      </w:r>
      <w:r>
        <w:rPr>
          <w:rFonts w:ascii="微软雅黑" w:eastAsia="宋体" w:hAnsi="微软雅黑"/>
          <w:color w:val="000000"/>
        </w:rPr>
        <w:t> </w:t>
      </w:r>
    </w:p>
    <w:p w:rsidR="009E1CE0" w:rsidP="00B40AE9">
      <w:r>
        <w:rPr>
          <w:rFonts w:ascii="微软雅黑" w:eastAsia="宋体" w:hAnsi="微软雅黑"/>
          <w:color w:val="000000"/>
        </w:rPr>
        <w:t>B</w:t>
      </w:r>
      <w:r>
        <w:rPr>
          <w:rFonts w:ascii="微软雅黑" w:eastAsia="宋体" w:hAnsi="微软雅黑"/>
          <w:color w:val="000000"/>
        </w:rPr>
        <w:t>、进入</w:t>
      </w:r>
      <w:r>
        <w:rPr>
          <w:rFonts w:ascii="微软雅黑" w:eastAsia="宋体" w:hAnsi="微软雅黑"/>
          <w:color w:val="000000"/>
        </w:rPr>
        <w:t>21</w:t>
      </w:r>
      <w:r>
        <w:rPr>
          <w:rFonts w:ascii="微软雅黑" w:eastAsia="宋体" w:hAnsi="微软雅黑"/>
          <w:color w:val="000000"/>
        </w:rPr>
        <w:t>世纪以来，国际力量对比并未发生积极变化</w:t>
      </w:r>
      <w:r>
        <w:rPr>
          <w:rFonts w:ascii="微软雅黑" w:eastAsia="宋体" w:hAnsi="微软雅黑"/>
          <w:color w:val="000000"/>
        </w:rPr>
        <w:t> </w:t>
      </w:r>
    </w:p>
    <w:p w:rsidR="009E1CE0" w:rsidP="00B40AE9">
      <w:r>
        <w:rPr>
          <w:rFonts w:ascii="微软雅黑" w:eastAsia="宋体" w:hAnsi="微软雅黑"/>
          <w:color w:val="000000"/>
        </w:rPr>
        <w:t>C</w:t>
      </w:r>
      <w:r>
        <w:rPr>
          <w:rFonts w:ascii="微软雅黑" w:eastAsia="宋体" w:hAnsi="微软雅黑"/>
          <w:color w:val="000000"/>
        </w:rPr>
        <w:t>、新兴市场国家和发展中国家群体性崛起正在改变全球政治经济版图</w:t>
      </w:r>
      <w:r>
        <w:rPr>
          <w:rFonts w:ascii="微软雅黑" w:eastAsia="宋体" w:hAnsi="微软雅黑"/>
          <w:color w:val="000000"/>
        </w:rPr>
        <w:t> </w:t>
      </w:r>
    </w:p>
    <w:p w:rsidR="003A50E9" w:rsidP="00B40AE9">
      <w:r>
        <w:rPr>
          <w:rFonts w:ascii="微软雅黑" w:eastAsia="宋体" w:hAnsi="微软雅黑"/>
          <w:color w:val="000000"/>
        </w:rPr>
        <w:t>D</w:t>
      </w:r>
      <w:r>
        <w:rPr>
          <w:rFonts w:ascii="微软雅黑" w:eastAsia="宋体" w:hAnsi="微软雅黑"/>
          <w:color w:val="000000"/>
        </w:rPr>
        <w:t>、世界多极化和国际关系民主化大势难逆</w:t>
      </w:r>
      <w:r>
        <w:rPr>
          <w:rFonts w:ascii="微软雅黑" w:eastAsia="宋体" w:hAnsi="微软雅黑"/>
          <w:color w:val="000000"/>
        </w:rPr>
        <w:t> </w:t>
      </w:r>
    </w:p>
    <w:p w:rsidR="00E03D7C" w:rsidP="00B40AE9">
      <w:r>
        <w:rPr>
          <w:rFonts w:ascii="微软雅黑" w:eastAsia="宋体" w:hAnsi="微软雅黑"/>
          <w:color w:val="000000"/>
        </w:rPr>
        <w:t>19</w:t>
      </w:r>
      <w:r>
        <w:rPr>
          <w:rFonts w:ascii="微软雅黑" w:eastAsia="宋体" w:hAnsi="微软雅黑"/>
          <w:color w:val="000000"/>
        </w:rPr>
        <w:t>、</w:t>
      </w:r>
      <w:r>
        <w:rPr>
          <w:rFonts w:ascii="微软雅黑" w:eastAsia="宋体" w:hAnsi="微软雅黑" w:hint="eastAsia"/>
          <w:color w:val="000000"/>
        </w:rPr>
        <w:t>关于党对军队的绝对领导的基本内容，下列说法错误的是（</w:t>
      </w:r>
      <w:r>
        <w:rPr>
          <w:rFonts w:ascii="微软雅黑" w:eastAsia="宋体" w:hAnsi="微软雅黑"/>
          <w:color w:val="000000"/>
        </w:rPr>
        <w:t xml:space="preserve">   </w:t>
      </w:r>
      <w:r>
        <w:rPr>
          <w:rFonts w:ascii="微软雅黑" w:eastAsia="宋体" w:hAnsi="微软雅黑"/>
          <w:color w:val="000000"/>
        </w:rPr>
        <w:t>）。</w:t>
      </w:r>
    </w:p>
    <w:p w:rsidR="00E03D7C" w:rsidP="00B40AE9">
      <w:r>
        <w:rPr>
          <w:rFonts w:ascii="微软雅黑" w:eastAsia="宋体" w:hAnsi="微软雅黑"/>
          <w:color w:val="000000"/>
        </w:rPr>
        <w:t>A</w:t>
      </w:r>
      <w:r>
        <w:rPr>
          <w:rFonts w:ascii="微软雅黑" w:eastAsia="宋体" w:hAnsi="微软雅黑"/>
          <w:color w:val="000000"/>
        </w:rPr>
        <w:t>、军队必须完全地无条件地置于中国共产党的领导之下</w:t>
      </w:r>
      <w:r>
        <w:rPr>
          <w:rFonts w:ascii="微软雅黑" w:eastAsia="宋体" w:hAnsi="微软雅黑"/>
          <w:color w:val="000000"/>
        </w:rPr>
        <w:t> </w:t>
      </w:r>
    </w:p>
    <w:p w:rsidR="00E03D7C" w:rsidP="00B40AE9">
      <w:r>
        <w:rPr>
          <w:rFonts w:ascii="微软雅黑" w:eastAsia="宋体" w:hAnsi="微软雅黑"/>
          <w:color w:val="000000"/>
        </w:rPr>
        <w:t>B</w:t>
      </w:r>
      <w:r>
        <w:rPr>
          <w:rFonts w:ascii="微软雅黑" w:eastAsia="宋体" w:hAnsi="微软雅黑"/>
          <w:color w:val="000000"/>
        </w:rPr>
        <w:t>、要求军队在思想上政治上行动上始终与党中央、中央军委保持高度一致</w:t>
      </w:r>
      <w:r>
        <w:rPr>
          <w:rFonts w:ascii="微软雅黑" w:eastAsia="宋体" w:hAnsi="微软雅黑"/>
          <w:color w:val="000000"/>
        </w:rPr>
        <w:t> </w:t>
      </w:r>
    </w:p>
    <w:p w:rsidR="00E03D7C" w:rsidP="00B40AE9">
      <w:r>
        <w:rPr>
          <w:rFonts w:ascii="微软雅黑" w:eastAsia="宋体" w:hAnsi="微软雅黑"/>
          <w:color w:val="000000"/>
        </w:rPr>
        <w:t>C</w:t>
      </w:r>
      <w:r>
        <w:rPr>
          <w:rFonts w:ascii="微软雅黑" w:eastAsia="宋体" w:hAnsi="微软雅黑"/>
          <w:color w:val="000000"/>
        </w:rPr>
        <w:t>、中国共产党并不是军队唯一的独立的领导</w:t>
      </w:r>
      <w:r>
        <w:rPr>
          <w:rFonts w:ascii="微软雅黑" w:eastAsia="宋体" w:hAnsi="微软雅黑"/>
          <w:color w:val="000000"/>
        </w:rPr>
        <w:t> </w:t>
      </w:r>
    </w:p>
    <w:p w:rsidR="003A50E9" w:rsidP="00B40AE9">
      <w:r>
        <w:rPr>
          <w:rFonts w:ascii="微软雅黑" w:eastAsia="宋体" w:hAnsi="微软雅黑"/>
          <w:color w:val="000000"/>
        </w:rPr>
        <w:t>D</w:t>
      </w:r>
      <w:r>
        <w:rPr>
          <w:rFonts w:ascii="微软雅黑" w:eastAsia="宋体" w:hAnsi="微软雅黑"/>
          <w:color w:val="000000"/>
        </w:rPr>
        <w:t>、要求军队坚决维护党中央、中央军委权威</w:t>
      </w:r>
      <w:r>
        <w:rPr>
          <w:rFonts w:ascii="微软雅黑" w:eastAsia="宋体" w:hAnsi="微软雅黑"/>
          <w:color w:val="000000"/>
        </w:rPr>
        <w:t> </w:t>
      </w:r>
    </w:p>
    <w:p w:rsidR="00CA64C2" w:rsidP="00B40AE9">
      <w:r>
        <w:rPr>
          <w:rFonts w:ascii="微软雅黑" w:eastAsia="宋体" w:hAnsi="微软雅黑"/>
          <w:color w:val="000000"/>
        </w:rPr>
        <w:t>20</w:t>
      </w:r>
      <w:r>
        <w:rPr>
          <w:rFonts w:ascii="微软雅黑" w:eastAsia="宋体" w:hAnsi="微软雅黑"/>
          <w:color w:val="000000"/>
        </w:rPr>
        <w:t>、</w:t>
      </w:r>
      <w:r>
        <w:rPr>
          <w:rFonts w:ascii="微软雅黑" w:eastAsia="宋体" w:hAnsi="微软雅黑" w:hint="eastAsia"/>
          <w:color w:val="000000"/>
        </w:rPr>
        <w:t>我国社会主义现代化建设的三个重要支点中，改革发展的前提是（</w:t>
      </w:r>
      <w:r>
        <w:rPr>
          <w:rFonts w:ascii="微软雅黑" w:eastAsia="宋体" w:hAnsi="微软雅黑"/>
          <w:color w:val="000000"/>
        </w:rPr>
        <w:t xml:space="preserve">   </w:t>
      </w:r>
      <w:r>
        <w:rPr>
          <w:rFonts w:ascii="微软雅黑" w:eastAsia="宋体" w:hAnsi="微软雅黑"/>
          <w:color w:val="000000"/>
        </w:rPr>
        <w:t>）。</w:t>
      </w:r>
    </w:p>
    <w:p w:rsidR="003A50E9" w:rsidP="00B40AE9">
      <w:r>
        <w:rPr>
          <w:rFonts w:ascii="微软雅黑" w:eastAsia="宋体" w:hAnsi="微软雅黑"/>
          <w:color w:val="000000"/>
        </w:rPr>
        <w:t>A</w:t>
      </w:r>
      <w:r>
        <w:rPr>
          <w:rFonts w:ascii="微软雅黑" w:eastAsia="宋体" w:hAnsi="微软雅黑"/>
          <w:color w:val="000000"/>
        </w:rPr>
        <w:t>、改革</w:t>
      </w:r>
      <w:r>
        <w:rPr>
          <w:rFonts w:ascii="微软雅黑" w:eastAsia="宋体" w:hAnsi="微软雅黑"/>
          <w:color w:val="000000"/>
        </w:rPr>
        <w:t> B</w:t>
      </w:r>
      <w:r>
        <w:rPr>
          <w:rFonts w:ascii="微软雅黑" w:eastAsia="宋体" w:hAnsi="微软雅黑"/>
          <w:color w:val="000000"/>
        </w:rPr>
        <w:t>、发展</w:t>
      </w:r>
      <w:r>
        <w:rPr>
          <w:rFonts w:ascii="微软雅黑" w:eastAsia="宋体" w:hAnsi="微软雅黑"/>
          <w:color w:val="000000"/>
        </w:rPr>
        <w:t> C</w:t>
      </w:r>
      <w:r>
        <w:rPr>
          <w:rFonts w:ascii="微软雅黑" w:eastAsia="宋体" w:hAnsi="微软雅黑"/>
          <w:color w:val="000000"/>
        </w:rPr>
        <w:t>、稳定</w:t>
      </w:r>
      <w:r>
        <w:rPr>
          <w:rFonts w:ascii="微软雅黑" w:eastAsia="宋体" w:hAnsi="微软雅黑"/>
          <w:color w:val="000000"/>
        </w:rPr>
        <w:t> D</w:t>
      </w:r>
      <w:r>
        <w:rPr>
          <w:rFonts w:ascii="微软雅黑" w:eastAsia="宋体" w:hAnsi="微软雅黑"/>
          <w:color w:val="000000"/>
        </w:rPr>
        <w:t>、创新</w:t>
      </w:r>
      <w:r>
        <w:rPr>
          <w:rFonts w:ascii="微软雅黑" w:eastAsia="宋体" w:hAnsi="微软雅黑"/>
          <w:color w:val="000000"/>
        </w:rPr>
        <w:t> </w:t>
      </w:r>
    </w:p>
    <w:p>
      <w:r>
        <w:rPr>
          <w:rFonts w:ascii="微软雅黑" w:eastAsia="宋体" w:hAnsi="微软雅黑"/>
          <w:b/>
          <w:color w:val="000000"/>
          <w:sz w:val="32"/>
        </w:rPr>
        <w:t>二、多选题</w:t>
      </w:r>
    </w:p>
    <w:p w:rsidR="00E91599" w:rsidP="00B40AE9">
      <w:pPr>
        <w:sectPr w:rsidSect="00034616">
          <w:type w:val="nextPage"/>
          <w:pgSz w:w="12240" w:h="15840"/>
          <w:pgMar w:top="1440" w:right="1800" w:bottom="1440" w:left="1800" w:header="720" w:footer="720" w:gutter="0"/>
          <w:pgNumType w:start="4"/>
          <w:cols w:space="720"/>
          <w:titlePg w:val="0"/>
          <w:docGrid w:linePitch="360"/>
        </w:sectPr>
      </w:pPr>
      <w:r>
        <w:rPr>
          <w:rFonts w:ascii="微软雅黑" w:eastAsia="宋体" w:hAnsi="微软雅黑"/>
          <w:color w:val="000000"/>
        </w:rPr>
        <w:t>21</w:t>
      </w:r>
      <w:r>
        <w:rPr>
          <w:rFonts w:ascii="微软雅黑" w:eastAsia="宋体" w:hAnsi="微软雅黑"/>
          <w:color w:val="000000"/>
        </w:rPr>
        <w:t>、</w:t>
      </w:r>
      <w:r>
        <w:rPr>
          <w:rFonts w:ascii="微软雅黑" w:eastAsia="宋体" w:hAnsi="微软雅黑" w:hint="eastAsia"/>
          <w:color w:val="000000"/>
        </w:rPr>
        <w:t>在社会主义社会的发展动力问题上，邓小平强调改革（</w:t>
      </w:r>
      <w:r>
        <w:rPr>
          <w:rFonts w:ascii="微软雅黑" w:eastAsia="宋体" w:hAnsi="微软雅黑"/>
          <w:color w:val="000000"/>
        </w:rPr>
        <w:t xml:space="preserve">   </w:t>
      </w:r>
      <w:r>
        <w:rPr>
          <w:rFonts w:ascii="微软雅黑" w:eastAsia="宋体" w:hAnsi="微软雅黑"/>
          <w:color w:val="000000"/>
        </w:rPr>
        <w:t>）</w:t>
      </w:r>
    </w:p>
    <w:p w:rsidR="00E91599" w:rsidP="00B40AE9">
      <w:r>
        <w:rPr>
          <w:rFonts w:ascii="微软雅黑" w:eastAsia="宋体" w:hAnsi="微软雅黑"/>
          <w:color w:val="000000"/>
        </w:rPr>
        <w:t>A</w:t>
      </w:r>
      <w:r>
        <w:rPr>
          <w:rFonts w:ascii="微软雅黑" w:eastAsia="宋体" w:hAnsi="微软雅黑"/>
          <w:color w:val="000000"/>
        </w:rPr>
        <w:t>也是解放生产力</w:t>
      </w:r>
    </w:p>
    <w:p w:rsidR="00E91599" w:rsidP="00B40AE9">
      <w:r>
        <w:rPr>
          <w:rFonts w:ascii="微软雅黑" w:eastAsia="宋体" w:hAnsi="微软雅黑"/>
          <w:color w:val="000000"/>
        </w:rPr>
        <w:t>B</w:t>
      </w:r>
      <w:r>
        <w:rPr>
          <w:rFonts w:ascii="微软雅黑" w:eastAsia="宋体" w:hAnsi="微软雅黑"/>
          <w:color w:val="000000"/>
        </w:rPr>
        <w:t>是中国的第二次革命</w:t>
      </w:r>
    </w:p>
    <w:p w:rsidR="00E91599" w:rsidP="00B40AE9">
      <w:r>
        <w:rPr>
          <w:rFonts w:ascii="微软雅黑" w:eastAsia="宋体" w:hAnsi="微软雅黑"/>
          <w:color w:val="000000"/>
        </w:rPr>
        <w:t>C</w:t>
      </w:r>
      <w:r>
        <w:rPr>
          <w:rFonts w:ascii="微软雅黑" w:eastAsia="宋体" w:hAnsi="微软雅黑"/>
          <w:color w:val="000000"/>
        </w:rPr>
        <w:t>是对社会主义制度的根本改变</w:t>
      </w:r>
    </w:p>
    <w:p w:rsidR="00E91599" w:rsidP="00B40AE9">
      <w:r>
        <w:rPr>
          <w:rFonts w:ascii="微软雅黑" w:eastAsia="宋体" w:hAnsi="微软雅黑"/>
          <w:color w:val="000000"/>
        </w:rPr>
        <w:t>D</w:t>
      </w:r>
      <w:r>
        <w:rPr>
          <w:rFonts w:ascii="微软雅黑" w:eastAsia="宋体" w:hAnsi="微软雅黑"/>
          <w:color w:val="000000"/>
        </w:rPr>
        <w:t>是社会主义制度的自我完善和发展</w:t>
      </w:r>
    </w:p>
    <w:p w:rsidR="003A50E9" w:rsidP="00B40AE9">
      <w:r>
        <w:rPr>
          <w:rFonts w:ascii="微软雅黑" w:eastAsia="宋体" w:hAnsi="微软雅黑"/>
          <w:color w:val="000000"/>
        </w:rPr>
        <w:t>E</w:t>
      </w:r>
      <w:r>
        <w:rPr>
          <w:rFonts w:ascii="微软雅黑" w:eastAsia="宋体" w:hAnsi="微软雅黑"/>
          <w:color w:val="000000"/>
        </w:rPr>
        <w:t>是引进和发展资本主义</w:t>
      </w:r>
    </w:p>
    <w:p w:rsidR="00D141CD" w:rsidP="00B40AE9" w14:paraId="24854A60" w14:textId="236527DA">
      <w:r>
        <w:rPr>
          <w:rFonts w:ascii="微软雅黑" w:eastAsia="宋体" w:hAnsi="微软雅黑"/>
          <w:color w:val="000000"/>
        </w:rPr>
        <w:t>22</w:t>
      </w:r>
      <w:r>
        <w:rPr>
          <w:rFonts w:ascii="微软雅黑" w:eastAsia="宋体" w:hAnsi="微软雅黑"/>
          <w:color w:val="000000"/>
        </w:rPr>
        <w:t>、</w:t>
      </w:r>
      <w:r>
        <w:rPr>
          <w:rFonts w:ascii="微软雅黑" w:eastAsia="宋体" w:hAnsi="微软雅黑" w:hint="eastAsia"/>
          <w:color w:val="000000"/>
        </w:rPr>
        <w:t>毛泽东思想的科学涵义具体表现为：（</w:t>
      </w:r>
      <w:r>
        <w:rPr>
          <w:rFonts w:ascii="微软雅黑" w:eastAsia="宋体" w:hAnsi="微软雅黑"/>
          <w:color w:val="000000"/>
        </w:rPr>
        <w:t xml:space="preserve">   </w:t>
      </w:r>
      <w:r>
        <w:rPr>
          <w:rFonts w:ascii="微软雅黑" w:eastAsia="宋体" w:hAnsi="微软雅黑"/>
          <w:color w:val="000000"/>
        </w:rPr>
        <w:t>）</w:t>
      </w:r>
    </w:p>
    <w:p w:rsidR="00D141CD" w:rsidP="00B40AE9" w14:paraId="288318DF" w14:textId="77777777">
      <w:r>
        <w:rPr>
          <w:rFonts w:ascii="微软雅黑" w:eastAsia="宋体" w:hAnsi="微软雅黑"/>
          <w:color w:val="000000"/>
        </w:rPr>
        <w:t>A</w:t>
      </w:r>
      <w:r>
        <w:rPr>
          <w:rFonts w:ascii="微软雅黑" w:eastAsia="宋体" w:hAnsi="微软雅黑"/>
          <w:color w:val="000000"/>
        </w:rPr>
        <w:t>是马克思列宁主义民族化的优秀典型</w:t>
      </w:r>
    </w:p>
    <w:p w:rsidR="00D141CD" w:rsidP="00B40AE9" w14:paraId="485DEE3D" w14:textId="77777777">
      <w:r>
        <w:rPr>
          <w:rFonts w:ascii="微软雅黑" w:eastAsia="宋体" w:hAnsi="微软雅黑"/>
          <w:color w:val="000000"/>
        </w:rPr>
        <w:t>B</w:t>
      </w:r>
      <w:r>
        <w:rPr>
          <w:rFonts w:ascii="微软雅黑" w:eastAsia="宋体" w:hAnsi="微软雅黑"/>
          <w:color w:val="000000"/>
        </w:rPr>
        <w:t>是毛泽东同志的思想</w:t>
      </w:r>
    </w:p>
    <w:p w:rsidR="00D141CD" w:rsidP="00B40AE9" w14:paraId="56898216" w14:textId="77777777">
      <w:r>
        <w:rPr>
          <w:rFonts w:ascii="微软雅黑" w:eastAsia="宋体" w:hAnsi="微软雅黑"/>
          <w:color w:val="000000"/>
        </w:rPr>
        <w:t>C</w:t>
      </w:r>
      <w:r>
        <w:rPr>
          <w:rFonts w:ascii="微软雅黑" w:eastAsia="宋体" w:hAnsi="微软雅黑"/>
          <w:color w:val="000000"/>
        </w:rPr>
        <w:t>是马克思列宁主义在中国的运用和发展</w:t>
      </w:r>
    </w:p>
    <w:p w:rsidR="00D141CD" w:rsidP="00B40AE9" w14:paraId="74505D5B" w14:textId="77777777">
      <w:r>
        <w:rPr>
          <w:rFonts w:ascii="微软雅黑" w:eastAsia="宋体" w:hAnsi="微软雅黑"/>
          <w:color w:val="000000"/>
        </w:rPr>
        <w:t>D</w:t>
      </w:r>
      <w:r>
        <w:rPr>
          <w:rFonts w:ascii="微软雅黑" w:eastAsia="宋体" w:hAnsi="微软雅黑"/>
          <w:color w:val="000000"/>
        </w:rPr>
        <w:t>是被实践证明了的关于中国革命和建设的正确的理论原则和经验总结</w:t>
      </w:r>
    </w:p>
    <w:p w:rsidR="003A50E9" w:rsidP="00B40AE9" w14:paraId="4A1A6451" w14:textId="77777777">
      <w:r>
        <w:rPr>
          <w:rFonts w:ascii="微软雅黑" w:eastAsia="宋体" w:hAnsi="微软雅黑"/>
          <w:color w:val="000000"/>
        </w:rPr>
        <w:t>E</w:t>
      </w:r>
      <w:r>
        <w:rPr>
          <w:rFonts w:ascii="微软雅黑" w:eastAsia="宋体" w:hAnsi="微软雅黑"/>
          <w:color w:val="000000"/>
        </w:rPr>
        <w:t>是中国共产党集体智慧的结晶</w:t>
      </w:r>
    </w:p>
    <w:p w:rsidR="00C72D91" w:rsidP="00B40AE9" w14:paraId="719FE45D" w14:textId="3A94637A">
      <w:r>
        <w:rPr>
          <w:rFonts w:ascii="微软雅黑" w:eastAsia="宋体" w:hAnsi="微软雅黑"/>
          <w:color w:val="000000"/>
        </w:rPr>
        <w:t>23</w:t>
      </w:r>
      <w:r>
        <w:rPr>
          <w:rFonts w:ascii="微软雅黑" w:eastAsia="宋体" w:hAnsi="微软雅黑"/>
          <w:color w:val="000000"/>
        </w:rPr>
        <w:t>、</w:t>
      </w:r>
      <w:r>
        <w:rPr>
          <w:rFonts w:ascii="微软雅黑" w:eastAsia="宋体" w:hAnsi="微软雅黑" w:hint="eastAsia"/>
          <w:color w:val="000000"/>
        </w:rPr>
        <w:t>初级形式的国家资本主义是国家对私营工商业实行（</w:t>
      </w:r>
      <w:r>
        <w:rPr>
          <w:rFonts w:ascii="微软雅黑" w:eastAsia="宋体" w:hAnsi="微软雅黑"/>
          <w:color w:val="000000"/>
        </w:rPr>
        <w:t xml:space="preserve">   </w:t>
      </w:r>
      <w:r>
        <w:rPr>
          <w:rFonts w:ascii="微软雅黑" w:eastAsia="宋体" w:hAnsi="微软雅黑"/>
          <w:color w:val="000000"/>
        </w:rPr>
        <w:t>）</w:t>
      </w:r>
      <w:r>
        <w:rPr>
          <w:rFonts w:ascii="微软雅黑" w:eastAsia="宋体" w:hAnsi="微软雅黑"/>
          <w:color w:val="000000"/>
        </w:rPr>
        <w:t>°</w:t>
      </w:r>
    </w:p>
    <w:p w:rsidR="00C72D91" w:rsidP="00B40AE9" w14:paraId="1E08A9D7" w14:textId="77777777">
      <w:r>
        <w:rPr>
          <w:rFonts w:ascii="微软雅黑" w:eastAsia="宋体" w:hAnsi="微软雅黑"/>
          <w:color w:val="000000"/>
        </w:rPr>
        <w:t>A</w:t>
      </w:r>
      <w:r>
        <w:rPr>
          <w:rFonts w:ascii="微软雅黑" w:eastAsia="宋体" w:hAnsi="微软雅黑"/>
          <w:color w:val="000000"/>
        </w:rPr>
        <w:t>委托加工</w:t>
      </w:r>
    </w:p>
    <w:p w:rsidR="00C72D91" w:rsidP="00B40AE9" w14:paraId="4D685FDE" w14:textId="77777777">
      <w:r>
        <w:rPr>
          <w:rFonts w:ascii="微软雅黑" w:eastAsia="宋体" w:hAnsi="微软雅黑"/>
          <w:color w:val="000000"/>
        </w:rPr>
        <w:t>B</w:t>
      </w:r>
      <w:r>
        <w:rPr>
          <w:rFonts w:ascii="微软雅黑" w:eastAsia="宋体" w:hAnsi="微软雅黑"/>
          <w:color w:val="000000"/>
        </w:rPr>
        <w:t>计划订货</w:t>
      </w:r>
    </w:p>
    <w:p w:rsidR="00C72D91" w:rsidP="00B40AE9" w14:paraId="38329B6B" w14:textId="77777777">
      <w:r>
        <w:rPr>
          <w:rFonts w:ascii="微软雅黑" w:eastAsia="宋体" w:hAnsi="微软雅黑"/>
          <w:color w:val="000000"/>
        </w:rPr>
        <w:t>C</w:t>
      </w:r>
      <w:r>
        <w:rPr>
          <w:rFonts w:ascii="微软雅黑" w:eastAsia="宋体" w:hAnsi="微软雅黑"/>
          <w:color w:val="000000"/>
        </w:rPr>
        <w:t>代购代销</w:t>
      </w:r>
    </w:p>
    <w:p w:rsidR="00C72D91" w:rsidP="00B40AE9" w14:paraId="08813490" w14:textId="77777777">
      <w:r>
        <w:rPr>
          <w:rFonts w:ascii="微软雅黑" w:eastAsia="宋体" w:hAnsi="微软雅黑"/>
          <w:color w:val="000000"/>
        </w:rPr>
        <w:t>D</w:t>
      </w:r>
      <w:r>
        <w:rPr>
          <w:rFonts w:ascii="微软雅黑" w:eastAsia="宋体" w:hAnsi="微软雅黑"/>
          <w:color w:val="000000"/>
        </w:rPr>
        <w:t>统购包销</w:t>
      </w:r>
    </w:p>
    <w:p w:rsidR="003A50E9" w:rsidP="00B40AE9" w14:paraId="5FCA1FDF" w14:textId="77777777">
      <w:r>
        <w:rPr>
          <w:rFonts w:ascii="微软雅黑" w:eastAsia="宋体" w:hAnsi="微软雅黑"/>
          <w:color w:val="000000"/>
        </w:rPr>
        <w:t>E</w:t>
      </w:r>
      <w:r>
        <w:rPr>
          <w:rFonts w:ascii="微软雅黑" w:eastAsia="宋体" w:hAnsi="微软雅黑"/>
          <w:color w:val="000000"/>
        </w:rPr>
        <w:t>经销代销</w:t>
      </w:r>
    </w:p>
    <w:p w:rsidR="000B5FE9" w:rsidP="00B40AE9">
      <w:r>
        <w:rPr>
          <w:rFonts w:ascii="微软雅黑" w:eastAsia="宋体" w:hAnsi="微软雅黑"/>
          <w:color w:val="000000"/>
        </w:rPr>
        <w:t>24</w:t>
      </w:r>
      <w:r>
        <w:rPr>
          <w:rFonts w:ascii="微软雅黑" w:eastAsia="宋体" w:hAnsi="微软雅黑"/>
          <w:color w:val="000000"/>
        </w:rPr>
        <w:t>、</w:t>
      </w:r>
      <w:r>
        <w:rPr>
          <w:rFonts w:ascii="微软雅黑" w:eastAsia="宋体" w:hAnsi="微软雅黑" w:hint="eastAsia"/>
          <w:color w:val="000000"/>
        </w:rPr>
        <w:t>中国革命主要就是打击两个敌人，它们分别是（</w:t>
      </w:r>
      <w:r>
        <w:rPr>
          <w:rFonts w:ascii="微软雅黑" w:eastAsia="宋体" w:hAnsi="微软雅黑"/>
          <w:color w:val="000000"/>
        </w:rPr>
        <w:t xml:space="preserve">   </w:t>
      </w:r>
      <w:r>
        <w:rPr>
          <w:rFonts w:ascii="微软雅黑" w:eastAsia="宋体" w:hAnsi="微软雅黑"/>
          <w:color w:val="000000"/>
        </w:rPr>
        <w:t>）。</w:t>
      </w:r>
    </w:p>
    <w:p w:rsidR="000B5FE9" w:rsidP="00B40AE9">
      <w:r>
        <w:rPr>
          <w:rFonts w:ascii="微软雅黑" w:eastAsia="宋体" w:hAnsi="微软雅黑"/>
          <w:color w:val="000000"/>
        </w:rPr>
        <w:t>A</w:t>
      </w:r>
      <w:r>
        <w:rPr>
          <w:rFonts w:ascii="微软雅黑" w:eastAsia="宋体" w:hAnsi="微软雅黑"/>
          <w:color w:val="000000"/>
        </w:rPr>
        <w:t>帝国主义</w:t>
      </w:r>
    </w:p>
    <w:p w:rsidR="000B5FE9" w:rsidP="00B40AE9">
      <w:pPr>
        <w:sectPr w:rsidSect="00034616">
          <w:type w:val="nextPage"/>
          <w:pgSz w:w="12240" w:h="15840"/>
          <w:pgMar w:top="1440" w:right="1800" w:bottom="1440" w:left="1800" w:header="720" w:footer="720" w:gutter="0"/>
          <w:pgNumType w:start="5"/>
          <w:cols w:space="720"/>
          <w:titlePg w:val="0"/>
          <w:docGrid w:linePitch="360"/>
        </w:sectPr>
      </w:pPr>
      <w:r>
        <w:rPr>
          <w:rFonts w:ascii="微软雅黑" w:eastAsia="宋体" w:hAnsi="微软雅黑"/>
          <w:color w:val="000000"/>
        </w:rPr>
        <w:t>B</w:t>
      </w:r>
      <w:r>
        <w:rPr>
          <w:rFonts w:ascii="微软雅黑" w:eastAsia="宋体" w:hAnsi="微软雅黑"/>
          <w:color w:val="000000"/>
        </w:rPr>
        <w:t>官僚资本主义</w:t>
      </w:r>
    </w:p>
    <w:p w:rsidR="000B5FE9" w:rsidP="00B40AE9">
      <w:r>
        <w:rPr>
          <w:rFonts w:ascii="微软雅黑" w:eastAsia="宋体" w:hAnsi="微软雅黑"/>
          <w:color w:val="000000"/>
        </w:rPr>
        <w:t>C</w:t>
      </w:r>
      <w:r>
        <w:rPr>
          <w:rFonts w:ascii="微软雅黑" w:eastAsia="宋体" w:hAnsi="微软雅黑"/>
          <w:color w:val="000000"/>
        </w:rPr>
        <w:t>封建主义</w:t>
      </w:r>
    </w:p>
    <w:p w:rsidR="000B5FE9" w:rsidP="00B40AE9">
      <w:r>
        <w:rPr>
          <w:rFonts w:ascii="微软雅黑" w:eastAsia="宋体" w:hAnsi="微软雅黑"/>
          <w:color w:val="000000"/>
        </w:rPr>
        <w:t>D</w:t>
      </w:r>
      <w:r>
        <w:rPr>
          <w:rFonts w:ascii="微软雅黑" w:eastAsia="宋体" w:hAnsi="微软雅黑"/>
          <w:color w:val="000000"/>
        </w:rPr>
        <w:t>工人阶级</w:t>
      </w:r>
    </w:p>
    <w:p w:rsidR="003A50E9" w:rsidP="00B40AE9">
      <w:r>
        <w:rPr>
          <w:rFonts w:ascii="微软雅黑" w:eastAsia="宋体" w:hAnsi="微软雅黑"/>
          <w:color w:val="000000"/>
        </w:rPr>
        <w:t>E</w:t>
      </w:r>
      <w:r>
        <w:rPr>
          <w:rFonts w:ascii="微软雅黑" w:eastAsia="宋体" w:hAnsi="微软雅黑"/>
          <w:color w:val="000000"/>
        </w:rPr>
        <w:t>农民阶级</w:t>
      </w:r>
    </w:p>
    <w:p w:rsidR="00B80CFB" w:rsidP="00B40AE9">
      <w:r>
        <w:rPr>
          <w:rFonts w:ascii="微软雅黑" w:eastAsia="宋体" w:hAnsi="微软雅黑"/>
          <w:color w:val="000000"/>
        </w:rPr>
        <w:t>25</w:t>
      </w:r>
      <w:r>
        <w:rPr>
          <w:rFonts w:ascii="微软雅黑" w:eastAsia="宋体" w:hAnsi="微软雅黑"/>
          <w:color w:val="000000"/>
        </w:rPr>
        <w:t>、</w:t>
      </w:r>
      <w:r>
        <w:rPr>
          <w:rFonts w:ascii="微软雅黑" w:eastAsia="宋体" w:hAnsi="微软雅黑" w:hint="eastAsia"/>
          <w:color w:val="000000"/>
        </w:rPr>
        <w:t>中国共产党在加强自身建设中积累了丰富的经验，归纳起来主要有</w:t>
      </w:r>
    </w:p>
    <w:p w:rsidR="00B80CFB" w:rsidP="00B40AE9">
      <w:r>
        <w:rPr>
          <w:rFonts w:ascii="微软雅黑" w:eastAsia="宋体" w:hAnsi="微软雅黑" w:hint="eastAsia"/>
          <w:color w:val="000000"/>
        </w:rPr>
        <w:t>（</w:t>
      </w:r>
      <w:r>
        <w:rPr>
          <w:rFonts w:ascii="微软雅黑" w:eastAsia="宋体" w:hAnsi="微软雅黑"/>
          <w:color w:val="000000"/>
        </w:rPr>
        <w:t xml:space="preserve">   </w:t>
      </w:r>
      <w:r>
        <w:rPr>
          <w:rFonts w:ascii="微软雅黑" w:eastAsia="宋体" w:hAnsi="微软雅黑"/>
          <w:color w:val="000000"/>
        </w:rPr>
        <w:t>）</w:t>
      </w:r>
    </w:p>
    <w:p w:rsidR="00B80CFB" w:rsidP="00B40AE9">
      <w:r>
        <w:rPr>
          <w:rFonts w:ascii="微软雅黑" w:eastAsia="宋体" w:hAnsi="微软雅黑"/>
          <w:color w:val="000000"/>
        </w:rPr>
        <w:t>A</w:t>
      </w:r>
      <w:r>
        <w:rPr>
          <w:rFonts w:ascii="微软雅黑" w:eastAsia="宋体" w:hAnsi="微软雅黑"/>
          <w:color w:val="000000"/>
        </w:rPr>
        <w:t>必须把思想建设始终放在党的建设的首位。</w:t>
      </w:r>
    </w:p>
    <w:p w:rsidR="00B80CFB" w:rsidP="00B40AE9">
      <w:r>
        <w:rPr>
          <w:rFonts w:ascii="微软雅黑" w:eastAsia="宋体" w:hAnsi="微软雅黑"/>
          <w:color w:val="000000"/>
        </w:rPr>
        <w:t>B</w:t>
      </w:r>
      <w:r>
        <w:rPr>
          <w:rFonts w:ascii="微软雅黑" w:eastAsia="宋体" w:hAnsi="微软雅黑"/>
          <w:color w:val="000000"/>
        </w:rPr>
        <w:t>必须在任何时候都重视党的组织建设。</w:t>
      </w:r>
    </w:p>
    <w:p w:rsidR="00B80CFB" w:rsidP="00B40AE9">
      <w:r>
        <w:rPr>
          <w:rFonts w:ascii="微软雅黑" w:eastAsia="宋体" w:hAnsi="微软雅黑"/>
          <w:color w:val="000000"/>
        </w:rPr>
        <w:t>C</w:t>
      </w:r>
      <w:r>
        <w:rPr>
          <w:rFonts w:ascii="微软雅黑" w:eastAsia="宋体" w:hAnsi="微软雅黑"/>
          <w:color w:val="000000"/>
        </w:rPr>
        <w:t>必须重视党的作风建设。</w:t>
      </w:r>
    </w:p>
    <w:p w:rsidR="00B80CFB" w:rsidP="00B40AE9">
      <w:r>
        <w:rPr>
          <w:rFonts w:ascii="微软雅黑" w:eastAsia="宋体" w:hAnsi="微软雅黑"/>
          <w:color w:val="000000"/>
        </w:rPr>
        <w:t>D</w:t>
      </w:r>
      <w:r>
        <w:rPr>
          <w:rFonts w:ascii="微软雅黑" w:eastAsia="宋体" w:hAnsi="微软雅黑"/>
          <w:color w:val="000000"/>
        </w:rPr>
        <w:t>必须联系党的政治路线加强党的建设。</w:t>
      </w:r>
    </w:p>
    <w:p w:rsidR="003A50E9" w:rsidP="00B40AE9">
      <w:r>
        <w:rPr>
          <w:rFonts w:ascii="微软雅黑" w:eastAsia="宋体" w:hAnsi="微软雅黑"/>
          <w:color w:val="000000"/>
        </w:rPr>
        <w:t>E</w:t>
      </w:r>
      <w:r>
        <w:rPr>
          <w:rFonts w:ascii="微软雅黑" w:eastAsia="宋体" w:hAnsi="微软雅黑"/>
          <w:color w:val="000000"/>
        </w:rPr>
        <w:t>必须把党的利益放在第一位</w:t>
      </w:r>
    </w:p>
    <w:p w:rsidR="00F26013" w:rsidP="00B40AE9" w14:paraId="0056932B" w14:textId="7204BF8A">
      <w:r>
        <w:rPr>
          <w:rFonts w:ascii="微软雅黑" w:eastAsia="宋体" w:hAnsi="微软雅黑"/>
          <w:color w:val="000000"/>
        </w:rPr>
        <w:t>26</w:t>
      </w:r>
      <w:r>
        <w:rPr>
          <w:rFonts w:ascii="微软雅黑" w:eastAsia="宋体" w:hAnsi="微软雅黑"/>
          <w:color w:val="000000"/>
        </w:rPr>
        <w:t>、</w:t>
      </w:r>
      <w:r>
        <w:rPr>
          <w:rFonts w:ascii="微软雅黑" w:eastAsia="宋体" w:hAnsi="微软雅黑" w:hint="eastAsia"/>
          <w:color w:val="000000"/>
        </w:rPr>
        <w:t>毛泽东在《新民主主义论》中。阐述了新民主主义的（</w:t>
      </w:r>
      <w:r>
        <w:rPr>
          <w:rFonts w:ascii="微软雅黑" w:eastAsia="宋体" w:hAnsi="微软雅黑"/>
          <w:color w:val="000000"/>
        </w:rPr>
        <w:t xml:space="preserve">   </w:t>
      </w:r>
      <w:r>
        <w:rPr>
          <w:rFonts w:ascii="微软雅黑" w:eastAsia="宋体" w:hAnsi="微软雅黑"/>
          <w:color w:val="000000"/>
        </w:rPr>
        <w:t>）。</w:t>
      </w:r>
    </w:p>
    <w:p w:rsidR="00F26013" w:rsidP="00B40AE9" w14:paraId="14588462" w14:textId="77777777">
      <w:r>
        <w:rPr>
          <w:rFonts w:ascii="微软雅黑" w:eastAsia="宋体" w:hAnsi="微软雅黑"/>
          <w:color w:val="000000"/>
        </w:rPr>
        <w:t>A</w:t>
      </w:r>
      <w:r>
        <w:rPr>
          <w:rFonts w:ascii="微软雅黑" w:eastAsia="宋体" w:hAnsi="微软雅黑"/>
          <w:color w:val="000000"/>
        </w:rPr>
        <w:t>政治</w:t>
      </w:r>
    </w:p>
    <w:p w:rsidR="00F26013" w:rsidP="00B40AE9" w14:paraId="22DB5A14" w14:textId="77777777">
      <w:r>
        <w:rPr>
          <w:rFonts w:ascii="微软雅黑" w:eastAsia="宋体" w:hAnsi="微软雅黑"/>
          <w:color w:val="000000"/>
        </w:rPr>
        <w:t>B</w:t>
      </w:r>
      <w:r>
        <w:rPr>
          <w:rFonts w:ascii="微软雅黑" w:eastAsia="宋体" w:hAnsi="微软雅黑"/>
          <w:color w:val="000000"/>
        </w:rPr>
        <w:t>经济</w:t>
      </w:r>
    </w:p>
    <w:p w:rsidR="00F26013" w:rsidP="00B40AE9" w14:paraId="541B7522" w14:textId="77777777">
      <w:r>
        <w:rPr>
          <w:rFonts w:ascii="微软雅黑" w:eastAsia="宋体" w:hAnsi="微软雅黑"/>
          <w:color w:val="000000"/>
        </w:rPr>
        <w:t>C</w:t>
      </w:r>
      <w:r>
        <w:rPr>
          <w:rFonts w:ascii="微软雅黑" w:eastAsia="宋体" w:hAnsi="微软雅黑"/>
          <w:color w:val="000000"/>
        </w:rPr>
        <w:t>文化</w:t>
      </w:r>
    </w:p>
    <w:p w:rsidR="00F26013" w:rsidP="00B40AE9" w14:paraId="3C696A6D" w14:textId="77777777">
      <w:r>
        <w:rPr>
          <w:rFonts w:ascii="微软雅黑" w:eastAsia="宋体" w:hAnsi="微软雅黑"/>
          <w:color w:val="000000"/>
        </w:rPr>
        <w:t>D</w:t>
      </w:r>
      <w:r>
        <w:rPr>
          <w:rFonts w:ascii="微软雅黑" w:eastAsia="宋体" w:hAnsi="微软雅黑"/>
          <w:color w:val="000000"/>
        </w:rPr>
        <w:t>军事</w:t>
      </w:r>
    </w:p>
    <w:p w:rsidR="003A50E9" w:rsidP="00B40AE9" w14:paraId="33249F9B" w14:textId="77777777">
      <w:r>
        <w:rPr>
          <w:rFonts w:ascii="微软雅黑" w:eastAsia="宋体" w:hAnsi="微软雅黑"/>
          <w:color w:val="000000"/>
        </w:rPr>
        <w:t>E</w:t>
      </w:r>
      <w:r>
        <w:rPr>
          <w:rFonts w:ascii="微软雅黑" w:eastAsia="宋体" w:hAnsi="微软雅黑"/>
          <w:color w:val="000000"/>
        </w:rPr>
        <w:t>教育</w:t>
      </w:r>
    </w:p>
    <w:p w:rsidR="00AB3DD5" w:rsidP="00B40AE9">
      <w:r>
        <w:rPr>
          <w:rFonts w:ascii="微软雅黑" w:eastAsia="宋体" w:hAnsi="微软雅黑"/>
          <w:color w:val="000000"/>
        </w:rPr>
        <w:t>27</w:t>
      </w:r>
      <w:r>
        <w:rPr>
          <w:rFonts w:ascii="微软雅黑" w:eastAsia="宋体" w:hAnsi="微软雅黑"/>
          <w:color w:val="000000"/>
        </w:rPr>
        <w:t>、</w:t>
      </w:r>
      <w:r>
        <w:rPr>
          <w:rFonts w:ascii="微软雅黑" w:eastAsia="宋体" w:hAnsi="微软雅黑" w:hint="eastAsia"/>
          <w:color w:val="000000"/>
        </w:rPr>
        <w:t>评价政治体制改革成功与否，关键看（</w:t>
      </w:r>
      <w:r>
        <w:rPr>
          <w:rFonts w:ascii="微软雅黑" w:eastAsia="宋体" w:hAnsi="微软雅黑"/>
          <w:color w:val="000000"/>
        </w:rPr>
        <w:t xml:space="preserve">   </w:t>
      </w:r>
      <w:r>
        <w:rPr>
          <w:rFonts w:ascii="微软雅黑" w:eastAsia="宋体" w:hAnsi="微软雅黑"/>
          <w:color w:val="000000"/>
        </w:rPr>
        <w:t>）</w:t>
      </w:r>
    </w:p>
    <w:p w:rsidR="00AB3DD5" w:rsidP="00B40AE9">
      <w:r>
        <w:rPr>
          <w:rFonts w:ascii="微软雅黑" w:eastAsia="宋体" w:hAnsi="微软雅黑"/>
          <w:color w:val="000000"/>
        </w:rPr>
        <w:t>A</w:t>
      </w:r>
      <w:r>
        <w:rPr>
          <w:rFonts w:ascii="微软雅黑" w:eastAsia="宋体" w:hAnsi="微软雅黑"/>
          <w:color w:val="000000"/>
        </w:rPr>
        <w:t>国家政局是否稳定</w:t>
      </w:r>
    </w:p>
    <w:p w:rsidR="00AB3DD5" w:rsidP="00B40AE9">
      <w:r>
        <w:rPr>
          <w:rFonts w:ascii="微软雅黑" w:eastAsia="宋体" w:hAnsi="微软雅黑"/>
          <w:color w:val="000000"/>
        </w:rPr>
        <w:t>B</w:t>
      </w:r>
      <w:r>
        <w:rPr>
          <w:rFonts w:ascii="微软雅黑" w:eastAsia="宋体" w:hAnsi="微软雅黑"/>
          <w:color w:val="000000"/>
        </w:rPr>
        <w:t>能否增进人民团结，充分发挥人民群众积极性慕</w:t>
      </w:r>
    </w:p>
    <w:p w:rsidR="00AB3DD5" w:rsidP="00B40AE9">
      <w:r>
        <w:rPr>
          <w:rFonts w:ascii="微软雅黑" w:eastAsia="宋体" w:hAnsi="微软雅黑"/>
          <w:color w:val="000000"/>
        </w:rPr>
        <w:t>C</w:t>
      </w:r>
      <w:r>
        <w:rPr>
          <w:rFonts w:ascii="微软雅黑" w:eastAsia="宋体" w:hAnsi="微软雅黑"/>
          <w:color w:val="000000"/>
        </w:rPr>
        <w:t>是否促进生产力的发展和社会进步</w:t>
      </w:r>
    </w:p>
    <w:p w:rsidR="00AB3DD5" w:rsidP="00B40AE9">
      <w:pPr>
        <w:sectPr w:rsidSect="00034616">
          <w:type w:val="nextPage"/>
          <w:pgSz w:w="12240" w:h="15840"/>
          <w:pgMar w:top="1440" w:right="1800" w:bottom="1440" w:left="1800" w:header="720" w:footer="720" w:gutter="0"/>
          <w:pgNumType w:start="6"/>
          <w:cols w:space="720"/>
          <w:titlePg w:val="0"/>
          <w:docGrid w:linePitch="360"/>
        </w:sectPr>
      </w:pPr>
      <w:r>
        <w:rPr>
          <w:rFonts w:ascii="微软雅黑" w:eastAsia="宋体" w:hAnsi="微软雅黑"/>
          <w:color w:val="000000"/>
        </w:rPr>
        <w:t>D</w:t>
      </w:r>
      <w:r>
        <w:rPr>
          <w:rFonts w:ascii="微软雅黑" w:eastAsia="宋体" w:hAnsi="微软雅黑"/>
          <w:color w:val="000000"/>
        </w:rPr>
        <w:t>民主与法制是否健全</w:t>
      </w:r>
    </w:p>
    <w:p w:rsidR="003A50E9" w:rsidP="00B40AE9">
      <w:r>
        <w:rPr>
          <w:rFonts w:ascii="微软雅黑" w:eastAsia="宋体" w:hAnsi="微软雅黑"/>
          <w:color w:val="000000"/>
        </w:rPr>
        <w:t>E</w:t>
      </w:r>
      <w:r>
        <w:rPr>
          <w:rFonts w:ascii="微软雅黑" w:eastAsia="宋体" w:hAnsi="微软雅黑"/>
          <w:color w:val="000000"/>
        </w:rPr>
        <w:t>我国不具备高度民主所需要的高度发达的经济文化</w:t>
      </w:r>
    </w:p>
    <w:p w:rsidR="00201D75" w:rsidP="00B40AE9" w14:paraId="1B233290" w14:textId="016A14E2">
      <w:r>
        <w:rPr>
          <w:rFonts w:ascii="微软雅黑" w:eastAsia="宋体" w:hAnsi="微软雅黑"/>
          <w:color w:val="000000"/>
        </w:rPr>
        <w:t>28</w:t>
      </w:r>
      <w:r>
        <w:rPr>
          <w:rFonts w:ascii="微软雅黑" w:eastAsia="宋体" w:hAnsi="微软雅黑"/>
          <w:color w:val="000000"/>
        </w:rPr>
        <w:t>、</w:t>
      </w:r>
      <w:r>
        <w:rPr>
          <w:rFonts w:ascii="微软雅黑" w:eastAsia="宋体" w:hAnsi="微软雅黑" w:hint="eastAsia"/>
          <w:color w:val="000000"/>
        </w:rPr>
        <w:t>对资本主义工商业实行和平赎买（</w:t>
      </w:r>
      <w:r>
        <w:rPr>
          <w:rFonts w:ascii="微软雅黑" w:eastAsia="宋体" w:hAnsi="微软雅黑"/>
          <w:color w:val="000000"/>
        </w:rPr>
        <w:t xml:space="preserve">   </w:t>
      </w:r>
      <w:r>
        <w:rPr>
          <w:rFonts w:ascii="微软雅黑" w:eastAsia="宋体" w:hAnsi="微软雅黑"/>
          <w:color w:val="000000"/>
        </w:rPr>
        <w:t>）。</w:t>
      </w:r>
    </w:p>
    <w:p w:rsidR="00201D75" w:rsidP="00B40AE9" w14:paraId="30578353" w14:textId="77777777">
      <w:r>
        <w:rPr>
          <w:rFonts w:ascii="微软雅黑" w:eastAsia="宋体" w:hAnsi="微软雅黑"/>
          <w:color w:val="000000"/>
        </w:rPr>
        <w:t>A</w:t>
      </w:r>
      <w:r>
        <w:rPr>
          <w:rFonts w:ascii="微软雅黑" w:eastAsia="宋体" w:hAnsi="微软雅黑"/>
          <w:color w:val="000000"/>
        </w:rPr>
        <w:t>有利于发挥私营工商业在国计</w:t>
      </w:r>
    </w:p>
    <w:p w:rsidR="00201D75" w:rsidP="00B40AE9" w14:paraId="2855C5CB" w14:textId="77777777">
      <w:r>
        <w:rPr>
          <w:rFonts w:ascii="微软雅黑" w:eastAsia="宋体" w:hAnsi="微软雅黑" w:hint="eastAsia"/>
          <w:color w:val="000000"/>
        </w:rPr>
        <w:t>民生方而的积极作用，促进国民经济发展。</w:t>
      </w:r>
    </w:p>
    <w:p w:rsidR="00201D75" w:rsidP="00B40AE9" w14:paraId="7D91D0E3" w14:textId="77777777">
      <w:r>
        <w:rPr>
          <w:rFonts w:ascii="微软雅黑" w:eastAsia="宋体" w:hAnsi="微软雅黑"/>
          <w:color w:val="000000"/>
        </w:rPr>
        <w:t>B</w:t>
      </w:r>
      <w:r>
        <w:rPr>
          <w:rFonts w:ascii="微软雅黑" w:eastAsia="宋体" w:hAnsi="微软雅黑"/>
          <w:color w:val="000000"/>
        </w:rPr>
        <w:t>有利于争取和团结民族资产阶级。</w:t>
      </w:r>
    </w:p>
    <w:p w:rsidR="00201D75" w:rsidP="00B40AE9" w14:paraId="5E0793FE" w14:textId="77777777">
      <w:r>
        <w:rPr>
          <w:rFonts w:ascii="微软雅黑" w:eastAsia="宋体" w:hAnsi="微软雅黑"/>
          <w:color w:val="000000"/>
        </w:rPr>
        <w:t>C</w:t>
      </w:r>
      <w:r>
        <w:rPr>
          <w:rFonts w:ascii="微软雅黑" w:eastAsia="宋体" w:hAnsi="微软雅黑"/>
          <w:color w:val="000000"/>
        </w:rPr>
        <w:t>有利于团结各民主党派和各界爱国民主人士，巩固和发展统一战线。</w:t>
      </w:r>
    </w:p>
    <w:p w:rsidR="00201D75" w:rsidP="00B40AE9" w14:paraId="63C5571B" w14:textId="77777777">
      <w:r>
        <w:rPr>
          <w:rFonts w:ascii="微软雅黑" w:eastAsia="宋体" w:hAnsi="微软雅黑"/>
          <w:color w:val="000000"/>
        </w:rPr>
        <w:t>D</w:t>
      </w:r>
      <w:r>
        <w:rPr>
          <w:rFonts w:ascii="微软雅黑" w:eastAsia="宋体" w:hAnsi="微软雅黑"/>
          <w:color w:val="000000"/>
        </w:rPr>
        <w:t>有利于发挥民族资产阶级中大多数人的知识才能技术专长和管理经验。</w:t>
      </w:r>
    </w:p>
    <w:p w:rsidR="003A50E9" w:rsidP="00B40AE9" w14:paraId="24AB8CDD" w14:textId="77777777">
      <w:r>
        <w:rPr>
          <w:rFonts w:ascii="微软雅黑" w:eastAsia="宋体" w:hAnsi="微软雅黑"/>
          <w:color w:val="000000"/>
        </w:rPr>
        <w:t>E</w:t>
      </w:r>
      <w:r>
        <w:rPr>
          <w:rFonts w:ascii="微软雅黑" w:eastAsia="宋体" w:hAnsi="微软雅黑"/>
          <w:color w:val="000000"/>
        </w:rPr>
        <w:t>有利于争取和团结那些原来同资产阶级相联系的知识分子为社会主义建设服</w:t>
      </w:r>
    </w:p>
    <w:p w:rsidR="005854B6" w:rsidP="00B40AE9" w14:paraId="6F4BF084" w14:textId="1E85A218">
      <w:r>
        <w:rPr>
          <w:rFonts w:ascii="微软雅黑" w:eastAsia="宋体" w:hAnsi="微软雅黑"/>
          <w:color w:val="000000"/>
        </w:rPr>
        <w:t>29</w:t>
      </w:r>
      <w:r>
        <w:rPr>
          <w:rFonts w:ascii="微软雅黑" w:eastAsia="宋体" w:hAnsi="微软雅黑"/>
          <w:color w:val="000000"/>
        </w:rPr>
        <w:t>、</w:t>
      </w:r>
      <w:r>
        <w:rPr>
          <w:rFonts w:ascii="微软雅黑" w:eastAsia="宋体" w:hAnsi="微软雅黑" w:hint="eastAsia"/>
          <w:color w:val="000000"/>
        </w:rPr>
        <w:t>新民主主义国民经济的指导方针是（</w:t>
      </w:r>
      <w:r>
        <w:rPr>
          <w:rFonts w:ascii="微软雅黑" w:eastAsia="宋体" w:hAnsi="微软雅黑"/>
          <w:color w:val="000000"/>
        </w:rPr>
        <w:t xml:space="preserve">   </w:t>
      </w:r>
      <w:r>
        <w:rPr>
          <w:rFonts w:ascii="微软雅黑" w:eastAsia="宋体" w:hAnsi="微软雅黑"/>
          <w:color w:val="000000"/>
        </w:rPr>
        <w:t>）</w:t>
      </w:r>
    </w:p>
    <w:p w:rsidR="005854B6" w:rsidP="00B40AE9" w14:paraId="4F56E340" w14:textId="77777777">
      <w:r>
        <w:rPr>
          <w:rFonts w:ascii="微软雅黑" w:eastAsia="宋体" w:hAnsi="微软雅黑"/>
          <w:color w:val="000000"/>
        </w:rPr>
        <w:t>A</w:t>
      </w:r>
      <w:r>
        <w:rPr>
          <w:rFonts w:ascii="微软雅黑" w:eastAsia="宋体" w:hAnsi="微软雅黑"/>
          <w:color w:val="000000"/>
        </w:rPr>
        <w:t>发展生产</w:t>
      </w:r>
    </w:p>
    <w:p w:rsidR="005854B6" w:rsidP="00B40AE9" w14:paraId="5358EC49" w14:textId="77777777">
      <w:r>
        <w:rPr>
          <w:rFonts w:ascii="微软雅黑" w:eastAsia="宋体" w:hAnsi="微软雅黑"/>
          <w:color w:val="000000"/>
        </w:rPr>
        <w:t>B</w:t>
      </w:r>
      <w:r>
        <w:rPr>
          <w:rFonts w:ascii="微软雅黑" w:eastAsia="宋体" w:hAnsi="微软雅黑"/>
          <w:color w:val="000000"/>
        </w:rPr>
        <w:t>繁荣经济</w:t>
      </w:r>
    </w:p>
    <w:p w:rsidR="005854B6" w:rsidP="00B40AE9" w14:paraId="156D84CA" w14:textId="77777777">
      <w:r>
        <w:rPr>
          <w:rFonts w:ascii="微软雅黑" w:eastAsia="宋体" w:hAnsi="微软雅黑"/>
          <w:color w:val="000000"/>
        </w:rPr>
        <w:t>C</w:t>
      </w:r>
      <w:r>
        <w:rPr>
          <w:rFonts w:ascii="微软雅黑" w:eastAsia="宋体" w:hAnsi="微软雅黑"/>
          <w:color w:val="000000"/>
        </w:rPr>
        <w:t>公私兼顾</w:t>
      </w:r>
    </w:p>
    <w:p w:rsidR="005854B6" w:rsidP="00B40AE9" w14:paraId="258BEBD0" w14:textId="77777777">
      <w:r>
        <w:rPr>
          <w:rFonts w:ascii="微软雅黑" w:eastAsia="宋体" w:hAnsi="微软雅黑"/>
          <w:color w:val="000000"/>
        </w:rPr>
        <w:t>D</w:t>
      </w:r>
      <w:r>
        <w:rPr>
          <w:rFonts w:ascii="微软雅黑" w:eastAsia="宋体" w:hAnsi="微软雅黑"/>
          <w:color w:val="000000"/>
        </w:rPr>
        <w:t>劳资两利</w:t>
      </w:r>
    </w:p>
    <w:p w:rsidR="003A50E9" w:rsidP="00B40AE9" w14:paraId="03E24769" w14:textId="77777777">
      <w:r>
        <w:rPr>
          <w:rFonts w:ascii="微软雅黑" w:eastAsia="宋体" w:hAnsi="微软雅黑"/>
          <w:color w:val="000000"/>
        </w:rPr>
        <w:t>E</w:t>
      </w:r>
      <w:r>
        <w:rPr>
          <w:rFonts w:ascii="微软雅黑" w:eastAsia="宋体" w:hAnsi="微软雅黑"/>
          <w:color w:val="000000"/>
        </w:rPr>
        <w:t>四马分肥</w:t>
      </w:r>
    </w:p>
    <w:p w:rsidR="009458BE" w:rsidP="00B40AE9">
      <w:r>
        <w:rPr>
          <w:rFonts w:ascii="微软雅黑" w:eastAsia="宋体" w:hAnsi="微软雅黑"/>
          <w:color w:val="000000"/>
        </w:rPr>
        <w:t>30</w:t>
      </w:r>
      <w:r>
        <w:rPr>
          <w:rFonts w:ascii="微软雅黑" w:eastAsia="宋体" w:hAnsi="微软雅黑"/>
          <w:color w:val="000000"/>
        </w:rPr>
        <w:t>、</w:t>
      </w:r>
      <w:r>
        <w:rPr>
          <w:rFonts w:ascii="微软雅黑" w:eastAsia="宋体" w:hAnsi="微软雅黑" w:hint="eastAsia"/>
          <w:color w:val="000000"/>
        </w:rPr>
        <w:t>贯穿于毛泽东思想各个组成部分的立场观点和方法，是毛泽东思想的活</w:t>
      </w:r>
    </w:p>
    <w:p w:rsidR="009458BE" w:rsidP="00B40AE9">
      <w:r>
        <w:rPr>
          <w:rFonts w:ascii="微软雅黑" w:eastAsia="宋体" w:hAnsi="微软雅黑" w:hint="eastAsia"/>
          <w:color w:val="000000"/>
        </w:rPr>
        <w:t>的灵魂，其基本方面有（</w:t>
      </w:r>
      <w:r>
        <w:rPr>
          <w:rFonts w:ascii="微软雅黑" w:eastAsia="宋体" w:hAnsi="微软雅黑"/>
          <w:color w:val="000000"/>
        </w:rPr>
        <w:t xml:space="preserve">   </w:t>
      </w:r>
      <w:r>
        <w:rPr>
          <w:rFonts w:ascii="微软雅黑" w:eastAsia="宋体" w:hAnsi="微软雅黑"/>
          <w:color w:val="000000"/>
        </w:rPr>
        <w:t>）</w:t>
      </w:r>
    </w:p>
    <w:p w:rsidR="009458BE" w:rsidP="00B40AE9">
      <w:r>
        <w:rPr>
          <w:rFonts w:ascii="微软雅黑" w:eastAsia="宋体" w:hAnsi="微软雅黑"/>
          <w:color w:val="000000"/>
        </w:rPr>
        <w:t>A</w:t>
      </w:r>
      <w:r>
        <w:rPr>
          <w:rFonts w:ascii="微软雅黑" w:eastAsia="宋体" w:hAnsi="微软雅黑"/>
          <w:color w:val="000000"/>
        </w:rPr>
        <w:t>实事求是</w:t>
      </w:r>
    </w:p>
    <w:p w:rsidR="009458BE" w:rsidP="00B40AE9">
      <w:r>
        <w:rPr>
          <w:rFonts w:ascii="微软雅黑" w:eastAsia="宋体" w:hAnsi="微软雅黑"/>
          <w:color w:val="000000"/>
        </w:rPr>
        <w:t>B</w:t>
      </w:r>
      <w:r>
        <w:rPr>
          <w:rFonts w:ascii="微软雅黑" w:eastAsia="宋体" w:hAnsi="微软雅黑"/>
          <w:color w:val="000000"/>
        </w:rPr>
        <w:t>群众路线</w:t>
      </w:r>
    </w:p>
    <w:p w:rsidR="009458BE" w:rsidP="00B40AE9">
      <w:r>
        <w:rPr>
          <w:rFonts w:ascii="微软雅黑" w:eastAsia="宋体" w:hAnsi="微软雅黑"/>
          <w:color w:val="000000"/>
        </w:rPr>
        <w:t>C</w:t>
      </w:r>
      <w:r>
        <w:rPr>
          <w:rFonts w:ascii="微软雅黑" w:eastAsia="宋体" w:hAnsi="微软雅黑"/>
          <w:color w:val="000000"/>
        </w:rPr>
        <w:t>独立自主</w:t>
      </w:r>
    </w:p>
    <w:p w:rsidR="009458BE" w:rsidP="00B40AE9">
      <w:r>
        <w:rPr>
          <w:rFonts w:ascii="微软雅黑" w:eastAsia="宋体" w:hAnsi="微软雅黑"/>
          <w:color w:val="000000"/>
        </w:rPr>
        <w:t>D</w:t>
      </w:r>
      <w:r>
        <w:rPr>
          <w:rFonts w:ascii="微软雅黑" w:eastAsia="宋体" w:hAnsi="微软雅黑"/>
          <w:color w:val="000000"/>
        </w:rPr>
        <w:t>艰苦奋斗</w:t>
      </w:r>
    </w:p>
    <w:p w:rsidR="003A50E9" w:rsidP="00B40AE9">
      <w:pPr>
        <w:sectPr w:rsidSect="00034616">
          <w:type w:val="nextPage"/>
          <w:pgSz w:w="12240" w:h="15840"/>
          <w:pgMar w:top="1440" w:right="1800" w:bottom="1440" w:left="1800" w:header="720" w:footer="720" w:gutter="0"/>
          <w:pgNumType w:start="7"/>
          <w:cols w:space="720"/>
          <w:titlePg w:val="0"/>
          <w:docGrid w:linePitch="360"/>
        </w:sectPr>
      </w:pPr>
      <w:r>
        <w:rPr>
          <w:rFonts w:ascii="微软雅黑" w:eastAsia="宋体" w:hAnsi="微软雅黑"/>
          <w:color w:val="000000"/>
        </w:rPr>
        <w:t>E</w:t>
      </w:r>
      <w:r>
        <w:rPr>
          <w:rFonts w:ascii="微软雅黑" w:eastAsia="宋体" w:hAnsi="微软雅黑"/>
          <w:color w:val="000000"/>
        </w:rPr>
        <w:t>解放思想</w:t>
      </w:r>
    </w:p>
    <w:p>
      <w:r>
        <w:rPr>
          <w:rFonts w:ascii="微软雅黑" w:eastAsia="宋体" w:hAnsi="微软雅黑"/>
          <w:b/>
          <w:color w:val="000000"/>
          <w:sz w:val="32"/>
        </w:rPr>
        <w:t>三、名词解释</w:t>
      </w:r>
    </w:p>
    <w:p w:rsidR="00E729BA">
      <w:r>
        <w:rPr>
          <w:rFonts w:ascii="微软雅黑" w:eastAsia="宋体" w:hAnsi="微软雅黑"/>
          <w:color w:val="000000"/>
        </w:rPr>
        <w:t>31、</w:t>
      </w:r>
      <w:r>
        <w:rPr>
          <w:rFonts w:ascii="微软雅黑" w:eastAsia="宋体" w:hAnsi="微软雅黑" w:hint="eastAsia"/>
          <w:color w:val="000000"/>
        </w:rPr>
        <w:t>党在现阶段的政治路线：</w:t>
      </w:r>
    </w:p>
    <w:p w:rsidR="00E729BA"/>
    <w:p w:rsidR="00E729BA"/>
    <w:p w:rsidR="00E729BA"/>
    <w:p w:rsidR="00E729BA"/>
    <w:p w:rsidR="00E729BA"/>
    <w:p w:rsidR="00E729BA"/>
    <w:p w:rsidR="00E729BA"/>
    <w:p w:rsidR="000579DF">
      <w:r>
        <w:rPr>
          <w:rFonts w:ascii="微软雅黑" w:eastAsia="宋体" w:hAnsi="微软雅黑"/>
          <w:color w:val="000000"/>
        </w:rPr>
        <w:t>32、</w:t>
      </w:r>
      <w:r>
        <w:rPr>
          <w:rFonts w:ascii="微软雅黑" w:eastAsia="宋体" w:hAnsi="微软雅黑" w:hint="eastAsia"/>
          <w:color w:val="000000"/>
        </w:rPr>
        <w:t>社会主义市场经济基本框架的基本内容：</w:t>
      </w:r>
    </w:p>
    <w:p w:rsidR="000579DF"/>
    <w:p w:rsidR="000579DF"/>
    <w:p w:rsidR="000579DF"/>
    <w:p w:rsidR="000579DF"/>
    <w:p w:rsidR="000579DF"/>
    <w:p w:rsidR="000579DF"/>
    <w:p w:rsidR="000579DF"/>
    <w:p w:rsidR="00490F86" w14:paraId="2516C4F2" w14:textId="1748BC22">
      <w:r>
        <w:rPr>
          <w:rFonts w:ascii="微软雅黑" w:eastAsia="宋体" w:hAnsi="微软雅黑"/>
          <w:color w:val="000000"/>
        </w:rPr>
        <w:t>33、</w:t>
      </w:r>
      <w:r>
        <w:rPr>
          <w:rFonts w:ascii="微软雅黑" w:eastAsia="宋体" w:hAnsi="微软雅黑" w:hint="eastAsia"/>
          <w:color w:val="000000"/>
        </w:rPr>
        <w:t>“和平统一、一国两制</w:t>
      </w:r>
      <w:r>
        <w:rPr>
          <w:rFonts w:ascii="微软雅黑" w:eastAsia="宋体" w:hAnsi="微软雅黑"/>
          <w:color w:val="000000"/>
        </w:rPr>
        <w:t>"</w:t>
      </w:r>
    </w:p>
    <w:p w:rsidR="00490F86" w14:paraId="758E4E87" w14:textId="77777777"/>
    <w:p w:rsidR="00490F86" w14:paraId="6F679058" w14:textId="77777777"/>
    <w:p w:rsidR="00490F86" w14:paraId="7319712F" w14:textId="77777777"/>
    <w:p w:rsidR="00490F86" w14:paraId="32180399" w14:textId="77777777"/>
    <w:p w:rsidR="00490F86" w14:paraId="5E4ED13B" w14:textId="77777777"/>
    <w:p w:rsidR="00490F86" w14:paraId="10BDBDAC" w14:textId="77777777"/>
    <w:p w:rsidR="00490F86" w14:paraId="5A221EEA" w14:textId="77777777">
      <w:pPr>
        <w:sectPr w:rsidSect="00034616">
          <w:type w:val="nextPage"/>
          <w:pgSz w:w="12240" w:h="15840"/>
          <w:pgMar w:top="1440" w:right="1800" w:bottom="1440" w:left="1800" w:header="720" w:footer="720" w:gutter="0"/>
          <w:pgNumType w:start="8"/>
          <w:cols w:space="720"/>
          <w:titlePg w:val="0"/>
          <w:docGrid w:linePitch="360"/>
        </w:sectPr>
      </w:pPr>
    </w:p>
    <w:p w:rsidR="001C5571" w14:paraId="75FAA30D" w14:textId="78023B7A">
      <w:r>
        <w:rPr>
          <w:rFonts w:ascii="微软雅黑" w:eastAsia="宋体" w:hAnsi="微软雅黑"/>
          <w:color w:val="000000"/>
        </w:rPr>
        <w:t>34、</w:t>
      </w:r>
      <w:r>
        <w:rPr>
          <w:rFonts w:ascii="微软雅黑" w:eastAsia="宋体" w:hAnsi="微软雅黑" w:hint="eastAsia"/>
          <w:color w:val="000000"/>
        </w:rPr>
        <w:t>中国特色社会主义道路：</w:t>
      </w:r>
    </w:p>
    <w:p w:rsidR="001C5571" w14:paraId="2B4E15FF" w14:textId="77777777"/>
    <w:p w:rsidR="001C5571" w14:paraId="6DAE9D3E" w14:textId="77777777"/>
    <w:p w:rsidR="001C5571" w14:paraId="5ED349E9" w14:textId="77777777"/>
    <w:p w:rsidR="001C5571" w14:paraId="6AC7492E" w14:textId="77777777"/>
    <w:p w:rsidR="001C5571" w14:paraId="7A4F6C3C" w14:textId="77777777"/>
    <w:p w:rsidR="001C5571" w14:paraId="53F823D2" w14:textId="77777777"/>
    <w:p w:rsidR="001C5571" w14:paraId="71830A06" w14:textId="77777777"/>
    <w:p w:rsidR="00B06CC4" w:rsidP="00B40AE9">
      <w:r>
        <w:rPr>
          <w:rFonts w:ascii="微软雅黑" w:eastAsia="宋体" w:hAnsi="微软雅黑"/>
          <w:color w:val="000000"/>
        </w:rPr>
        <w:t>35</w:t>
      </w:r>
      <w:r>
        <w:rPr>
          <w:rFonts w:ascii="微软雅黑" w:eastAsia="宋体" w:hAnsi="微软雅黑"/>
          <w:color w:val="000000"/>
        </w:rPr>
        <w:t>、</w:t>
      </w:r>
      <w:r>
        <w:rPr>
          <w:rFonts w:ascii="微软雅黑" w:eastAsia="宋体" w:hAnsi="微软雅黑" w:hint="eastAsia"/>
          <w:color w:val="000000"/>
        </w:rPr>
        <w:t>“九二共识”</w:t>
      </w:r>
    </w:p>
    <w:p w:rsidR="00B06CC4" w:rsidP="00B40AE9"/>
    <w:p w:rsidR="00B06CC4" w:rsidP="00B40AE9"/>
    <w:p w:rsidR="00B06CC4" w:rsidP="00B40AE9"/>
    <w:p w:rsidR="00B06CC4" w:rsidP="00B40AE9"/>
    <w:p w:rsidR="00B06CC4" w:rsidP="00B40AE9"/>
    <w:p w:rsidR="003A50E9" w:rsidP="00B40AE9"/>
    <w:p>
      <w:r>
        <w:rPr>
          <w:rFonts w:ascii="微软雅黑" w:eastAsia="宋体" w:hAnsi="微软雅黑"/>
          <w:b/>
          <w:color w:val="000000"/>
          <w:sz w:val="32"/>
        </w:rPr>
        <w:t>四、简答题</w:t>
      </w:r>
    </w:p>
    <w:p w:rsidR="0058428D" w:rsidP="00B40AE9">
      <w:r>
        <w:rPr>
          <w:rFonts w:ascii="微软雅黑" w:eastAsia="宋体" w:hAnsi="微软雅黑"/>
          <w:color w:val="000000"/>
        </w:rPr>
        <w:t>36</w:t>
      </w:r>
      <w:r>
        <w:rPr>
          <w:rFonts w:ascii="微软雅黑" w:eastAsia="宋体" w:hAnsi="微软雅黑"/>
          <w:color w:val="000000"/>
        </w:rPr>
        <w:t>、</w:t>
      </w:r>
      <w:r>
        <w:rPr>
          <w:rFonts w:ascii="微软雅黑" w:eastAsia="宋体" w:hAnsi="微软雅黑" w:hint="eastAsia"/>
          <w:color w:val="000000"/>
        </w:rPr>
        <w:t>中国红色政权存在发展的原因和条件。</w:t>
      </w:r>
    </w:p>
    <w:p w:rsidR="0058428D" w:rsidP="00B40AE9"/>
    <w:p w:rsidR="0058428D" w:rsidP="00B40AE9"/>
    <w:p w:rsidR="0058428D" w:rsidP="00B40AE9"/>
    <w:p w:rsidR="0058428D" w:rsidP="00B40AE9"/>
    <w:p w:rsidR="0058428D" w:rsidP="00B40AE9"/>
    <w:p w:rsidR="003A50E9" w:rsidP="00B40AE9"/>
    <w:p w:rsidR="00CB4966" w:rsidP="00B40AE9">
      <w:r>
        <w:rPr>
          <w:rFonts w:ascii="微软雅黑" w:eastAsia="宋体" w:hAnsi="微软雅黑"/>
          <w:color w:val="000000"/>
        </w:rPr>
        <w:t>37</w:t>
      </w:r>
      <w:r>
        <w:rPr>
          <w:rFonts w:ascii="微软雅黑" w:eastAsia="宋体" w:hAnsi="微软雅黑"/>
          <w:color w:val="000000"/>
        </w:rPr>
        <w:t>、</w:t>
      </w:r>
      <w:r>
        <w:rPr>
          <w:rFonts w:ascii="微软雅黑" w:eastAsia="宋体" w:hAnsi="微软雅黑" w:hint="eastAsia"/>
          <w:color w:val="000000"/>
        </w:rPr>
        <w:t>我国在生态环境方面存在什么问题？如何推进社会主义生态文明建设？</w:t>
      </w:r>
    </w:p>
    <w:p w:rsidR="00CB4966" w:rsidP="00B40AE9">
      <w:pPr>
        <w:sectPr w:rsidSect="00034616">
          <w:type w:val="nextPage"/>
          <w:pgSz w:w="12240" w:h="15840"/>
          <w:pgMar w:top="1440" w:right="1800" w:bottom="1440" w:left="1800" w:header="720" w:footer="720" w:gutter="0"/>
          <w:pgNumType w:start="9"/>
          <w:cols w:space="720"/>
          <w:titlePg w:val="0"/>
          <w:docGrid w:linePitch="360"/>
        </w:sectPr>
      </w:pPr>
    </w:p>
    <w:p w:rsidR="00CB4966" w:rsidP="00B40AE9"/>
    <w:p w:rsidR="00CB4966" w:rsidP="00B40AE9"/>
    <w:p w:rsidR="00CB4966" w:rsidP="00B40AE9"/>
    <w:p w:rsidR="00CB4966" w:rsidP="00B40AE9"/>
    <w:p w:rsidR="003A50E9" w:rsidP="00B40AE9"/>
    <w:p w:rsidR="009F0CC3" w:rsidP="00B40AE9" w14:paraId="4DE8F0C5" w14:textId="2DCE0AB7">
      <w:r>
        <w:rPr>
          <w:rFonts w:ascii="微软雅黑" w:eastAsia="宋体" w:hAnsi="微软雅黑"/>
          <w:color w:val="000000"/>
        </w:rPr>
        <w:t>38</w:t>
      </w:r>
      <w:r>
        <w:rPr>
          <w:rFonts w:ascii="微软雅黑" w:eastAsia="宋体" w:hAnsi="微软雅黑"/>
          <w:color w:val="000000"/>
        </w:rPr>
        <w:t>、</w:t>
      </w:r>
      <w:r>
        <w:rPr>
          <w:rFonts w:ascii="微软雅黑" w:eastAsia="宋体" w:hAnsi="微软雅黑" w:hint="eastAsia"/>
          <w:color w:val="000000"/>
        </w:rPr>
        <w:t>简述科学发展观的科学内涵和精神实质。</w:t>
      </w:r>
    </w:p>
    <w:p w:rsidR="009F0CC3" w:rsidP="00B40AE9" w14:paraId="7C699F49" w14:textId="77777777"/>
    <w:p w:rsidR="009F0CC3" w:rsidP="00B40AE9" w14:paraId="7B10BF08" w14:textId="77777777"/>
    <w:p w:rsidR="009F0CC3" w:rsidP="00B40AE9" w14:paraId="4C7D9E80" w14:textId="77777777"/>
    <w:p w:rsidR="009F0CC3" w:rsidP="00B40AE9" w14:paraId="0A367370" w14:textId="77777777"/>
    <w:p w:rsidR="009F0CC3" w:rsidP="00B40AE9" w14:paraId="65F7487B" w14:textId="77777777"/>
    <w:p w:rsidR="003A50E9" w:rsidP="00B40AE9" w14:paraId="5AA48ABF" w14:textId="77777777"/>
    <w:p w:rsidR="00944F6A" w:rsidP="00B40AE9">
      <w:r>
        <w:rPr>
          <w:rFonts w:ascii="微软雅黑" w:eastAsia="宋体" w:hAnsi="微软雅黑"/>
          <w:color w:val="000000"/>
        </w:rPr>
        <w:t>39</w:t>
      </w:r>
      <w:r>
        <w:rPr>
          <w:rFonts w:ascii="微软雅黑" w:eastAsia="宋体" w:hAnsi="微软雅黑"/>
          <w:color w:val="000000"/>
        </w:rPr>
        <w:t>、</w:t>
      </w:r>
      <w:r>
        <w:rPr>
          <w:rFonts w:ascii="微软雅黑" w:eastAsia="宋体" w:hAnsi="微软雅黑" w:hint="eastAsia"/>
          <w:color w:val="000000"/>
        </w:rPr>
        <w:t>简述推进法治中国建设的主要举措。</w:t>
      </w:r>
    </w:p>
    <w:p w:rsidR="00944F6A" w:rsidP="00B40AE9"/>
    <w:p w:rsidR="00944F6A" w:rsidP="00B40AE9"/>
    <w:p w:rsidR="00944F6A" w:rsidP="00B40AE9"/>
    <w:p w:rsidR="00944F6A" w:rsidP="00B40AE9"/>
    <w:p w:rsidR="00944F6A" w:rsidP="00B40AE9"/>
    <w:p w:rsidR="003A50E9" w:rsidP="00B40AE9"/>
    <w:p w:rsidR="00FB3AD4" w:rsidP="00B40AE9">
      <w:r>
        <w:rPr>
          <w:rFonts w:ascii="微软雅黑" w:eastAsia="宋体" w:hAnsi="微软雅黑"/>
          <w:color w:val="000000"/>
        </w:rPr>
        <w:t>40</w:t>
      </w:r>
      <w:r>
        <w:rPr>
          <w:rFonts w:ascii="微软雅黑" w:eastAsia="宋体" w:hAnsi="微软雅黑"/>
          <w:color w:val="000000"/>
        </w:rPr>
        <w:t>、</w:t>
      </w:r>
      <w:r>
        <w:rPr>
          <w:rFonts w:ascii="微软雅黑" w:eastAsia="宋体" w:hAnsi="微软雅黑" w:hint="eastAsia"/>
          <w:color w:val="000000"/>
        </w:rPr>
        <w:t>简述社会主义初级阶段的基本纲领。</w:t>
      </w:r>
    </w:p>
    <w:p w:rsidR="00FB3AD4" w:rsidP="00B40AE9"/>
    <w:p w:rsidR="00FB3AD4" w:rsidP="00B40AE9"/>
    <w:p w:rsidR="00FB3AD4" w:rsidP="00B40AE9"/>
    <w:p w:rsidR="00FB3AD4" w:rsidP="00B40AE9"/>
    <w:p w:rsidR="00FB3AD4" w:rsidP="00B40AE9">
      <w:pPr>
        <w:sectPr w:rsidSect="00034616">
          <w:type w:val="nextPage"/>
          <w:pgSz w:w="12240" w:h="15840"/>
          <w:pgMar w:top="1440" w:right="1800" w:bottom="1440" w:left="1800" w:header="720" w:footer="720" w:gutter="0"/>
          <w:pgNumType w:start="10"/>
          <w:cols w:space="720"/>
          <w:titlePg w:val="0"/>
          <w:docGrid w:linePitch="360"/>
        </w:sectPr>
      </w:pPr>
    </w:p>
    <w:p w:rsidR="003A50E9" w:rsidP="00B40AE9"/>
    <w:p w:rsidR="00DF6F35" w:rsidP="00B40AE9">
      <w:r>
        <w:rPr>
          <w:rFonts w:ascii="微软雅黑" w:eastAsia="宋体" w:hAnsi="微软雅黑"/>
          <w:color w:val="000000"/>
        </w:rPr>
        <w:t>41</w:t>
      </w:r>
      <w:r>
        <w:rPr>
          <w:rFonts w:ascii="微软雅黑" w:eastAsia="宋体" w:hAnsi="微软雅黑"/>
          <w:color w:val="000000"/>
        </w:rPr>
        <w:t>、</w:t>
      </w:r>
      <w:r>
        <w:rPr>
          <w:rFonts w:ascii="微软雅黑" w:eastAsia="宋体" w:hAnsi="微软雅黑" w:hint="eastAsia"/>
          <w:color w:val="000000"/>
        </w:rPr>
        <w:t>简述建设中国特色社会主义的根本目的。</w:t>
      </w:r>
    </w:p>
    <w:p w:rsidR="00DF6F35" w:rsidP="00B40AE9"/>
    <w:p w:rsidR="00DF6F35" w:rsidP="00B40AE9"/>
    <w:p w:rsidR="00DF6F35" w:rsidP="00B40AE9"/>
    <w:p w:rsidR="00DF6F35" w:rsidP="00B40AE9"/>
    <w:p w:rsidR="00DF6F35" w:rsidP="00B40AE9"/>
    <w:p w:rsidR="003A50E9" w:rsidP="00B40AE9"/>
    <w:p>
      <w:r>
        <w:rPr>
          <w:rFonts w:ascii="微软雅黑" w:eastAsia="宋体" w:hAnsi="微软雅黑"/>
          <w:b/>
          <w:color w:val="000000"/>
          <w:sz w:val="32"/>
        </w:rPr>
        <w:t>五、辨析题</w:t>
      </w:r>
    </w:p>
    <w:p w:rsidR="00CE4810" w:rsidP="00B40AE9">
      <w:r>
        <w:rPr>
          <w:rFonts w:ascii="微软雅黑" w:eastAsia="宋体" w:hAnsi="微软雅黑"/>
          <w:color w:val="000000"/>
        </w:rPr>
        <w:t>42</w:t>
      </w:r>
      <w:r>
        <w:rPr>
          <w:rFonts w:ascii="微软雅黑" w:eastAsia="宋体" w:hAnsi="微软雅黑"/>
          <w:color w:val="000000"/>
        </w:rPr>
        <w:t>、</w:t>
      </w:r>
      <w:r>
        <w:rPr>
          <w:rFonts w:ascii="微软雅黑" w:eastAsia="宋体" w:hAnsi="微软雅黑" w:hint="eastAsia"/>
          <w:color w:val="000000"/>
        </w:rPr>
        <w:t>毛泽东晚年的一些言论、做法和观点实践证明是错误的，因而今天我们不应该全面地坚持毛泽东思想。</w:t>
      </w:r>
    </w:p>
    <w:p w:rsidR="00CE4810" w:rsidP="00B40AE9"/>
    <w:p w:rsidR="00CE4810" w:rsidP="00B40AE9"/>
    <w:p w:rsidR="00CE4810" w:rsidP="00B40AE9"/>
    <w:p w:rsidR="00CE4810" w:rsidP="00B40AE9"/>
    <w:p w:rsidR="00CE4810" w:rsidP="00B40AE9"/>
    <w:p w:rsidR="003A50E9" w:rsidP="00B40AE9"/>
    <w:p w:rsidR="007A08D9" w:rsidP="00B40AE9">
      <w:r>
        <w:rPr>
          <w:rFonts w:ascii="微软雅黑" w:eastAsia="宋体" w:hAnsi="微软雅黑"/>
          <w:color w:val="000000"/>
        </w:rPr>
        <w:t>43</w:t>
      </w:r>
      <w:r>
        <w:rPr>
          <w:rFonts w:ascii="微软雅黑" w:eastAsia="宋体" w:hAnsi="微软雅黑"/>
          <w:color w:val="000000"/>
        </w:rPr>
        <w:t>、</w:t>
      </w:r>
      <w:r>
        <w:rPr>
          <w:rFonts w:ascii="微软雅黑" w:eastAsia="宋体" w:hAnsi="微软雅黑" w:hint="eastAsia"/>
          <w:color w:val="000000"/>
        </w:rPr>
        <w:t>社会主义初级阶段是指社会主义国家进入社会主义必须经历的起始阶段</w:t>
      </w:r>
    </w:p>
    <w:p w:rsidR="007A08D9" w:rsidP="00B40AE9"/>
    <w:p w:rsidR="007A08D9" w:rsidP="00B40AE9"/>
    <w:p w:rsidR="007A08D9" w:rsidP="00B40AE9"/>
    <w:p w:rsidR="007A08D9" w:rsidP="00B40AE9"/>
    <w:p w:rsidR="007A08D9" w:rsidP="00B40AE9"/>
    <w:p w:rsidR="003A50E9" w:rsidP="00B40AE9">
      <w:pPr>
        <w:sectPr w:rsidSect="00034616">
          <w:type w:val="nextPage"/>
          <w:pgSz w:w="12240" w:h="15840"/>
          <w:pgMar w:top="1440" w:right="1800" w:bottom="1440" w:left="1800" w:header="720" w:footer="720" w:gutter="0"/>
          <w:pgNumType w:start="11"/>
          <w:cols w:space="720"/>
          <w:titlePg w:val="0"/>
          <w:docGrid w:linePitch="360"/>
        </w:sectPr>
      </w:pPr>
    </w:p>
    <w:p w:rsidR="00007207" w:rsidP="00B40AE9">
      <w:r>
        <w:rPr>
          <w:rFonts w:ascii="微软雅黑" w:eastAsia="宋体" w:hAnsi="微软雅黑"/>
          <w:color w:val="000000"/>
        </w:rPr>
        <w:t>44</w:t>
      </w:r>
      <w:r>
        <w:rPr>
          <w:rFonts w:ascii="微软雅黑" w:eastAsia="宋体" w:hAnsi="微软雅黑"/>
          <w:color w:val="000000"/>
        </w:rPr>
        <w:t>、</w:t>
      </w:r>
      <w:r>
        <w:rPr>
          <w:rFonts w:ascii="微软雅黑" w:eastAsia="宋体" w:hAnsi="微软雅黑" w:hint="eastAsia"/>
          <w:color w:val="000000"/>
        </w:rPr>
        <w:t>我党近年来强调“使股份制成为公有制的主要实现形式”，是因为股份制是社会主义性质的。</w:t>
      </w:r>
    </w:p>
    <w:p w:rsidR="00007207" w:rsidP="00B40AE9"/>
    <w:p w:rsidR="00007207" w:rsidP="00B40AE9"/>
    <w:p w:rsidR="00007207" w:rsidP="00B40AE9"/>
    <w:p w:rsidR="00007207" w:rsidP="00B40AE9"/>
    <w:p w:rsidR="00007207" w:rsidP="00B40AE9"/>
    <w:p w:rsidR="003A50E9" w:rsidP="00B40AE9"/>
    <w:p>
      <w:r>
        <w:rPr>
          <w:rFonts w:ascii="微软雅黑" w:eastAsia="宋体" w:hAnsi="微软雅黑"/>
          <w:b/>
          <w:color w:val="000000"/>
          <w:sz w:val="32"/>
        </w:rPr>
        <w:t>六、论述题</w:t>
      </w:r>
    </w:p>
    <w:p w:rsidR="0093196F" w:rsidP="00B40AE9" w14:paraId="196AC2DB" w14:textId="44521DB5">
      <w:r>
        <w:rPr>
          <w:rFonts w:ascii="微软雅黑" w:eastAsia="宋体" w:hAnsi="微软雅黑"/>
          <w:color w:val="000000"/>
        </w:rPr>
        <w:t>45</w:t>
      </w:r>
      <w:r>
        <w:rPr>
          <w:rFonts w:ascii="微软雅黑" w:eastAsia="宋体" w:hAnsi="微软雅黑"/>
          <w:color w:val="000000"/>
        </w:rPr>
        <w:t>、</w:t>
      </w:r>
      <w:r>
        <w:rPr>
          <w:rFonts w:ascii="微软雅黑" w:eastAsia="宋体" w:hAnsi="微软雅黑" w:hint="eastAsia"/>
          <w:color w:val="000000"/>
        </w:rPr>
        <w:t>中国共产党第十七届中央委员会第六次全体会议通过的《中共中央关于深化文化体制改革推动社会主义文化大发展大繁荣若干重大问题的决定》明确提出，“推进社会主义核心价值体系建设，巩固全党全国各族人民团结奋斗的共同思想道德基础”。结合实际，谈谈你对这一文化建设要求的认识。</w:t>
      </w:r>
    </w:p>
    <w:p w:rsidR="0093196F" w:rsidP="00B40AE9" w14:paraId="2FC2051B" w14:textId="77777777"/>
    <w:p w:rsidR="0093196F" w:rsidP="00B40AE9" w14:paraId="414AA377" w14:textId="77777777"/>
    <w:p w:rsidR="0093196F" w:rsidP="00B40AE9" w14:paraId="676DF115" w14:textId="77777777"/>
    <w:p w:rsidR="0093196F" w:rsidP="00B40AE9" w14:paraId="7FC69F32" w14:textId="77777777"/>
    <w:p w:rsidR="0093196F" w:rsidP="00B40AE9" w14:paraId="01D648F0" w14:textId="77777777"/>
    <w:p w:rsidR="003A50E9" w:rsidP="00B40AE9" w14:paraId="14B8D7C3" w14:textId="77777777">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https://d.book118.com/936103144053010031</w:t>
        </w:r>
      </w:hyperlink>
    </w:p>
    <w:p w:rsidR="003A50E9" w:rsidP="00B40AE9"/>
    <w:sectPr w:rsidSect="00034616">
      <w:type w:val="nextPage"/>
      <w:pgSz w:w="12240" w:h="15840"/>
      <w:pgMar w:top="1440" w:right="1800" w:bottom="1440" w:left="1800" w:header="720" w:footer="720" w:gutter="0"/>
      <w:pgNumType w:start="1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07207"/>
    <w:rsid w:val="00034616"/>
    <w:rsid w:val="000351BB"/>
    <w:rsid w:val="000579DF"/>
    <w:rsid w:val="0006063C"/>
    <w:rsid w:val="000B5765"/>
    <w:rsid w:val="000B5FE9"/>
    <w:rsid w:val="000B5FEE"/>
    <w:rsid w:val="000D5358"/>
    <w:rsid w:val="00111C16"/>
    <w:rsid w:val="00140277"/>
    <w:rsid w:val="0015074B"/>
    <w:rsid w:val="00152E41"/>
    <w:rsid w:val="00177481"/>
    <w:rsid w:val="001C5571"/>
    <w:rsid w:val="001C728A"/>
    <w:rsid w:val="001F7E78"/>
    <w:rsid w:val="00201942"/>
    <w:rsid w:val="00201D75"/>
    <w:rsid w:val="002040EB"/>
    <w:rsid w:val="00242C27"/>
    <w:rsid w:val="0029639D"/>
    <w:rsid w:val="002B16DC"/>
    <w:rsid w:val="00326F90"/>
    <w:rsid w:val="00331A42"/>
    <w:rsid w:val="00354954"/>
    <w:rsid w:val="00370121"/>
    <w:rsid w:val="003A50E9"/>
    <w:rsid w:val="0047304B"/>
    <w:rsid w:val="00490F86"/>
    <w:rsid w:val="00493739"/>
    <w:rsid w:val="00501F5E"/>
    <w:rsid w:val="00504F09"/>
    <w:rsid w:val="00516622"/>
    <w:rsid w:val="00564EBD"/>
    <w:rsid w:val="00565C10"/>
    <w:rsid w:val="0058428D"/>
    <w:rsid w:val="005854B6"/>
    <w:rsid w:val="005F1466"/>
    <w:rsid w:val="006653A0"/>
    <w:rsid w:val="006C381D"/>
    <w:rsid w:val="007056F6"/>
    <w:rsid w:val="00723508"/>
    <w:rsid w:val="00783EEE"/>
    <w:rsid w:val="007A08D9"/>
    <w:rsid w:val="007A0C04"/>
    <w:rsid w:val="008215F7"/>
    <w:rsid w:val="0084393E"/>
    <w:rsid w:val="00912229"/>
    <w:rsid w:val="00922A49"/>
    <w:rsid w:val="0093196F"/>
    <w:rsid w:val="00944F6A"/>
    <w:rsid w:val="009458BE"/>
    <w:rsid w:val="00950C84"/>
    <w:rsid w:val="0096325C"/>
    <w:rsid w:val="009829BE"/>
    <w:rsid w:val="00984EC2"/>
    <w:rsid w:val="009B7B2F"/>
    <w:rsid w:val="009E1CE0"/>
    <w:rsid w:val="009F0CC3"/>
    <w:rsid w:val="00A87294"/>
    <w:rsid w:val="00A93936"/>
    <w:rsid w:val="00AA1D8D"/>
    <w:rsid w:val="00AB3DD5"/>
    <w:rsid w:val="00B016C5"/>
    <w:rsid w:val="00B06CC4"/>
    <w:rsid w:val="00B40AE9"/>
    <w:rsid w:val="00B47730"/>
    <w:rsid w:val="00B53ABC"/>
    <w:rsid w:val="00B80CFB"/>
    <w:rsid w:val="00BA5A1B"/>
    <w:rsid w:val="00BF1F94"/>
    <w:rsid w:val="00C72D91"/>
    <w:rsid w:val="00CA64C2"/>
    <w:rsid w:val="00CB0664"/>
    <w:rsid w:val="00CB4966"/>
    <w:rsid w:val="00CC1BBD"/>
    <w:rsid w:val="00CE4810"/>
    <w:rsid w:val="00D141CD"/>
    <w:rsid w:val="00D636EC"/>
    <w:rsid w:val="00D6515E"/>
    <w:rsid w:val="00DC49DE"/>
    <w:rsid w:val="00DC5E25"/>
    <w:rsid w:val="00DC6E43"/>
    <w:rsid w:val="00DD43A5"/>
    <w:rsid w:val="00DD52DD"/>
    <w:rsid w:val="00DF6F35"/>
    <w:rsid w:val="00E03D7C"/>
    <w:rsid w:val="00E25FA5"/>
    <w:rsid w:val="00E729BA"/>
    <w:rsid w:val="00E8586C"/>
    <w:rsid w:val="00E91599"/>
    <w:rsid w:val="00F26013"/>
    <w:rsid w:val="00F302B3"/>
    <w:rsid w:val="00F35DBD"/>
    <w:rsid w:val="00F51290"/>
    <w:rsid w:val="00F93F5E"/>
    <w:rsid w:val="00FA19C5"/>
    <w:rsid w:val="00FB3AD4"/>
    <w:rsid w:val="00FC693F"/>
    <w:rsid w:val="00FF4356"/>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36103144053010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