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2024年大一学生期末个人总结（31篇）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2024年大一学生期末个人总结（精选31篇）</w:t>
      </w:r>
      <w:r>
        <w:rPr>
          <w:lang w:eastAsia="zh-CN"/>
        </w:rPr>
        <w:br/>
      </w:r>
      <w:r>
        <w:rPr>
          <w:lang w:eastAsia="zh-CN"/>
        </w:rPr>
        <w:t xml:space="preserve">    2024年大一学生期末个人总结 篇1 </w:t>
      </w:r>
      <w:r>
        <w:rPr>
          <w:lang w:eastAsia="zh-CN"/>
        </w:rPr>
        <w:br/>
      </w:r>
      <w:r>
        <w:rPr>
          <w:lang w:eastAsia="zh-CN"/>
        </w:rPr>
        <w:t>　　大一生活眨眼之间就过去了，头脑中还清晰的记着刚来时的情景，没想到这么快就一年过去了。回想这一年来我的学习生活，既清闲又忙碌，在清闲中我学会了与他人交流，在忙碌中我学到了该学的知识。</w:t>
      </w:r>
      <w:r>
        <w:rPr>
          <w:lang w:eastAsia="zh-CN"/>
        </w:rPr>
        <w:br/>
      </w:r>
      <w:r>
        <w:rPr>
          <w:lang w:eastAsia="zh-CN"/>
        </w:rPr>
        <w:t>　　来到大学，感受一种新的教学，我倍感荣幸。在这里，虽然没有哪一个老师手把手的指导我学习，可我正是在这样一种环境下懂得了自主学习能力的重要性。而且，因为这样，我有无限的选择权利，我可以学自己感兴趣的乒乓球，计算机，健美操。虽然没有一样能学得通，可我知道，技术是个长期学习的过程，没有持久力就不会有成功。</w:t>
      </w:r>
      <w:r>
        <w:rPr>
          <w:lang w:eastAsia="zh-CN"/>
        </w:rPr>
        <w:br/>
      </w:r>
      <w:r>
        <w:rPr>
          <w:lang w:eastAsia="zh-CN"/>
        </w:rPr>
        <w:t>　　大一虽感到许多课程根本对以后真得没多少用处，但还是在好好学习。就这样大一下学期大部分时间在学习中度过了，学到了很多，但也感觉失去了很多，似乎把太多的时间用在学习上了，虽然年终综合测评成绩还算不错，但是心里还总是缺少点什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在努力的提高学习成绩的同时我也注重丰富自己的课余生活。在这一年里我积极参加了学校组织的个种活动，虽然没能取得什么特别惊人的成绩但是我体会到了这一过程给我带来的快乐……在社团组织的各项活动中我都积极的参加，在参加的过程中我结识了许多朋友，并建立了深厚的友谊，在活动中我找到了属于年轻人的和活力。于此同时在自己的社团中也是积极认真的干了一年，又过辛酸也有过欢笑，和同事们一起为共同的目标奋斗的过程中我体会到了什么是团队。</w:t>
      </w:r>
      <w:r>
        <w:rPr>
          <w:lang w:eastAsia="zh-CN"/>
        </w:rPr>
        <w:br/>
      </w:r>
      <w:r>
        <w:rPr>
          <w:lang w:eastAsia="zh-CN"/>
        </w:rPr>
        <w:t>　　在班里我感觉和同学们的关系处得还不错，和每个人都建立了友谊，大家互相帮助，有困难一起想办法，蔬梢感受到了家的温暖。</w:t>
      </w:r>
      <w:r>
        <w:rPr>
          <w:lang w:eastAsia="zh-CN"/>
        </w:rPr>
        <w:br/>
      </w:r>
      <w:r>
        <w:rPr>
          <w:lang w:eastAsia="zh-CN"/>
        </w:rPr>
        <w:t>　　在个人成绩方面我觉得还可以，虽然不怎么值得夸耀，但它却是我在过去的一年了同学给我评价的一个证明，我会好好珍惜，并以此我争取更大成绩的起点，希望自己能飞得更高更远。回望身后这一年的脚印：有大有小，有深有浅，有虚有实……突然，豁然开朗，心也明净了许多</w:t>
      </w:r>
      <w:r>
        <w:rPr>
          <w:lang w:eastAsia="zh-CN"/>
        </w:rPr>
        <w:br/>
      </w:r>
      <w:r>
        <w:rPr>
          <w:lang w:eastAsia="zh-CN"/>
        </w:rPr>
        <w:t>　　但是，不管是遗憾还是满足，是失意还是得意，是自卑还是自信，一切都已经成为了我走过的足痕，变成了我的人生一份小弹福？展望充满希望的新学年的新学期，怀着更高的信心和抱负踏上新的征途，走好人生下一站途程！</w:t>
      </w:r>
      <w:r>
        <w:rPr>
          <w:lang w:eastAsia="zh-CN"/>
        </w:rPr>
        <w:br/>
      </w:r>
      <w:r>
        <w:rPr>
          <w:lang w:eastAsia="zh-CN"/>
        </w:rPr>
        <w:t xml:space="preserve">    2024年大一学生期末个人总结 篇2 </w:t>
      </w:r>
      <w:r>
        <w:rPr>
          <w:lang w:eastAsia="zh-CN"/>
        </w:rPr>
        <w:br/>
      </w:r>
      <w:r>
        <w:rPr>
          <w:lang w:eastAsia="zh-CN"/>
        </w:rPr>
        <w:t>　　转眼间，大一一学期的时间在不知不觉中悄悄地过去了。总结过去的一年里，有过泪水、有过笑容、有过无奈、还有那么几分感动于感激。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就我个人生活而言，大一这一年主要是学习、工作、人际圈的培养。虽然在这一年里，我没有像有些人那样赫赫有名，但是我能从三者中窃取一份充实而具有发展的大一生活。</w:t>
      </w:r>
      <w:r>
        <w:rPr>
          <w:lang w:eastAsia="zh-CN"/>
        </w:rPr>
        <w:br/>
      </w:r>
      <w:r>
        <w:rPr>
          <w:lang w:eastAsia="zh-CN"/>
        </w:rPr>
        <w:t>　　就我个人工作而言，我自始至终都在不断坚持总结反省自己，我很清楚“只有在总结中找出错误与差距，只有在错误与差距中找出新方法、新思路”，只有这样才会是自己的工作更富有创新性、全面性，以致能适应的人和事，从而力求完美！</w:t>
      </w:r>
      <w:r>
        <w:rPr>
          <w:lang w:eastAsia="zh-CN"/>
        </w:rPr>
        <w:br/>
      </w:r>
      <w:r>
        <w:rPr>
          <w:lang w:eastAsia="zh-CN"/>
        </w:rPr>
        <w:t>　　这一年以来，我始终坚持“以全班学生为中心，以民主管理位为制度，以辅导员、助理辅导员为导向，以以理服人为原则，以全体班委为载体”的管理理念：坚决服从上级的管理、安排和思路：坚持与辅导员、助理辅导员、学生会保持良好的沟通与交流：坚持与全班学生用心交流、对部分问题学生进行谈话以求改正、定期召开班委例会以求工作做到“新、实、明、全”。</w:t>
      </w:r>
      <w:r>
        <w:rPr>
          <w:lang w:eastAsia="zh-CN"/>
        </w:rPr>
        <w:br/>
      </w:r>
      <w:r>
        <w:rPr>
          <w:lang w:eastAsia="zh-CN"/>
        </w:rPr>
        <w:t>　　下面，就本学期班委在班级工作存在的问题一一罗列如下；</w:t>
      </w:r>
      <w:r>
        <w:rPr>
          <w:lang w:eastAsia="zh-CN"/>
        </w:rPr>
        <w:br/>
      </w:r>
      <w:r>
        <w:rPr>
          <w:lang w:eastAsia="zh-CN"/>
        </w:rPr>
        <w:t>　　1，部分班委开展的工作脱离了班上同学；</w:t>
      </w:r>
      <w:r>
        <w:rPr>
          <w:lang w:eastAsia="zh-CN"/>
        </w:rPr>
        <w:br/>
      </w:r>
      <w:r>
        <w:rPr>
          <w:lang w:eastAsia="zh-CN"/>
        </w:rPr>
        <w:t>　　2，部分班委工作热情不高，对自己的要求不够严格，没有起到带头模范作用；</w:t>
      </w:r>
      <w:r>
        <w:rPr>
          <w:lang w:eastAsia="zh-CN"/>
        </w:rPr>
        <w:br/>
      </w:r>
      <w:r>
        <w:rPr>
          <w:lang w:eastAsia="zh-CN"/>
        </w:rPr>
        <w:t>　　3，少数班委的工作缺乏主动性、创新性；</w:t>
      </w:r>
      <w:r>
        <w:rPr>
          <w:lang w:eastAsia="zh-CN"/>
        </w:rPr>
        <w:br/>
      </w:r>
      <w:r>
        <w:rPr>
          <w:lang w:eastAsia="zh-CN"/>
        </w:rPr>
        <w:t>　　4，少数班委的工作不能持之以恒；</w:t>
      </w:r>
      <w:r>
        <w:rPr>
          <w:lang w:eastAsia="zh-CN"/>
        </w:rPr>
        <w:br/>
      </w:r>
      <w:r>
        <w:rPr>
          <w:lang w:eastAsia="zh-CN"/>
        </w:rPr>
        <w:t>　　5，团会工作与团总支的联系不够紧密；</w:t>
      </w:r>
      <w:r>
        <w:rPr>
          <w:lang w:eastAsia="zh-CN"/>
        </w:rPr>
        <w:br/>
      </w:r>
      <w:r>
        <w:rPr>
          <w:lang w:eastAsia="zh-CN"/>
        </w:rPr>
        <w:t>　　6，团会工作在班上没有积极响应，导致班；上同学热情不高，质量较之去年下滑；</w:t>
      </w:r>
      <w:r>
        <w:rPr>
          <w:lang w:eastAsia="zh-CN"/>
        </w:rPr>
        <w:br/>
      </w:r>
      <w:r>
        <w:rPr>
          <w:lang w:eastAsia="zh-CN"/>
        </w:rPr>
        <w:t>　　7，班委之间沟通、经验交流力度不够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8，班委所做的班级工作、开展的活动很多，但没有做好宣传。</w:t>
      </w:r>
      <w:r>
        <w:rPr>
          <w:lang w:eastAsia="zh-CN"/>
        </w:rPr>
        <w:br/>
      </w:r>
      <w:r>
        <w:rPr>
          <w:lang w:eastAsia="zh-CN"/>
        </w:rPr>
        <w:t>　　总之，这一年来，在辅导员、助理辅导员的精心带领和指导下，我们08物流一班正朝着一条“文明、和谐、务实、求发展、促创新”的学习生活之路迈进······</w:t>
      </w:r>
      <w:r>
        <w:rPr>
          <w:lang w:eastAsia="zh-CN"/>
        </w:rPr>
        <w:br/>
      </w:r>
      <w:r>
        <w:rPr>
          <w:lang w:eastAsia="zh-CN"/>
        </w:rPr>
        <w:t xml:space="preserve">    2024年大一学生期末个人总结 篇3 </w:t>
      </w:r>
      <w:r>
        <w:rPr>
          <w:lang w:eastAsia="zh-CN"/>
        </w:rPr>
        <w:br/>
      </w:r>
      <w:r>
        <w:rPr>
          <w:lang w:eastAsia="zh-CN"/>
        </w:rPr>
        <w:t>　　大一生活眨眼之间就过去了，头脑中还清晰的记着刚来时的情景，没想到这么快就一年过去了。回想这一年来我的学习生活，既清闲又忙碌，在清闲中我学会了与他人交流，在忙碌中我学到了该学的知识。</w:t>
      </w:r>
      <w:r>
        <w:rPr>
          <w:lang w:eastAsia="zh-CN"/>
        </w:rPr>
        <w:br/>
      </w:r>
      <w:r>
        <w:rPr>
          <w:lang w:eastAsia="zh-CN"/>
        </w:rPr>
        <w:t>　　来到大学，感受一种新的教学，我倍感荣幸。在这里，虽然没有哪一个老师手把手的指导我学习，可我正是在这样一种环境下懂得了自主学习能力的重要性。而且，因为这样，我有无限的选择权利，我可以学自己感兴趣的乒乓球，计算机，健美操。虽然没有一样能学得通，可我知道，技术是个长期学习的过程，没有持久力就不会有成功。</w:t>
      </w:r>
      <w:r>
        <w:rPr>
          <w:lang w:eastAsia="zh-CN"/>
        </w:rPr>
        <w:br/>
      </w:r>
      <w:r>
        <w:rPr>
          <w:lang w:eastAsia="zh-CN"/>
        </w:rPr>
        <w:t>　　大一虽感到许多课程根本对以后真得没多少用处，但还是在好好学习。就这样大一下学期大部分时间在学习中度过了，学到了很多，但也感觉失去了很多，似乎把太多的时间用在学习上了，虽然年终综合测评成绩还算不错，但是心里还总是缺少点什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在努力的提高学习成绩的同时我也注重丰富自己的课余生活。在这一年里我积极参加了学校组织的个种活动，虽然没能取得什么特别惊人的成绩但是我体会到了这一过程给我带来的快乐……在社团组织的各项活动中我都积极的参加，在参加的过程中我结识了许多朋友，并建立了深厚的友谊，在活动中我找到了属于年轻人的活力。于此同时在自己的社团中也是积极认真的干了一年，又过辛酸也有过欢笑，和同事们一起为共同的目标奋斗的过程中我体会到了什么是团队。</w:t>
      </w:r>
      <w:r>
        <w:rPr>
          <w:lang w:eastAsia="zh-CN"/>
        </w:rPr>
        <w:br/>
      </w:r>
      <w:r>
        <w:rPr>
          <w:lang w:eastAsia="zh-CN"/>
        </w:rPr>
        <w:t>　　在班里我感觉和同学们的关系处得还不错，和每个人都建立了友谊，大家互相帮助，有困难一起想办法，蔬梢感受到了家的温暖。</w:t>
      </w:r>
      <w:r>
        <w:rPr>
          <w:lang w:eastAsia="zh-CN"/>
        </w:rPr>
        <w:br/>
      </w:r>
      <w:r>
        <w:rPr>
          <w:lang w:eastAsia="zh-CN"/>
        </w:rPr>
        <w:t>　　在个人成绩方面我觉得还可以，虽然不怎么值得夸耀，但它却是我在过去的一年了同学给我评价的一个证明，我会好好珍惜，并以此我争取更大成绩的起点，希望自己能飞得更高更远。回望身后这一年的脚印：有大有小，有深有浅，有虚有实……突然，豁然开朗，心也明净了许多</w:t>
      </w:r>
      <w:r>
        <w:rPr>
          <w:lang w:eastAsia="zh-CN"/>
        </w:rPr>
        <w:br/>
      </w:r>
      <w:r>
        <w:rPr>
          <w:lang w:eastAsia="zh-CN"/>
        </w:rPr>
        <w:t>　　但是，不管是遗憾还是满足，是失意还是得意，是自卑还是自信，一切都已经成为了我走过的足痕，变成了我的人生一份小弹福?展望充满希望的新学年的新学期，怀着更高的信心和抱负踏上新的征途，走好人生下一站途程!</w:t>
      </w:r>
      <w:r>
        <w:rPr>
          <w:lang w:eastAsia="zh-CN"/>
        </w:rPr>
        <w:br/>
      </w:r>
      <w:r>
        <w:rPr>
          <w:lang w:eastAsia="zh-CN"/>
        </w:rPr>
        <w:t xml:space="preserve">    2024年大一学生期末个人总结 篇4 </w:t>
      </w:r>
      <w:r>
        <w:rPr>
          <w:lang w:eastAsia="zh-CN"/>
        </w:rPr>
        <w:br/>
      </w:r>
      <w:r>
        <w:rPr>
          <w:lang w:eastAsia="zh-CN"/>
        </w:rPr>
        <w:t>　　一、努力学习，积极向上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在学习上，我态度良好，积极上进，在校多次取得优异成绩，一直居于班级和年级前列，在班上起到了良好的带头作用，并经常受到老师们的称赞。作为一名学生，学习是我们的第一要务。学习时，我会选择适合自己的学习方法，秉持“抛开杂念，立即行动”的观念，同时对于每一节课，每一项作业，还有每一个不明白的问题我都做到上课认真听，下课认真写，不懂就去问。积极钻研，排查每一个知识点。我严于律己，自律上进，严格管理时间，当学习出现瓶颈，我会主动调节状态和情绪。转换合适的状态，并不断向前进步。</w:t>
      </w:r>
      <w:r>
        <w:rPr>
          <w:lang w:eastAsia="zh-CN"/>
        </w:rPr>
        <w:br/>
      </w:r>
      <w:r>
        <w:rPr>
          <w:lang w:eastAsia="zh-CN"/>
        </w:rPr>
        <w:t>　　二、勤以修身，俭以养德</w:t>
      </w:r>
      <w:r>
        <w:rPr>
          <w:lang w:eastAsia="zh-CN"/>
        </w:rPr>
        <w:br/>
      </w:r>
      <w:r>
        <w:rPr>
          <w:lang w:eastAsia="zh-CN"/>
        </w:rPr>
        <w:t>　　在道德和品德方面，我尊重他人，品行优良，三观端正，乐于助人，孝顺父母，讲礼貌。在日常的校园学习当中，我对待同学们十分热情，为他们答疑解惑，无论是学习还是其他方面的问题，我都会耐心地去回答。我也愿意伸出援助之手积极发扬正能量，遇到有困难需要帮助的人时，我会主动上前帮忙。在与人相处时，我诚实守信，懂得换位思考，考虑他人的想法与感受。身边的朋友犯错误时，我会及时纠出他们的错误，同样，如果是我自己犯了错，我也会及时改正，争做“道德模范”标兵。</w:t>
      </w:r>
      <w:r>
        <w:rPr>
          <w:lang w:eastAsia="zh-CN"/>
        </w:rPr>
        <w:br/>
      </w:r>
      <w:r>
        <w:rPr>
          <w:lang w:eastAsia="zh-CN"/>
        </w:rPr>
        <w:t>　　在学校生活方面，我与同学们相处融洽，很少有矛盾发生，我也受很多老师及同学的喜爱。我积极参加学校的各种活动，例如运动会，并取得好成绩，展放自己的光彩。作为老师的好助手，我也经常帮老师们的忙。在学校中也很有礼貌，见到领导或者老师时都会带着笑容的尊敬的打招呼。</w:t>
      </w:r>
      <w:r>
        <w:rPr>
          <w:lang w:eastAsia="zh-CN"/>
        </w:rPr>
        <w:br/>
      </w:r>
      <w:r>
        <w:rPr>
          <w:lang w:eastAsia="zh-CN"/>
        </w:rPr>
        <w:t>　　三、恪尽职守，不忘初心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工作方面，我在校担任班级里的学习委员和语文课代表，作为班干部的我，对待工作认真负责，在班级中起到到头作用，是同学们学习的好榜样。身为学习委员，我牢记老师下达的指令，对同学的学习认真负责，了解同学的问题与需求，并及时汇总整理然后报告老师，配合老师更好的将同学们朝着正确的方向带领。不仅如此，我还积极的改善班级的学习环境，为同学和老师创造出更好的'学习氛围。对我个人而言，我要管理好时间与任务，做到及时高效完成任务，使学习工作两不误。</w:t>
      </w:r>
      <w:r>
        <w:rPr>
          <w:lang w:eastAsia="zh-CN"/>
        </w:rPr>
        <w:br/>
      </w:r>
      <w:r>
        <w:rPr>
          <w:lang w:eastAsia="zh-CN"/>
        </w:rPr>
        <w:t>　　四、享受生活</w:t>
      </w:r>
      <w:r>
        <w:rPr>
          <w:lang w:eastAsia="zh-CN"/>
        </w:rPr>
        <w:br/>
      </w:r>
      <w:r>
        <w:rPr>
          <w:lang w:eastAsia="zh-CN"/>
        </w:rPr>
        <w:t>　　在社会生活中，我积极参加社会活动，经常在我所生活的社区里面参加照顾留守儿童，看望空巢老人，为贫困孩子捐献书籍衣物等活动，通过这些社会实践活动我收获颇多，积累了大量社会实践经验，为以后步入社会打下坚实的基础。</w:t>
      </w:r>
      <w:r>
        <w:rPr>
          <w:lang w:eastAsia="zh-CN"/>
        </w:rPr>
        <w:br/>
      </w:r>
      <w:r>
        <w:rPr>
          <w:lang w:eastAsia="zh-CN"/>
        </w:rPr>
        <w:t>　　在家庭生活方面，我有一个温暖和谐的家，在家中我孝敬父母，尊重长辈，照顾年纪小的弟弟妹妹们。我非常爱我的家人们，经常做一些力所能及的事以减轻他们的负担。</w:t>
      </w:r>
      <w:r>
        <w:rPr>
          <w:lang w:eastAsia="zh-CN"/>
        </w:rPr>
        <w:br/>
      </w:r>
      <w:r>
        <w:rPr>
          <w:lang w:eastAsia="zh-CN"/>
        </w:rPr>
        <w:t>　　在兴趣爱好方面，我爱好广泛，喜爱弹钢琴，画画，踢足球等。我认为兴趣爱好必不可少，他们可以给我带来乐趣，减轻我的学习压力，陶冶我的情操。</w:t>
      </w:r>
      <w:r>
        <w:rPr>
          <w:lang w:eastAsia="zh-CN"/>
        </w:rPr>
        <w:br/>
      </w:r>
      <w:r>
        <w:rPr>
          <w:lang w:eastAsia="zh-CN"/>
        </w:rPr>
        <w:t>　　一分耕耘，一份收获。以后我会以更高的标准要求自己，锲而不舍，一点一滴，促成进步。</w:t>
      </w:r>
      <w:r>
        <w:rPr>
          <w:lang w:eastAsia="zh-CN"/>
        </w:rPr>
        <w:br/>
      </w:r>
      <w:r>
        <w:rPr>
          <w:lang w:eastAsia="zh-CN"/>
        </w:rPr>
        <w:t xml:space="preserve">    2024年大一学生期末个人总结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本人高中三年的时光如流水一般匆匆逝去，回首往事，在这多姿的季节里，我自己取得了一些成绩，在往后的日子里，希望我自己能做得更好。</w:t>
      </w:r>
      <w:r>
        <w:rPr>
          <w:lang w:eastAsia="zh-CN"/>
        </w:rPr>
        <w:br/>
      </w:r>
      <w:r>
        <w:rPr>
          <w:lang w:eastAsia="zh-CN"/>
        </w:rPr>
        <w:t>　　我热爱祖国，衷心拥护党的领导，关心时事政治，思想健康进步。自觉遵守《中学生守则》和《中学生日常行为规范》，具有较强的集体荣誉感，热爱劳动，先后担任过班级的体育委员和宣传委员，能以一名团员和班干部的标准要求自己，团结同学，配合老师工作，任职期间获得了老师和同学的一致好评。</w:t>
      </w:r>
      <w:r>
        <w:rPr>
          <w:lang w:eastAsia="zh-CN"/>
        </w:rPr>
        <w:br/>
      </w:r>
      <w:r>
        <w:rPr>
          <w:lang w:eastAsia="zh-CN"/>
        </w:rPr>
        <w:t>　　我勤学好问，在高中三年学习生活中取得了较大进步，并做到了各科的均衡发展。在完成课业学习任务的同时，我自己积极参加了化学学科的夏令营和竞赛活动，拓宽了自己的课外知识面。</w:t>
      </w:r>
      <w:r>
        <w:rPr>
          <w:lang w:eastAsia="zh-CN"/>
        </w:rPr>
        <w:br/>
      </w:r>
      <w:r>
        <w:rPr>
          <w:lang w:eastAsia="zh-CN"/>
        </w:rPr>
        <w:t>　　我具有一定的组织才能，高一时曾成功地主持了一次主题班会，在全校性评比中获得了第一名。我爱好书法，具有一定的基础，曾在高二年学校组织的“迎__回归书法现场表演赛”中获三等奖，我自己创作的黑板报也曾在学校举办的黑板报设计比赛中获优秀奖。</w:t>
      </w:r>
      <w:r>
        <w:rPr>
          <w:lang w:eastAsia="zh-CN"/>
        </w:rPr>
        <w:br/>
      </w:r>
      <w:r>
        <w:rPr>
          <w:lang w:eastAsia="zh-CN"/>
        </w:rPr>
        <w:t>　　我爱好文学，先后担任《青年文学报》和《南国诗报》的特约记者和撰稿人，一些文学作品也曾在报上发表。高一、高二年时，我还在课余时间里担任校图书管理员。课外知识丰富。</w:t>
      </w:r>
      <w:r>
        <w:rPr>
          <w:lang w:eastAsia="zh-CN"/>
        </w:rPr>
        <w:br/>
      </w:r>
      <w:r>
        <w:rPr>
          <w:lang w:eastAsia="zh-CN"/>
        </w:rPr>
        <w:t>　　在体育方面，我爱好球类运动，达到了国家规定的体育锻炼标准。高一年在校田径运动会上曾获得了男子乙组跳高比赛第三名。高二年时，我参加校健美体操队并代表学校参加了全省中学生运动会健美操比赛，获得了团体第五名，为学校赢得了荣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当然，我也存在一些缺点。例如：在学习上刻苦钻研精神还较欠缺，花在学习以外的时间相对较多，对自己的要求没能定在一个较高的位置。但是我仍然具有一定的潜力，若能够进一步努力，我相信自己的综合实力还会再上一个层次。以上是我对自己高中三年学习生活的总结。面对过去，展望未来，我一定要用自己的努力和汗水使自己的明天变得更加辉煌，更加美好。</w:t>
      </w:r>
      <w:r>
        <w:rPr>
          <w:lang w:eastAsia="zh-CN"/>
        </w:rPr>
        <w:br/>
      </w:r>
      <w:r>
        <w:rPr>
          <w:lang w:eastAsia="zh-CN"/>
        </w:rPr>
        <w:t xml:space="preserve">    2024年大一学生期末个人总结 篇6 </w:t>
      </w:r>
      <w:r>
        <w:rPr>
          <w:lang w:eastAsia="zh-CN"/>
        </w:rPr>
        <w:br/>
      </w:r>
      <w:r>
        <w:rPr>
          <w:lang w:eastAsia="zh-CN"/>
        </w:rPr>
        <w:t>　　在校领导的大力支持和美术组的精心组织筹备下，我校美术作品展于10月1日与广大师生正式见面。</w:t>
      </w:r>
      <w:r>
        <w:rPr>
          <w:lang w:eastAsia="zh-CN"/>
        </w:rPr>
        <w:br/>
      </w:r>
      <w:r>
        <w:rPr>
          <w:lang w:eastAsia="zh-CN"/>
        </w:rPr>
        <w:t>　　本次展出共收到各类作品100余件，筛选出50多件作品展出，这些作品内容丰富、健康，形式多样。有国画、油画、书法、手工制作等美术作品。有些作品细腻逼真，有些粗旷豪放，有些作品或雅或俗，凝炼厚重，或古朴清新，尤其是其中的手工作品给人有变废为宝、化腐朽为神奇的感觉，让人看了惊叹不已，使人深受启发。这些作品都是我们师生在平凡的生活中发现美，创造美的一次尝试和锻炼，对今后的师生艺术创作起到了抛砖引玉的作用，也对我们师生的课余生活带来了无穷的乐趣。</w:t>
      </w:r>
      <w:r>
        <w:rPr>
          <w:lang w:eastAsia="zh-CN"/>
        </w:rPr>
        <w:br/>
      </w:r>
      <w:r>
        <w:rPr>
          <w:lang w:eastAsia="zh-CN"/>
        </w:rPr>
        <w:t>　　展出历时一周时间，观看师生达500多人次，这期间旗、镇领导来校调研的同时也观看了展出，并给予了高度评价，也受到师生的一致好评。</w:t>
      </w:r>
      <w:r>
        <w:rPr>
          <w:lang w:eastAsia="zh-CN"/>
        </w:rPr>
        <w:br/>
      </w:r>
      <w:r>
        <w:rPr>
          <w:lang w:eastAsia="zh-CN"/>
        </w:rPr>
        <w:t>　　总之，这次展览为我校有艺术特长的学生提供了一次展示才华，互相学习，互相交流的机会，同时也丰富了校园文化生活，陶冶了师生的艺术情操，坚定了我校美术学生前进的信心，也展示了我校素质教育成果的一个侧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展出过程中由学校教导处牵头，组织部分美术教师对展出作品评出了一等奖3名、二等奖6名、三等奖20名、优秀奖若干，并颁发了荣誉证书。</w:t>
      </w:r>
      <w:r>
        <w:rPr>
          <w:lang w:eastAsia="zh-CN"/>
        </w:rPr>
        <w:br/>
      </w:r>
      <w:r>
        <w:rPr>
          <w:lang w:eastAsia="zh-CN"/>
        </w:rPr>
        <w:t xml:space="preserve">    2024年大一学生期末个人总结 篇7 </w:t>
      </w:r>
      <w:r>
        <w:rPr>
          <w:lang w:eastAsia="zh-CN"/>
        </w:rPr>
        <w:br/>
      </w:r>
      <w:r>
        <w:rPr>
          <w:lang w:eastAsia="zh-CN"/>
        </w:rPr>
        <w:t>　　回想这学期，在老师，同学的帮助下，我在思想，纪律，学习，工作，活动，生活等各个方面都感觉自己有些许提高。另一方面，在学习生活中，我还发现了自己在很多方面的不足之处。下面便是我在本学期通过平时学习生活中的成绩与不足所总结出的经验与教训。以便在以后的学习生活中明确自己的前进方向，提出改进措施，以一个优良的状态与精神面貌去面对高二紧张的学习生活。</w:t>
      </w:r>
      <w:r>
        <w:rPr>
          <w:lang w:eastAsia="zh-CN"/>
        </w:rPr>
        <w:br/>
      </w:r>
      <w:r>
        <w:rPr>
          <w:lang w:eastAsia="zh-CN"/>
        </w:rPr>
        <w:t>　　首先是自己的思想与纪律方面。我个人认为，在本学期中，我在纪律上有部分提高。绝大多数时间都能保证上课不随便说话，认真听讲，记笔记。在自习课上，保证自习的效率与质量。在课余时间里，主动参与学校开展的学生业余党校活动。从中我也初步了解了中国共产党的性质，这也大大激发了我对中国共产党的热爱与崇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其次是学习方面。本学期在学习上，基本做到对学的内容有基本的了解，在其基础之上，又有提高。数学方面，成绩不太稳定，对基础内容掌握得不够扎实，但基本做到能够灵活运用老师所讲的重点内容。语文方面，对文言文的理解，阅读理解等上学期存在的弊病并没有得到妥善地解决，只不过都是每次考试前都突击一次。英语一直是薄弱科目，听力，单选，完型，阅读，改错，作文，在不同时期都存在不同的问题。物理方面，本学期成绩还算比较稳定，做到了上课认真听讲，课后复习，认真完成作业的基本要求。化学方面，基本做到了上课认真听讲，课后复习，认真完成作业，但但效果并不如物理一样。可能是自己在细节上下的功夫太少。历史政治地理等学科做到了培养浓厚的兴趣，课上听讲的基本要求。从这学期的学习情况上来看，成绩差强人意。有进步，但也暴露出很多的问题。下一步的重点就是如何去克服自己在学习上的毛病。只有这样才能在质上有真正的飞跃。</w:t>
      </w:r>
      <w:r>
        <w:rPr>
          <w:lang w:eastAsia="zh-CN"/>
        </w:rPr>
        <w:br/>
      </w:r>
      <w:r>
        <w:rPr>
          <w:lang w:eastAsia="zh-CN"/>
        </w:rPr>
        <w:t>　　以上便是我本学期的个人总结，希望这个总结能够起到一个承上启下的作用：回顾过去，展望未来。明确前进方向，调动主动性，总结经验，使自己更上一层楼!</w:t>
      </w:r>
      <w:r>
        <w:rPr>
          <w:lang w:eastAsia="zh-CN"/>
        </w:rPr>
        <w:br/>
      </w:r>
      <w:r>
        <w:rPr>
          <w:lang w:eastAsia="zh-CN"/>
        </w:rPr>
        <w:t xml:space="preserve">    2024年大一学生期末个人总结 篇8 </w:t>
      </w:r>
      <w:r>
        <w:rPr>
          <w:lang w:eastAsia="zh-CN"/>
        </w:rPr>
        <w:br/>
      </w:r>
      <w:r>
        <w:rPr>
          <w:lang w:eastAsia="zh-CN"/>
        </w:rPr>
        <w:t>　　时光飞逝，转眼间三年的工作已经结束。我们学年在学校总体工作安排指导下。在校领导和全校老师予以大力支持和积极配合下，高三学年的教育教学工作顺利进行，圆满地完成了各项任务。下面我将我们学年的工作进行如下总结。</w:t>
      </w:r>
      <w:r>
        <w:rPr>
          <w:lang w:eastAsia="zh-CN"/>
        </w:rPr>
        <w:br/>
      </w:r>
      <w:r>
        <w:rPr>
          <w:lang w:eastAsia="zh-CN"/>
        </w:rPr>
        <w:t>　　一、规范行为，加强学生日常行为习惯的管理。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由于这届学生是在学校处于特殊情况下录取的。不仅学生数量少，而且学生的质量更是差。该届学生无论学习还是日常行为都极为缺乏。因此，在高一急需培养学生培养学生养成良好的行为习惯，加强学年常规工作。对学生日常的行为习惯，进行整治。采取正面引导;点名批评及时处理的方式，让学生对校风校纪的要求，理解领会不断加深，形成了自觉遵守纪律的良好风气，使学生由被动接受规范到自觉执行。</w:t>
      </w:r>
      <w:r>
        <w:rPr>
          <w:lang w:eastAsia="zh-CN"/>
        </w:rPr>
        <w:br/>
      </w:r>
      <w:r>
        <w:rPr>
          <w:lang w:eastAsia="zh-CN"/>
        </w:rPr>
        <w:t>　　2.根据学校要求，精心准备每月一次的班会。不断升华学生的思想道德品质。主题班会师生共同策划构思，由学生主持，同学们各抒己见畅所欲言，班任教师适当总结点评指导。班会形势多样，内容丰富，在学生中取得良好的反响。通过每月一次的班会起到了对学生的教育意义，使学生逐渐规范。再加上每学期的家长会，使家长对学生一个学期的在校表现了如指掌。同时也起到了监督和督促的作用。</w:t>
      </w:r>
      <w:r>
        <w:rPr>
          <w:lang w:eastAsia="zh-CN"/>
        </w:rPr>
        <w:br/>
      </w:r>
      <w:r>
        <w:rPr>
          <w:lang w:eastAsia="zh-CN"/>
        </w:rPr>
        <w:t>　　二、抓好班主任建设，提高班级管理成效。</w:t>
      </w:r>
      <w:r>
        <w:rPr>
          <w:lang w:eastAsia="zh-CN"/>
        </w:rPr>
        <w:br/>
      </w:r>
      <w:r>
        <w:rPr>
          <w:lang w:eastAsia="zh-CN"/>
        </w:rPr>
        <w:t>　　1.我们学年的班主任都是老班任。所以在工作上经验丰富。执行力度大。很好的完成了学校的各项工作。班主任在班级管理过程中，工作积极主动，勤于落实检查，早来晚走，尽心尽力。如二班班主任赵春影干工作雷厉风行，有思想，有办法，有效果。每天早来晚走，通过努力班级形成了自主管理的良好风气。取得了显著成效。</w:t>
      </w:r>
      <w:r>
        <w:rPr>
          <w:lang w:eastAsia="zh-CN"/>
        </w:rPr>
        <w:br/>
      </w:r>
      <w:r>
        <w:rPr>
          <w:lang w:eastAsia="zh-CN"/>
        </w:rPr>
        <w:t>　　2.我们学年组在班主任带领下各个班级积极参加学校组织的各项活动，支持学校的各项活动。在各项活动中班级同学积极参与，努力拼搏，取得了骄人的成绩。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3.我们年级的班主任虽然年轻，但工作起来却认真积极而且有能力。他们克服困各项困难，全身心地投入到工作中。比如赵春颖老师家里孩子比较小，事情比较多。但她能够合理好安排家庭。克服种种困难，做到不因家里的事情而耽误工作。在她的无私奉献和努力下，所带班级班风纯正，学风浓烈，班级井井有条。是我们学年学习的榜样。</w:t>
      </w:r>
      <w:r>
        <w:rPr>
          <w:lang w:eastAsia="zh-CN"/>
        </w:rPr>
        <w:br/>
      </w:r>
      <w:r>
        <w:rPr>
          <w:lang w:eastAsia="zh-CN"/>
        </w:rPr>
        <w:t>　　三、抓好教学常规检查，组织好常规教学活动。</w:t>
      </w:r>
      <w:r>
        <w:rPr>
          <w:lang w:eastAsia="zh-CN"/>
        </w:rPr>
        <w:br/>
      </w:r>
      <w:r>
        <w:rPr>
          <w:lang w:eastAsia="zh-CN"/>
        </w:rPr>
        <w:t>　　从高一开始到高三结束，学校每天检查上课情况，对班级出现的问题及时与班主任和科任教师沟通，让老师根据情况及时对学生进行教育和规范。由于我们学年人数较少，所以我经常和这两个班级的班委会成员联系，针对班级出现的情况，要求班委会加大监督力度进行管理，使班级的各项不良现象消灭在萌芽之中。同时，也培养了学生自主管理的能力。通过班委会也能了解任课教师的辅导情况，让学生每天负责记录，每月由学习委员上交记录，交给年级主任核实后上报学校。通过检查我们学年的各个老师都能够积极主动地无偿进行辅导，没有一人有怨言。</w:t>
      </w:r>
      <w:r>
        <w:rPr>
          <w:lang w:eastAsia="zh-CN"/>
        </w:rPr>
        <w:br/>
      </w:r>
      <w:r>
        <w:rPr>
          <w:lang w:eastAsia="zh-CN"/>
        </w:rPr>
        <w:t>　　教师上课情况：教师能以教学为中心，扎实开展工作，教学稳定有序进行，总的情况很好。</w:t>
      </w:r>
      <w:r>
        <w:rPr>
          <w:lang w:eastAsia="zh-CN"/>
        </w:rPr>
        <w:br/>
      </w:r>
      <w:r>
        <w:rPr>
          <w:lang w:eastAsia="zh-CN"/>
        </w:rPr>
        <w:t>　　我们学年在各科老师的团结合作下，学生无论是学习还是日常行为都有了质的飞越，但在教学上也还存在一些问题：</w:t>
      </w:r>
      <w:r>
        <w:rPr>
          <w:lang w:eastAsia="zh-CN"/>
        </w:rPr>
        <w:br/>
      </w:r>
      <w:r>
        <w:rPr>
          <w:lang w:eastAsia="zh-CN"/>
        </w:rPr>
        <w:t>　　1.个别课堂老师把握不好，对学生在课堂上的行为不能够及时制止。尤其对学生上课趴桌子的现象，视而不见。</w:t>
      </w:r>
      <w:r>
        <w:rPr>
          <w:lang w:eastAsia="zh-CN"/>
        </w:rPr>
        <w:br/>
      </w:r>
      <w:r>
        <w:rPr>
          <w:lang w:eastAsia="zh-CN"/>
        </w:rPr>
        <w:t>　　2.个别老师讲课不能够以学生为主，对学生调动不够。课堂学习人数较少。</w:t>
      </w:r>
      <w:r>
        <w:rPr>
          <w:lang w:eastAsia="zh-CN"/>
        </w:rPr>
        <w:br/>
      </w:r>
      <w:r>
        <w:rPr>
          <w:lang w:eastAsia="zh-CN"/>
        </w:rPr>
        <w:t>　　3.个别教师不能在预备音乐响起之后，准时进到班级等待上课。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4.个别教师课堂准备不够充分，还有待加强。</w:t>
      </w:r>
      <w:r>
        <w:rPr>
          <w:lang w:eastAsia="zh-CN"/>
        </w:rPr>
        <w:br/>
      </w:r>
      <w:r>
        <w:rPr>
          <w:lang w:eastAsia="zh-CN"/>
        </w:rPr>
        <w:t>　　四、学风建设方面</w:t>
      </w:r>
      <w:r>
        <w:rPr>
          <w:lang w:eastAsia="zh-CN"/>
        </w:rPr>
        <w:br/>
      </w:r>
      <w:r>
        <w:rPr>
          <w:lang w:eastAsia="zh-CN"/>
        </w:rPr>
        <w:t>　　高二、高三年级是高中阶段的关键，我们必须充分利用这一契机做好学生的道德规范教育，逐步培养学生品德自律、学习自主管理自治的良好习惯。</w:t>
      </w:r>
      <w:r>
        <w:rPr>
          <w:lang w:eastAsia="zh-CN"/>
        </w:rPr>
        <w:br/>
      </w:r>
      <w:r>
        <w:rPr>
          <w:lang w:eastAsia="zh-CN"/>
        </w:rPr>
        <w:t>　　1、狠抓班风学风建设，为学生成长创造和谐的环境，学年组以上课纪律为突破口，强化班风学风，强化规范意识。每天自习都由班主任看管，各科教师布置任务。让学生从分利用点滴时间，提高学生的学习质量。而且各班班主任能克服困难，早到班晚离班，经常和学生在一起，以校为家，不记得失。能坚持每天在上课期间特别是自习课和课间的巡视，及时找问题学生谈话，给一些暗示，或提出警告，并把情况及时反馈到班主任。对班风学风不好的班级，提出整改建议。</w:t>
      </w:r>
      <w:r>
        <w:rPr>
          <w:lang w:eastAsia="zh-CN"/>
        </w:rPr>
        <w:br/>
      </w:r>
      <w:r>
        <w:rPr>
          <w:lang w:eastAsia="zh-CN"/>
        </w:rPr>
        <w:t>　　2、充分利用升旗仪式、两操、班会、板报等形式，对学生进行思想教育。在全年级形成一种弘扬正气的良好氛围，对建设良好的班风学风都起到了积极作用。</w:t>
      </w:r>
      <w:r>
        <w:rPr>
          <w:lang w:eastAsia="zh-CN"/>
        </w:rPr>
        <w:br/>
      </w:r>
      <w:r>
        <w:rPr>
          <w:lang w:eastAsia="zh-CN"/>
        </w:rPr>
        <w:t>　　3、认真做好培优工作，切实使优秀学生能够全面发展。对于有希望的成绩较好的学生，各科教师重点培养，不断提高学生的成绩。对那些每次考试前，老师们都能克服种种困难，不辞劳苦，认真上好每一节课，把学校的培优思想落实到每一个知识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4、坚决制止学生上课玩手机现象，发现一起，处理一起，决不手软。在这项工作中，老师们都作了大量的工作，收到了很好的效果。</w:t>
      </w:r>
      <w:r>
        <w:rPr>
          <w:lang w:eastAsia="zh-CN"/>
        </w:rPr>
        <w:br/>
      </w:r>
      <w:r>
        <w:rPr>
          <w:lang w:eastAsia="zh-CN"/>
        </w:rPr>
        <w:t>　　5、每个班主任都注重班级文化建设，把班级布置得仅仅有条，各具特色，给学生创造良好的学习环境。</w:t>
      </w:r>
      <w:r>
        <w:rPr>
          <w:lang w:eastAsia="zh-CN"/>
        </w:rPr>
        <w:br/>
      </w:r>
      <w:r>
        <w:rPr>
          <w:lang w:eastAsia="zh-CN"/>
        </w:rPr>
        <w:t>　　五、教师管理方面和服务工作</w:t>
      </w:r>
      <w:r>
        <w:rPr>
          <w:lang w:eastAsia="zh-CN"/>
        </w:rPr>
        <w:br/>
      </w:r>
      <w:r>
        <w:rPr>
          <w:lang w:eastAsia="zh-CN"/>
        </w:rPr>
        <w:t>　　1.要求按时上下班，认真备课、批改作业。</w:t>
      </w:r>
      <w:r>
        <w:rPr>
          <w:lang w:eastAsia="zh-CN"/>
        </w:rPr>
        <w:br/>
      </w:r>
      <w:r>
        <w:rPr>
          <w:lang w:eastAsia="zh-CN"/>
        </w:rPr>
        <w:t>　　2. 充分发挥备课组作用，统一教学进度，研讨教学方法，相互听课，共同研究试题，形成良好的教学氛围，目标是提升整个年级学科的竞争力。</w:t>
      </w:r>
      <w:r>
        <w:rPr>
          <w:lang w:eastAsia="zh-CN"/>
        </w:rPr>
        <w:br/>
      </w:r>
      <w:r>
        <w:rPr>
          <w:lang w:eastAsia="zh-CN"/>
        </w:rPr>
        <w:t>　　3. 定期检查教师教学和学生学习情况。每次考试后召开全体教师质量分析会，实事求是地分析成绩和学生现状。针对学生的问题不回避，积极想对策，争取解决。</w:t>
      </w:r>
      <w:r>
        <w:rPr>
          <w:lang w:eastAsia="zh-CN"/>
        </w:rPr>
        <w:br/>
      </w:r>
      <w:r>
        <w:rPr>
          <w:lang w:eastAsia="zh-CN"/>
        </w:rPr>
        <w:t>　　俗话说“一分耕耘，一分收获”，_届年组全体教师在学校的指引下，各尽所能，努力拼搏，使得本届学生不仅圆满完成学业，而且在思想道德品质等各方面都有了显著成绩。这与我们各位教师辛勤付出是分不开的。以上就是对我们学年的总结，有不足之处请各位领导和老师批评指正。</w:t>
      </w:r>
      <w:r>
        <w:rPr>
          <w:lang w:eastAsia="zh-CN"/>
        </w:rPr>
        <w:br/>
      </w:r>
      <w:r>
        <w:rPr>
          <w:lang w:eastAsia="zh-CN"/>
        </w:rPr>
        <w:t xml:space="preserve">    2024年大一学生期末个人总结 篇9 </w:t>
      </w:r>
      <w:r>
        <w:rPr>
          <w:lang w:eastAsia="zh-CN"/>
        </w:rPr>
        <w:br/>
      </w:r>
      <w:r>
        <w:rPr>
          <w:lang w:eastAsia="zh-CN"/>
        </w:rPr>
        <w:t>　　20__年度期末考试让我印象深刻，语文学科、数学、英语三科成绩中，除数学比较满意外，语文学科和英语的成绩都不是很理想。下面就让我来做一个考试反思。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语文学科只考了84.5分，主要原因是作文写跑题了，被扣了12分。回到家，我就认真思考跑题的原因。通过我写的作文内容与题目要求进行对比，跑题的原因是没有认真审题。题目要求写20__年的成长故事，而我由于急于答题，只读了题目要求的一半，便理解为要求写个人以前的成长故事，从而导致跑题。这次跑题，使我的语文学科成绩大幅度下滑，可让我吸取了教训。下次我一定认真审题，在完全理解题目要求后再下笔写。另外3.5分，错在诗歌填空和短文加标点方面，分别被扣2分和1.5分。都是因为基础知识掌握不牢固，导致出错。以后我一定要多背多记多练习才行。</w:t>
      </w:r>
      <w:r>
        <w:rPr>
          <w:lang w:eastAsia="zh-CN"/>
        </w:rPr>
        <w:br/>
      </w:r>
      <w:r>
        <w:rPr>
          <w:lang w:eastAsia="zh-CN"/>
        </w:rPr>
        <w:t>　　数学考得还可以，考了100分。我要保持这个成绩。</w:t>
      </w:r>
      <w:r>
        <w:rPr>
          <w:lang w:eastAsia="zh-CN"/>
        </w:rPr>
        <w:br/>
      </w:r>
      <w:r>
        <w:rPr>
          <w:lang w:eastAsia="zh-CN"/>
        </w:rPr>
        <w:t>　　英语考了95.5分，主要失分在选择上。比如，有一道“怎样到月球上去?”的选择题，选择答案有宇宙飞船、飞机和小汽车，正确答案应该是宇宙飞船。由于我对宇宙飞船的英语拼写掌握不牢固，结果错选了飞机。以后我一定要加强英语单词的记忆。</w:t>
      </w:r>
      <w:r>
        <w:rPr>
          <w:lang w:eastAsia="zh-CN"/>
        </w:rPr>
        <w:br/>
      </w:r>
      <w:r>
        <w:rPr>
          <w:lang w:eastAsia="zh-CN"/>
        </w:rPr>
        <w:t>　　通过这次期末考试，我找到了自己存在的`不足，并要在以后的学习中加以克服。我争取在明年的期末考试中考出好的成绩。</w:t>
      </w:r>
      <w:r>
        <w:rPr>
          <w:lang w:eastAsia="zh-CN"/>
        </w:rPr>
        <w:br/>
      </w:r>
      <w:r>
        <w:rPr>
          <w:lang w:eastAsia="zh-CN"/>
        </w:rPr>
        <w:t xml:space="preserve">    2024年大一学生期末个人总结 篇10 </w:t>
      </w:r>
      <w:r>
        <w:rPr>
          <w:lang w:eastAsia="zh-CN"/>
        </w:rPr>
        <w:br/>
      </w:r>
      <w:r>
        <w:rPr>
          <w:lang w:eastAsia="zh-CN"/>
        </w:rPr>
        <w:t>　　陈攸：</w:t>
      </w:r>
      <w:r>
        <w:rPr>
          <w:lang w:eastAsia="zh-CN"/>
        </w:rPr>
        <w:br/>
      </w:r>
      <w:r>
        <w:rPr>
          <w:lang w:eastAsia="zh-CN"/>
        </w:rPr>
        <w:t>　　想起那次的“作业本风波”，我就想到你一脸委屈的情形。当时我也想：凭你值日时认真的表现，收发作业负责的态度，怎么会把小组里的作业本交得不知去向呢？当我明白真相向你道歉时，你的一声“没关系”让我领略到了你的大度。我深信：现在的你若能与勤奋为友，将来必成大器！</w:t>
      </w:r>
      <w:r>
        <w:rPr>
          <w:lang w:eastAsia="zh-CN"/>
        </w:rPr>
        <w:br/>
      </w:r>
      <w:r>
        <w:rPr>
          <w:lang w:eastAsia="zh-CN"/>
        </w:rPr>
        <w:t>　　殷玲：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你有一双灵巧的小手，因此做的手工要比别人精细耐看，相信你也能写出一手跟别人一样漂亮的字。你有一张可爱的小嘴，因而你有时特别会读书，期待你能把“有时”改写为“经常”，到那时你会更加体会到读书的快乐。若能在勤动手的同时多动脑，你的学习就会有明显的提高。</w:t>
      </w:r>
      <w:r>
        <w:rPr>
          <w:lang w:eastAsia="zh-CN"/>
        </w:rPr>
        <w:br/>
      </w:r>
      <w:r>
        <w:rPr>
          <w:lang w:eastAsia="zh-CN"/>
        </w:rPr>
        <w:t>　　蒋逸丹：</w:t>
      </w:r>
      <w:r>
        <w:rPr>
          <w:lang w:eastAsia="zh-CN"/>
        </w:rPr>
        <w:br/>
      </w:r>
      <w:r>
        <w:rPr>
          <w:lang w:eastAsia="zh-CN"/>
        </w:rPr>
        <w:t>　　你是个踏踏实实的女孩，不管做什么事都是那么认真负责。每次作业，你总能那么清楚；每次值日，你总是那么细心。看到你作业本上通顺连贯的“选词写话”，我能想象你所付出的努力。我想：如果你能坚持，你的写话能力定会不断提高。我更希望你作业时能独立思考。</w:t>
      </w:r>
      <w:r>
        <w:rPr>
          <w:lang w:eastAsia="zh-CN"/>
        </w:rPr>
        <w:br/>
      </w:r>
      <w:r>
        <w:rPr>
          <w:lang w:eastAsia="zh-CN"/>
        </w:rPr>
        <w:t>　　孙学富：</w:t>
      </w:r>
      <w:r>
        <w:rPr>
          <w:lang w:eastAsia="zh-CN"/>
        </w:rPr>
        <w:br/>
      </w:r>
      <w:r>
        <w:rPr>
          <w:lang w:eastAsia="zh-CN"/>
        </w:rPr>
        <w:t>　　曾有一段时间，我发现豪爽的你竟变得“小气”了。因为作为小小男子汉的你，写的字却很小。可喜的是你能引起注意，逐步改变这种状况，这说明你善于接纳别人的正确意见。作为数学组长，你能及时收发作业本，我更希望你能带动组员认真早读，珍惜时间。</w:t>
      </w:r>
      <w:r>
        <w:rPr>
          <w:lang w:eastAsia="zh-CN"/>
        </w:rPr>
        <w:br/>
      </w:r>
      <w:r>
        <w:rPr>
          <w:lang w:eastAsia="zh-CN"/>
        </w:rPr>
        <w:t>　　陈超：</w:t>
      </w:r>
      <w:r>
        <w:rPr>
          <w:lang w:eastAsia="zh-CN"/>
        </w:rPr>
        <w:br/>
      </w:r>
      <w:r>
        <w:rPr>
          <w:lang w:eastAsia="zh-CN"/>
        </w:rPr>
        <w:t>　　谁也不能否认，你是个爱学习的孩子。不管什么作业，你都能及时完成。看到你在午间和小朋友一起下棋，我就知道你是个善于动脑的孩子。你愿意与他人切磋棋艺，你乐意与他人沟通。我相信：在与他人的交往中，你会越来越善于表达，越来越敢于表达。</w:t>
      </w:r>
      <w:r>
        <w:rPr>
          <w:lang w:eastAsia="zh-CN"/>
        </w:rPr>
        <w:br/>
      </w:r>
      <w:r>
        <w:rPr>
          <w:lang w:eastAsia="zh-CN"/>
        </w:rPr>
        <w:t>　　潘君：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听到你在课堂上大声的回答，我非常高兴，因为你也有胆大的时候；看到你在课堂上频频举起的小手，我特别激动，因为你在倾听的同时动脑思考了。如果你能熟练地朗读每一篇课文，你的背诵肯定不会落后。如果你能在作业时再专注些，你的作业肯定能按时完成。</w:t>
      </w:r>
      <w:r>
        <w:rPr>
          <w:lang w:eastAsia="zh-CN"/>
        </w:rPr>
        <w:br/>
      </w:r>
      <w:r>
        <w:rPr>
          <w:lang w:eastAsia="zh-CN"/>
        </w:rPr>
        <w:t>　　芮卿源：</w:t>
      </w:r>
      <w:r>
        <w:rPr>
          <w:lang w:eastAsia="zh-CN"/>
        </w:rPr>
        <w:br/>
      </w:r>
      <w:r>
        <w:rPr>
          <w:lang w:eastAsia="zh-CN"/>
        </w:rPr>
        <w:t>　　一双明亮的大眼睛告诉我：你是个聪明的孩子！的确如此，你有灵活的大脑，因而有时你能积极思考；你有会说的嘴巴，因而你能大胆地与他人争论。如果你在学习上能多一些耐心，你的聪明才智会发挥得更充分。如果你在做事上能多一点思考，你会更受大家的欢迎。</w:t>
      </w:r>
      <w:r>
        <w:rPr>
          <w:lang w:eastAsia="zh-CN"/>
        </w:rPr>
        <w:br/>
      </w:r>
      <w:r>
        <w:rPr>
          <w:lang w:eastAsia="zh-CN"/>
        </w:rPr>
        <w:t>　　史雁杉：</w:t>
      </w:r>
      <w:r>
        <w:rPr>
          <w:lang w:eastAsia="zh-CN"/>
        </w:rPr>
        <w:br/>
      </w:r>
      <w:r>
        <w:rPr>
          <w:lang w:eastAsia="zh-CN"/>
        </w:rPr>
        <w:t>　　你是个乐于尝试的孩子，因此黑板报上留下了你的字迹；你是个善于表达的孩子，不管是日记还是“选词写话”，你都完成得很出色。积极参加写字比赛，更是你敢于挑战的写照，这份执着真的让我很感动。你说过要做个勇敢的人，记住：勇敢的人不怕困难，不怕失败。</w:t>
      </w:r>
      <w:r>
        <w:rPr>
          <w:lang w:eastAsia="zh-CN"/>
        </w:rPr>
        <w:br/>
      </w:r>
      <w:r>
        <w:rPr>
          <w:lang w:eastAsia="zh-CN"/>
        </w:rPr>
        <w:t>　　曹德旺：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你是个很会动脑的孩子，因此你在课上总能积极举手发言；你是个有礼貌的孩子，见到老师总能主动打招呼。看到你认真写的字，我真的不敢相信那是你写的，而事实让我不得不信。仔细地欣赏一下你写的好字，我能想象你写字时的专注。我相信：以后的日子里，你会不断带给我惊喜。</w:t>
      </w:r>
      <w:r>
        <w:rPr>
          <w:lang w:eastAsia="zh-CN"/>
        </w:rPr>
        <w:br/>
      </w:r>
      <w:r>
        <w:rPr>
          <w:lang w:eastAsia="zh-CN"/>
        </w:rPr>
        <w:t>　　诸陈琳：</w:t>
      </w:r>
      <w:r>
        <w:rPr>
          <w:lang w:eastAsia="zh-CN"/>
        </w:rPr>
        <w:br/>
      </w:r>
      <w:r>
        <w:rPr>
          <w:lang w:eastAsia="zh-CN"/>
        </w:rPr>
        <w:t>　　你是个惹人喜爱的女孩！不仅对人有礼貌，而且关心集体，乐意为大家服务。在学习上，你不但书读得好，字也写得很漂亮。你课上发言响亮，课后作业及时。如果你能遇到问题多思考，敢于向他人请教，就可以随时巩固所学知识，及时解决学习上的难题。</w:t>
      </w:r>
      <w:r>
        <w:rPr>
          <w:lang w:eastAsia="zh-CN"/>
        </w:rPr>
        <w:br/>
      </w:r>
      <w:r>
        <w:rPr>
          <w:lang w:eastAsia="zh-CN"/>
        </w:rPr>
        <w:t>　　张洁：</w:t>
      </w:r>
      <w:r>
        <w:rPr>
          <w:lang w:eastAsia="zh-CN"/>
        </w:rPr>
        <w:br/>
      </w:r>
      <w:r>
        <w:rPr>
          <w:lang w:eastAsia="zh-CN"/>
        </w:rPr>
        <w:t>　　虽然你的学习成绩很不理想，但你在我眼里依然可爱。看到课堂上你能举起小手，听到课堂上你说“让我来”，我都感到很高兴，因为你的思维是与大家一起走的。让我更高兴的是，期中以后的你变得爱写字了，希望你在家也能坚持。希望可爱的你少用眼泪做“武器”，那会让我不敢对你多要求。</w:t>
      </w:r>
      <w:r>
        <w:rPr>
          <w:lang w:eastAsia="zh-CN"/>
        </w:rPr>
        <w:br/>
      </w:r>
      <w:r>
        <w:rPr>
          <w:lang w:eastAsia="zh-CN"/>
        </w:rPr>
        <w:t>　　陆涛涛：</w:t>
      </w:r>
      <w:r>
        <w:rPr>
          <w:lang w:eastAsia="zh-CN"/>
        </w:rPr>
        <w:br/>
      </w:r>
      <w:r>
        <w:rPr>
          <w:lang w:eastAsia="zh-CN"/>
        </w:rPr>
        <w:t>　　我一直觉得你是个活泼聪明的孩子，课上你能积极动脑思考，课后你能积极参加活动。你对人有礼貌，能与小朋友友好相处。轮到值日时，你更是尽心尽力。如果你在作业时能与耐心、细心交朋友，我相信：你的书写会正确清楚，你的计算会准确无误。</w:t>
      </w:r>
      <w:r>
        <w:rPr>
          <w:lang w:eastAsia="zh-CN"/>
        </w:rPr>
        <w:br/>
      </w:r>
      <w:r>
        <w:rPr>
          <w:lang w:eastAsia="zh-CN"/>
        </w:rPr>
        <w:t xml:space="preserve">    2024年大一学生期末个人总结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又是一年收获时。今年我校学生参加高考，应届考生（不含体艺）本一上线人数达207人，上线率30.09%，二批本科以上人数626人，上线率90.99%，本一本二上线率均创学校历史新高。并有5人超600分，在今年高考难度总体加大，学生成绩总体下滑的前提下，我们仍能取得这样的成绩，应该说是不容易的，成绩的取得源于学校领导的正确领导、教务处、政教处的科学指导，其他组室的大力协助。现将本届高三工作总结如下：</w:t>
      </w:r>
      <w:r>
        <w:rPr>
          <w:lang w:eastAsia="zh-CN"/>
        </w:rPr>
        <w:br/>
      </w:r>
      <w:r>
        <w:rPr>
          <w:lang w:eastAsia="zh-CN"/>
        </w:rPr>
        <w:t>　　一、取得成绩的基础是：吃透校情学情</w:t>
      </w:r>
      <w:r>
        <w:rPr>
          <w:lang w:eastAsia="zh-CN"/>
        </w:rPr>
        <w:br/>
      </w:r>
      <w:r>
        <w:rPr>
          <w:lang w:eastAsia="zh-CN"/>
        </w:rPr>
        <w:t>　　众所周知，由于招生大环境的影响，我校的生源与其他三所一级达标校相比，优等生少，成绩中等及偏下的学生多。要想出成绩，压力和困难可想而知。</w:t>
      </w:r>
      <w:r>
        <w:rPr>
          <w:lang w:eastAsia="zh-CN"/>
        </w:rPr>
        <w:br/>
      </w:r>
      <w:r>
        <w:rPr>
          <w:lang w:eastAsia="zh-CN"/>
        </w:rPr>
        <w:t>　　但面对这样的状况，我们在学校领导的直接关心下反复磋商、明确思路、准确定位，自高一年组建起便以“培优提中辅差”为工作方向，“扎实学科基础，提升能力素质”为工作方针来指导年段教育、教学管理。而也正是基于我校学情需要，在高一年文理分科，我们便制定“重点突破理科，严格要求文科”的分班思想，因而在本次高考，我们既在理科取得优异成绩，也同时在文科收获了硕果。</w:t>
      </w:r>
      <w:r>
        <w:rPr>
          <w:lang w:eastAsia="zh-CN"/>
        </w:rPr>
        <w:br/>
      </w:r>
      <w:r>
        <w:rPr>
          <w:lang w:eastAsia="zh-CN"/>
        </w:rPr>
        <w:t>　　二、取得成绩的前提是：紧抓思想工作，加强心理辅导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思想指导行动，拼搏需要动力。在狠抓教学的同时，我们着重抓了学生良好思想道德教育。我们深知唯有严明纪律方有战斗力，我们自高一起严格年段纪律要求，针对不同学生进行不同方式教育，特别对遵纪有困难、而学习有潜能的学生，由班主任加强教育，规范学习行为，定期与学生谈心、交流，指出存在的问题，检查落实情况，为学生努力拼搏营造了一个良好的思想、舆论与德育环境。进入高三后，学生两极分化逐渐明显。此时高三年的德育工作虽然不是首要工作，却是重要、必要工作。因为班风影响段风，段风决定学风，因而年段提出：面向全体，挖掘潜力，不放弃、不抛弃任何一个有希望的学生。特别是对那些临界生，老师们都特别关注他们，对他们进行细致的思想心理辅导。由于升学而形成的来自各方面的压力特别容易引起学生心理上的消沉、紧张或焦虑，为此，我们花了许多时间去琢磨学生在想什么，通过成人宣誓仪式、心理讲座、百日誓师、段刊、心理压力调查等多形式多层面展开心理疏导来提升学生士气。每次考试后，班主任都认真做好梳理减压工作，帮助学生分析存在的问题，找出解决问题的办法。通过这些真心实意的工作，一年来高三年级整体情况稳定，学习热情高涨，竞技状态良好，保证了紧张而有压力的学习、生活与考试正常进行，良好的行为规范、稳定的教学秩序、平和的学习心态一直保持到高考。</w:t>
      </w:r>
      <w:r>
        <w:rPr>
          <w:lang w:eastAsia="zh-CN"/>
        </w:rPr>
        <w:br/>
      </w:r>
      <w:r>
        <w:rPr>
          <w:lang w:eastAsia="zh-CN"/>
        </w:rPr>
        <w:t>　　在20__届毕业班，全体教师不仅仅是教学人员，同时也是思想心理辅导员。无论是班主任，还是普通老师，不管谁发现学生思想上、心理上的问题，大家都相互通气，相互协商。对重点学生的重点问题，大家齐抓共管，而且每次召开的质量分析会，全体老师都积极发言，研讨本班学生的学习思想现状。全员抓德育，也促进了高三老师大局意识、团队精神的形成，为高三出成绩提供了一个强大的思想前提。</w:t>
      </w:r>
      <w:r>
        <w:rPr>
          <w:lang w:eastAsia="zh-CN"/>
        </w:rPr>
        <w:br/>
      </w:r>
      <w:r>
        <w:rPr>
          <w:lang w:eastAsia="zh-CN"/>
        </w:rPr>
        <w:t>　　三、取得成绩的关键是：团结协作的教师队伍</w:t>
      </w:r>
      <w:r>
        <w:rPr>
          <w:lang w:eastAsia="zh-CN"/>
        </w:rPr>
        <w:br/>
      </w:r>
      <w:r>
        <w:rPr>
          <w:lang w:eastAsia="zh-CN"/>
        </w:rPr>
        <w:t>　　所谓冰冻三尺非一日之寒，20__届毕业班所创造的光彩耀人的成绩不是一蹴而就的，而是高中三年来老师们勤勤恳恳，倾心投入、踏实工作、不断积淀的结果。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首先，高三各项工作的顺利开展，得益于我们有一支强有力的班主任队伍。督促学生养成良好的习惯、认真学习，是班主任们每日必做的事；做好学生及家长的工作，建设好班集体，提高班级的学习成绩，是班主任永远也忙不完的工作。他们不仅要上好自己的课，还要协调各任科老师的工作，成了班级真正的领头人。每天早出晚归，面对工作的压力和劳累他们没有丝毫的抱怨。其次，我们还得感谢每一个无私奉献的科任老师，他们在面对高三的紧张教学任务，他们勇挑重担，默默耕耘，为年段献策出力。他们积极收集各种复习资源，及时反馈给备课组和年段，为高三每一阶段的复习提供了方向和信息。也是他们牺牲了周末时间来指导学生自习，批改学生每一份周测卷，做好阶段复习检测。最后，20__届的成绩离不开学校领导的关心支持，校长总在积极协调各个部门来配合高三毕业班工作。而副校长、办公室主任、政教处副主任，总是以普通老师的身份出现，对年级分配的工作总是带头接受，坚决完成；当年级工作遇到困难时，总是积极主动帮助解决，还经常性地做好各方面的协调工作。可以说20__届毕业班的辉煌离不开全体教师的心血。</w:t>
      </w:r>
      <w:r>
        <w:rPr>
          <w:lang w:eastAsia="zh-CN"/>
        </w:rPr>
        <w:br/>
      </w:r>
      <w:r>
        <w:rPr>
          <w:lang w:eastAsia="zh-CN"/>
        </w:rPr>
        <w:t>　　四、取得成绩的核心是：狠抓教学与过程</w:t>
      </w:r>
      <w:r>
        <w:rPr>
          <w:lang w:eastAsia="zh-CN"/>
        </w:rPr>
        <w:br/>
      </w:r>
      <w:r>
        <w:rPr>
          <w:lang w:eastAsia="zh-CN"/>
        </w:rPr>
        <w:t>　　一个学校的工作可以用“德育是保障，教学是灵魂”来概括。我们深知工作的重中之重是教学工作与过程管理。没有过程就没有结果，偏离了教学这个核心则一事无成。在教学工作上我们主要采取了以下几点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1、认真研究教材、大纲与高考新变化，落实教学策略。通过认真研读，高三组确定了把“过高、过难的教学要求降下来，把学生思维、应考的能力提上去”的教学思路，并针对本届学生的各科基础和能力实际，扎扎实实地抓好各阶段学生分类推进工作，各备课组教师也订好了适合本届学生的复习方案和复习进度表，并随时根据实际情况及时调整复习侧重点和复习策略，使复习备考少走弯路。</w:t>
      </w:r>
      <w:r>
        <w:rPr>
          <w:lang w:eastAsia="zh-CN"/>
        </w:rPr>
        <w:br/>
      </w:r>
      <w:r>
        <w:rPr>
          <w:lang w:eastAsia="zh-CN"/>
        </w:rPr>
        <w:t>　　2、合理提前规划，细化明确阶段工作重点。做法是：在高三第一学期主要抓基础，在不偏离高考方向前提下，让学生过好基础关。艺体生的专业训练有序开展。积极开展培优辅差工作，把握住临界生，而在高考中我们发现不少临界生都在最后一次考试取得令人意想不到的突破。每月安排一次月考，年级组对每次月考，都进行成绩分析。在上学期期中教学检测之后，年段便有意识地提前组织文综理综合卷考试，让学生提前适应文综理综考试模式。而在省质检之后，我们年段备课组及时调整教学，有针对性地做好查漏补缺工作。在时间上，我们做好课程调整，将语文、文综理综学科安排在上午，下午则安排数学和英语，并在三点统一安排英语听力，将学生的生物钟调整到高考准状态。进入高考前一周我们还进行了适应性考试。由于各阶段工作重点明确、思路清晰，取得了很不错的教学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3、加强考试力度，做到知己知彼。由于学生基础较薄弱，且因为高二训练机会少，一遇到考试，不少学生就乱了方寸，没有很好发挥自己真实水平。进入高三，我们加强了考试力度，做到每周一小练，两周一大考，考后利用周末时间批改，下周马上讲评。通过这种考试训练，使学生在考试中揣摸考试，学会考试，也起到查漏补缺，改进教学，寻找差距的作用。</w:t>
      </w:r>
      <w:r>
        <w:rPr>
          <w:lang w:eastAsia="zh-CN"/>
        </w:rPr>
        <w:br/>
      </w:r>
      <w:r>
        <w:rPr>
          <w:lang w:eastAsia="zh-CN"/>
        </w:rPr>
        <w:t>　　4、还给学生自己的时间、空间。按照学校以往课程安排，我们发现学生每天就是课程满满，晚上则急着应付各学科的作业，根本没有时间去温习复习，也就无法实现“温故而知新”，更别提“举一反三”了。因而，高三领导小组提出“还时间给学生”的要求，每天安排一节给学生自习，科任老师则下班辅导学生自习，让学生发现问题，思考问题并进而解决问题。同时，20__届毕业班提倡“高效利用时间，不过度压榨”，不让学生开夜车，而是加强对学生学习方法的指导，教会学生如何高效学习。</w:t>
      </w:r>
      <w:r>
        <w:rPr>
          <w:lang w:eastAsia="zh-CN"/>
        </w:rPr>
        <w:br/>
      </w:r>
      <w:r>
        <w:rPr>
          <w:lang w:eastAsia="zh-CN"/>
        </w:rPr>
        <w:t>　　总之，本届高三我们教学工作的经验是：研读教材大纲把准方向，强化复习课全程管理，注重课堂教学实效，落实个别辅导和分类推进，加强学生非智力因素的培养。</w:t>
      </w:r>
      <w:r>
        <w:rPr>
          <w:lang w:eastAsia="zh-CN"/>
        </w:rPr>
        <w:br/>
      </w:r>
      <w:r>
        <w:rPr>
          <w:lang w:eastAsia="zh-CN"/>
        </w:rPr>
        <w:t>　　五、不足：</w:t>
      </w:r>
      <w:r>
        <w:rPr>
          <w:lang w:eastAsia="zh-CN"/>
        </w:rPr>
        <w:br/>
      </w:r>
      <w:r>
        <w:rPr>
          <w:lang w:eastAsia="zh-CN"/>
        </w:rPr>
        <w:t>　　20__届毕业班能取得今天的成绩都是领导和师生们共同努力的结果，但我们的工作还存在一些困惑，如：</w:t>
      </w:r>
      <w:r>
        <w:rPr>
          <w:lang w:eastAsia="zh-CN"/>
        </w:rPr>
        <w:br/>
      </w:r>
      <w:r>
        <w:rPr>
          <w:lang w:eastAsia="zh-CN"/>
        </w:rPr>
        <w:t>　　1、年段管理还存在一些漏洞、不足，与学生的交流存在信息量不足，有些制度、措施落实不够、不实。</w:t>
      </w:r>
      <w:r>
        <w:rPr>
          <w:lang w:eastAsia="zh-CN"/>
        </w:rPr>
        <w:br/>
      </w:r>
      <w:r>
        <w:rPr>
          <w:lang w:eastAsia="zh-CN"/>
        </w:rPr>
        <w:t>　　2、有些学科发展不平衡，个别班级学科有些差距。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3、部分班级在日常治理和师生协作交流方面还不够理想，班级上线数有差距针对这些问题，我们会在今后的工作中精益求精、不断克服。</w:t>
      </w:r>
      <w:r>
        <w:rPr>
          <w:lang w:eastAsia="zh-CN"/>
        </w:rPr>
        <w:br/>
      </w:r>
      <w:r>
        <w:rPr>
          <w:lang w:eastAsia="zh-CN"/>
        </w:rPr>
        <w:t xml:space="preserve">    2024年大一学生期末个人总结 篇12 </w:t>
      </w:r>
      <w:r>
        <w:rPr>
          <w:lang w:eastAsia="zh-CN"/>
        </w:rPr>
        <w:br/>
      </w:r>
      <w:r>
        <w:rPr>
          <w:lang w:eastAsia="zh-CN"/>
        </w:rPr>
        <w:t>　　大一的第二个学期就要过去了，再去回顾一学期的学习，才发现时间一瞬就过去了，几个月的时间，我的大一下学期就要结束了。这个学期也收获挺多的，因此在学期末对自己的做个总结。</w:t>
      </w:r>
      <w:r>
        <w:rPr>
          <w:lang w:eastAsia="zh-CN"/>
        </w:rPr>
        <w:br/>
      </w:r>
      <w:r>
        <w:rPr>
          <w:lang w:eastAsia="zh-CN"/>
        </w:rPr>
        <w:t>　　经过上一个学期的，在第二学期，就吸取了前一个学期的教训，珍惜大一的时间，努力的学习。在本学期里，我每天按照自己学期初制定的计划一步步的去做，因此都很好的完成自己的任务。本学期里，每个老师布置的作业，我都一字不差的完成，不敢再有缺交作业的现象出来。上课认真，对老师提的问题积极的回答，也因此取得了各位老师的信任，让自己的学习进一步的提高了。</w:t>
      </w:r>
      <w:r>
        <w:rPr>
          <w:lang w:eastAsia="zh-CN"/>
        </w:rPr>
        <w:br/>
      </w:r>
      <w:r>
        <w:rPr>
          <w:lang w:eastAsia="zh-CN"/>
        </w:rPr>
        <w:t>　　学期末去审查自己的学习，发现自己这学期有很多地方都有改进，比如我改掉了自己上课迟到的习惯，每天督促自己早点到教室上个课。还有就是以前都不喜欢去问老师问题，在本学期里，我遇到自己无法解决的问题就会向老师求助，请教他们，因此学习才会进步那么大的。做事情也不再喜欢拖拉了，能够尽快做完的，在当天就会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本学期，我还参加了学校很多的活动，校园的活动和校外的活动，我也都有参加，并且有的还取得了很好的成绩。比如我参加了学校篮球比赛，在比赛中，我拿到了第二的名次，校外的活动就是跟大家一起去养老院进行志愿者活动，这些活动都给了我很好的体验。有了这一些活动，不仅锻炼了我的能力，更丰富了我的大学生活，不再是寝室——教室——食堂三点线的生活了，也不再是无聊的，让我能够更更多人去交流和相处，与此也让我交到很多不同的朋友，这是一笔大的收获。</w:t>
      </w:r>
      <w:r>
        <w:rPr>
          <w:lang w:eastAsia="zh-CN"/>
        </w:rPr>
        <w:br/>
      </w:r>
      <w:r>
        <w:rPr>
          <w:lang w:eastAsia="zh-CN"/>
        </w:rPr>
        <w:t>　　大一的生活在这个学期就结束了，马上就要进入大二生活。庆幸的是自己在大一最后一学期里，我没有去把时光浪费了，而是紧抓时光努力做好大一的自己，在大一把该做的事情都做了，圆满的丰富了自己的生活，这个意义就很大了。对这个学期的自己的表现，我也是满意的，老师对我也是满意的，终于不再过那种颓废的生活了，变得更加积极上进，做了一个大学生该有的模样，不算辜负这个大一。有了这个学期的打底，以后只会更加让自己去过好大学生活。</w:t>
      </w:r>
      <w:r>
        <w:rPr>
          <w:lang w:eastAsia="zh-CN"/>
        </w:rPr>
        <w:br/>
      </w:r>
      <w:r>
        <w:rPr>
          <w:lang w:eastAsia="zh-CN"/>
        </w:rPr>
        <w:t xml:space="preserve">    2024年大一学生期末个人总结 篇13 </w:t>
      </w:r>
      <w:r>
        <w:rPr>
          <w:lang w:eastAsia="zh-CN"/>
        </w:rPr>
        <w:br/>
      </w:r>
      <w:r>
        <w:rPr>
          <w:lang w:eastAsia="zh-CN"/>
        </w:rPr>
        <w:t>　　紧张又急促的考试结束了，剩下的就是反思和。对于高二这重要学期来说，一定要好好努力。这学期是一个重要过度。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自己很清楚，这次考试并不理想。回想我这一年的学习来说，没有多大的进步。语文这次题不是很难，但是，由于自己的基本功不扎实，知识没有记牢，有些很简单的问题也失分，实在不应该。英语也不难，但是有点马虎，失分了，与其他同学拉开距离。所以以后一定不能马虎，不能掉以轻心，否则后悔莫及。物理和数学相对简单一点，不过有些问题没弄清楚，也没来得及问老师。在考试时丢了分。至于历史之类的科目都是需要背记的东西，（如果没有考好，便是上课时没好好听讲，不知道重点在哪？虽背了很多，但大都不是重点，没有考。）在考试时，不太相信自己，对于记忆模糊的，影响中是哪个，但是不相信自己，硬要选一个自己毫不知道的答案。这样的情况经常出现。以至于失分严重。</w:t>
      </w:r>
      <w:r>
        <w:rPr>
          <w:lang w:eastAsia="zh-CN"/>
        </w:rPr>
        <w:br/>
      </w:r>
      <w:r>
        <w:rPr>
          <w:lang w:eastAsia="zh-CN"/>
        </w:rPr>
        <w:t>　　当然，还要制定合理的学习计划：</w:t>
      </w:r>
      <w:r>
        <w:rPr>
          <w:lang w:eastAsia="zh-CN"/>
        </w:rPr>
        <w:br/>
      </w:r>
      <w:r>
        <w:rPr>
          <w:lang w:eastAsia="zh-CN"/>
        </w:rPr>
        <w:t>　　1、平时要养成认真的习惯，做题仔细，保证写一个就对一个。</w:t>
      </w:r>
      <w:r>
        <w:rPr>
          <w:lang w:eastAsia="zh-CN"/>
        </w:rPr>
        <w:br/>
      </w:r>
      <w:r>
        <w:rPr>
          <w:lang w:eastAsia="zh-CN"/>
        </w:rPr>
        <w:t>　　2、课上认真，注意听重点。</w:t>
      </w:r>
      <w:r>
        <w:rPr>
          <w:lang w:eastAsia="zh-CN"/>
        </w:rPr>
        <w:br/>
      </w:r>
      <w:r>
        <w:rPr>
          <w:lang w:eastAsia="zh-CN"/>
        </w:rPr>
        <w:t>　　3、课下不懂的，虚心请教同学老师。</w:t>
      </w:r>
      <w:r>
        <w:rPr>
          <w:lang w:eastAsia="zh-CN"/>
        </w:rPr>
        <w:br/>
      </w:r>
      <w:r>
        <w:rPr>
          <w:lang w:eastAsia="zh-CN"/>
        </w:rPr>
        <w:t>　　另外，积极阅读有关书籍和资料，扩大自己的知识面；经常提出问题，与同学讨论，向老师请教；用知识来武装自己的头脑，知识是无价的。首先，合理安排时间，调整好作息时间，分配好学习、工作、娱乐的时间。时间是搞好学习的前提与基础，效率和方法更为重要。尽管取得一些成绩，但离心中的目标还很远，仍需继续努力。</w:t>
      </w:r>
      <w:r>
        <w:rPr>
          <w:lang w:eastAsia="zh-CN"/>
        </w:rPr>
        <w:br/>
      </w:r>
      <w:r>
        <w:rPr>
          <w:lang w:eastAsia="zh-CN"/>
        </w:rPr>
        <w:t>　　高二的第一个学期就这样结束了。迎来了盼望已久的寒假。</w:t>
      </w:r>
      <w:r>
        <w:rPr>
          <w:lang w:eastAsia="zh-CN"/>
        </w:rPr>
        <w:br/>
      </w:r>
      <w:r>
        <w:rPr>
          <w:lang w:eastAsia="zh-CN"/>
        </w:rPr>
        <w:t>　　高二学生期末与反思4</w:t>
      </w:r>
      <w:r>
        <w:rPr>
          <w:lang w:eastAsia="zh-CN"/>
        </w:rPr>
        <w:br/>
      </w:r>
      <w:r>
        <w:rPr>
          <w:lang w:eastAsia="zh-CN"/>
        </w:rPr>
        <w:t>　　针对期末考试末出现的问题，做出了以下反思和以后在数学的学习末要运用的方法：</w:t>
      </w:r>
      <w:r>
        <w:rPr>
          <w:lang w:eastAsia="zh-CN"/>
        </w:rPr>
        <w:br/>
      </w:r>
      <w:r>
        <w:rPr>
          <w:lang w:eastAsia="zh-CN"/>
        </w:rPr>
        <w:t>　　（1）记数学笔记，特别是对概念理解的不同侧面和数学规律，教师在课堂末拓展的课外知识。记录下来本章你觉得最有价值的方法或例题，以及你还存在的未解决的问题，以便今后将其补上。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2）建立数学纠错本。把平时容易出现错误的知识或推理记载下来，以防再犯。争取做到：找错、析错、改错、防错。达到：能从反面入手深入理解正确东西；能由果朔因把错误原因弄个水落石出、以便对症下药；解答问题完整、推理严密。</w:t>
      </w:r>
      <w:r>
        <w:rPr>
          <w:lang w:eastAsia="zh-CN"/>
        </w:rPr>
        <w:br/>
      </w:r>
      <w:r>
        <w:rPr>
          <w:lang w:eastAsia="zh-CN"/>
        </w:rPr>
        <w:t>　　（3）熟记一些数学规律和数学论，使自己平时的运算技能达到了自动化或半自动化的熟练程度。</w:t>
      </w:r>
      <w:r>
        <w:rPr>
          <w:lang w:eastAsia="zh-CN"/>
        </w:rPr>
        <w:br/>
      </w:r>
      <w:r>
        <w:rPr>
          <w:lang w:eastAsia="zh-CN"/>
        </w:rPr>
        <w:t>　　（4）经常对知识结构进行梳理，形成板块结构，实行“整体集装”，如表格化，使知识结构一目了然；经常对习题进行类化，由一例到一类，由一类到多类，由多类到统一；使几类问题归纳于同一知识方法。</w:t>
      </w:r>
      <w:r>
        <w:rPr>
          <w:lang w:eastAsia="zh-CN"/>
        </w:rPr>
        <w:br/>
      </w:r>
      <w:r>
        <w:rPr>
          <w:lang w:eastAsia="zh-CN"/>
        </w:rPr>
        <w:t>　　（5）阅读数学课外书籍与报刊，参加数学学科课外活动与讲座，多做数学课外题，加大自学力度，拓展自己的知识面。</w:t>
      </w:r>
      <w:r>
        <w:rPr>
          <w:lang w:eastAsia="zh-CN"/>
        </w:rPr>
        <w:br/>
      </w:r>
      <w:r>
        <w:rPr>
          <w:lang w:eastAsia="zh-CN"/>
        </w:rPr>
        <w:t>　　（6）及时复习，强化对基本概念知识体系的理解与记忆，进行适当的反复巩固，消灭前学后忘。</w:t>
      </w:r>
      <w:r>
        <w:rPr>
          <w:lang w:eastAsia="zh-CN"/>
        </w:rPr>
        <w:br/>
      </w:r>
      <w:r>
        <w:rPr>
          <w:lang w:eastAsia="zh-CN"/>
        </w:rPr>
        <w:t>　　（7）学会从多角度、多层次地进行归类。如：①从数学分类②从解题方法归类③从知识应用上分类等，使所学的知识系统化、条理化、专题化、络化。</w:t>
      </w:r>
      <w:r>
        <w:rPr>
          <w:lang w:eastAsia="zh-CN"/>
        </w:rPr>
        <w:br/>
      </w:r>
      <w:r>
        <w:rPr>
          <w:lang w:eastAsia="zh-CN"/>
        </w:rPr>
        <w:t>　　（8）经常在做题后进行一定的“反思”，思考一下本题所用的基础知识，数学方法是什么，为什么要这样想，是否还有别的想法和解法，本题的分析方法与解法，在解其它问题时，是否也用到过。</w:t>
      </w:r>
      <w:r>
        <w:rPr>
          <w:lang w:eastAsia="zh-CN"/>
        </w:rPr>
        <w:br/>
      </w:r>
      <w:r>
        <w:rPr>
          <w:lang w:eastAsia="zh-CN"/>
        </w:rPr>
        <w:t>　　（9）无论是作业还是测验，都应把准确性放在第一位，通法放在第一位，而不是一味地去追求速度或技巧，这是学好数学的重要问题。</w:t>
      </w:r>
      <w:r>
        <w:rPr>
          <w:lang w:eastAsia="zh-CN"/>
        </w:rPr>
        <w:br/>
      </w:r>
      <w:r>
        <w:rPr>
          <w:lang w:eastAsia="zh-CN"/>
        </w:rPr>
        <w:t xml:space="preserve">    2024年大一学生期末个人总结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我在__中学第一个学期就这样结束了。迎来了盼望已久的寒假，细细回想着一年，我心里真是感慨万千。回首这半年的点点滴滴，朝朝暮暮，对我来说真是飞跃的半年。在这半年里，无论是学习方法、态度还是纪律都比小学更上了一层楼。下面，我就这几简单的总结一下。</w:t>
      </w:r>
      <w:r>
        <w:rPr>
          <w:lang w:eastAsia="zh-CN"/>
        </w:rPr>
        <w:br/>
      </w:r>
      <w:r>
        <w:rPr>
          <w:lang w:eastAsia="zh-CN"/>
        </w:rPr>
        <w:t>　　（一）学习</w:t>
      </w:r>
      <w:r>
        <w:rPr>
          <w:lang w:eastAsia="zh-CN"/>
        </w:rPr>
        <w:br/>
      </w:r>
      <w:r>
        <w:rPr>
          <w:lang w:eastAsia="zh-CN"/>
        </w:rPr>
        <w:t>　　学习态度比较端正。能做到上课认真听讲，不与同学交头接耳，不做小动作，自觉遵守课堂纪律；对老师布置的作业，能认真完成；对不懂的问题，主动和同学商量，或者向老师请教。在这学期的期中考试中，尽管取得一些成绩，但离心中的目标还很远，仍需继续努力，抓紧自身的学习。知识无止境，探索无止境，人的发展亦无止境，我还有很多的知识需要学习。</w:t>
      </w:r>
      <w:r>
        <w:rPr>
          <w:lang w:eastAsia="zh-CN"/>
        </w:rPr>
        <w:br/>
      </w:r>
      <w:r>
        <w:rPr>
          <w:lang w:eastAsia="zh-CN"/>
        </w:rPr>
        <w:t>　　（二）学习方法及态度</w:t>
      </w:r>
      <w:r>
        <w:rPr>
          <w:lang w:eastAsia="zh-CN"/>
        </w:rPr>
        <w:br/>
      </w:r>
      <w:r>
        <w:rPr>
          <w:lang w:eastAsia="zh-CN"/>
        </w:rPr>
        <w:t>　　中学的学习与小学有很多不同。小学时代我们被老师催着赶着向前走。而初中更重视自主学习，老师讲的不再满足我们的需要。我能认真对待考试，考前认真复习。另外，积极阅读有关书籍和资料，扩大自身的知识面，有较强的求知欲，学会了自我反省，检查，提前预习的学习方法，获益匪浅。</w:t>
      </w:r>
      <w:r>
        <w:rPr>
          <w:lang w:eastAsia="zh-CN"/>
        </w:rPr>
        <w:br/>
      </w:r>
      <w:r>
        <w:rPr>
          <w:lang w:eastAsia="zh-CN"/>
        </w:rPr>
        <w:t>　　（三）纪律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在纪律方面，我可以做到：尊重教师，同学之间可以真诚相待；能遵守学校各项纪律，遵守公共秩序，遵守社会公德；不迟到、不早退、不旷课；上学穿校服；举止文明；有不错的卫生习惯，不乱扔废弃物。纪律是学习的保证。没有纪律，何谈学习，下学期，我会个空间里面，但各自的生活习性都不相，这就需要大家互相理解和迁就，只有这样才能和平相处，为我们的学习创造一个不错的学习和休息环境。身为407的寝室长，很荣幸在辅导员李老师的悉心帮助和呵护下使全寝室的成员都养成了一个讲卫生、集体荣誉感强的好学生。</w:t>
      </w:r>
      <w:r>
        <w:rPr>
          <w:lang w:eastAsia="zh-CN"/>
        </w:rPr>
        <w:br/>
      </w:r>
      <w:r>
        <w:rPr>
          <w:lang w:eastAsia="zh-CN"/>
        </w:rPr>
        <w:t>　　在实践中</w:t>
      </w:r>
      <w:r>
        <w:rPr>
          <w:lang w:eastAsia="zh-CN"/>
        </w:rPr>
        <w:br/>
      </w:r>
      <w:r>
        <w:rPr>
          <w:lang w:eastAsia="zh-CN"/>
        </w:rPr>
        <w:t>　　1）身为班上的一名班干部，在辅导员与班上全体同学的帮助和支持下，基本上完成了老师交予的各项任务，提升了自身在处理各种问题上的应变力。</w:t>
      </w:r>
      <w:r>
        <w:rPr>
          <w:lang w:eastAsia="zh-CN"/>
        </w:rPr>
        <w:br/>
      </w:r>
      <w:r>
        <w:rPr>
          <w:lang w:eastAsia="zh-CN"/>
        </w:rPr>
        <w:t>　　2）作为航院青年报社秘书部副部长、电子商务协会组织部副部长、系组织部成员、电子商务创业工作室成员的我，能较好的把握和利用这些平台，努力的锻造自我，成就自我，充实自我加强了自身的人际交往能力与工作协调能力。</w:t>
      </w:r>
      <w:r>
        <w:rPr>
          <w:lang w:eastAsia="zh-CN"/>
        </w:rPr>
        <w:br/>
      </w:r>
      <w:r>
        <w:rPr>
          <w:lang w:eastAsia="zh-CN"/>
        </w:rPr>
        <w:t>　　3）积极参与院系组织的各项活动。在本学期先后参加了“大学生职业生涯规划大赛”“航院首届简历制作大赛”“读书演讲比赛”“系首届短剧大赛”“湖南省大学生‘拒绝毒品阳光生活’活动中自编自导自演了话剧《警钟长鸣》”，虽然未曾获得大奖，但我从中受益匪浅，使我坚定了自身向前闯的`信心，铸就了我勇往直前的决心和“在比赛中学习，在学习中进步”的参赛信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利用剩余时间在校外兼职，通过兼职我知道了很多工作中的细节和与老板、同事间的处事的细节。最重要的是通过打工，我认识到了在与陌生人相处时，平等是第一位的，在与人交往中要将一些身份、地位去除-——这样既有利于交往，又是尊重别人。</w:t>
      </w:r>
      <w:r>
        <w:rPr>
          <w:lang w:eastAsia="zh-CN"/>
        </w:rPr>
        <w:br/>
      </w:r>
      <w:r>
        <w:rPr>
          <w:lang w:eastAsia="zh-CN"/>
        </w:rPr>
        <w:t>　　过去一年的一切都将变成历史埋藏在航院这片沃土上，展望新的学期，我将扬长避短，认真总结大一的经验，虚心向老师请教，争取有更大的飞跃！</w:t>
      </w:r>
      <w:r>
        <w:rPr>
          <w:lang w:eastAsia="zh-CN"/>
        </w:rPr>
        <w:br/>
      </w:r>
      <w:r>
        <w:rPr>
          <w:lang w:eastAsia="zh-CN"/>
        </w:rPr>
        <w:t xml:space="preserve">    2024年大一学生期末个人总结 篇15 </w:t>
      </w:r>
      <w:r>
        <w:rPr>
          <w:lang w:eastAsia="zh-CN"/>
        </w:rPr>
        <w:br/>
      </w:r>
      <w:r>
        <w:rPr>
          <w:lang w:eastAsia="zh-CN"/>
        </w:rPr>
        <w:t>　　高二的第一学期已经结束，心中会有很多感慨，会有对时光流逝的无奈，也有自己未能完成目标的遗憾……有时候会惊醒自己居然高一了，时间就是这样，无声无息、从指尖划过。虚度了时间，荒废了光阴，所以要学会珍惜他，抓住它。</w:t>
      </w:r>
      <w:r>
        <w:rPr>
          <w:lang w:eastAsia="zh-CN"/>
        </w:rPr>
        <w:br/>
      </w:r>
      <w:r>
        <w:rPr>
          <w:lang w:eastAsia="zh-CN"/>
        </w:rPr>
        <w:t>　　总体来说，第一学期我在学习方面不够努力，成绩也不尽人意。似乎显的有些吃力，而且信心也显的不足。上一学期在课堂上的效率不高，有时候思想会开小差，有时候也会昏昏欲睡。晚自习的状态比课堂是好些，但还不够认真。有时候作业会出现做不完的情况。总之，似乎还没有完全融入到高中生活中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上一学期我似乎立了无数次志，但无知者常立志，有志者立长志，每次都没有实现，制定了无数次计划，也没有一次是认认真真完成，学习上显的有点力不从心，对于前方的道路我有点迷惘，不知方向，不像初中的时候，是班里的佼佼者。不一样的学习方法，不一样的上课方式，繁重的学习任务，压着我。不过我相信这一学期我会改变自己，在学习上更加努力，也会端正自己的学习态度，只为不背弃自己的理想。现在想一想自己荒废的时光，会后悔，会惋惜，会感伤……无论怎样，昨日的船票已经过期，我拥有的是今天的船票，明天的船票还未有效，所以只有把握今天，把握现在，我才能变的更好，更加的完美，成绩更加突出，才能不辜负这三年的时光，不辜负青春的绚烂，不辜负父母期望的.眼神和老师的谆谆教诲。</w:t>
      </w:r>
      <w:r>
        <w:rPr>
          <w:lang w:eastAsia="zh-CN"/>
        </w:rPr>
        <w:br/>
      </w:r>
      <w:r>
        <w:rPr>
          <w:lang w:eastAsia="zh-CN"/>
        </w:rPr>
        <w:t xml:space="preserve">    2024年大一学生期末个人总结 篇16 </w:t>
      </w:r>
      <w:r>
        <w:rPr>
          <w:lang w:eastAsia="zh-CN"/>
        </w:rPr>
        <w:br/>
      </w:r>
      <w:r>
        <w:rPr>
          <w:lang w:eastAsia="zh-CN"/>
        </w:rPr>
        <w:t>　　20__年已经到了尾声，高一的上半学期也快要结束。在这两个月的美术学习中，我经历了许多，也感受了许多。</w:t>
      </w:r>
      <w:r>
        <w:rPr>
          <w:lang w:eastAsia="zh-CN"/>
        </w:rPr>
        <w:br/>
      </w:r>
      <w:r>
        <w:rPr>
          <w:lang w:eastAsia="zh-CN"/>
        </w:rPr>
        <w:t>　　刚开始更多的是紧张和不安，好多同学都有基础。当我还在思考着老师讲的方法并尝试着画时，有些人已经了。听着老师对他们的表扬，我总担心画的最慢最差的那一个。但后来的事实证明是我想多了。</w:t>
      </w:r>
      <w:r>
        <w:rPr>
          <w:lang w:eastAsia="zh-CN"/>
        </w:rPr>
        <w:br/>
      </w:r>
      <w:r>
        <w:rPr>
          <w:lang w:eastAsia="zh-CN"/>
        </w:rPr>
        <w:t>　　现在，我们已经由最开始画简单的线条到完成一幅完整的作品了。我渐渐发现了美术的神奇和魅力之处了，虽然只有黑、白、灰三种颜色，却能展现出阳光照射之感。即使要在充斥着铅灰的画室里连坐三个小时，下课要用冰凉的水反复洗手，但一提到美术，我还是会抵制不住内心的兴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昨天晚上是美术考试，同学们纷纷提前上去做准备——削铅笔，贴好画纸。当老师告诉我们要画的内容时，所有人都开始抱怨起来，说老师选了张最难的，画不完怎么办……但上课铃一响，嘈杂的教室迅速安静下来，有再多的不情愿也都憋回了心里，化作了构图的深思。我第一次觉得画室里如此安静，每个人都专注地盯着自己的画，只有笔在纸上划过时发出的声音。我也沉浸在自己的画作之中，先选好构图位置，然后点出图形的轮廓，最后画上阴影的高光，调整细节。看着自己完成的作品，我觉得还算满意，可是扭头看了一眼旁边依然的画，顿时又觉得自己渺小到了尘埃，那才真的是画的好，把两个石膏体的阴影透视表现得淋漓尽致，真是让我羡慕又嫉妒。不过，总归是自己辛苦的成果，下课时依然小心翼翼地撕下自己的画，工整地签上自己的名字，交给老师，如同完成了一件无比神圣而光荣的任务一般。</w:t>
      </w:r>
      <w:r>
        <w:rPr>
          <w:lang w:eastAsia="zh-CN"/>
        </w:rPr>
        <w:br/>
      </w:r>
      <w:r>
        <w:rPr>
          <w:lang w:eastAsia="zh-CN"/>
        </w:rPr>
        <w:t>　　这学期的最后一张作品，是我对20__年自己的一份交待。20__，我满怀信心期待你的到来！</w:t>
      </w:r>
      <w:r>
        <w:rPr>
          <w:lang w:eastAsia="zh-CN"/>
        </w:rPr>
        <w:br/>
      </w:r>
      <w:r>
        <w:rPr>
          <w:lang w:eastAsia="zh-CN"/>
        </w:rPr>
        <w:t xml:space="preserve">    2024年大一学生期末个人总结 篇17 </w:t>
      </w:r>
      <w:r>
        <w:rPr>
          <w:lang w:eastAsia="zh-CN"/>
        </w:rPr>
        <w:br/>
      </w:r>
      <w:r>
        <w:rPr>
          <w:lang w:eastAsia="zh-CN"/>
        </w:rPr>
        <w:t>　　1. 每天你都背着书包高高兴兴地来上学，学到了不少的知识，可惜只能记住很少的一部分。希望你改进学习方法，提高学习效率，在下学期有更大的进步!</w:t>
      </w:r>
      <w:r>
        <w:rPr>
          <w:lang w:eastAsia="zh-CN"/>
        </w:rPr>
        <w:br/>
      </w:r>
      <w:r>
        <w:rPr>
          <w:lang w:eastAsia="zh-CN"/>
        </w:rPr>
        <w:t>　　2. 你言语不多，但待人诚恳、礼貌，作风踏实，品学兼优，热爱班级，关爱同学，勤奋好学，思维敏捷，成绩优秀。愿你扎实各科基础，坚持不懈!一定能考上重点! 优秀的男生肯定是逗人喜欢的，老师希望你能一如既往的优秀，把这种优秀保持在你人生的每一阶段中。你的人生就是辉煌如意的!</w:t>
      </w:r>
      <w:r>
        <w:rPr>
          <w:lang w:eastAsia="zh-CN"/>
        </w:rPr>
        <w:br/>
      </w:r>
      <w:r>
        <w:rPr>
          <w:lang w:eastAsia="zh-CN"/>
        </w:rPr>
        <w:t>　　3. 你能遵守学校的规章制度，按时上学，按时完成作业，书写比较端正，课堂上你也坐得比较端正。如果在学习上能够更加主动一些，寻找适合自己的学习</w:t>
      </w:r>
      <w:r>
        <w:rPr>
          <w:lang w:eastAsia="zh-CN"/>
        </w:rPr>
        <w:br/>
      </w:r>
    </w:p>
    <w:p w:rsidR="001B1F19" w14:textId="27C3F48A">
      <w:pPr>
        <w:rPr>
          <w:rFonts w:hint="eastAsia"/>
          <w:lang w:eastAsia="zh-CN"/>
        </w:rPr>
      </w:pPr>
      <w:r>
        <w:rPr>
          <w:lang w:eastAsia="zh-CN"/>
        </w:rPr>
        <w:t>　　4. 你尊敬老师、团结同学、热爱劳动、关心集体，所以大家都喜欢你。能严格遵守学校的各项规章制度。学习不够刻苦，有畏难情绪。学习方法有待改进，掌握知识不够牢固，思维能力要进一步培养和提高。学习成绩比上学期有一定的进步。平时能积极参加体育锻炼和有益的文娱活动。今后如果能注意分配好学习时间，各科全面发展，均衡提高，相信一定会成为一名更加出色的学生。</w:t>
      </w:r>
      <w:r>
        <w:rPr>
          <w:lang w:eastAsia="zh-CN"/>
        </w:rPr>
        <w:br/>
      </w:r>
      <w:r>
        <w:rPr>
          <w:lang w:eastAsia="zh-CN"/>
        </w:rPr>
        <w:t>　　5. 你性格活泼开朗，总是带着甜甜的笑容，你能与同学友爱相处，待人有礼，能虚心接受老师的教导。大多数的时候你都能遵守纪律，偶尔会犯一些小错误。有时上课不够留心，还有些小动作，你能想办法控制自己吗?一开学老师就发现你的作业干净又整齐，你的字清秀又漂亮。但学习成绩不容乐观，需努力提高学习成绩。希望能从根本上认识到自己的不足，在课堂上能认真听讲，开动脑筋，遇到问题敢于请教。</w:t>
      </w:r>
      <w:r>
        <w:rPr>
          <w:lang w:eastAsia="zh-CN"/>
        </w:rPr>
        <w:br/>
      </w:r>
      <w:r>
        <w:rPr>
          <w:lang w:eastAsia="zh-CN"/>
        </w:rPr>
        <w:t>　　6. 你热情大方，为人豪爽，身上透露出女生少有的霸气，作为班干部，你会提醒同学们及时安静，对学习态度端正，及时完成作业，但是少了点耐心，试着把心沉下来，上课集中注意力，跟着老师的思路走，一步一个脚印，一定能走出你自己绚丽的人生!</w:t>
      </w:r>
      <w:r>
        <w:rPr>
          <w:lang w:eastAsia="zh-CN"/>
        </w:rPr>
        <w:br/>
      </w:r>
      <w:r>
        <w:rPr>
          <w:lang w:eastAsia="zh-CN"/>
        </w:rPr>
        <w:t>　　7. 你虽然个子不高，但你有较高的境界，每当同学遇到困难时，你总是二话不说伸出援助之手，乐于助人，具有强烈的集体荣誉感，与人相处友善，关系融洽。作为课代表，你是老师得力的助手，能够做到尽职尽责。老师希望你在学习上能够更加细致严谨，避免粗心大意，一定能在新学期取得更大的进步!</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https://d.book118.com/937005156146006042</w:t>
        </w:r>
      </w:hyperlink>
    </w:p>
    <w:p w:rsidR="001B1F19">
      <w:pPr>
        <w:rPr>
          <w:rFonts w:hint="eastAsia"/>
          <w:lang w:eastAsia="zh-CN"/>
        </w:rPr>
      </w:pPr>
    </w:p>
    <w:sectPr>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3700515614600604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