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高三期末考试总结与反思（35篇）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高三期末考试总结与反思（精选35篇）</w:t>
      </w:r>
      <w:r>
        <w:rPr>
          <w:lang w:eastAsia="zh-CN"/>
        </w:rPr>
        <w:br/>
      </w:r>
      <w:r>
        <w:rPr>
          <w:lang w:eastAsia="zh-CN"/>
        </w:rPr>
        <w:t xml:space="preserve">    高三期末考试总结与反思 篇1 </w:t>
      </w:r>
      <w:r>
        <w:rPr>
          <w:lang w:eastAsia="zh-CN"/>
        </w:rPr>
        <w:br/>
      </w:r>
      <w:r>
        <w:rPr>
          <w:lang w:eastAsia="zh-CN"/>
        </w:rPr>
        <w:t>　　新的一学年又来到了，应该在总结过去的基础上开始新的教学工作，在新课程改革的过程中做好地理教学工作。</w:t>
      </w:r>
      <w:r>
        <w:rPr>
          <w:lang w:eastAsia="zh-CN"/>
        </w:rPr>
        <w:br/>
      </w:r>
      <w:r>
        <w:rPr>
          <w:lang w:eastAsia="zh-CN"/>
        </w:rPr>
        <w:t>　　首先，作为一名地理教师，要不断学习，提高自身的业务理论水平，研究学生心理动态的发展，探究适应新课程的地理教学方式和学习方式等。</w:t>
      </w:r>
      <w:r>
        <w:rPr>
          <w:lang w:eastAsia="zh-CN"/>
        </w:rPr>
        <w:br/>
      </w:r>
      <w:r>
        <w:rPr>
          <w:lang w:eastAsia="zh-CN"/>
        </w:rPr>
        <w:t>　　其次，强化地图教学。地理新课程中附有大量的插图而且种类很多，有示意图，素描图，景观图，统计图，曲线图，柱状图，饼状图等，并且均是彩色图。面对这些种类繁多的地图，作为教者，应循序渐进地指导学生读图，析图，描图，绘图，将地图变成学生学习地理不可缺少的工具，培养学生查阅地图，获取地理信息分析解决地理问题的能力等等。</w:t>
      </w:r>
      <w:r>
        <w:rPr>
          <w:lang w:eastAsia="zh-CN"/>
        </w:rPr>
        <w:br/>
      </w:r>
      <w:r>
        <w:rPr>
          <w:lang w:eastAsia="zh-CN"/>
        </w:rPr>
        <w:t>　　第三，注重活动教学。活动是实施课程目标的主渠道，也是地理新课程的一大特色。地理新课程安排了大量的活动。在地理课堂教学中，选择一些活动精心设计组织，力图每一项活动都培养了学生相应的能力，学生能感受到学习的地理对终身发展有用等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第四，教学联系学生现实生活。联系学生的生活实际，不仅使学生学得有兴趣，学得轻松愉快，而且有利于启发学生思维，获得生活中有用的地理知识，培养学生运用地理知识分析解决实际问题的能力。</w:t>
      </w:r>
      <w:r>
        <w:rPr>
          <w:lang w:eastAsia="zh-CN"/>
        </w:rPr>
        <w:br/>
      </w:r>
      <w:r>
        <w:rPr>
          <w:lang w:eastAsia="zh-CN"/>
        </w:rPr>
        <w:t>　　此外，积极转变自己的角色，成为学生学习的促进者，引导者，组织者和合作者，地理教学以学生的发展为本等。只有这样不断地进行教学反思，才能不断地提高自身教育教学效能和素养，才能不断地创新，全面提高学生的地理素质。</w:t>
      </w:r>
      <w:r>
        <w:rPr>
          <w:lang w:eastAsia="zh-CN"/>
        </w:rPr>
        <w:br/>
      </w:r>
      <w:r>
        <w:rPr>
          <w:lang w:eastAsia="zh-CN"/>
        </w:rPr>
        <w:t xml:space="preserve">    高三期末考试总结与反思 篇2 </w:t>
      </w:r>
      <w:r>
        <w:rPr>
          <w:lang w:eastAsia="zh-CN"/>
        </w:rPr>
        <w:br/>
      </w:r>
      <w:r>
        <w:rPr>
          <w:lang w:eastAsia="zh-CN"/>
        </w:rPr>
        <w:t>　　在高三复习过程中，“回归课本”“习题整理”是我们最常提及并要求学生贯穿始终的复习方法，但很多学生对此却很茫然。“回归课本”就是看书，但书要怎么看？“习题整理”就是把做过的题目再看一遍，看什么？针对这样的问题，我觉得应该给出具体的指导和方法。</w:t>
      </w:r>
      <w:r>
        <w:rPr>
          <w:lang w:eastAsia="zh-CN"/>
        </w:rPr>
        <w:br/>
      </w:r>
      <w:r>
        <w:rPr>
          <w:lang w:eastAsia="zh-CN"/>
        </w:rPr>
        <w:t>　　一、回归课本</w:t>
      </w:r>
      <w:r>
        <w:rPr>
          <w:lang w:eastAsia="zh-CN"/>
        </w:rPr>
        <w:br/>
      </w:r>
      <w:r>
        <w:rPr>
          <w:lang w:eastAsia="zh-CN"/>
        </w:rPr>
        <w:t>　　每堂生物课课前预备铃响之后，针对学生不能马上进入学习准备状态，我就给学生准确了基础知识的复习资料，以及教学单元章节后的“本章小结”，由课代表负责，领学生们熟读，强化记忆。这样做，一方面，强化复习了基础知识，另一方面，也能帮助学生更有效地集中注意力，为上课铃响之后更快更好地进入学习状态。这种坚持已经半年了，效果还不错。</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每堂生物课的最后五分钟，时间充分时，就进行动笔训练，如绘图训练，细胞结构图、细胞分裂图、物质跨膜运输示意图、光合作用、呼吸作用、ATP、影响酶活性曲线、遗传图解、DNA分子结构、神经元结构、反射弧结构、突触结构、血糖调节、水平衡调节、体温调节、种群增长曲线、种群特征之间的关系、生态系统的成分关系图解、碳循环及能量流动图解等等，这些都是要求学生要会认会画会分析的内容，学生自己练习的效果并不佳，这样通过统一的强化训练，可以让学生在有效的时间内提高学习的效率。并且老师可以及时的获得反馈信息，有效地把握学生的学习动态，同时也可以让学生充分利用好课上的这五分钟。</w:t>
      </w:r>
      <w:r>
        <w:rPr>
          <w:lang w:eastAsia="zh-CN"/>
        </w:rPr>
        <w:br/>
      </w:r>
      <w:r>
        <w:rPr>
          <w:lang w:eastAsia="zh-CN"/>
        </w:rPr>
        <w:t>　　二、习题整理，弄清知识内在联系</w:t>
      </w:r>
      <w:r>
        <w:rPr>
          <w:lang w:eastAsia="zh-CN"/>
        </w:rPr>
        <w:br/>
      </w:r>
      <w:r>
        <w:rPr>
          <w:lang w:eastAsia="zh-CN"/>
        </w:rPr>
        <w:t>　　高三的复习必须做一定量的的题目，如何把教材的内容转变成可以应用的知识，这是需要用做题来解决的。有些学生做了很多题，却并不能提高成绩，而有些学生只完成老师布置下的却能拿高分，这就是题目做到的程度不同。对于一些顶尖选手，题一遍即可，会了，也基本记住了，再次见到，可以立刻识别出来，但是对于大多数学生来说，很多题做了，却不能保证对，时对时错，没有把握，针对这类问题，我要求学生要及时回复，具体的做法是：</w:t>
      </w:r>
      <w:r>
        <w:rPr>
          <w:lang w:eastAsia="zh-CN"/>
        </w:rPr>
        <w:br/>
      </w:r>
      <w:r>
        <w:rPr>
          <w:lang w:eastAsia="zh-CN"/>
        </w:rPr>
        <w:t>　　1、及时翻看，经常翻看已经做过的题目，特别是自己做错的，老师已经讲过的题目，把它们找出来，最好抄下来（可摘录关键错误点），就是很多学生都有的“错题本”。</w:t>
      </w:r>
      <w:r>
        <w:rPr>
          <w:lang w:eastAsia="zh-CN"/>
        </w:rPr>
        <w:br/>
      </w:r>
      <w:r>
        <w:rPr>
          <w:lang w:eastAsia="zh-CN"/>
        </w:rPr>
        <w:t>　　2、通过看解析，老师的讲解，充分理解题目，找到问题的症结，是“审题问题”，还是“知识点记忆”还是“理解上”的对症处理。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3、亲自解答，这一步很重要，好多学生往往停留在上一步，看懂了就以为会了，可是再次遇到时，并不能保证会，必须亲自操作一下，实战一下，才能整理出清晰的思路，而且，过两天还要亲自解答一遍，不看任何解析，提示，三次下来，才能解决。这样的题目随着这样的处理会越来越少，达到高分也就是很自然的事了。</w:t>
      </w:r>
      <w:r>
        <w:rPr>
          <w:lang w:eastAsia="zh-CN"/>
        </w:rPr>
        <w:br/>
      </w:r>
      <w:r>
        <w:rPr>
          <w:lang w:eastAsia="zh-CN"/>
        </w:rPr>
        <w:t>　　4、针对不会做的题目，也应该在看过解析，通过讲解后，采用以上的方法去解决，哪怕题量上少些，但能达到真正的会，这是很重要的。这是我在高三复习中的一些体会，愿与同行们交流学习。</w:t>
      </w:r>
      <w:r>
        <w:rPr>
          <w:lang w:eastAsia="zh-CN"/>
        </w:rPr>
        <w:br/>
      </w:r>
      <w:r>
        <w:rPr>
          <w:lang w:eastAsia="zh-CN"/>
        </w:rPr>
        <w:t>　　教学效果在现行的教育体制下的具体体现形式就是学生成绩，学生、家长、学校、社会都在问我们老师要成绩，所以提高每一节课的课堂效果也就是我们这些战斗在教学一线的教师们所应该努力寻求的目标，通过对本学年教学工作的深刻反思，在今后的工作中不断改进，相信以后的教学效果一定会有所提高。</w:t>
      </w:r>
      <w:r>
        <w:rPr>
          <w:lang w:eastAsia="zh-CN"/>
        </w:rPr>
        <w:br/>
      </w:r>
      <w:r>
        <w:rPr>
          <w:lang w:eastAsia="zh-CN"/>
        </w:rPr>
        <w:t xml:space="preserve">    高三期末考试总结与反思 篇3 </w:t>
      </w:r>
      <w:r>
        <w:rPr>
          <w:lang w:eastAsia="zh-CN"/>
        </w:rPr>
        <w:br/>
      </w:r>
      <w:r>
        <w:rPr>
          <w:lang w:eastAsia="zh-CN"/>
        </w:rPr>
        <w:t>　　一.高二理科班学生学习语文现状的调查与分析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20__年9月新学期开学后，我们学校实行了文理分科，我担任了高二两个理科班的语文教学工作，在教学中发现：在高中理科班，有部分学生严重偏科，虽说语文是文理科高考必考科目，但许多理科生有意无意地把这门当做“文科”，甚至当作“副科”，日常生活中忽视的情况并不少见，他们认为学语文无用，不愿学甚至不学语文，语文课成了“睡觉课”、“娱乐课”。在他们的潜意识里，语文不过是“鸡肋”、“豆芽”，从来都不值150分，也用不着花多少时间去学它。甚至出现了理科生看不起文科生的现象，认为“人文科学”比不上“科学技术”，</w:t>
      </w:r>
      <w:r>
        <w:rPr>
          <w:lang w:eastAsia="zh-CN"/>
        </w:rPr>
        <w:t xml:space="preserve"> “得理综者得天下”、最终学文科的都是成绩不行的，而学语文，“就像吃中药，吃与不吃都没什么明显的效果”。尽管理科班当中也有极少数成绩较好的同学，但大多数学生还是偏爱理数化，语文基础薄弱、能力不强，毫无学习热情。因此，理科班的语文老师只能自叹“教语文难，教理科班的语文更难”。</w:t>
      </w:r>
      <w:r>
        <w:rPr>
          <w:lang w:eastAsia="zh-CN"/>
        </w:rPr>
        <w:br/>
      </w:r>
      <w:r>
        <w:rPr>
          <w:lang w:eastAsia="zh-CN"/>
        </w:rPr>
        <w:t>　　1.理科生对语文学习不感兴趣的现状:</w:t>
      </w:r>
      <w:r>
        <w:rPr>
          <w:lang w:eastAsia="zh-CN"/>
        </w:rPr>
        <w:br/>
      </w:r>
      <w:r>
        <w:rPr>
          <w:lang w:eastAsia="zh-CN"/>
        </w:rPr>
        <w:t>　　现象一:理科生对于语文的学习都很抱怨，说语文学习没规律，学了跟没学一样，甚至学了还不如不学，没时间、没动力做语文作业，有学语文的时间还不如多做几道理科题目，成效立竿见影。</w:t>
      </w:r>
      <w:r>
        <w:rPr>
          <w:lang w:eastAsia="zh-CN"/>
        </w:rPr>
        <w:br/>
      </w:r>
      <w:r>
        <w:rPr>
          <w:lang w:eastAsia="zh-CN"/>
        </w:rPr>
        <w:t>　　现象二:对于语文教学“听说读写”中很重要的一环“朗读”，许多理科生认为像教师示范朗读、自读、默读等都是在浪费时间。</w:t>
      </w:r>
      <w:r>
        <w:rPr>
          <w:lang w:eastAsia="zh-CN"/>
        </w:rPr>
        <w:br/>
      </w:r>
      <w:r>
        <w:rPr>
          <w:lang w:eastAsia="zh-CN"/>
        </w:rPr>
        <w:t>　　现象三:理科班的语文课堂上，老师在评讲考试试卷时，只有一部分学生在听，其他学生都没有进入状态，有些人偷偷在课桌底下看杂志或做其他科的作业。</w:t>
      </w:r>
      <w:r>
        <w:rPr>
          <w:lang w:eastAsia="zh-CN"/>
        </w:rPr>
        <w:br/>
      </w:r>
      <w:r>
        <w:rPr>
          <w:lang w:eastAsia="zh-CN"/>
        </w:rPr>
        <w:t>　　由以上现象，我们可以得出这样一个结论:理科生不爱学习语文最根本的原因就是兴趣不足。兴趣是最好的老师，孔子曾经说过:“知之者不如好之者，好之者不如乐之者。”这就说明兴趣的重要性。我们必须要把激发理科生学习语文的兴趣作为日常语文教学的重中之重。</w:t>
      </w:r>
      <w:r>
        <w:rPr>
          <w:lang w:eastAsia="zh-CN"/>
        </w:rPr>
        <w:br/>
      </w:r>
      <w:r>
        <w:rPr>
          <w:lang w:eastAsia="zh-CN"/>
        </w:rPr>
        <w:t>　　2.原因分析</w:t>
      </w:r>
      <w:r>
        <w:rPr>
          <w:lang w:eastAsia="zh-CN"/>
        </w:rPr>
        <w:br/>
      </w:r>
      <w:r>
        <w:rPr>
          <w:lang w:eastAsia="zh-CN"/>
        </w:rPr>
        <w:t>　　⑴理科学习任务繁重，学生均衡学习各科的能力不强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本届是新高考方案实施的第二届，学生的学习任务繁重，时间紧，既要每天应付大量繁复的数理化作业，又要应付本年6月份的学业水平考试(相当于小高考)，在有限的学习时间与无限的学习内容矛盾中，学生欠缺科学分配各科学习时间的能力。结果把本来不能像理科那样立竿见影的语文学习课早就抛到九霄云外了。</w:t>
      </w:r>
      <w:r>
        <w:rPr>
          <w:lang w:eastAsia="zh-CN"/>
        </w:rPr>
        <w:br/>
      </w:r>
      <w:r>
        <w:rPr>
          <w:lang w:eastAsia="zh-CN"/>
        </w:rPr>
        <w:t>　　⑵学生学习功利心强，认识上存在偏差</w:t>
      </w:r>
      <w:r>
        <w:rPr>
          <w:lang w:eastAsia="zh-CN"/>
        </w:rPr>
        <w:br/>
      </w:r>
      <w:r>
        <w:rPr>
          <w:lang w:eastAsia="zh-CN"/>
        </w:rPr>
        <w:t>　　语文学习是一个“持久战”，需要耐心和恒心，急功近利搞“闪电战”是看不出成效的。但理科班学生功利心太强，一旦努力没有效果，马上就打退堂鼓。殊不知一旦抛开语文不学，或不能坚持不懈地学习，很快就会看出成绩退步。近几年来，为有利于对考生能力的测试和人才的选拔，高考命题材料几乎全部取自课外，有些学生便产生了一种错觉，课本对高考已经没有作用，于是本来就有功利心理的学生对语文高考复习资料倍加青睐，就把语文课本束之高阁。</w:t>
      </w:r>
      <w:r>
        <w:rPr>
          <w:lang w:eastAsia="zh-CN"/>
        </w:rPr>
        <w:br/>
      </w:r>
      <w:r>
        <w:rPr>
          <w:lang w:eastAsia="zh-CN"/>
        </w:rPr>
        <w:t>　　殊不知，“教材是个例子”(叶圣陶先生语)，高考试题与教材的关系是“流”与“源”的关系，正所谓“考在课外，功在课内”。有的学生不能正确认识语文学科的特点。语文学科的教学目标是培养学生的听、说、读、写能力，而这些能力的培养和提高需要我们从基础开始日积月累，没有恒心就不行。而有些学生对语文课的特点缺乏充分的认识高二语文。</w:t>
      </w:r>
      <w:r>
        <w:rPr>
          <w:lang w:eastAsia="zh-CN"/>
        </w:rPr>
        <w:br/>
      </w:r>
      <w:r>
        <w:rPr>
          <w:lang w:eastAsia="zh-CN"/>
        </w:rPr>
        <w:t>　　⑶受教育体制的影响，各学科之间尚缺乏一种“一盘棋一起下”的全局观念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这种观念致使本位主义色彩十分浓厚，教师纷纷向学生强调自己学科的重要性，学生分身乏术，尤其是理科生，在数理化巨大的分数诱惑下(语文主观题写100个字最多也就5分，而理科一道大题就十多分)，只能在一番权衡之后，把语文抛在一边，成为“鸡肋”。</w:t>
      </w:r>
      <w:r>
        <w:rPr>
          <w:lang w:eastAsia="zh-CN"/>
        </w:rPr>
        <w:br/>
      </w:r>
      <w:r>
        <w:rPr>
          <w:lang w:eastAsia="zh-CN"/>
        </w:rPr>
        <w:t>　　⑷语文同理科科目相比，有很大不同。</w:t>
      </w:r>
      <w:r>
        <w:rPr>
          <w:lang w:eastAsia="zh-CN"/>
        </w:rPr>
        <w:br/>
      </w:r>
      <w:r>
        <w:rPr>
          <w:lang w:eastAsia="zh-CN"/>
        </w:rPr>
        <w:t>　　①理科以探究式的研讨入手，每一个环节有逻辑性，而且每一个步骤不可以跨越，学生会循着一定的规定来进行，而语文却是要学生把握一定的思想感情来思索别人的思想，用语言来表现看见的和看不见的情感，这样，就显得有很大的主观性，不易把握。而且语文必须有一定的语言积累，要求有很强的基础，而一般我们的学生从小学开始就机械的学习记忆，没有正确的语文素养的培训，这就使得高中阶段不能够连结。</w:t>
      </w:r>
      <w:r>
        <w:rPr>
          <w:lang w:eastAsia="zh-CN"/>
        </w:rPr>
        <w:br/>
      </w:r>
      <w:r>
        <w:rPr>
          <w:lang w:eastAsia="zh-CN"/>
        </w:rPr>
        <w:t>　　②理科学习在于掌握规律，追求的是精确性，理科的标准是规范的、统一的，理科强调客观事实，学生喜欢理科的主要原因便是它有规律可循，它有较高的效能度，而语文却不是，学生答语文题往往是凭感觉，学好语文，仅凭感觉是不行的。</w:t>
      </w:r>
      <w:r>
        <w:rPr>
          <w:lang w:eastAsia="zh-CN"/>
        </w:rPr>
        <w:br/>
      </w:r>
      <w:r>
        <w:rPr>
          <w:lang w:eastAsia="zh-CN"/>
        </w:rPr>
        <w:t>　　二、对策</w:t>
      </w:r>
      <w:r>
        <w:rPr>
          <w:lang w:eastAsia="zh-CN"/>
        </w:rPr>
        <w:br/>
      </w:r>
      <w:r>
        <w:rPr>
          <w:lang w:eastAsia="zh-CN"/>
        </w:rPr>
        <w:t>　　要解决上述问题，在实践中得出如下行之有效的方法：</w:t>
      </w:r>
      <w:r>
        <w:rPr>
          <w:lang w:eastAsia="zh-CN"/>
        </w:rPr>
        <w:br/>
      </w:r>
      <w:r>
        <w:rPr>
          <w:lang w:eastAsia="zh-CN"/>
        </w:rPr>
        <w:t>　　(一)转变理科班学生学习语文的观念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语文课程标准》将语文的学科性质定义为：“语文是最重要的交际工具，是人类文化的重要组成部分。工具性与人文性的统一，是语文课程的基本特点”。简单地说就是语文课程具有听、说、读、写的工具性功能与价值，同时具备求真、审美、向善的人文性功能与价值。我们要让理科班的学生认识到：语文是“万科之母”，学生学好语文课是学好其它课的基础。让他们明确在语文课上锻炼出来的理解能力，分析能力是学好其他科目的前提与基础，在语文课上所习得的方法、能力、习惯、兴趣等应该保留并迁移至其他课中来，并让其有所发挥、发展。同时语文学习会使我们的视野更加开阔，使我们的综合素养和学习成绩的提高有了更好的依据。</w:t>
      </w:r>
      <w:r>
        <w:rPr>
          <w:lang w:eastAsia="zh-CN"/>
        </w:rPr>
        <w:br/>
      </w:r>
      <w:r>
        <w:rPr>
          <w:lang w:eastAsia="zh-CN"/>
        </w:rPr>
        <w:t>　　(二)激发理科班学生学习语文的兴趣</w:t>
      </w:r>
      <w:r>
        <w:rPr>
          <w:lang w:eastAsia="zh-CN"/>
        </w:rPr>
        <w:br/>
      </w:r>
      <w:r>
        <w:rPr>
          <w:lang w:eastAsia="zh-CN"/>
        </w:rPr>
        <w:t>　　“兴趣是最好的老师”，从心理学、教育学的角度分析，学生在很大程度上凭着兴趣学习的。一旦对学习产生兴趣，(《黄河颂》教学反思)就会收到事半功倍的效果，因此激发学生的学习兴趣是最为重要的。如何激发学生学习兴趣?</w:t>
      </w:r>
      <w:r>
        <w:rPr>
          <w:lang w:eastAsia="zh-CN"/>
        </w:rPr>
        <w:br/>
      </w:r>
      <w:r>
        <w:rPr>
          <w:lang w:eastAsia="zh-CN"/>
        </w:rPr>
        <w:t>　　1、用爱去沟通师生间的情感，激发学生学习语文的兴趣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情感是人对待事物或参加活动的态度和体验，它伴随着人的活动的始终，是一种很强大的活力。现代教学理论表明，教学是一种沟通现象，“没有沟通就没有教学”。只有沟通，合作才有对话，才有师生间思想的融洽，智慧的碰撞，心灵的交融。教师爱学生，关注学生，是学生的基本心理需求。是创设平等、民主、安全、愉悦的课堂氛围的重要条件，是消除学生与教师交流中的畏惧紧张心理，让学生主动、愿意与教师倾心交谈，这样才能使学生主动言说，质疑问难，实现对话，达成共识，提高学生的学习兴趣。所以教师必须和学生建立平等合作的师生关系，用教师的爱来激发学生对知识的兴趣，对学习的热爱。教师在课堂上，不仅用语言，还要通过教师的一举一动来传达师生间的情感沟通。教师热爱学生，信任学生会使学生对教师产生信赖。二者交融就会培养成学生良好的学习动机和学习兴趣。</w:t>
      </w:r>
      <w:r>
        <w:rPr>
          <w:lang w:eastAsia="zh-CN"/>
        </w:rPr>
        <w:br/>
      </w:r>
      <w:r>
        <w:rPr>
          <w:lang w:eastAsia="zh-CN"/>
        </w:rPr>
        <w:t>　　2、课堂上教师为学生创设激情燃烧的氛围</w:t>
      </w:r>
      <w:r>
        <w:rPr>
          <w:lang w:eastAsia="zh-CN"/>
        </w:rPr>
        <w:br/>
      </w:r>
      <w:r>
        <w:rPr>
          <w:lang w:eastAsia="zh-CN"/>
        </w:rPr>
        <w:t>　　如果课堂上有激情燃烧的氛围，学生学习自觉程度高且兴趣浓厚，课后学生就容易保持自主学习状态，反之，课堂枯燥乏味，学生就会厌弃这门学科，拒绝进一步学习。如何创设激情燃烧的氛围呢?</w:t>
      </w:r>
      <w:r>
        <w:rPr>
          <w:lang w:eastAsia="zh-CN"/>
        </w:rPr>
        <w:br/>
      </w:r>
      <w:r>
        <w:rPr>
          <w:lang w:eastAsia="zh-CN"/>
        </w:rPr>
        <w:t>　　首先是导入新课要有趣味性。或是于漪式的“激情感染”，使师生活动产生共鸣；或是魏书生式“气功冥想”、提高学生的注意力；或提问，设计疑点启发思维；或引用诗词、成语、寓言故事、歌曲、名人故事等，激发兴趣，丰富知识；或用图片、音像等非语言手段，引起好奇，激发求知欲，使学生在课堂一开始就进入最佳的学习情境，自然而然形成高涨的学习热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其次，课堂教学方法灵活多远。根据不同类型的选修课采用不同的教学方法，有的需要突出某一方面的专门知识；有的重在发挥想象和联想，注重情感和审美方面的体验；有的重思辨和推理，强调理性和严谨，应该有适合其特点的不同教法，使学生的认知和情感反应达到顶点，使师生的教与学的积极性达到最佳配合状态，促使学生把教学策略内化为学习策略，从而提高教学质量。比如，根据不同类型的课文确定不同的教学重点，进行不同的学法指导。如《唐诗宋词元散曲选读》和《唐宋散文选读》应重视作品的阅读欣赏实践，教师可提供必要的作家作品资料，或引导学生从书刊和互联网上找寻资料；可组织诗歌散文朗诵会或阅读欣赏的报告会、讨论会和多媒体展示会，交流阅读欣赏心得还可鼓励有条件的学生仿写古代诗词或撰写对联，撰写鉴赏小论文，编纂自己的古代诗歌散文集。学习《语言文字应用》，应引导学生增强应用意识。注重在生活中和其他学科的学习中学习语文。向学生推荐《咬文嚼字》等语文报刊，指导学生对教科书、报刊、商品包装、街头广告、电视字幕、播音员用语进行纠错。可以自己编写相关的相声、小品等。还可以与必修课中学习的</w:t>
      </w:r>
      <w:r>
        <w:rPr>
          <w:lang w:eastAsia="zh-CN"/>
        </w:rPr>
        <w:br/>
      </w:r>
      <w:r>
        <w:rPr>
          <w:lang w:eastAsia="zh-CN"/>
        </w:rPr>
        <w:t xml:space="preserve">    高三期末考试总结与反思 篇4 </w:t>
      </w:r>
      <w:r>
        <w:rPr>
          <w:lang w:eastAsia="zh-CN"/>
        </w:rPr>
        <w:br/>
      </w:r>
      <w:r>
        <w:rPr>
          <w:lang w:eastAsia="zh-CN"/>
        </w:rPr>
        <w:t>　　语文是基础性比较强的一门学科，语文成绩的提高靠的是平时点点滴滴的积累，因此，高三语文第一轮复习就成了整个高三复习的重头戏。在这一阶段中，学生的学习是主体，而教师的教学，也更是起着至关重要的主导作用，现将本学期的教学工作反思如下：</w:t>
      </w:r>
      <w:r>
        <w:rPr>
          <w:lang w:eastAsia="zh-CN"/>
        </w:rPr>
        <w:br/>
      </w:r>
      <w:r>
        <w:rPr>
          <w:lang w:eastAsia="zh-CN"/>
        </w:rPr>
        <w:t>　　一、用新理念带动高三语文复习：</w:t>
      </w:r>
      <w:r>
        <w:rPr>
          <w:lang w:eastAsia="zh-CN"/>
        </w:rPr>
        <w:br/>
      </w:r>
      <w:r>
        <w:rPr>
          <w:lang w:eastAsia="zh-CN"/>
        </w:rPr>
        <w:t>　　近年的高考试题彰显新课改精神，关注现实生活，关注人生体验、关注价值取向，注重实际应用，考题更加注重考查学生运用所学知识发现问题、分析问题、解决问题的能力。高考试题的生活化、能力化、情景化告诉我们，必须以全新的理念、全新的思维、全新的备考方式，才能赢取高考的胜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1、复习策略：一轮复习，系统掌握以教材为载体的知识能力体系，以文言文阅读、现代文阅读、古代诗歌鉴赏及写作四个系统为主线，小的专题复习穿插其中、分专题分模块复习的，主要是打通阅读与写作这两个板块，帮助学生建立相对完整的语文知识能力系统。二轮复习发挥学生的主体作用，查找知识盲点，有针对性地对知识点进行“切块”复习。提高审题能力，注重思维训练，探寻解题规律。做到规范答题。强化读写能力，有意识地引导学生积累写作素材。突出重点，三轮复习主要是搜集各地高考信息，严格按高考题的内容和要求，精选模拟试题，对学生进行高考适应性训练，提高学生的综合解题能力。</w:t>
      </w:r>
      <w:r>
        <w:rPr>
          <w:lang w:eastAsia="zh-CN"/>
        </w:rPr>
        <w:br/>
      </w:r>
      <w:r>
        <w:rPr>
          <w:lang w:eastAsia="zh-CN"/>
        </w:rPr>
        <w:t>　　2、课堂教学的基本模式：课堂教学上，提倡运用“感悟探究式复习模式”。</w:t>
      </w:r>
      <w:r>
        <w:rPr>
          <w:lang w:eastAsia="zh-CN"/>
        </w:rPr>
        <w:br/>
      </w:r>
      <w:r>
        <w:rPr>
          <w:lang w:eastAsia="zh-CN"/>
        </w:rPr>
        <w:t>　　基本模式：例题引路——感悟探究——巩固训练</w:t>
      </w:r>
      <w:r>
        <w:rPr>
          <w:lang w:eastAsia="zh-CN"/>
        </w:rPr>
        <w:br/>
      </w:r>
      <w:r>
        <w:rPr>
          <w:lang w:eastAsia="zh-CN"/>
        </w:rPr>
        <w:t>　　例题引路：以近年高考试题或模拟试题中的典型试题为例子，引导学生分析答题的基本要求和思路，并对今后此类考题作前瞻性预测。</w:t>
      </w:r>
      <w:r>
        <w:rPr>
          <w:lang w:eastAsia="zh-CN"/>
        </w:rPr>
        <w:br/>
      </w:r>
      <w:r>
        <w:rPr>
          <w:lang w:eastAsia="zh-CN"/>
        </w:rPr>
        <w:t>　　感悟探究：教师可以设计这样的问题启发学生：</w:t>
      </w:r>
      <w:r>
        <w:rPr>
          <w:lang w:eastAsia="zh-CN"/>
        </w:rPr>
        <w:br/>
      </w:r>
      <w:r>
        <w:rPr>
          <w:lang w:eastAsia="zh-CN"/>
        </w:rPr>
        <w:t>　　1、你在做这道题时是怎样思考的?说说你的答题思路。</w:t>
      </w:r>
      <w:r>
        <w:rPr>
          <w:lang w:eastAsia="zh-CN"/>
        </w:rPr>
        <w:br/>
      </w:r>
      <w:r>
        <w:rPr>
          <w:lang w:eastAsia="zh-CN"/>
        </w:rPr>
        <w:t>　　2、你以为这类题将来会怎样考?学生通过思考、讨论，谈出各自的看法，师生共同总结，归纳思路与方法。</w:t>
      </w:r>
      <w:r>
        <w:rPr>
          <w:lang w:eastAsia="zh-CN"/>
        </w:rPr>
        <w:br/>
      </w:r>
      <w:r>
        <w:rPr>
          <w:lang w:eastAsia="zh-CN"/>
        </w:rPr>
        <w:t>　　巩固训练：配合练习进行逐项训练，以此培养学生运用方法解决问题的能力。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例题的选择要有典型性；“探究”即是对命题规律的探求，也是对答题思路的归纳和方法的总结，“巩固”是对思路、方法的验证与应用，进行有效的训练从而达到能力层级的要求才是终极目的。当然，训练的类型要全面，难度要适中，能力要求要到位。</w:t>
      </w:r>
      <w:r>
        <w:rPr>
          <w:lang w:eastAsia="zh-CN"/>
        </w:rPr>
        <w:br/>
      </w:r>
      <w:r>
        <w:rPr>
          <w:lang w:eastAsia="zh-CN"/>
        </w:rPr>
        <w:t>　　二、复习的具体做法</w:t>
      </w:r>
      <w:r>
        <w:rPr>
          <w:lang w:eastAsia="zh-CN"/>
        </w:rPr>
        <w:br/>
      </w:r>
      <w:r>
        <w:rPr>
          <w:lang w:eastAsia="zh-CN"/>
        </w:rPr>
        <w:t>　　1、复习要重视知识的落实：无论多好的复习计划，多好的复习形式，多好的复习措施，如果不落到实处，一切都等于零。复习要狠抓一个“实”字，在“实”字上做足文章。</w:t>
      </w:r>
      <w:r>
        <w:rPr>
          <w:lang w:eastAsia="zh-CN"/>
        </w:rPr>
        <w:br/>
      </w:r>
      <w:r>
        <w:rPr>
          <w:lang w:eastAsia="zh-CN"/>
        </w:rPr>
        <w:t>　　(1)语文基础知识的落实。基础知识的复习，坚持记忆是基础，理解是核心，运用是目的的策略，把基础知识的识记、理解、运用统一起来。语文基础知识前五题，我们是夯实课内语基，补充课外语基。将课文中常见易混易错的字音、字形、近义词、成语，老师从课本中打印出来，要学生以填空的形式做，帮助学生动手积累。高考考查的是学生对语基题的选择判断能力，我们每周编写四套选择题的语基练习，每天限学生5分钟之内完成，通过以上措施，课内与课外知识同时兼顾，并通过一些典型题目点拨做题的方法和技巧，帮助学生掌握住了做题的诀窍。对于名句名篇的默写，化整为零，天天坚持。高考既考查课内名句名篇的默写，又考查课外名句名篇的默写。在第一轮复习时，主要让学生背诵课内名句，不采用集中背诵，化整为零，每天背诵一篇或一段，课堂检查一定要落到纸上。同时在复习巩固好课内名句的前提下，补充《论语》《孟子》及其他课外名句的默写。让好学生做到第一卷基本不失分，中等生尽量少失分，差生也能得到理想的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(2)阅读与写作的落实。阅读与写作是语文高考的重中之重，高考阅读与写作分，占高考整个试卷九成以上的分，它承载着一个考生高考语文成绩的全部梦想，进入高三后，我们仍一如既往地坚持阅读，每周编选“高三美文时文阅读”一期。编选的原则：一是选取经典美文、哲理散文、典型的记叙文、议论文；二是从网络杂志上寻找时新材料；三是每期必有一个名人的传记故事。让学生自主选怎阅读，学习优美的语言和辩证的思维及规范的写作路子。阅读课有时是专拿出一节课阅读，教师当堂指导阅读方法；有时是放在课下早读时间，在下一周周一，拿出十几分钟时间检查阅读情况，主要检查阅读背诵情况。学生背诵是根据自己的爱好自己选择篇目，教师不限制必背哪一篇。作文写作落实系列化。先是按文体练习，解决记叙文细节描写、情节安排、结尾升华，议论文材料叙述、说理议论、结构层次；散文以小见大、形散神聚的问题；然后按类型练习：命题作文、材料作文、材料加命题作文、话题作文；其中穿插了作文的开头、过渡、论证方法及结尾的训练。操作的方法是两周一大作文，一周一小作文。</w:t>
      </w:r>
      <w:r>
        <w:rPr>
          <w:lang w:eastAsia="zh-CN"/>
        </w:rPr>
        <w:br/>
      </w:r>
      <w:r>
        <w:rPr>
          <w:lang w:eastAsia="zh-CN"/>
        </w:rPr>
        <w:t>　　2、精选试题材料，做到复习的准确性。</w:t>
      </w:r>
      <w:r>
        <w:rPr>
          <w:lang w:eastAsia="zh-CN"/>
        </w:rPr>
        <w:br/>
      </w:r>
      <w:r>
        <w:rPr>
          <w:lang w:eastAsia="zh-CN"/>
        </w:rPr>
        <w:t>　　高三学生时间宝贵，如果为占时间，随便拉过来试题就让学生做，无异于图财害命。高三试题材料的选择，决定着备考的内容与方向，材料的质量决定着备考的质量。选题要适应高考趋势及学生答题水平，能力定位力求准确，避免题海战术，要“进得去，出得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(1)练习题的编选。练习题的编选的原则是依据《考试大纲》准确把握“考什么”“考到什么程度”“高考可能考的前瞻表现形式是什么”。</w:t>
      </w:r>
      <w:r>
        <w:rPr>
          <w:lang w:eastAsia="zh-CN"/>
        </w:rPr>
        <w:br/>
      </w:r>
      <w:r>
        <w:rPr>
          <w:lang w:eastAsia="zh-CN"/>
        </w:rPr>
        <w:t>　　(2)综合试卷或模拟试卷的编选或命制。课堂教学的语文味，是我一直追求的语文教学境界。一份试卷的选编和命制也应该充分体现语文的味道，就是在综合试卷的编选命制中，不仅要考查出学生的语文知识和语文能力，而且要考查出学生的语文素养和语文人生。高三一年，我们对于综合试卷或模拟试卷的编选命制，每次都让它有一个明确的主题，也就是整份试卷应通过试题背景材料的选材来体现出各种语文味道，启发学生对人生的思考。</w:t>
      </w:r>
      <w:r>
        <w:rPr>
          <w:lang w:eastAsia="zh-CN"/>
        </w:rPr>
        <w:br/>
      </w:r>
      <w:r>
        <w:rPr>
          <w:lang w:eastAsia="zh-CN"/>
        </w:rPr>
        <w:t>　　3、研究高考命题规律，探求高考答题规律。</w:t>
      </w:r>
      <w:r>
        <w:rPr>
          <w:lang w:eastAsia="zh-CN"/>
        </w:rPr>
        <w:br/>
      </w:r>
      <w:r>
        <w:rPr>
          <w:lang w:eastAsia="zh-CN"/>
        </w:rPr>
        <w:t>　　语文复习有其自身的规律，找到了规律，就找到了解题的“钥匙”，在高考复习中，教师要增强“一个题即一个类型”的意识。例如文言文复习，我们通过近几年高考试题的研究，发现文言实词的考查是经常超出高考规定的120个实词的，文言实词的考查重点考查的是学生根据语境推断词义的能力，学生记住120个实词意思，仍然不会做题的。我们根据高考命题规律，教给学生怎么准确判断词语的语境意上做文章，18个文言虚词的考查，就是各大雷同复习资料中长列举的例子，所以不必让学生把课本中有关某一个虚词的意思都记住。</w:t>
      </w:r>
      <w:r>
        <w:rPr>
          <w:lang w:eastAsia="zh-CN"/>
        </w:rPr>
        <w:br/>
      </w:r>
      <w:r>
        <w:rPr>
          <w:lang w:eastAsia="zh-CN"/>
        </w:rPr>
        <w:t xml:space="preserve">    高三期末考试总结与反思 篇5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期末考的试卷发下来了，成绩一向名列前茅的文文一看到分数，眼前一黑，就像落入了无底的深渊。老师像一阵风似的走到她的面前，“啪”地把教材甩在文文的面前：“说吧！怎么会考这么差，一科都没及格，你的脑子被狗吃了啊！你这个班长别当了！”我……我……“文文刚想解释，老师却不耐烦地挥挥手让她赶紧走。“哟！文文，没想到你这个班长也有今天，哈哈！”一向对她妒忌的倩倩扔下一句话，哈哈笑着走了。”是呀！是呀！长胜将军终于败在我们脚下了！嘻嘻……”同学们也你一言我一语地讽刺着，面对这些冷嘲热讽，文文低着头一言不发。</w:t>
      </w:r>
      <w:r>
        <w:rPr>
          <w:lang w:eastAsia="zh-CN"/>
        </w:rPr>
        <w:br/>
      </w:r>
      <w:r>
        <w:rPr>
          <w:lang w:eastAsia="zh-CN"/>
        </w:rPr>
        <w:t>　　回家的路上，文文忐忑不安。刚走进家门，妈妈就冲上来抱住她，吻了又吻：“宝贝，看看妈妈给你准备的礼物，当当当当！””妈妈，对不起……我……我……考砸了！“爸爸取下眼睛，抢过文文手中紧紧握着的试卷，看到分数，脸顿时拉得像一个苦瓜：“怎么回事？怎么考得这么差？”说着便把礼物重重地摔在地上。“是呀！我每天把工作抛在脑后，辅导完你的作业才去工作，你就这样回报我！”爸爸怒目圆睁。“还有……你妈妈每天为你熬营养粥，准备早餐，午餐，晚餐，你就考这点分！嗯”爸爸妈妈你一句我一句把文文轰得晕头转向。“不是你们想的那样，我只是做漏题！”文文努力辩解，没想到妈妈和爸爸瞬间变成了两头凶猛的狮子，爸爸大吼一声：“还想狡辩！成绩都在这儿明摆着！你简直让人忍无可忍了！”“是啊！是啊！小小年纪就狡辩了呀！”妈妈暴跳如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文文感到了一股孤独与无助的冷流涌上心头，她鼻子一酸，推开房门，钻进被窝中，失声痛哭起来。门外，爸爸妈妈还在轮番数落……</w:t>
      </w:r>
      <w:r>
        <w:rPr>
          <w:lang w:eastAsia="zh-CN"/>
        </w:rPr>
        <w:br/>
      </w:r>
      <w:r>
        <w:rPr>
          <w:lang w:eastAsia="zh-CN"/>
        </w:rPr>
        <w:t xml:space="preserve">    高三期末考试总结与反思 篇6 </w:t>
      </w:r>
      <w:r>
        <w:rPr>
          <w:lang w:eastAsia="zh-CN"/>
        </w:rPr>
        <w:br/>
      </w:r>
      <w:r>
        <w:rPr>
          <w:lang w:eastAsia="zh-CN"/>
        </w:rPr>
        <w:t>　　有人说，如果没有音乐，就犹如地球上没有阳光。那么我要说，如果没有舞蹈，就犹如世界上没有笑声。舞着的时候,难得的是那份心情。</w:t>
      </w:r>
      <w:r>
        <w:rPr>
          <w:lang w:eastAsia="zh-CN"/>
        </w:rPr>
        <w:br/>
      </w:r>
      <w:r>
        <w:rPr>
          <w:lang w:eastAsia="zh-CN"/>
        </w:rPr>
        <w:t>　　它带给我们欢乐，使生命绽放得更加灿烂美丽。20__年，我被拉进了舞蹈队，那是上学期的事情了。当时候，怀着的是一份好奇，把跳舞当作是自己的兴趣，想在课余的时间得到</w:t>
      </w:r>
      <w:r>
        <w:rPr>
          <w:lang w:eastAsia="zh-CN"/>
        </w:rPr>
        <w:br/>
      </w:r>
      <w:r>
        <w:rPr>
          <w:lang w:eastAsia="zh-CN"/>
        </w:rPr>
        <w:t>　　更多的锻炼。</w:t>
      </w:r>
      <w:r>
        <w:rPr>
          <w:lang w:eastAsia="zh-CN"/>
        </w:rPr>
        <w:br/>
      </w:r>
      <w:r>
        <w:rPr>
          <w:lang w:eastAsia="zh-CN"/>
        </w:rPr>
        <w:t>　　在舞蹈队里记忆最深的就是我（师父）了，那时候我问他：“我可不可以不学拉丁，只学华尔兹，伦巴，恰恰啊?”后来这件雷人的事情居然传到了老师那里，然后老师说：“怎么有人那么肤浅，这都不知道”，因为拉丁本来就包括了（华尔兹，伦巴，恰恰），幸好老</w:t>
      </w:r>
      <w:r>
        <w:rPr>
          <w:lang w:eastAsia="zh-CN"/>
        </w:rPr>
        <w:br/>
      </w:r>
      <w:r>
        <w:rPr>
          <w:lang w:eastAsia="zh-CN"/>
        </w:rPr>
        <w:t>　　师不知道那句无知的话是我说的，哈哈~~~~</w:t>
      </w:r>
      <w:r>
        <w:rPr>
          <w:lang w:eastAsia="zh-CN"/>
        </w:rPr>
        <w:br/>
      </w:r>
      <w:r>
        <w:rPr>
          <w:lang w:eastAsia="zh-CN"/>
        </w:rPr>
        <w:t>　　喜欢舞，因它让我挥洒心情，举手投足间流淌着我心灵的跳跃。音乐轻柔的麻痹着纤细的神经，水一样溢满整个空间，激荡回旋。指尖弹跳，点击飞舞的音符，丝一样的触感，旋转，弧线，扭转，回眸，弯曲汗水淋漓，脚尖轻快，如在花间徘徊，不沾微尘。在舞蹈的世界里，总让我自在，空间可以是狭窄的，但是心境却可以无限宽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舞蹈室是我很喜欢去的一个地方，四面都是镜子，很光亮，总能让我从不同的角度看清自己。即使在庞大的队伍中，也能在镜子看到自己的身影，给自己定位，似乎处在一个只有你的世界。伸手，划出</w:t>
      </w:r>
      <w:r>
        <w:rPr>
          <w:lang w:eastAsia="zh-CN"/>
        </w:rPr>
        <w:br/>
      </w:r>
      <w:r>
        <w:rPr>
          <w:lang w:eastAsia="zh-CN"/>
        </w:rPr>
        <w:t>　　一道忧郁的弧，微闭双眸，我在舞蹈。</w:t>
      </w:r>
      <w:r>
        <w:rPr>
          <w:lang w:eastAsia="zh-CN"/>
        </w:rPr>
        <w:br/>
      </w:r>
      <w:r>
        <w:rPr>
          <w:lang w:eastAsia="zh-CN"/>
        </w:rPr>
        <w:t>　　学习舞蹈已经有很长的一段时间，那究竟舞蹈是什么？</w:t>
      </w:r>
      <w:r>
        <w:rPr>
          <w:lang w:eastAsia="zh-CN"/>
        </w:rPr>
        <w:br/>
      </w:r>
      <w:r>
        <w:rPr>
          <w:lang w:eastAsia="zh-CN"/>
        </w:rPr>
        <w:t>　　舞蹈是一种人体动作的'艺术。但是，这个人体动作，必须是经过提炼、组织和美化了的人体动作--舞蹈化了的人体动作。它是以舞蹈动作为主要艺术表现手段、着重表现语言文字或其他艺术表现手段所难以表观的人们的内在深层的精神世界--细腻的情感、深刻的思想、鲜明的性格，和人与自然、人与社会、人与人之间以及人自身内部的矛盾冲突，创造出可被人感知的生动的舞蹈形象，以表达舞蹈作者（舞蹈编导和舞蹈演员）的审美情感、审美理想，反映生活的审美属性。</w:t>
      </w:r>
      <w:r>
        <w:rPr>
          <w:lang w:eastAsia="zh-CN"/>
        </w:rPr>
        <w:br/>
      </w:r>
      <w:r>
        <w:rPr>
          <w:lang w:eastAsia="zh-CN"/>
        </w:rPr>
        <w:t>　　用我自己的话来表达，舞蹈，就是内心感情的外在表达。总感觉自己是个幸运儿。在学期末的时候，我参加了天马15载的庆典演出，我们排练了一个多月的“歌舞青春”舞蹈完美收场。能在舞蹈队期间参加这样的表演，是我大一期间最珍贵的经历。不厌其烦地排练、彩排，在表演结束后大家相互拥抱的瞬间，我第一次发现身为城建人是如此骄傲自豪。</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短短半年的时间，我得到了很多锻炼的机会，个人修养也得到提高，认识了很多朋友，更多地，是给予我珍贵的回忆。付出，不一定求回报，只要自己肯定了其价值，也就足够了。我并不是想成为舞蹈家，但我喜欢舞蹈，喜欢它的灵气，它的优美，舞蹈注定会成为我生活的一部分。人生，是一场舞蹈。我舞蹈着，在人生之路。</w:t>
      </w:r>
      <w:r>
        <w:rPr>
          <w:lang w:eastAsia="zh-CN"/>
        </w:rPr>
        <w:br/>
      </w:r>
      <w:r>
        <w:rPr>
          <w:lang w:eastAsia="zh-CN"/>
        </w:rPr>
        <w:t xml:space="preserve">    高三期末考试总结与反思 篇7 </w:t>
      </w:r>
      <w:r>
        <w:rPr>
          <w:lang w:eastAsia="zh-CN"/>
        </w:rPr>
        <w:br/>
      </w:r>
      <w:r>
        <w:rPr>
          <w:lang w:eastAsia="zh-CN"/>
        </w:rPr>
        <w:t>　　期末考试，我的成绩很不理想，相比期中考试，退步了许多。</w:t>
      </w:r>
      <w:r>
        <w:rPr>
          <w:lang w:eastAsia="zh-CN"/>
        </w:rPr>
        <w:br/>
      </w:r>
      <w:r>
        <w:rPr>
          <w:lang w:eastAsia="zh-CN"/>
        </w:rPr>
        <w:t>　　静下心来好好总结一下，分析一下考试失分原因，总结一下经验教训，失败乃成功之母</w:t>
      </w:r>
      <w:r>
        <w:rPr>
          <w:lang w:eastAsia="zh-CN"/>
        </w:rPr>
        <w:br/>
      </w:r>
      <w:r>
        <w:rPr>
          <w:lang w:eastAsia="zh-CN"/>
        </w:rPr>
        <w:t>　　先分析一下我以往的强项语文。从错题上可以看出，我的成语积累不够丰富，对词句的主旨判断不够准确。本来是描写白鹭恰到好处的身材，而我却把视线转移到了“多一分……”上，得到了错误的答案“过犹未及”;再看看作文，选材不够新颖，立意缺乏时代气息，结束语没有达到升华文章主题的效果，语句尚欠通顺……翻出自己以前的'文章，发现自己总是存在语句不够纯熟，用词不够精练，表达主题。还有，阅读量不够大，基础功还不够扎实。</w:t>
      </w:r>
      <w:r>
        <w:rPr>
          <w:lang w:eastAsia="zh-CN"/>
        </w:rPr>
        <w:br/>
      </w:r>
      <w:r>
        <w:rPr>
          <w:lang w:eastAsia="zh-CN"/>
        </w:rPr>
        <w:t>　　英语和科学我一直比较稳定，但如果要想保持较好的成绩，需要的是：解题时更细心、更耐心一些。有些不该答错的题，因为自己粗心而失分，很是不应该。</w:t>
      </w:r>
      <w:r>
        <w:rPr>
          <w:lang w:eastAsia="zh-CN"/>
        </w:rPr>
        <w:br/>
      </w:r>
      <w:r>
        <w:rPr>
          <w:lang w:eastAsia="zh-CN"/>
        </w:rPr>
        <w:t>　　史社，虽说可能号卷改错了五分，但是还是出现了明显的退步，这跟自己平时太自负有关，总以为自己对这些知识掌握得不错，而一些单元的复习题，也是拖到了最后才临时抱佛脚。</w:t>
      </w:r>
      <w:r>
        <w:rPr>
          <w:lang w:eastAsia="zh-CN"/>
        </w:rPr>
        <w:br/>
      </w:r>
      <w:r>
        <w:rPr>
          <w:lang w:eastAsia="zh-CN"/>
        </w:rPr>
        <w:t>　　期中，在班里总分第一的我，这一次退步到了五、六名。主要原因就是期中题目出的比较难，我在做好了基础题的基础上，又答好了比较难的题目。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而这次同学们普遍反映题目出得较容易了一些，别的同学都答好了基础题，而我基础题部分反而失分较多，于是被不少同学超越了。</w:t>
      </w:r>
      <w:r>
        <w:rPr>
          <w:lang w:eastAsia="zh-CN"/>
        </w:rPr>
        <w:br/>
      </w:r>
      <w:r>
        <w:rPr>
          <w:lang w:eastAsia="zh-CN"/>
        </w:rPr>
        <w:t>　　这跟我考试前的复习指导思想很有关系，一味认为自己基础还算扎实，忽略了最基础部分的复习，殊不知，只有在做好扎实的基础题的前提下，才能挑战更难的题目，主次不可以颠倒。</w:t>
      </w:r>
      <w:r>
        <w:rPr>
          <w:lang w:eastAsia="zh-CN"/>
        </w:rPr>
        <w:br/>
      </w:r>
      <w:r>
        <w:rPr>
          <w:lang w:eastAsia="zh-CN"/>
        </w:rPr>
        <w:t>　　通过这次考试，我感觉到了其他同学都在努力，自己没有任何骄傲自满的资本。</w:t>
      </w:r>
      <w:r>
        <w:rPr>
          <w:lang w:eastAsia="zh-CN"/>
        </w:rPr>
        <w:br/>
      </w:r>
      <w:r>
        <w:rPr>
          <w:lang w:eastAsia="zh-CN"/>
        </w:rPr>
        <w:t>　　数学是我功课中的相对弱项，我一定要在这门功课上多下功夫，更加刻苦一些;英语、语文自己的优势已经被别的同学超越，我要清醒的认识到，没有最好，只有更好;科学、史社平时要多单元测试题，不能搞突击复习。</w:t>
      </w:r>
      <w:r>
        <w:rPr>
          <w:lang w:eastAsia="zh-CN"/>
        </w:rPr>
        <w:br/>
      </w:r>
      <w:r>
        <w:rPr>
          <w:lang w:eastAsia="zh-CN"/>
        </w:rPr>
        <w:t>　　虽说一次考试的成绩并不能说明什么，但是考试中反映出来的问题一定要引起足够的重视，“学习要刻苦，功课要抓紧，复习要全面，考试要淡定，答题要仔细”</w:t>
      </w:r>
      <w:r>
        <w:rPr>
          <w:lang w:eastAsia="zh-CN"/>
        </w:rPr>
        <w:br/>
      </w:r>
      <w:r>
        <w:rPr>
          <w:lang w:eastAsia="zh-CN"/>
        </w:rPr>
        <w:t>　　“不求与人相比，但求超越自我!”相信新的学期我会更上一楼。</w:t>
      </w:r>
      <w:r>
        <w:rPr>
          <w:lang w:eastAsia="zh-CN"/>
        </w:rPr>
        <w:br/>
      </w:r>
      <w:r>
        <w:rPr>
          <w:lang w:eastAsia="zh-CN"/>
        </w:rPr>
        <w:t>　　上面的个人期末考试总结，作者深入分析自己考试出现的问题，从自己的优势和弱势科目等方面进行分析，是非常好的一种总结方案。</w:t>
      </w:r>
      <w:r>
        <w:rPr>
          <w:lang w:eastAsia="zh-CN"/>
        </w:rPr>
        <w:br/>
      </w:r>
      <w:r>
        <w:rPr>
          <w:lang w:eastAsia="zh-CN"/>
        </w:rPr>
        <w:t xml:space="preserve">    高三期末考试总结与反思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期末考试结束了。在这个学期里，老师为我们的学习付出了许多心血，我们也为自己的学习洒下了许多辛勤的汗水。这次期末考试，我的每门功课，都取得了比较理想的成绩。</w:t>
      </w:r>
      <w:r>
        <w:rPr>
          <w:lang w:eastAsia="zh-CN"/>
        </w:rPr>
        <w:br/>
      </w:r>
      <w:r>
        <w:rPr>
          <w:lang w:eastAsia="zh-CN"/>
        </w:rPr>
        <w:t>　　总结这个学期的学习后。我想，主要有以下几个方面：</w:t>
      </w:r>
      <w:r>
        <w:rPr>
          <w:lang w:eastAsia="zh-CN"/>
        </w:rPr>
        <w:br/>
      </w:r>
      <w:r>
        <w:rPr>
          <w:lang w:eastAsia="zh-CN"/>
        </w:rPr>
        <w:t>　　第一，学习态度比较端正。能够做到上课认真听讲，不与同学交头接耳，不做小动作，自觉遵守课堂纪律;对老师布置的课堂作业，能够当堂完成;对不懂的问题，主动和同学商量，或者向老师请教。</w:t>
      </w:r>
      <w:r>
        <w:rPr>
          <w:lang w:eastAsia="zh-CN"/>
        </w:rPr>
        <w:br/>
      </w:r>
      <w:r>
        <w:rPr>
          <w:lang w:eastAsia="zh-CN"/>
        </w:rPr>
        <w:t>　　第二，改进了学习方法。为了改进学习方法，我给自己订了一个学习计划：(1)做好课前预习。也就是要挤出时间，把老师还没有讲过的内容先看一遍。尤其是语文课，要先把生字认会，把课文读熟;对课文要能分清层次，说出段意，正确理解课文内容。(2)上课要积极发言。对于没有听懂的问题，要敢于举手提问。(3)每天的家庭作业，做完后先让家长检查一遍，把做错了的和不会做的，让家长讲一讲，把以前做错了的题目，经常拿出来看一看，复习复习。要多读一些课外书。每天中午吃完饭，看半个小时课外书;每天晚上做完作业，只要有时间，就再参考几篇作文。</w:t>
      </w:r>
      <w:r>
        <w:rPr>
          <w:lang w:eastAsia="zh-CN"/>
        </w:rPr>
        <w:br/>
      </w:r>
      <w:r>
        <w:rPr>
          <w:lang w:eastAsia="zh-CN"/>
        </w:rPr>
        <w:t>　　第三，课外学习不放松。能够利用星期天和节假日，到少年宫去学习作文、奥数、英语和书法，按时完成老师布置的作业，各门功课都取得了好的成绩。参加少儿书法大赛，还获得了特金奖。</w:t>
      </w:r>
      <w:r>
        <w:rPr>
          <w:lang w:eastAsia="zh-CN"/>
        </w:rPr>
        <w:br/>
      </w:r>
      <w:r>
        <w:rPr>
          <w:lang w:eastAsia="zh-CN"/>
        </w:rPr>
        <w:t>　　经过我的不懈努力，这学期的各门功课，都取得了比较好的成绩。自己被评为三好学生，还获得了“小作家”的荣誉称号。</w:t>
      </w:r>
      <w:r>
        <w:rPr>
          <w:lang w:eastAsia="zh-CN"/>
        </w:rPr>
        <w:br/>
      </w:r>
      <w:r>
        <w:rPr>
          <w:lang w:eastAsia="zh-CN"/>
        </w:rPr>
        <w:t>　　尽管取得了比较好的成绩，但我决不骄傲，还要继续努力，争取百尺竿头，更进一步，下学期还要取得更好的成绩。</w:t>
      </w:r>
      <w:r>
        <w:rPr>
          <w:lang w:eastAsia="zh-CN"/>
        </w:rPr>
        <w:br/>
      </w:r>
      <w:r>
        <w:rPr>
          <w:lang w:eastAsia="zh-CN"/>
        </w:rPr>
        <w:t xml:space="preserve">    高三期末考试总结与反思 篇9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四年级上学期期末考试，像划船比赛一样过去了。可我的小船却不是想象中的那样满载而归……</w:t>
      </w:r>
      <w:r>
        <w:rPr>
          <w:lang w:eastAsia="zh-CN"/>
        </w:rPr>
        <w:br/>
      </w:r>
      <w:r>
        <w:rPr>
          <w:lang w:eastAsia="zh-CN"/>
        </w:rPr>
        <w:t>　　这次期末数学，我的小船得分只有79分，全班载重量最少!语文小船也不好——88.5分，载重量不强，令人心寒!英语小船得了96分，还行。科学航船还不知道是多少载重量……</w:t>
      </w:r>
      <w:r>
        <w:rPr>
          <w:lang w:eastAsia="zh-CN"/>
        </w:rPr>
        <w:br/>
      </w:r>
      <w:r>
        <w:rPr>
          <w:lang w:eastAsia="zh-CN"/>
        </w:rPr>
        <w:t>　　四年级第一学期，首次出航，我就被落下了。自己太贪玩，驾驶着一条“学习成绩糟糕，破损的超级差乌龙船”，真是一文不值。比起同学们奋力向前的新船，不知差了多少倍。</w:t>
      </w:r>
      <w:r>
        <w:rPr>
          <w:lang w:eastAsia="zh-CN"/>
        </w:rPr>
        <w:br/>
      </w:r>
      <w:r>
        <w:rPr>
          <w:lang w:eastAsia="zh-CN"/>
        </w:rPr>
        <w:t>　　看到自己的成绩，我这个“水手”一点都不高兴。心里想开心点可就是开心不起来。因为，我难以向我的“船长”——爸爸交待。</w:t>
      </w:r>
      <w:r>
        <w:rPr>
          <w:lang w:eastAsia="zh-CN"/>
        </w:rPr>
        <w:br/>
      </w:r>
      <w:r>
        <w:rPr>
          <w:lang w:eastAsia="zh-CN"/>
        </w:rPr>
        <w:t>　　我的心情很沉重，像一只斗败了的小公鸡一样垂着头，准备接受“船长”老爸的严厉惩罚。心里早准备好了，“船长”的一通打骂，会像啄木鸟一样地啄个不停，让我发抖。所以，难过的眼泪早已在眼眶里打转……</w:t>
      </w:r>
      <w:r>
        <w:rPr>
          <w:lang w:eastAsia="zh-CN"/>
        </w:rPr>
        <w:br/>
      </w:r>
      <w:r>
        <w:rPr>
          <w:lang w:eastAsia="zh-CN"/>
        </w:rPr>
        <w:t>　　“船长”久久地看着我，眼神中充满了难以形容的伤心、悲哀。虽然“船长”看上去十分坚强，但是，我清楚地看到了他眼中有一丝泪光划过……</w:t>
      </w:r>
      <w:r>
        <w:rPr>
          <w:lang w:eastAsia="zh-CN"/>
        </w:rPr>
        <w:br/>
      </w:r>
      <w:r>
        <w:rPr>
          <w:lang w:eastAsia="zh-CN"/>
        </w:rPr>
        <w:t>　　出乎意料，“船长”没有骂我打我，只是平静地说：考试完了，爸爸答应你的，去看电影，咱们走吧!</w:t>
      </w:r>
      <w:r>
        <w:rPr>
          <w:lang w:eastAsia="zh-CN"/>
        </w:rPr>
        <w:br/>
      </w:r>
      <w:r>
        <w:rPr>
          <w:lang w:eastAsia="zh-CN"/>
        </w:rPr>
        <w:t>　　买了电影票，时间还早，“船长”叫我到楼下书店看书，自己谎称要买点东西。可是，他走到一处没人的地方，终于忍不住擦了擦眼角……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看完电影，回到家。晚上睡在床上，我想了很多。梦中的我好像驾驶着快速“赛尔号”</w:t>
      </w:r>
      <w:r>
        <w:rPr>
          <w:lang w:eastAsia="zh-CN"/>
        </w:rPr>
        <w:br/>
      </w:r>
      <w:r>
        <w:rPr>
          <w:lang w:eastAsia="zh-CN"/>
        </w:rPr>
        <w:t xml:space="preserve">    高三期末考试总结与反思 篇10 </w:t>
      </w:r>
      <w:r>
        <w:rPr>
          <w:lang w:eastAsia="zh-CN"/>
        </w:rPr>
        <w:br/>
      </w:r>
      <w:r>
        <w:rPr>
          <w:lang w:eastAsia="zh-CN"/>
        </w:rPr>
        <w:t>　　散学典礼结束后，全班同学很快回到教室等候老师公布成绩。教室里静下来的那一刻，我忽然感到能听见自己激动的心跳声，手心里也因为紧张而微微冒汗。听老师念到全班不少同学都考出了好成绩，我很是羡慕，老师念到我了，语文92分，数学88分，咋一听，数学90分都没上?我有些吃惊，脸“唰”地一下红了起来，真恨不得找个地缝立刻钻进去。</w:t>
      </w:r>
      <w:r>
        <w:rPr>
          <w:lang w:eastAsia="zh-CN"/>
        </w:rPr>
        <w:br/>
      </w:r>
      <w:r>
        <w:rPr>
          <w:lang w:eastAsia="zh-CN"/>
        </w:rPr>
        <w:t>　　无精打采地回到了家，我情绪很低落，满脑子都是一个问题，自己怎么会如此粗心大意?一直认为这次的数学考题很简单，考上95分应该是小菜一碟，可没想到竟然马失前蹄了。翻看试卷一看，这里的填空漏掉个单位，那里的三位数加减法计算题错上三道，细一算就丢掉了8分，真是心有不甘却又无话可说，瞪着眼睛一边看试卷，一边埋怨地叹到，“活见鬼了!”“送分的题给你都不要，不管三七二十一就忙着下笔，你是怎么在验算和检查的呢?太莫名其妙了!”爸爸看完卷子后生气地给我丢下这句话。</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这次期末考试题很简单我却没考好，为此我感到既有些丢脸又难过，可失败了就得去总结，平常没有养成好的学习习惯看来是我最大的毛病。爸爸很快给我看了一篇《习惯决定未来》的文章，从中我知道了儿时养成的良好习惯对人一生具有决定性的意义，成功的捷径恰恰在于貌似不起眼的良好习惯。通过对这次考试结果的反思，我明白了要给自己确立养成良好习惯的长远目标，一步一个脚印的行动起来，不但要专心致志，而且一定要说到做到。我暗下决心，从这个假期开始，要学着自我约束，合理安排学习生活时间，自觉读书，独立学习和思考一些问题，还要加强体育锻炼，我一定可以找回那份成功的喜悦。</w:t>
      </w:r>
      <w:r>
        <w:rPr>
          <w:lang w:eastAsia="zh-CN"/>
        </w:rPr>
        <w:br/>
      </w:r>
      <w:r>
        <w:rPr>
          <w:lang w:eastAsia="zh-CN"/>
        </w:rPr>
        <w:t xml:space="preserve">    高三期末考试总结与反思 篇11 </w:t>
      </w:r>
      <w:r>
        <w:rPr>
          <w:lang w:eastAsia="zh-CN"/>
        </w:rPr>
        <w:br/>
      </w:r>
      <w:r>
        <w:rPr>
          <w:lang w:eastAsia="zh-CN"/>
        </w:rPr>
        <w:t>　　昨天，发下卷子来了，我和爸爸妈妈在家里分析了一下错题。</w:t>
      </w:r>
      <w:r>
        <w:rPr>
          <w:lang w:eastAsia="zh-CN"/>
        </w:rPr>
        <w:br/>
      </w:r>
      <w:r>
        <w:rPr>
          <w:lang w:eastAsia="zh-CN"/>
        </w:rPr>
        <w:t>　　语文的错题是：阅读理解题理解的那个题错了，其实那个题不应该错因为我会那个题，只是一时糊涂没有认真考虑。老师领着我们复习的重点知识，还有一些基本知识我都掌握的很好了。学的很扎实，书上的生字词我都掌握的很好，就是因为那个阅读理解题扣得分，邢老师领着我们复习这么累，我们一定不要辜负了邢老师对我们的期望。我下次一定要考好语文!</w:t>
      </w:r>
      <w:r>
        <w:rPr>
          <w:lang w:eastAsia="zh-CN"/>
        </w:rPr>
        <w:br/>
      </w:r>
      <w:r>
        <w:rPr>
          <w:lang w:eastAsia="zh-CN"/>
        </w:rPr>
        <w:t>　　数学的错题是：后面的最后一个大题，最简单的三位数加三位数结果算错了，因为他们就像一条铁链前面的错了，后面的也就错了，即使是算式算对了，结果错了也是没用的。真是太可惜了，那些题我都会就是一时粗心写错了，粗心真是害死人，所以我们不能再粗心，要不然永远到考不了满分。</w:t>
      </w:r>
      <w:r>
        <w:rPr>
          <w:lang w:eastAsia="zh-CN"/>
        </w:rPr>
        <w:br/>
      </w:r>
      <w:r>
        <w:rPr>
          <w:lang w:eastAsia="zh-CN"/>
        </w:rPr>
        <w:t>　　爸爸妈妈给我分析的真对，虽然我这次考试考得不好但是我找出了只我考不好的原因，我只要努力改正下次一定会考好的，我相信我自己，再接再励不怕吃苦，考出满意的成绩!</w:t>
      </w:r>
      <w:r>
        <w:rPr>
          <w:lang w:eastAsia="zh-CN"/>
        </w:rPr>
        <w:br/>
      </w:r>
      <w:r>
        <w:rPr>
          <w:lang w:eastAsia="zh-CN"/>
        </w:rPr>
        <w:t xml:space="preserve">    高三期末考试总结与反思 篇12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这一学期马上就要过去了，回想我这一年，学习一直没有什么大的进步。</w:t>
      </w:r>
      <w:r>
        <w:rPr>
          <w:lang w:eastAsia="zh-CN"/>
        </w:rPr>
        <w:br/>
      </w:r>
      <w:r>
        <w:rPr>
          <w:lang w:eastAsia="zh-CN"/>
        </w:rPr>
        <w:t>　　数学我每天都做一定的练习题，但是自己本身比较马虎，所以坐过去的题目再做时还是会错。以至于我的成绩一直都提不上去。语文我还比较爱学，只是语文是一门并不能快速提高的学科，我保证会继续努力，好好积累自己的语文素养，慢慢提高的。英语学习过程中，我总是记不住单词的意思，英语作文我都不太擅长，我知道自己还有许多要提高的地方。在这里要谢谢英语老师这一学期对我的耐心教导。物理和化学学起来相对有意思一些。只是那些公式和图形，我记得不太明白，考试的时候就做不出来题目。这都是我没有认真学习的缘故。政治、历史和地理都是需要背诵的学科，没有什么特殊的技巧，我会努力的。</w:t>
      </w:r>
      <w:r>
        <w:rPr>
          <w:lang w:eastAsia="zh-CN"/>
        </w:rPr>
        <w:br/>
      </w:r>
      <w:r>
        <w:rPr>
          <w:lang w:eastAsia="zh-CN"/>
        </w:rPr>
        <w:t>　　我打算从下学期开始，每天都背诵一部分政治，历史和地理。给自己制定一个详细的学习计划。我保证好好学习，努力提高自己的成绩，不再让家人和老师失望。</w:t>
      </w:r>
      <w:r>
        <w:rPr>
          <w:lang w:eastAsia="zh-CN"/>
        </w:rPr>
        <w:br/>
      </w:r>
      <w:r>
        <w:rPr>
          <w:lang w:eastAsia="zh-CN"/>
        </w:rPr>
        <w:t>　　我这次考试考的不好，都是我自己没有好好学习并且考试时做题太马虎的`原因，以前做过的题目这次也做错了。我一定好好改正这个缺点，争取下次考个好成绩</w:t>
      </w:r>
      <w:r>
        <w:rPr>
          <w:lang w:eastAsia="zh-CN"/>
        </w:rPr>
        <w:br/>
      </w:r>
      <w:r>
        <w:rPr>
          <w:lang w:eastAsia="zh-CN"/>
        </w:rPr>
        <w:t xml:space="preserve">    高三期末考试总结与反思 篇13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俗话说：工欲善其事，必先利其器。意思是说无论做什么事，都要事先做好准备。期末考试也是一样。要想取得好成绩，除了平时努力学习，打好基础，提高能力外，期末复习方法也很关键。复习方法多种多样，我们应该根据自己的实际情况，选取科学、高效的复习方法。下面院学习部和大家介绍一下如何应对即将到来的期末考试，希望给同学们的复习带了一些指导和灵感!</w:t>
      </w:r>
      <w:r>
        <w:rPr>
          <w:lang w:eastAsia="zh-CN"/>
        </w:rPr>
        <w:br/>
      </w:r>
      <w:r>
        <w:rPr>
          <w:lang w:eastAsia="zh-CN"/>
        </w:rPr>
        <w:t>　　要想搞好复习，首先要保持一颗平静的心态，消除紧张、松懈、畏惧情绪。要珍惜时间，合理安排时间。要勤于思考，勤于动脑。强化记忆，使学习的成果牢固地贮存在大脑里，以便随时取用。查漏补缺，保证知识的完整性。融会贯通，使知识系统化。复习时有良好的精神状—有学好的信心和毅力。</w:t>
      </w:r>
      <w:r>
        <w:rPr>
          <w:lang w:eastAsia="zh-CN"/>
        </w:rPr>
        <w:br/>
      </w:r>
      <w:r>
        <w:rPr>
          <w:lang w:eastAsia="zh-CN"/>
        </w:rPr>
        <w:t>　　大考之前最容易犯的毛病是不能协调好各科的复习时间和复习内容。每一门都要考，每一门都要复习，可是时间有限，难免手忙脚乱。正确的应对方法是：根据具体的时间情况和各门功课的实际情况，安排好复习计划。</w:t>
      </w:r>
      <w:r>
        <w:rPr>
          <w:lang w:eastAsia="zh-CN"/>
        </w:rPr>
        <w:br/>
      </w:r>
      <w:r>
        <w:rPr>
          <w:lang w:eastAsia="zh-CN"/>
        </w:rPr>
        <w:t>　　一、准备时如何着手：</w:t>
      </w:r>
      <w:r>
        <w:rPr>
          <w:lang w:eastAsia="zh-CN"/>
        </w:rPr>
        <w:br/>
      </w:r>
      <w:r>
        <w:rPr>
          <w:lang w:eastAsia="zh-CN"/>
        </w:rPr>
        <w:t>　　1.要回归基础知识。到了最后阶段，不宜再复习所有知识点，把重点要深入掌握，争取不让自己会的东西再丢分，基础要好的话，保证拿到基础分的前提下，细化知识点。</w:t>
      </w:r>
      <w:r>
        <w:rPr>
          <w:lang w:eastAsia="zh-CN"/>
        </w:rPr>
        <w:br/>
      </w:r>
      <w:r>
        <w:rPr>
          <w:lang w:eastAsia="zh-CN"/>
        </w:rPr>
        <w:t>　　2.做好查缺补漏。应该把做过的练习进行总结和归类，对于自己不明白并且是考点的，不仅要注意而且要进行细致分析，不要放过任何可以拿分的知识点。</w:t>
      </w:r>
      <w:r>
        <w:rPr>
          <w:lang w:eastAsia="zh-CN"/>
        </w:rPr>
        <w:br/>
      </w:r>
      <w:r>
        <w:rPr>
          <w:lang w:eastAsia="zh-CN"/>
        </w:rPr>
        <w:t>　　3.要及时解决发现的问题。有针对性地复习对最后阶段提高成绩很有帮助。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4.注意一些应试技巧。在考前复习时，要总结一些技巧，并要梳理一下做题的思路。对于老师没画重点的科目，自己要对知识点系统总结，把握规律，找出认为是重点的地方升深度记忆(平时上课反复强调的地方)。</w:t>
      </w:r>
      <w:r>
        <w:rPr>
          <w:lang w:eastAsia="zh-CN"/>
        </w:rPr>
        <w:br/>
      </w:r>
      <w:r>
        <w:rPr>
          <w:lang w:eastAsia="zh-CN"/>
        </w:rPr>
        <w:t>　　二、考试前如何复习:</w:t>
      </w:r>
      <w:r>
        <w:rPr>
          <w:lang w:eastAsia="zh-CN"/>
        </w:rPr>
        <w:br/>
      </w:r>
      <w:r>
        <w:rPr>
          <w:lang w:eastAsia="zh-CN"/>
        </w:rPr>
        <w:t>　　1、最后一两次上课专注听讲，留意老师反复强调的重点并在课本上做出醒目的标记。</w:t>
      </w:r>
      <w:r>
        <w:rPr>
          <w:lang w:eastAsia="zh-CN"/>
        </w:rPr>
        <w:br/>
      </w:r>
      <w:r>
        <w:rPr>
          <w:lang w:eastAsia="zh-CN"/>
        </w:rPr>
        <w:t>　　2、反复记忆老师在考前为我们画出的考试的重点知识。</w:t>
      </w:r>
      <w:r>
        <w:rPr>
          <w:lang w:eastAsia="zh-CN"/>
        </w:rPr>
        <w:br/>
      </w:r>
      <w:r>
        <w:rPr>
          <w:lang w:eastAsia="zh-CN"/>
        </w:rPr>
        <w:t>　　3、合理安排时间，可按照迎考顺序依次调整复习重点，也可根据自身学习情况。</w:t>
      </w:r>
      <w:r>
        <w:rPr>
          <w:lang w:eastAsia="zh-CN"/>
        </w:rPr>
        <w:br/>
      </w:r>
      <w:r>
        <w:rPr>
          <w:lang w:eastAsia="zh-CN"/>
        </w:rPr>
        <w:t>　　4、复习过程中要灵活，多穿插几门共同复习，避免长学习一科枯燥无味，这样可以提高复习效率。</w:t>
      </w:r>
      <w:r>
        <w:rPr>
          <w:lang w:eastAsia="zh-CN"/>
        </w:rPr>
        <w:br/>
      </w:r>
      <w:r>
        <w:rPr>
          <w:lang w:eastAsia="zh-CN"/>
        </w:rPr>
        <w:t>　　5、理工科的东西复习起来要多动手，多做典型的习题，通过练习来巩固深化公式及知识点。</w:t>
      </w:r>
      <w:r>
        <w:rPr>
          <w:lang w:eastAsia="zh-CN"/>
        </w:rPr>
        <w:br/>
      </w:r>
      <w:r>
        <w:rPr>
          <w:lang w:eastAsia="zh-CN"/>
        </w:rPr>
        <w:t>　　6、文史类的东西复习起来要多记忆有条理性，不能死背，尤其是画出的重点题目要反复记忆，这种题都是大分值，要拿足分数。</w:t>
      </w:r>
      <w:r>
        <w:rPr>
          <w:lang w:eastAsia="zh-CN"/>
        </w:rPr>
        <w:br/>
      </w:r>
      <w:r>
        <w:rPr>
          <w:lang w:eastAsia="zh-CN"/>
        </w:rPr>
        <w:t>　　三、复习技巧和考试技巧。</w:t>
      </w:r>
      <w:r>
        <w:rPr>
          <w:lang w:eastAsia="zh-CN"/>
        </w:rPr>
        <w:br/>
      </w:r>
    </w:p>
    <w:p w:rsidR="001B1F19" w14:textId="27C3F48A">
      <w:pPr>
        <w:rPr>
          <w:rFonts w:hint="eastAsia"/>
          <w:lang w:eastAsia="zh-CN"/>
        </w:rPr>
      </w:pPr>
      <w:r>
        <w:rPr>
          <w:lang w:eastAsia="zh-CN"/>
        </w:rPr>
        <w:t>　　1.突出重点。我们习惯看书从第一章看到最后一章，但有时这种方法却可能是致命的。对于数学之类的肯定没有问题，因为这个学科是需要拉长战线复习的，但对于其他课，复习最好的是从重点到次重点再到非重点的顺序，因为一旦出现时间不够，我们还可以保证通过，大学考试重点是一定会考的。在保证重点复习完(通常过没有任何问题)，再不断地往非重点走(走的越深，当然分数就越高了)</w:t>
      </w:r>
      <w:r>
        <w:rPr>
          <w:lang w:eastAsia="zh-CN"/>
        </w:rPr>
        <w:br/>
      </w:r>
      <w:r>
        <w:rPr>
          <w:lang w:eastAsia="zh-CN"/>
        </w:rPr>
        <w:t>　　2.心理暗示。人的潜能是可以挖掘的，语言引导思维，我们为了我们的兴趣的良性循环，要不断地对自己进行暗示和鼓励。告诉自己，考试很简单，我一定可以搞定。</w:t>
      </w:r>
      <w:r>
        <w:rPr>
          <w:lang w:eastAsia="zh-CN"/>
        </w:rPr>
        <w:br/>
      </w:r>
      <w:r>
        <w:rPr>
          <w:lang w:eastAsia="zh-CN"/>
        </w:rPr>
        <w:t>　　3.记忆的几个小技巧。</w:t>
      </w:r>
      <w:r>
        <w:rPr>
          <w:lang w:eastAsia="zh-CN"/>
        </w:rPr>
        <w:br/>
      </w:r>
      <w:r>
        <w:rPr>
          <w:lang w:eastAsia="zh-CN"/>
        </w:rPr>
        <w:t>　　(1)记忆的时间段：</w:t>
      </w:r>
      <w:r>
        <w:rPr>
          <w:lang w:eastAsia="zh-CN"/>
        </w:rPr>
        <w:br/>
      </w:r>
      <w:r>
        <w:rPr>
          <w:lang w:eastAsia="zh-CN"/>
        </w:rPr>
        <w:t>　　短时记忆：5：30——7：30</w:t>
      </w:r>
      <w:r>
        <w:rPr>
          <w:lang w:eastAsia="zh-CN"/>
        </w:rPr>
        <w:br/>
      </w:r>
      <w:r>
        <w:rPr>
          <w:lang w:eastAsia="zh-CN"/>
        </w:rPr>
        <w:t>　　长时记忆：_：00——17：00</w:t>
      </w:r>
      <w:r>
        <w:rPr>
          <w:lang w:eastAsia="zh-CN"/>
        </w:rPr>
        <w:br/>
      </w:r>
      <w:r>
        <w:rPr>
          <w:lang w:eastAsia="zh-CN"/>
        </w:rPr>
        <w:t>　　深度思考：20：00——22：30</w:t>
      </w:r>
      <w:r>
        <w:rPr>
          <w:lang w:eastAsia="zh-CN"/>
        </w:rPr>
        <w:br/>
      </w:r>
      <w:r>
        <w:rPr>
          <w:lang w:eastAsia="zh-CN"/>
        </w:rPr>
        <w:t>　　(2)对于一些东西，要重复记忆，如英语、数学公式、财管公式、会计分录等。</w:t>
      </w:r>
      <w:r>
        <w:rPr>
          <w:lang w:eastAsia="zh-CN"/>
        </w:rPr>
        <w:br/>
      </w:r>
      <w:r>
        <w:rPr>
          <w:lang w:eastAsia="zh-CN"/>
        </w:rPr>
        <w:t>　　4.如果学习不在状态，可以提出一个独家秘方。准备一套扑克牌，随便抽4张，玩24点的游戏。(调动你的思维逻辑哦)</w:t>
      </w:r>
      <w:r>
        <w:rPr>
          <w:lang w:eastAsia="zh-CN"/>
        </w:rPr>
        <w:br/>
      </w:r>
      <w:r>
        <w:rPr>
          <w:lang w:eastAsia="zh-CN"/>
        </w:rPr>
        <w:t>　　5.考试的时候，如果遇到不会的题，把试卷拿起来(我们看试卷的角度也就从俯视转变成了近乎平视)，这个时候很多题说不定就会了。</w:t>
      </w:r>
      <w:r>
        <w:rPr>
          <w:lang w:eastAsia="zh-CN"/>
        </w:rPr>
        <w:br/>
      </w:r>
      <w:r>
        <w:rPr>
          <w:lang w:eastAsia="zh-CN"/>
        </w:rPr>
        <w:t>　　6.不要想着作弊。一是后果很严重，二是作弊会心虚，影响正常发挥。</w:t>
      </w:r>
      <w:r>
        <w:rPr>
          <w:lang w:eastAsia="zh-CN"/>
        </w:rPr>
        <w:br/>
      </w:r>
      <w:r>
        <w:rPr>
          <w:lang w:eastAsia="zh-CN"/>
        </w:rPr>
        <w:t>　　7.考前不要熬夜，一定要保证睡眠质量和轻松愉快的心态，这点对于状态很重要。</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https://d.book118.com/937031140061006050</w:t>
        </w:r>
      </w:hyperlink>
    </w:p>
    <w:p w:rsidR="001B1F19">
      <w:pPr>
        <w:rPr>
          <w:rFonts w:hint="eastAsia"/>
          <w:lang w:eastAsia="zh-CN"/>
        </w:rPr>
      </w:pPr>
    </w:p>
    <w:sectPr>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3703114006100605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