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2024幼儿园月计划（32篇）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2024幼儿园月计划（通用32篇）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篇1 </w:t>
      </w:r>
      <w:r>
        <w:rPr>
          <w:lang w:eastAsia="zh-CN"/>
        </w:rPr>
        <w:br/>
      </w:r>
      <w:r>
        <w:rPr>
          <w:lang w:eastAsia="zh-CN"/>
        </w:rPr>
        <w:t>　　一、健康领域</w:t>
      </w:r>
      <w:r>
        <w:rPr>
          <w:lang w:eastAsia="zh-CN"/>
        </w:rPr>
        <w:br/>
      </w:r>
      <w:r>
        <w:rPr>
          <w:lang w:eastAsia="zh-CN"/>
        </w:rPr>
        <w:t>　　健康：真好吃 （领P6）想喝水就去喝（南京P111）</w:t>
      </w:r>
      <w:r>
        <w:rPr>
          <w:lang w:eastAsia="zh-CN"/>
        </w:rPr>
        <w:br/>
      </w:r>
      <w:r>
        <w:rPr>
          <w:lang w:eastAsia="zh-CN"/>
        </w:rPr>
        <w:t>　　劳动：整理活动室</w:t>
      </w:r>
      <w:r>
        <w:rPr>
          <w:lang w:eastAsia="zh-CN"/>
        </w:rPr>
        <w:br/>
      </w:r>
      <w:r>
        <w:rPr>
          <w:lang w:eastAsia="zh-CN"/>
        </w:rPr>
        <w:t>　　体游：变变变（领P19）丢沙包（领P19）长臂人（旧P106）小燕子吃飞虫（旧P105）</w:t>
      </w:r>
      <w:r>
        <w:rPr>
          <w:lang w:eastAsia="zh-CN"/>
        </w:rPr>
        <w:br/>
      </w:r>
      <w:r>
        <w:rPr>
          <w:lang w:eastAsia="zh-CN"/>
        </w:rPr>
        <w:t>　　二、语言领域</w:t>
      </w:r>
      <w:r>
        <w:rPr>
          <w:lang w:eastAsia="zh-CN"/>
        </w:rPr>
        <w:br/>
      </w:r>
      <w:r>
        <w:rPr>
          <w:lang w:eastAsia="zh-CN"/>
        </w:rPr>
        <w:t>　　儿歌：别说我小、山上有个木头人（领P27）解放军真正好（领P28）</w:t>
      </w:r>
      <w:r>
        <w:rPr>
          <w:lang w:eastAsia="zh-CN"/>
        </w:rPr>
        <w:br/>
      </w:r>
      <w:r>
        <w:rPr>
          <w:lang w:eastAsia="zh-CN"/>
        </w:rPr>
        <w:t>　　故事：六个好朋友、害羞的贝贝</w:t>
      </w:r>
      <w:r>
        <w:rPr>
          <w:lang w:eastAsia="zh-CN"/>
        </w:rPr>
        <w:br/>
      </w:r>
      <w:r>
        <w:rPr>
          <w:lang w:eastAsia="zh-CN"/>
        </w:rPr>
        <w:t>　　语游：听得懂，传得对</w:t>
      </w:r>
      <w:r>
        <w:rPr>
          <w:lang w:eastAsia="zh-CN"/>
        </w:rPr>
        <w:br/>
      </w:r>
      <w:r>
        <w:rPr>
          <w:lang w:eastAsia="zh-CN"/>
        </w:rPr>
        <w:t>　　阅读活动：小狗的白皮球（领P34）</w:t>
      </w:r>
      <w:r>
        <w:rPr>
          <w:lang w:eastAsia="zh-CN"/>
        </w:rPr>
        <w:br/>
      </w:r>
      <w:r>
        <w:rPr>
          <w:lang w:eastAsia="zh-CN"/>
        </w:rPr>
        <w:t>　　三、社会领域</w:t>
      </w:r>
      <w:r>
        <w:rPr>
          <w:lang w:eastAsia="zh-CN"/>
        </w:rPr>
        <w:br/>
      </w:r>
      <w:r>
        <w:rPr>
          <w:lang w:eastAsia="zh-CN"/>
        </w:rPr>
        <w:t>　　社会性：我爱爸爸妈妈（领P57）宝宝真能干（主P41）我爱小动物（领P159）客人来了（领P60）</w:t>
      </w:r>
      <w:r>
        <w:rPr>
          <w:lang w:eastAsia="zh-CN"/>
        </w:rPr>
        <w:br/>
      </w:r>
      <w:r>
        <w:rPr>
          <w:lang w:eastAsia="zh-CN"/>
        </w:rPr>
        <w:t>　　四、科学领域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常识：男孩女孩（主P47）生日PARTY（主P53）手（旧P116）炊事员（旧P117）</w:t>
      </w:r>
      <w:r>
        <w:rPr>
          <w:lang w:eastAsia="zh-CN"/>
        </w:rPr>
        <w:br/>
      </w:r>
      <w:r>
        <w:rPr>
          <w:lang w:eastAsia="zh-CN"/>
        </w:rPr>
        <w:t>　　数学：认识3的数量（旧P123）比较1。2两数的关系（旧P124）比较2。3两数的关系（旧P125）图形组合比较 （旧P174）</w:t>
      </w:r>
      <w:r>
        <w:rPr>
          <w:lang w:eastAsia="zh-CN"/>
        </w:rPr>
        <w:br/>
      </w:r>
      <w:r>
        <w:rPr>
          <w:lang w:eastAsia="zh-CN"/>
        </w:rPr>
        <w:t>　　综合：小时候的我和现在的.我（主P51）身体动一动（主P47）</w:t>
      </w:r>
      <w:r>
        <w:rPr>
          <w:lang w:eastAsia="zh-CN"/>
        </w:rPr>
        <w:br/>
      </w:r>
      <w:r>
        <w:rPr>
          <w:lang w:eastAsia="zh-CN"/>
        </w:rPr>
        <w:t>　　五、艺术领域</w:t>
      </w:r>
      <w:r>
        <w:rPr>
          <w:lang w:eastAsia="zh-CN"/>
        </w:rPr>
        <w:br/>
      </w:r>
      <w:r>
        <w:rPr>
          <w:lang w:eastAsia="zh-CN"/>
        </w:rPr>
        <w:t>　　歌表演：小乌龟（领P121）</w:t>
      </w:r>
      <w:r>
        <w:rPr>
          <w:lang w:eastAsia="zh-CN"/>
        </w:rPr>
        <w:br/>
      </w:r>
      <w:r>
        <w:rPr>
          <w:lang w:eastAsia="zh-CN"/>
        </w:rPr>
        <w:t>　　歌曲：迷路的小花鸭（领P116）大雨小雨（旧P133）小小蛋儿把门开（领P129）</w:t>
      </w:r>
      <w:r>
        <w:rPr>
          <w:lang w:eastAsia="zh-CN"/>
        </w:rPr>
        <w:br/>
      </w:r>
      <w:r>
        <w:rPr>
          <w:lang w:eastAsia="zh-CN"/>
        </w:rPr>
        <w:t>　　绘画：好朋友（领P140）快乐的小鸟（领P129）</w:t>
      </w:r>
      <w:r>
        <w:rPr>
          <w:lang w:eastAsia="zh-CN"/>
        </w:rPr>
        <w:br/>
      </w:r>
      <w:r>
        <w:rPr>
          <w:lang w:eastAsia="zh-CN"/>
        </w:rPr>
        <w:t>　　折纸：美丽的蝴蝶（领P140）</w:t>
      </w:r>
      <w:r>
        <w:rPr>
          <w:lang w:eastAsia="zh-CN"/>
        </w:rPr>
        <w:br/>
      </w:r>
      <w:r>
        <w:rPr>
          <w:lang w:eastAsia="zh-CN"/>
        </w:rPr>
        <w:t>　　粘贴：漂亮的花灯（学习包）</w:t>
      </w:r>
      <w:r>
        <w:rPr>
          <w:lang w:eastAsia="zh-CN"/>
        </w:rPr>
        <w:br/>
      </w:r>
      <w:r>
        <w:rPr>
          <w:lang w:eastAsia="zh-CN"/>
        </w:rPr>
        <w:t>　　泥工：小刺猬（领P141）</w:t>
      </w:r>
      <w:r>
        <w:rPr>
          <w:lang w:eastAsia="zh-CN"/>
        </w:rPr>
        <w:br/>
      </w:r>
      <w:r>
        <w:rPr>
          <w:lang w:eastAsia="zh-CN"/>
        </w:rPr>
        <w:t>　　添画：手指（主P56）</w:t>
      </w:r>
      <w:r>
        <w:rPr>
          <w:lang w:eastAsia="zh-CN"/>
        </w:rPr>
        <w:br/>
      </w:r>
      <w:r>
        <w:rPr>
          <w:lang w:eastAsia="zh-CN"/>
        </w:rPr>
        <w:t>　　节奏练习：拍拍踏踏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篇2 </w:t>
      </w:r>
      <w:r>
        <w:rPr>
          <w:lang w:eastAsia="zh-CN"/>
        </w:rPr>
        <w:br/>
      </w:r>
      <w:r>
        <w:rPr>
          <w:lang w:eastAsia="zh-CN"/>
        </w:rPr>
        <w:t>　　一、本月工作重点：</w:t>
      </w:r>
      <w:r>
        <w:rPr>
          <w:lang w:eastAsia="zh-CN"/>
        </w:rPr>
        <w:br/>
      </w:r>
      <w:r>
        <w:rPr>
          <w:lang w:eastAsia="zh-CN"/>
        </w:rPr>
        <w:t>　　1.组织幼儿认真绘画，参与园内中大班幼儿画展，幼儿园月计划精选。</w:t>
      </w:r>
      <w:r>
        <w:rPr>
          <w:lang w:eastAsia="zh-CN"/>
        </w:rPr>
        <w:br/>
      </w:r>
      <w:r>
        <w:rPr>
          <w:lang w:eastAsia="zh-CN"/>
        </w:rPr>
        <w:t>　　2.组织好幼儿进行六一体检。</w:t>
      </w:r>
      <w:r>
        <w:rPr>
          <w:lang w:eastAsia="zh-CN"/>
        </w:rPr>
        <w:br/>
      </w:r>
      <w:r>
        <w:rPr>
          <w:lang w:eastAsia="zh-CN"/>
        </w:rPr>
        <w:t>　　3.按时出好《家长园地栏》。</w:t>
      </w:r>
      <w:r>
        <w:rPr>
          <w:lang w:eastAsia="zh-CN"/>
        </w:rPr>
        <w:br/>
      </w:r>
      <w:r>
        <w:rPr>
          <w:lang w:eastAsia="zh-CN"/>
        </w:rPr>
        <w:t>　　4.班主任与配班老师认真写好《宝宝成长手册》，创设好主题墙饰。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二、本月开展以下主题：</w:t>
      </w:r>
      <w:r>
        <w:rPr>
          <w:lang w:eastAsia="zh-CN"/>
        </w:rPr>
        <w:br/>
      </w:r>
      <w:r>
        <w:rPr>
          <w:lang w:eastAsia="zh-CN"/>
        </w:rPr>
        <w:t>　　主题目标：</w:t>
      </w:r>
      <w:r>
        <w:rPr>
          <w:lang w:eastAsia="zh-CN"/>
        </w:rPr>
        <w:br/>
      </w:r>
      <w:r>
        <w:rPr>
          <w:lang w:eastAsia="zh-CN"/>
        </w:rPr>
        <w:t>　　引导幼儿进入生活环境中的弯绕世界，了解弯绕既是许多物体的自然现象，又凝聚着人们的刻意创造。提高幼儿探索事物的兴趣，大胆尝试观察事物的方法，激发幼儿的想象力和创造力。</w:t>
      </w:r>
      <w:r>
        <w:rPr>
          <w:lang w:eastAsia="zh-CN"/>
        </w:rPr>
        <w:br/>
      </w:r>
      <w:r>
        <w:rPr>
          <w:lang w:eastAsia="zh-CN"/>
        </w:rPr>
        <w:t>　　主题目标：</w:t>
      </w:r>
      <w:r>
        <w:rPr>
          <w:lang w:eastAsia="zh-CN"/>
        </w:rPr>
        <w:br/>
      </w:r>
      <w:r>
        <w:rPr>
          <w:lang w:eastAsia="zh-CN"/>
        </w:rPr>
        <w:t>　　引发幼儿在游戏中感知认识空气，通过各种途径让幼儿感知空气的无所不在，激发幼儿探索、了解一些科学现象的兴趣。</w:t>
      </w:r>
      <w:r>
        <w:rPr>
          <w:lang w:eastAsia="zh-CN"/>
        </w:rPr>
        <w:br/>
      </w:r>
      <w:r>
        <w:rPr>
          <w:lang w:eastAsia="zh-CN"/>
        </w:rPr>
        <w:t>　　三、家长工作：</w:t>
      </w:r>
      <w:r>
        <w:rPr>
          <w:lang w:eastAsia="zh-CN"/>
        </w:rPr>
        <w:br/>
      </w:r>
      <w:r>
        <w:rPr>
          <w:lang w:eastAsia="zh-CN"/>
        </w:rPr>
        <w:t>　　1.与孩子共同搜集有关弯弯绕绕的物体图片，并带到幼儿园。</w:t>
      </w:r>
      <w:r>
        <w:rPr>
          <w:lang w:eastAsia="zh-CN"/>
        </w:rPr>
        <w:br/>
      </w:r>
      <w:r>
        <w:rPr>
          <w:lang w:eastAsia="zh-CN"/>
        </w:rPr>
        <w:t>　　2.带孩子外出散步和游玩，引导孩子在大自然中寻找更多弯曲缠绕的攀缘植物。</w:t>
      </w:r>
      <w:r>
        <w:rPr>
          <w:lang w:eastAsia="zh-CN"/>
        </w:rPr>
        <w:br/>
      </w:r>
      <w:r>
        <w:rPr>
          <w:lang w:eastAsia="zh-CN"/>
        </w:rPr>
        <w:t>　　3.与孩子一起给气球充气，直接了解充气的步骤、方法、注意要点，并在幼儿园开展相关活动时带上气球。</w:t>
      </w:r>
      <w:r>
        <w:rPr>
          <w:lang w:eastAsia="zh-CN"/>
        </w:rPr>
        <w:br/>
      </w:r>
      <w:r>
        <w:rPr>
          <w:lang w:eastAsia="zh-CN"/>
        </w:rPr>
        <w:t>　　4.家长和孩子共同装饰两个气球，使孩子每天观察气球的变化，如气球变瘦了吗，为什么。</w:t>
      </w:r>
      <w:r>
        <w:rPr>
          <w:lang w:eastAsia="zh-CN"/>
        </w:rPr>
        <w:br/>
      </w:r>
      <w:r>
        <w:rPr>
          <w:lang w:eastAsia="zh-CN"/>
        </w:rPr>
        <w:t>　　四、环境创设：</w:t>
      </w:r>
      <w:r>
        <w:rPr>
          <w:lang w:eastAsia="zh-CN"/>
        </w:rPr>
        <w:br/>
      </w:r>
      <w:r>
        <w:rPr>
          <w:lang w:eastAsia="zh-CN"/>
        </w:rPr>
        <w:t>　　1.布置弯弯绕绕天地,搜集、展示各种弯绕的图片、作品等。</w:t>
      </w:r>
      <w:r>
        <w:rPr>
          <w:lang w:eastAsia="zh-CN"/>
        </w:rPr>
        <w:br/>
      </w:r>
      <w:r>
        <w:rPr>
          <w:lang w:eastAsia="zh-CN"/>
        </w:rPr>
        <w:t>　　2.布置我找到的空气墙饰，展示幼儿找到的空气，如在气球里、保鲜袋制作的小动物头里等。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篇3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本月没有安全事故发生，只有张皓宣的脸蛋在和在和小朋友玩耍的时候，被小朋友无意划伤，后来我们就对小朋友的指甲进行了检查，并且上了一节安全卫生的活动，认识指甲长对自己和小朋友的害处，应该每周剪一次指甲。知道和小朋友在一起玩耍的时候不去指别的小朋友的脸，尽量避开脸蛋。</w:t>
      </w:r>
      <w:r>
        <w:rPr>
          <w:lang w:eastAsia="zh-CN"/>
        </w:rPr>
        <w:br/>
      </w:r>
      <w:r>
        <w:rPr>
          <w:lang w:eastAsia="zh-CN"/>
        </w:rPr>
        <w:t>　　在卫生保健方面，我们班小朋友出勤率还是挺好的，只是有一部分幼儿都感冒咳嗽带药，对于身体弱的幼儿，老师经常多加照顾，带药的.幼儿通过记药条，按时给幼儿服药。还督促幼儿多饮水。只要是户外阳光比较好的时候，我们就增加户外活动时间。班内也增加各方面消毒，还配备了紫外线消毒灯，每周对班内的活动室和卧室进行两次紫外线消毒。在幼儿离园前，我们老师分工合作，孩子们进餐结束后，衡老师负责给每位幼儿擦脸擦手，张老师负责班内卫生整理清洁，周周老师负责给幼儿擦油，刘老师负责提裤子等等，都是为了让幼儿健康快乐的度过每一天。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篇4 </w:t>
      </w:r>
      <w:r>
        <w:rPr>
          <w:lang w:eastAsia="zh-CN"/>
        </w:rPr>
        <w:br/>
      </w:r>
      <w:r>
        <w:rPr>
          <w:lang w:eastAsia="zh-CN"/>
        </w:rPr>
        <w:t>　　为了更好地促进幼儿园中班的发展，现制定十二月工作计划如下。</w:t>
      </w:r>
      <w:r>
        <w:rPr>
          <w:lang w:eastAsia="zh-CN"/>
        </w:rPr>
        <w:br/>
      </w:r>
      <w:r>
        <w:rPr>
          <w:lang w:eastAsia="zh-CN"/>
        </w:rPr>
        <w:t>　　一、幼儿的保育工作</w:t>
      </w:r>
      <w:r>
        <w:rPr>
          <w:lang w:eastAsia="zh-CN"/>
        </w:rPr>
        <w:br/>
      </w:r>
      <w:r>
        <w:rPr>
          <w:lang w:eastAsia="zh-CN"/>
        </w:rPr>
        <w:t>　　1、防寒保暖</w:t>
      </w:r>
      <w:r>
        <w:rPr>
          <w:lang w:eastAsia="zh-CN"/>
        </w:rPr>
        <w:br/>
      </w:r>
      <w:r>
        <w:rPr>
          <w:lang w:eastAsia="zh-CN"/>
        </w:rPr>
        <w:t>　　(1)加强厨房和班级管理两个重要环节，努力保证幼儿吃热饭、热菜、热汤。如：控制饭菜出锅时间，减少幼儿洗手和吃饭间的等待。天气严寒时，可以让幼儿吃盖交饭。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(2)重视冬季取暖安全，不论是煤炉、暖气或其他取暖设备，均需有可靠的防护措施，并应对幼儿进行必要的安全教育。</w:t>
      </w:r>
      <w:r>
        <w:rPr>
          <w:lang w:eastAsia="zh-CN"/>
        </w:rPr>
        <w:br/>
      </w:r>
      <w:r>
        <w:rPr>
          <w:lang w:eastAsia="zh-CN"/>
        </w:rPr>
        <w:t>　　(3)做好冬季传染病的预防和隔离工作。要注意室内空气流通和定期消毒，做到早晚开窗对流，幼儿在班时也应有适量的窗户开启，以利于新鲜空气流入。</w:t>
      </w:r>
      <w:r>
        <w:rPr>
          <w:lang w:eastAsia="zh-CN"/>
        </w:rPr>
        <w:br/>
      </w:r>
      <w:r>
        <w:rPr>
          <w:lang w:eastAsia="zh-CN"/>
        </w:rPr>
        <w:t>　　(4)经常利用冬日可贵的阳光，晒幼儿被褥等物品。</w:t>
      </w:r>
      <w:r>
        <w:rPr>
          <w:lang w:eastAsia="zh-CN"/>
        </w:rPr>
        <w:br/>
      </w:r>
      <w:r>
        <w:rPr>
          <w:lang w:eastAsia="zh-CN"/>
        </w:rPr>
        <w:t>　　2、积极锻炼：增加活动量较大的晨间体育活动，如球类、跑步等，锻炼幼儿体质和意志。锻炼时要注意幼儿手脸的保护，可适当搓擦。还要防止因衣服多、活动量大而出汗过多。活动时注意风向。</w:t>
      </w:r>
      <w:r>
        <w:rPr>
          <w:lang w:eastAsia="zh-CN"/>
        </w:rPr>
        <w:br/>
      </w:r>
      <w:r>
        <w:rPr>
          <w:lang w:eastAsia="zh-CN"/>
        </w:rPr>
        <w:t>　　3、开展多种活动：利用冬季特点观察自然景象，做结冰实验，做冰花，打雪仗，堆雪人等。</w:t>
      </w:r>
      <w:r>
        <w:rPr>
          <w:lang w:eastAsia="zh-CN"/>
        </w:rPr>
        <w:br/>
      </w:r>
      <w:r>
        <w:rPr>
          <w:lang w:eastAsia="zh-CN"/>
        </w:rPr>
        <w:t>　　二、迎接新年</w:t>
      </w:r>
      <w:r>
        <w:rPr>
          <w:lang w:eastAsia="zh-CN"/>
        </w:rPr>
        <w:br/>
      </w:r>
      <w:r>
        <w:rPr>
          <w:lang w:eastAsia="zh-CN"/>
        </w:rPr>
        <w:t>　　1、进行迎新年“长大一岁”的教育活动，让幼儿知道祖国建设新成就，师生共同进行环境布置等。元旦前举办全园性庆祝会或游园庆祝活动。</w:t>
      </w:r>
      <w:r>
        <w:rPr>
          <w:lang w:eastAsia="zh-CN"/>
        </w:rPr>
        <w:br/>
      </w:r>
      <w:r>
        <w:rPr>
          <w:lang w:eastAsia="zh-CN"/>
        </w:rPr>
        <w:t>　　2、利用学习、工会活动组织教职工畅谈国家的进步和发展，交流本地区和国内外大事记，互致新年祝辞等。</w:t>
      </w:r>
      <w:r>
        <w:rPr>
          <w:lang w:eastAsia="zh-CN"/>
        </w:rPr>
        <w:br/>
      </w:r>
      <w:r>
        <w:rPr>
          <w:lang w:eastAsia="zh-CN"/>
        </w:rPr>
        <w:t>　　3、结合年终个人或班组工作小结，开展评优、评先进等活动，使优秀的更上一层楼，使人人感觉自己在进步，激励大家在新的一年里做出更大的成绩。</w:t>
      </w:r>
      <w:r>
        <w:rPr>
          <w:lang w:eastAsia="zh-CN"/>
        </w:rPr>
        <w:br/>
      </w:r>
      <w:r>
        <w:rPr>
          <w:lang w:eastAsia="zh-CN"/>
        </w:rPr>
        <w:t>　　4、与共建单位开展慰问、联欢活动。</w:t>
      </w:r>
      <w:r>
        <w:rPr>
          <w:lang w:eastAsia="zh-CN"/>
        </w:rPr>
        <w:br/>
      </w:r>
      <w:r>
        <w:rPr>
          <w:lang w:eastAsia="zh-CN"/>
        </w:rPr>
        <w:t>　　三、教研活动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通过交流工作、教育计划、效果记录、教育笔记等，促进教职工相互了解、互相学习、取长补短。开展小型的研讨活动，肯定成绩，找出问题，改进工作。</w:t>
      </w:r>
      <w:r>
        <w:rPr>
          <w:lang w:eastAsia="zh-CN"/>
        </w:rPr>
        <w:br/>
      </w:r>
      <w:r>
        <w:rPr>
          <w:lang w:eastAsia="zh-CN"/>
        </w:rPr>
        <w:t>　　四、家长工作</w:t>
      </w:r>
      <w:r>
        <w:rPr>
          <w:lang w:eastAsia="zh-CN"/>
        </w:rPr>
        <w:br/>
      </w:r>
      <w:r>
        <w:rPr>
          <w:lang w:eastAsia="zh-CN"/>
        </w:rPr>
        <w:t>　　加强对家长的宣传，帮助家长了解冬季合理保育及锻炼的意义与做法，保证幼儿坚持天天按时起床(不睡懒觉)、按时入园(不迟到)等。要求家长与保教人员配合，共同管理好幼儿的大衣、帽子、手套等物品，回家时不遗忘、不丢失。听取家长对幼儿园冬季保教工作的意见。</w:t>
      </w:r>
      <w:r>
        <w:rPr>
          <w:lang w:eastAsia="zh-CN"/>
        </w:rPr>
        <w:br/>
      </w:r>
      <w:r>
        <w:rPr>
          <w:lang w:eastAsia="zh-CN"/>
        </w:rPr>
        <w:t>　　五、后勤工作</w:t>
      </w:r>
      <w:r>
        <w:rPr>
          <w:lang w:eastAsia="zh-CN"/>
        </w:rPr>
        <w:br/>
      </w:r>
      <w:r>
        <w:rPr>
          <w:lang w:eastAsia="zh-CN"/>
        </w:rPr>
        <w:t>　　1、积极做好防寒保暖的物资供应工作，并特别注意用电、用火安全。加强检查，发现情况及时处理。</w:t>
      </w:r>
      <w:r>
        <w:rPr>
          <w:lang w:eastAsia="zh-CN"/>
        </w:rPr>
        <w:br/>
      </w:r>
      <w:r>
        <w:rPr>
          <w:lang w:eastAsia="zh-CN"/>
        </w:rPr>
        <w:t>　　2、进行年终账目结算、审核，并按不同项目向上级、本园职工或家长公布。</w:t>
      </w:r>
      <w:r>
        <w:rPr>
          <w:lang w:eastAsia="zh-CN"/>
        </w:rPr>
        <w:br/>
      </w:r>
      <w:r>
        <w:rPr>
          <w:lang w:eastAsia="zh-CN"/>
        </w:rPr>
        <w:t>　　3、做好绿化工作，对园内树木进行修剪和施基肥。</w:t>
      </w:r>
      <w:r>
        <w:rPr>
          <w:lang w:eastAsia="zh-CN"/>
        </w:rPr>
        <w:br/>
      </w:r>
      <w:r>
        <w:rPr>
          <w:lang w:eastAsia="zh-CN"/>
        </w:rPr>
        <w:t>　　4、协助班级做好动物、植物的越冬护理。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篇5 </w:t>
      </w:r>
      <w:r>
        <w:rPr>
          <w:lang w:eastAsia="zh-CN"/>
        </w:rPr>
        <w:br/>
      </w:r>
      <w:r>
        <w:rPr>
          <w:lang w:eastAsia="zh-CN"/>
        </w:rPr>
        <w:t>　　在经过大班_学期的共同学习和生活后，我们一起来迎接孩子们在幼儿园的_后一学期，根据本班实际情况和家长的建议，经过讨论我们拟定了本学期的工作计划，我们将提供多元整合的学习机会，充分利用各种资源，以开放的态度，陪伴幼儿经历这有意义的一学期。</w:t>
      </w:r>
      <w:r>
        <w:rPr>
          <w:lang w:eastAsia="zh-CN"/>
        </w:rPr>
        <w:br/>
      </w:r>
      <w:r>
        <w:rPr>
          <w:lang w:eastAsia="zh-CN"/>
        </w:rPr>
        <w:t>　　一、基本情况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本班共有幼儿41名，其中男孩25人，女孩16人。通过两年来师生的共同努力，绝大部分幼儿养成了较好的生活自理能力，均能自己穿衣、进餐，生活卫生习惯，进餐习惯较稳定，都能做到饭前洗手、便后洗手、饭后自己整理桌面以及餐具，同时都能积极参与到体育活动中，身体情况都较好。孩子们兴趣较广泛、思维灵活、对食物充满好奇心与学习欲望，活动中能积极发言。</w:t>
      </w:r>
      <w:r>
        <w:rPr>
          <w:lang w:eastAsia="zh-CN"/>
        </w:rPr>
        <w:br/>
      </w:r>
      <w:r>
        <w:rPr>
          <w:lang w:eastAsia="zh-CN"/>
        </w:rPr>
        <w:t>　　但由于班级中大部分幼儿是独生子女，所以有部分幼儿比较自私、任性，特别是个别男孩虽然思维较敏捷，但是行为习惯方面在不良倾向，有部分幼儿自控能力较弱，注意力容易分散，遵守集体规则意识较薄弱，还有个别幼儿倾听习惯较差，尊重他人的意识较薄弱。</w:t>
      </w:r>
      <w:r>
        <w:rPr>
          <w:lang w:eastAsia="zh-CN"/>
        </w:rPr>
        <w:br/>
      </w:r>
      <w:r>
        <w:rPr>
          <w:lang w:eastAsia="zh-CN"/>
        </w:rPr>
        <w:t>　　班里年龄较小的幼儿各方面能力较弱，动手能力差，胆子小，虽已基本适应幼儿园生活，但在一日生活常规各环节上主动性较差，需要教师、同伴更多的关心与关注以帮助他们更好的进步、提高各方面的能力。</w:t>
      </w:r>
      <w:r>
        <w:rPr>
          <w:lang w:eastAsia="zh-CN"/>
        </w:rPr>
        <w:br/>
      </w:r>
      <w:r>
        <w:rPr>
          <w:lang w:eastAsia="zh-CN"/>
        </w:rPr>
        <w:t>　　二.各领域教学目标、重难点及具体措施</w:t>
      </w:r>
      <w:r>
        <w:rPr>
          <w:lang w:eastAsia="zh-CN"/>
        </w:rPr>
        <w:br/>
      </w:r>
      <w:r>
        <w:rPr>
          <w:lang w:eastAsia="zh-CN"/>
        </w:rPr>
        <w:t>　　（科学领域——数学活动）</w:t>
      </w:r>
      <w:r>
        <w:rPr>
          <w:lang w:eastAsia="zh-CN"/>
        </w:rPr>
        <w:br/>
      </w:r>
      <w:r>
        <w:rPr>
          <w:lang w:eastAsia="zh-CN"/>
        </w:rPr>
        <w:t>　　活动目标：</w:t>
      </w:r>
      <w:r>
        <w:rPr>
          <w:lang w:eastAsia="zh-CN"/>
        </w:rPr>
        <w:br/>
      </w:r>
      <w:r>
        <w:rPr>
          <w:lang w:eastAsia="zh-CN"/>
        </w:rPr>
        <w:t>　　1能积极、主动地参加数学活动，能初步运用在生活中的数学。</w:t>
      </w:r>
      <w:r>
        <w:rPr>
          <w:lang w:eastAsia="zh-CN"/>
        </w:rPr>
        <w:br/>
      </w:r>
      <w:r>
        <w:rPr>
          <w:lang w:eastAsia="zh-CN"/>
        </w:rPr>
        <w:t>　　2、幼儿能按三种以上共同属性进行分类，理解零的含义。</w:t>
      </w:r>
      <w:r>
        <w:rPr>
          <w:lang w:eastAsia="zh-CN"/>
        </w:rPr>
        <w:br/>
      </w:r>
      <w:r>
        <w:rPr>
          <w:lang w:eastAsia="zh-CN"/>
        </w:rPr>
        <w:t>　　3、从自身出发区别左右。</w:t>
      </w:r>
      <w:r>
        <w:rPr>
          <w:lang w:eastAsia="zh-CN"/>
        </w:rPr>
        <w:br/>
      </w:r>
      <w:r>
        <w:rPr>
          <w:lang w:eastAsia="zh-CN"/>
        </w:rPr>
        <w:t>　　4、学习区分10以内的单双数。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5、用目测和自然测量的方法比较物体的长短、高矮、宽窄、轻重、远近、厚薄等。</w:t>
      </w:r>
      <w:r>
        <w:rPr>
          <w:lang w:eastAsia="zh-CN"/>
        </w:rPr>
        <w:br/>
      </w:r>
      <w:r>
        <w:rPr>
          <w:lang w:eastAsia="zh-CN"/>
        </w:rPr>
        <w:t>　　6、学会10以内数的分解、组成、加减运算，并在生活中进行运用。</w:t>
      </w:r>
      <w:r>
        <w:rPr>
          <w:lang w:eastAsia="zh-CN"/>
        </w:rPr>
        <w:br/>
      </w:r>
      <w:r>
        <w:rPr>
          <w:lang w:eastAsia="zh-CN"/>
        </w:rPr>
        <w:t>　　7、认识圆柱体、球体，比较立方体和平面图形的异同及它们的关系。</w:t>
      </w:r>
      <w:r>
        <w:rPr>
          <w:lang w:eastAsia="zh-CN"/>
        </w:rPr>
        <w:br/>
      </w:r>
      <w:r>
        <w:rPr>
          <w:lang w:eastAsia="zh-CN"/>
        </w:rPr>
        <w:t>　　8、对周围环境中的事物、事件和现象有强烈的好奇心，喜欢提问，愿意用实验工具去探索和体验。</w:t>
      </w:r>
      <w:r>
        <w:rPr>
          <w:lang w:eastAsia="zh-CN"/>
        </w:rPr>
        <w:br/>
      </w:r>
      <w:r>
        <w:rPr>
          <w:lang w:eastAsia="zh-CN"/>
        </w:rPr>
        <w:t>　　9、学会用观察、收集、记录、统计等简单的科学方法。</w:t>
      </w:r>
      <w:r>
        <w:rPr>
          <w:lang w:eastAsia="zh-CN"/>
        </w:rPr>
        <w:br/>
      </w:r>
      <w:r>
        <w:rPr>
          <w:lang w:eastAsia="zh-CN"/>
        </w:rPr>
        <w:t>　　10、愿意和同伴共同探索，能用适当的方式表达、交流探索的过程和结果。</w:t>
      </w:r>
      <w:r>
        <w:rPr>
          <w:lang w:eastAsia="zh-CN"/>
        </w:rPr>
        <w:br/>
      </w:r>
      <w:r>
        <w:rPr>
          <w:lang w:eastAsia="zh-CN"/>
        </w:rPr>
        <w:t>　　11、学会并能比较10以内数的大小。</w:t>
      </w:r>
      <w:r>
        <w:rPr>
          <w:lang w:eastAsia="zh-CN"/>
        </w:rPr>
        <w:br/>
      </w:r>
      <w:r>
        <w:rPr>
          <w:lang w:eastAsia="zh-CN"/>
        </w:rPr>
        <w:t>　　12、在日常生活和游戏等多种活动中，加深对数量、形体、时空实际意义的理解，学习简单运用。能从多个角度进行简单的比较、测量、排序、分类、推理等认知活动。</w:t>
      </w:r>
      <w:r>
        <w:rPr>
          <w:lang w:eastAsia="zh-CN"/>
        </w:rPr>
        <w:br/>
      </w:r>
      <w:r>
        <w:rPr>
          <w:lang w:eastAsia="zh-CN"/>
        </w:rPr>
        <w:t>　　活动重难点：</w:t>
      </w:r>
      <w:r>
        <w:rPr>
          <w:lang w:eastAsia="zh-CN"/>
        </w:rPr>
        <w:br/>
      </w:r>
      <w:r>
        <w:rPr>
          <w:lang w:eastAsia="zh-CN"/>
        </w:rPr>
        <w:t>　　1、能从生活和游戏中感受事物的数量关系并体验到数学的重要和有趣。</w:t>
      </w:r>
      <w:r>
        <w:rPr>
          <w:lang w:eastAsia="zh-CN"/>
        </w:rPr>
        <w:br/>
      </w:r>
      <w:r>
        <w:rPr>
          <w:lang w:eastAsia="zh-CN"/>
        </w:rPr>
        <w:t>　　2.知道10以内的单、双数及相邻数，会倒和成组地数数。</w:t>
      </w:r>
      <w:r>
        <w:rPr>
          <w:lang w:eastAsia="zh-CN"/>
        </w:rPr>
        <w:br/>
      </w:r>
      <w:r>
        <w:rPr>
          <w:lang w:eastAsia="zh-CN"/>
        </w:rPr>
        <w:t>　　3.用不同的方法分解（或组成）一组物体（5以内），发现总数与部分数之间的关系，部分数与部分数之间的互补关系和互换关系。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4.学习用自然物测量物体，会比较粗细、轻重、厚薄等。</w:t>
      </w:r>
      <w:r>
        <w:rPr>
          <w:lang w:eastAsia="zh-CN"/>
        </w:rPr>
        <w:br/>
      </w:r>
      <w:r>
        <w:rPr>
          <w:lang w:eastAsia="zh-CN"/>
        </w:rPr>
        <w:t>　　5、能从生活和游戏中感受事物的数量关系并体验到数学的重要和有趣。</w:t>
      </w:r>
      <w:r>
        <w:rPr>
          <w:lang w:eastAsia="zh-CN"/>
        </w:rPr>
        <w:br/>
      </w:r>
      <w:r>
        <w:rPr>
          <w:lang w:eastAsia="zh-CN"/>
        </w:rPr>
        <w:t>　　6、有基本的空间方位概念，能以自身为中心区分左、右，能依据一定的特征辨别目标位置。</w:t>
      </w:r>
      <w:r>
        <w:rPr>
          <w:lang w:eastAsia="zh-CN"/>
        </w:rPr>
        <w:br/>
      </w:r>
      <w:r>
        <w:rPr>
          <w:lang w:eastAsia="zh-CN"/>
        </w:rPr>
        <w:t>　　7、积极、主动地参加数学活动及数学问题的讨论。</w:t>
      </w:r>
      <w:r>
        <w:rPr>
          <w:lang w:eastAsia="zh-CN"/>
        </w:rPr>
        <w:br/>
      </w:r>
      <w:r>
        <w:rPr>
          <w:lang w:eastAsia="zh-CN"/>
        </w:rPr>
        <w:t>　　8、能发现平面图形和立体图形的不同和相同之处。</w:t>
      </w:r>
      <w:r>
        <w:rPr>
          <w:lang w:eastAsia="zh-CN"/>
        </w:rPr>
        <w:br/>
      </w:r>
      <w:r>
        <w:rPr>
          <w:lang w:eastAsia="zh-CN"/>
        </w:rPr>
        <w:t>　　解决重难点措施：</w:t>
      </w:r>
      <w:r>
        <w:rPr>
          <w:lang w:eastAsia="zh-CN"/>
        </w:rPr>
        <w:br/>
      </w:r>
      <w:r>
        <w:rPr>
          <w:lang w:eastAsia="zh-CN"/>
        </w:rPr>
        <w:t>　　1、教学活动中引导幼儿对周围环境中的数、量、形、时间和空间等现象产生兴趣,建构初步的数概念,并学习用简单的数学方法解决生活和游戏中某些简单的问题。</w:t>
      </w:r>
      <w:r>
        <w:rPr>
          <w:lang w:eastAsia="zh-CN"/>
        </w:rPr>
        <w:br/>
      </w:r>
      <w:r>
        <w:rPr>
          <w:lang w:eastAsia="zh-CN"/>
        </w:rPr>
        <w:t>　　2、在操作活动中,引导幼儿按某个特征对物体分类。学习多种角度分类,比较事物的细微差别与异同,形成类概念。</w:t>
      </w:r>
      <w:r>
        <w:rPr>
          <w:lang w:eastAsia="zh-CN"/>
        </w:rPr>
        <w:br/>
      </w:r>
      <w:r>
        <w:rPr>
          <w:lang w:eastAsia="zh-CN"/>
        </w:rPr>
        <w:t>　　3、在日常生活中,引导幼儿比较两三个物体间量(大小、长短、高矮等)的显着差异,并按某个特征进行物体的排序。</w:t>
      </w:r>
      <w:r>
        <w:rPr>
          <w:lang w:eastAsia="zh-CN"/>
        </w:rPr>
        <w:br/>
      </w:r>
      <w:r>
        <w:rPr>
          <w:lang w:eastAsia="zh-CN"/>
        </w:rPr>
        <w:t>　　4、在日常生活中,引导幼儿能手口一致地点数“20”以内的实物并说出总数。用多种方法数数,按实物范例和指定的数目取出相应数量的物体。</w:t>
      </w:r>
      <w:r>
        <w:rPr>
          <w:lang w:eastAsia="zh-CN"/>
        </w:rPr>
        <w:br/>
      </w:r>
      <w:r>
        <w:rPr>
          <w:lang w:eastAsia="zh-CN"/>
        </w:rPr>
        <w:t>　　5、在游戏中比较事物的轻重,区分左右,练习简单的统计方法学习用不同的方法测量。</w:t>
      </w:r>
      <w:r>
        <w:rPr>
          <w:lang w:eastAsia="zh-CN"/>
        </w:rPr>
        <w:br/>
      </w:r>
      <w:r>
        <w:rPr>
          <w:lang w:eastAsia="zh-CN"/>
        </w:rPr>
        <w:t>　　（科学领域——科学活动）</w:t>
      </w:r>
      <w:r>
        <w:rPr>
          <w:lang w:eastAsia="zh-CN"/>
        </w:rPr>
        <w:br/>
      </w:r>
      <w:r>
        <w:rPr>
          <w:lang w:eastAsia="zh-CN"/>
        </w:rPr>
        <w:t>　　活动目标：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1、帮助儿童了解不同环境中的动物（野生类）植物（食品类）及其与环境的相互关系。介绍环境污染的现象和人们保护生态环境的活动。</w:t>
      </w:r>
      <w:r>
        <w:rPr>
          <w:lang w:eastAsia="zh-CN"/>
        </w:rPr>
        <w:br/>
      </w:r>
      <w:r>
        <w:rPr>
          <w:lang w:eastAsia="zh-CN"/>
        </w:rPr>
        <w:t>　　2.让儿童获取有关季节、人类、动植物与环境等关系的感性经验，形成四季的初步概念。</w:t>
      </w:r>
      <w:r>
        <w:rPr>
          <w:lang w:eastAsia="zh-CN"/>
        </w:rPr>
        <w:br/>
      </w:r>
      <w:r>
        <w:rPr>
          <w:lang w:eastAsia="zh-CN"/>
        </w:rPr>
        <w:t>　　3.引导儿童学习使用常见科技产品（飞机、桥等）的方法，运用简单工具和多种材料进行制作活动，能够发现物品和材料的多种特性和功能，并能表现出一定的创造性。</w:t>
      </w:r>
      <w:r>
        <w:rPr>
          <w:lang w:eastAsia="zh-CN"/>
        </w:rPr>
        <w:br/>
      </w:r>
      <w:r>
        <w:rPr>
          <w:lang w:eastAsia="zh-CN"/>
        </w:rPr>
        <w:t>　　4.使儿童喜欢并较长时间参与科学活动，能主动探索周围自然界，并能用语言交流发现问题、能关心、爱护自然环境。</w:t>
      </w:r>
      <w:r>
        <w:rPr>
          <w:lang w:eastAsia="zh-CN"/>
        </w:rPr>
        <w:br/>
      </w:r>
      <w:r>
        <w:rPr>
          <w:lang w:eastAsia="zh-CN"/>
        </w:rPr>
        <w:t>　　5、对周围事物、现象感兴趣，有好奇心和求知欲。能运用多种感官探索周围环境，乐于动手动脑。愿意和同伴共同探索，能用适当的方式表达、交流探索的过程和结果。</w:t>
      </w:r>
      <w:r>
        <w:rPr>
          <w:lang w:eastAsia="zh-CN"/>
        </w:rPr>
        <w:br/>
      </w:r>
      <w:r>
        <w:rPr>
          <w:lang w:eastAsia="zh-CN"/>
        </w:rPr>
        <w:t>　　6、乐意亲近大自然，萌发热爱自然的情感，懂得珍惜资源和保护环境。具有初步的环保意识。</w:t>
      </w:r>
      <w:r>
        <w:rPr>
          <w:lang w:eastAsia="zh-CN"/>
        </w:rPr>
        <w:br/>
      </w:r>
      <w:r>
        <w:rPr>
          <w:lang w:eastAsia="zh-CN"/>
        </w:rPr>
        <w:t>　　教学重难点：</w:t>
      </w:r>
      <w:r>
        <w:rPr>
          <w:lang w:eastAsia="zh-CN"/>
        </w:rPr>
        <w:br/>
      </w:r>
      <w:r>
        <w:rPr>
          <w:lang w:eastAsia="zh-CN"/>
        </w:rPr>
        <w:t>　　1、能运用各种感官,动手动脑,探究问题。</w:t>
      </w:r>
      <w:r>
        <w:rPr>
          <w:lang w:eastAsia="zh-CN"/>
        </w:rPr>
        <w:br/>
      </w:r>
      <w:r>
        <w:rPr>
          <w:lang w:eastAsia="zh-CN"/>
        </w:rPr>
        <w:t>　　2、能用适当的方式表达、交流探索的过程和结果。</w:t>
      </w:r>
      <w:r>
        <w:rPr>
          <w:lang w:eastAsia="zh-CN"/>
        </w:rPr>
        <w:br/>
      </w:r>
      <w:r>
        <w:rPr>
          <w:lang w:eastAsia="zh-CN"/>
        </w:rPr>
        <w:t>　　3、对周围的事物、现象感兴趣,有好奇心和求知欲。</w:t>
      </w:r>
      <w:r>
        <w:rPr>
          <w:lang w:eastAsia="zh-CN"/>
        </w:rPr>
        <w:br/>
      </w:r>
      <w:r>
        <w:rPr>
          <w:lang w:eastAsia="zh-CN"/>
        </w:rPr>
        <w:t>　　4、能运用各种感官,动手动脑,探究问题。</w:t>
      </w:r>
      <w:r>
        <w:rPr>
          <w:lang w:eastAsia="zh-CN"/>
        </w:rPr>
        <w:br/>
      </w:r>
      <w:r>
        <w:rPr>
          <w:lang w:eastAsia="zh-CN"/>
        </w:rPr>
        <w:t>　　5、能用适当的方式表达、交流探索的过程和结果。</w:t>
      </w:r>
      <w:r>
        <w:rPr>
          <w:lang w:eastAsia="zh-CN"/>
        </w:rPr>
        <w:br/>
      </w:r>
      <w:r>
        <w:rPr>
          <w:lang w:eastAsia="zh-CN"/>
        </w:rPr>
        <w:t>　　具体措施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1、在班内创设我是小小发明家、共享区等区域，鼓励幼儿喜欢和同伴游戏，组织教学活动激发幼儿的认识兴趣和探究欲望。</w:t>
      </w:r>
      <w:r>
        <w:rPr>
          <w:lang w:eastAsia="zh-CN"/>
        </w:rPr>
        <w:br/>
      </w:r>
      <w:r>
        <w:rPr>
          <w:lang w:eastAsia="zh-CN"/>
        </w:rPr>
        <w:t>　　2、在日常生活中引导幼儿喜欢观察常见的事物和现象,并对它们感兴趣。</w:t>
      </w:r>
      <w:r>
        <w:rPr>
          <w:lang w:eastAsia="zh-CN"/>
        </w:rPr>
        <w:br/>
      </w:r>
      <w:r>
        <w:rPr>
          <w:lang w:eastAsia="zh-CN"/>
        </w:rPr>
        <w:t>　　3、让幼儿在大自然中观察各种自然科学现象,激发幼儿的好奇心和认识兴趣;萌发热爱自然的情感,懂得珍惜资源和保护环境。</w:t>
      </w:r>
      <w:r>
        <w:rPr>
          <w:lang w:eastAsia="zh-CN"/>
        </w:rPr>
        <w:br/>
      </w:r>
      <w:r>
        <w:rPr>
          <w:lang w:eastAsia="zh-CN"/>
        </w:rPr>
        <w:t>　　4、为幼儿的探究活动创造宽松的环境,让每个幼儿都有机会参与尝试,支持、鼓励他们大胆提出问题,发表不同意见,学会尊重别人的观点和经验。在活动中,鼓励幼儿运用多种感官进行感知和探索活动,引导幼儿了解感官的作用。</w:t>
      </w:r>
      <w:r>
        <w:rPr>
          <w:lang w:eastAsia="zh-CN"/>
        </w:rPr>
        <w:br/>
      </w:r>
      <w:r>
        <w:rPr>
          <w:lang w:eastAsia="zh-CN"/>
        </w:rPr>
        <w:t>　　5、引导幼儿在生活中学会做些简单科学实验并了解其中的奥秘。</w:t>
      </w:r>
      <w:r>
        <w:rPr>
          <w:lang w:eastAsia="zh-CN"/>
        </w:rPr>
        <w:br/>
      </w:r>
      <w:r>
        <w:rPr>
          <w:lang w:eastAsia="zh-CN"/>
        </w:rPr>
        <w:t>　　6、日常生活中尝试通过看电视、报纸等途径搜集感兴趣的信息,乐意与同伴分享交流自己收集的信息。合理运用生活中的基本生活用品,初步了解新技术的不断发展给人们带来的方便。</w:t>
      </w:r>
      <w:r>
        <w:rPr>
          <w:lang w:eastAsia="zh-CN"/>
        </w:rPr>
        <w:br/>
      </w:r>
      <w:r>
        <w:rPr>
          <w:lang w:eastAsia="zh-CN"/>
        </w:rPr>
        <w:t>　　7、通过引导幼儿积极参加小组讨论、探索等方式,培养幼儿合作学习的意识和能力,学习用多种方式表现、交流、分享探索的过程和结果。引导幼儿,学习用语言讲出操作活动的感受和发现。能关注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篇6 </w:t>
      </w:r>
      <w:r>
        <w:rPr>
          <w:lang w:eastAsia="zh-CN"/>
        </w:rPr>
        <w:br/>
      </w:r>
      <w:r>
        <w:rPr>
          <w:lang w:eastAsia="zh-CN"/>
        </w:rPr>
        <w:t>　　一、本月工作重点：</w:t>
      </w:r>
      <w:r>
        <w:rPr>
          <w:lang w:eastAsia="zh-CN"/>
        </w:rPr>
        <w:br/>
      </w:r>
      <w:r>
        <w:rPr>
          <w:lang w:eastAsia="zh-CN"/>
        </w:rPr>
        <w:t>　　1.结合国庆节，开展“我爱祖国”主题教育活动。</w:t>
      </w:r>
      <w:r>
        <w:rPr>
          <w:lang w:eastAsia="zh-CN"/>
        </w:rPr>
        <w:br/>
      </w:r>
      <w:r>
        <w:rPr>
          <w:lang w:eastAsia="zh-CN"/>
        </w:rPr>
        <w:t>　　2.组织幼儿开展秋游远足、采集活动。</w:t>
      </w:r>
      <w:r>
        <w:rPr>
          <w:lang w:eastAsia="zh-CN"/>
        </w:rPr>
        <w:br/>
      </w:r>
      <w:r>
        <w:rPr>
          <w:lang w:eastAsia="zh-CN"/>
        </w:rPr>
        <w:t>　　3.加强秋季保育工作，做好幼儿一日生活环节的护理及指导。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4.加强幼儿体格锻炼，增强幼儿体质。</w:t>
      </w:r>
      <w:r>
        <w:rPr>
          <w:lang w:eastAsia="zh-CN"/>
        </w:rPr>
        <w:br/>
      </w:r>
      <w:r>
        <w:rPr>
          <w:lang w:eastAsia="zh-CN"/>
        </w:rPr>
        <w:t>　　5.及时认真填写并发放《宝宝成长记录》，认真创设好主题墙饰。</w:t>
      </w:r>
      <w:r>
        <w:rPr>
          <w:lang w:eastAsia="zh-CN"/>
        </w:rPr>
        <w:br/>
      </w:r>
      <w:r>
        <w:rPr>
          <w:lang w:eastAsia="zh-CN"/>
        </w:rPr>
        <w:t>　　二、本月开展以下主题：主题活动：《快快慢慢》(二)主题目标：</w:t>
      </w:r>
      <w:r>
        <w:rPr>
          <w:lang w:eastAsia="zh-CN"/>
        </w:rPr>
        <w:br/>
      </w:r>
      <w:r>
        <w:rPr>
          <w:lang w:eastAsia="zh-CN"/>
        </w:rPr>
        <w:t>　　引导幼儿观察生活、环境中的快慢现象，引发幼儿在关注周围事物快慢现象的过程中感</w:t>
      </w:r>
      <w:r>
        <w:rPr>
          <w:lang w:eastAsia="zh-CN"/>
        </w:rPr>
        <w:br/>
      </w:r>
      <w:r>
        <w:rPr>
          <w:lang w:eastAsia="zh-CN"/>
        </w:rPr>
        <w:t>　　知事物差异的好奇心，思考为什么有快有慢，怎样使“慢”变“快”逐渐了解在日常生活</w:t>
      </w:r>
      <w:r>
        <w:rPr>
          <w:lang w:eastAsia="zh-CN"/>
        </w:rPr>
        <w:br/>
      </w:r>
      <w:r>
        <w:rPr>
          <w:lang w:eastAsia="zh-CN"/>
        </w:rPr>
        <w:t>　　中什么时候做事情动作要快，什么时候做事情动作要慢，从而养成良好的行为习惯。主题活动：《红黄蓝绿》主题目标：</w:t>
      </w:r>
      <w:r>
        <w:rPr>
          <w:lang w:eastAsia="zh-CN"/>
        </w:rPr>
        <w:br/>
      </w:r>
      <w:r>
        <w:rPr>
          <w:lang w:eastAsia="zh-CN"/>
        </w:rPr>
        <w:t>　　引领幼儿进入《红黄蓝绿》彩色世界，让幼儿运用自己的感官去发现秋天是多姿多彩的，</w:t>
      </w:r>
      <w:r>
        <w:rPr>
          <w:lang w:eastAsia="zh-CN"/>
        </w:rPr>
        <w:br/>
      </w:r>
      <w:r>
        <w:rPr>
          <w:lang w:eastAsia="zh-CN"/>
        </w:rPr>
        <w:t>　　去感知秋天美丽丰富的色彩，在有趣的活动中提高幼儿的语言、空间、数理、交际等各项智</w:t>
      </w:r>
      <w:r>
        <w:rPr>
          <w:lang w:eastAsia="zh-CN"/>
        </w:rPr>
        <w:br/>
      </w:r>
      <w:r>
        <w:rPr>
          <w:lang w:eastAsia="zh-CN"/>
        </w:rPr>
        <w:t>　　能。</w:t>
      </w:r>
      <w:r>
        <w:rPr>
          <w:lang w:eastAsia="zh-CN"/>
        </w:rPr>
        <w:br/>
      </w:r>
      <w:r>
        <w:rPr>
          <w:lang w:eastAsia="zh-CN"/>
        </w:rPr>
        <w:t>　　三、家长工作：</w:t>
      </w:r>
      <w:r>
        <w:rPr>
          <w:lang w:eastAsia="zh-CN"/>
        </w:rPr>
        <w:br/>
      </w:r>
      <w:r>
        <w:rPr>
          <w:lang w:eastAsia="zh-CN"/>
        </w:rPr>
        <w:t>　　1.孩子共同收集各类动物图片，一起阅读有关动物的书籍，使其了解动物行动的速度特</w:t>
      </w:r>
      <w:r>
        <w:rPr>
          <w:lang w:eastAsia="zh-CN"/>
        </w:rPr>
        <w:br/>
      </w:r>
      <w:r>
        <w:rPr>
          <w:lang w:eastAsia="zh-CN"/>
        </w:rPr>
        <w:t>　　征。</w:t>
      </w:r>
      <w:r>
        <w:rPr>
          <w:lang w:eastAsia="zh-CN"/>
        </w:rPr>
        <w:br/>
      </w:r>
      <w:r>
        <w:rPr>
          <w:lang w:eastAsia="zh-CN"/>
        </w:rPr>
        <w:t>　　2.在日常生活中根据情况提醒孩子做事要注意快慢节奏，养成良好的生活习惯。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3.为孩子准备秋天的水果与农作物等带到幼儿园，以丰富自然角。</w:t>
      </w:r>
      <w:r>
        <w:rPr>
          <w:lang w:eastAsia="zh-CN"/>
        </w:rPr>
        <w:br/>
      </w:r>
      <w:r>
        <w:rPr>
          <w:lang w:eastAsia="zh-CN"/>
        </w:rPr>
        <w:t>　　4.建议家长多带孩子到大自然中，开展观察、种植、收集、捕捉等活动。</w:t>
      </w:r>
      <w:r>
        <w:rPr>
          <w:lang w:eastAsia="zh-CN"/>
        </w:rPr>
        <w:br/>
      </w:r>
      <w:r>
        <w:rPr>
          <w:lang w:eastAsia="zh-CN"/>
        </w:rPr>
        <w:t>　　5.家长与孩子共同收集不同造型的树叶，并告知树叶的名称。</w:t>
      </w:r>
      <w:r>
        <w:rPr>
          <w:lang w:eastAsia="zh-CN"/>
        </w:rPr>
        <w:br/>
      </w:r>
      <w:r>
        <w:rPr>
          <w:lang w:eastAsia="zh-CN"/>
        </w:rPr>
        <w:t>　　6.注意指导孩子观察秋天的景物、秋天的色彩，并鼓励孩子用语言表达。</w:t>
      </w:r>
      <w:r>
        <w:rPr>
          <w:lang w:eastAsia="zh-CN"/>
        </w:rPr>
        <w:br/>
      </w:r>
      <w:r>
        <w:rPr>
          <w:lang w:eastAsia="zh-CN"/>
        </w:rPr>
        <w:t>　　四、环境创设：</w:t>
      </w:r>
      <w:r>
        <w:rPr>
          <w:lang w:eastAsia="zh-CN"/>
        </w:rPr>
        <w:br/>
      </w:r>
      <w:r>
        <w:rPr>
          <w:lang w:eastAsia="zh-CN"/>
        </w:rPr>
        <w:t>　　1.继续丰富“快快国慢慢国”专栏，展示有关车辆的快慢、动物的快慢、生活中的快慢</w:t>
      </w:r>
      <w:r>
        <w:rPr>
          <w:lang w:eastAsia="zh-CN"/>
        </w:rPr>
        <w:br/>
      </w:r>
      <w:r>
        <w:rPr>
          <w:lang w:eastAsia="zh-CN"/>
        </w:rPr>
        <w:t>　　等内容。</w:t>
      </w:r>
      <w:r>
        <w:rPr>
          <w:lang w:eastAsia="zh-CN"/>
        </w:rPr>
        <w:br/>
      </w:r>
      <w:r>
        <w:rPr>
          <w:lang w:eastAsia="zh-CN"/>
        </w:rPr>
        <w:t>　　2.继续布置“汽车王国”专栏，展示幼儿设计的新车，让幼儿互相交流自己设计的车辆</w:t>
      </w:r>
      <w:r>
        <w:rPr>
          <w:lang w:eastAsia="zh-CN"/>
        </w:rPr>
        <w:br/>
      </w:r>
      <w:r>
        <w:rPr>
          <w:lang w:eastAsia="zh-CN"/>
        </w:rPr>
        <w:t>　　的与众不同之处。</w:t>
      </w:r>
      <w:r>
        <w:rPr>
          <w:lang w:eastAsia="zh-CN"/>
        </w:rPr>
        <w:br/>
      </w:r>
      <w:r>
        <w:rPr>
          <w:lang w:eastAsia="zh-CN"/>
        </w:rPr>
        <w:t>　　3.布置“我找到的五彩宝贝”专栏，展示幼儿的绘画作品，供其互相交流。</w:t>
      </w:r>
      <w:r>
        <w:rPr>
          <w:lang w:eastAsia="zh-CN"/>
        </w:rPr>
        <w:br/>
      </w:r>
      <w:r>
        <w:rPr>
          <w:lang w:eastAsia="zh-CN"/>
        </w:rPr>
        <w:t>　　4.丰富自然角，陈列幼儿收集的各种颜色的水果、树叶、花卉等，供幼儿观察。</w:t>
      </w:r>
      <w:r>
        <w:rPr>
          <w:lang w:eastAsia="zh-CN"/>
        </w:rPr>
        <w:br/>
      </w:r>
      <w:r>
        <w:rPr>
          <w:lang w:eastAsia="zh-CN"/>
        </w:rPr>
        <w:t>　　5.开展自然角种植麦子、蚕豆等活动，引导到幼儿观察它们的生长变化。</w:t>
      </w:r>
      <w:r>
        <w:rPr>
          <w:lang w:eastAsia="zh-CN"/>
        </w:rPr>
        <w:br/>
      </w:r>
      <w:r>
        <w:rPr>
          <w:lang w:eastAsia="zh-CN"/>
        </w:rPr>
        <w:t>　　6.布置“多彩的秋天”主题墙饰，吸引幼儿共同参与。中班十一月工作计划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一、教育工作</w:t>
      </w:r>
      <w:r>
        <w:rPr>
          <w:lang w:eastAsia="zh-CN"/>
        </w:rPr>
        <w:br/>
      </w:r>
      <w:r>
        <w:rPr>
          <w:lang w:eastAsia="zh-CN"/>
        </w:rPr>
        <w:t>　　1、开展《红黄蓝绿》主题活动。在秋天迷人的季节里，让孩子们运用自己的感官发现秋</w:t>
      </w:r>
      <w:r>
        <w:rPr>
          <w:lang w:eastAsia="zh-CN"/>
        </w:rPr>
        <w:br/>
      </w:r>
      <w:r>
        <w:rPr>
          <w:lang w:eastAsia="zh-CN"/>
        </w:rPr>
        <w:t>　　天是多姿多彩的，玩玩色彩游戏，做做彩色球、彩色花在有趣的活动中，建构自己的语言、</w:t>
      </w:r>
      <w:r>
        <w:rPr>
          <w:lang w:eastAsia="zh-CN"/>
        </w:rPr>
        <w:br/>
      </w:r>
      <w:r>
        <w:rPr>
          <w:lang w:eastAsia="zh-CN"/>
        </w:rPr>
        <w:t>　　空间、数理、交际等各项智能。</w:t>
      </w:r>
      <w:r>
        <w:rPr>
          <w:lang w:eastAsia="zh-CN"/>
        </w:rPr>
        <w:br/>
      </w:r>
      <w:r>
        <w:rPr>
          <w:lang w:eastAsia="zh-CN"/>
        </w:rPr>
        <w:t>　　2、开展《香香的蔬菜》主题活动。和幼儿一起去看一看、闻一闻、做一做、尝一尝，让</w:t>
      </w:r>
      <w:r>
        <w:rPr>
          <w:lang w:eastAsia="zh-CN"/>
        </w:rPr>
        <w:br/>
      </w:r>
      <w:r>
        <w:rPr>
          <w:lang w:eastAsia="zh-CN"/>
        </w:rPr>
        <w:t>　　幼儿发现蔬菜原来时如此丰富多彩。</w:t>
      </w:r>
      <w:r>
        <w:rPr>
          <w:lang w:eastAsia="zh-CN"/>
        </w:rPr>
        <w:br/>
      </w:r>
      <w:r>
        <w:rPr>
          <w:lang w:eastAsia="zh-CN"/>
        </w:rPr>
        <w:t>　　二、保育工作</w:t>
      </w:r>
      <w:r>
        <w:rPr>
          <w:lang w:eastAsia="zh-CN"/>
        </w:rPr>
        <w:br/>
      </w:r>
      <w:r>
        <w:rPr>
          <w:lang w:eastAsia="zh-CN"/>
        </w:rPr>
        <w:t>　　1、对幼儿进行安全防范教育，培养幼儿的自我保护意识和能力。</w:t>
      </w:r>
      <w:r>
        <w:rPr>
          <w:lang w:eastAsia="zh-CN"/>
        </w:rPr>
        <w:br/>
      </w:r>
      <w:r>
        <w:rPr>
          <w:lang w:eastAsia="zh-CN"/>
        </w:rPr>
        <w:t>　　2、随着天气变冷，教育幼儿做好防寒保暖工作，学会照顾好自己。</w:t>
      </w:r>
      <w:r>
        <w:rPr>
          <w:lang w:eastAsia="zh-CN"/>
        </w:rPr>
        <w:br/>
      </w:r>
      <w:r>
        <w:rPr>
          <w:lang w:eastAsia="zh-CN"/>
        </w:rPr>
        <w:t>　　3、定期清洁、消毒幼儿生活用品和教玩具，保持室内外环境的清洁。</w:t>
      </w:r>
      <w:r>
        <w:rPr>
          <w:lang w:eastAsia="zh-CN"/>
        </w:rPr>
        <w:br/>
      </w:r>
      <w:r>
        <w:rPr>
          <w:lang w:eastAsia="zh-CN"/>
        </w:rPr>
        <w:t>　　三、环境创设</w:t>
      </w:r>
      <w:r>
        <w:rPr>
          <w:lang w:eastAsia="zh-CN"/>
        </w:rPr>
        <w:br/>
      </w:r>
      <w:r>
        <w:rPr>
          <w:lang w:eastAsia="zh-CN"/>
        </w:rPr>
        <w:t>　　1、丰富自然角，陈列幼儿收集的各种颜色的水果、树叶、花、农作物、落叶等。</w:t>
      </w:r>
      <w:r>
        <w:rPr>
          <w:lang w:eastAsia="zh-CN"/>
        </w:rPr>
        <w:br/>
      </w:r>
      <w:r>
        <w:rPr>
          <w:lang w:eastAsia="zh-CN"/>
        </w:rPr>
        <w:t>　　2、用各种颜色的树叶运用印染、拼贴等方法制成“美丽的树叶”布置活动室。</w:t>
      </w:r>
      <w:r>
        <w:rPr>
          <w:lang w:eastAsia="zh-CN"/>
        </w:rPr>
        <w:br/>
      </w:r>
      <w:r>
        <w:rPr>
          <w:lang w:eastAsia="zh-CN"/>
        </w:rPr>
        <w:t>　　3、请幼儿收集蔬菜图片，在活动室布置“香香的蔬菜”主题墙饰。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4、与幼儿一起将收集的蔬菜实物布置成蔬菜展。</w:t>
      </w:r>
      <w:r>
        <w:rPr>
          <w:lang w:eastAsia="zh-CN"/>
        </w:rPr>
        <w:br/>
      </w:r>
      <w:r>
        <w:rPr>
          <w:lang w:eastAsia="zh-CN"/>
        </w:rPr>
        <w:t>　　5、在活动室墙张贴各种运动项目的图片。</w:t>
      </w:r>
      <w:r>
        <w:rPr>
          <w:lang w:eastAsia="zh-CN"/>
        </w:rPr>
        <w:br/>
      </w:r>
      <w:r>
        <w:rPr>
          <w:lang w:eastAsia="zh-CN"/>
        </w:rPr>
        <w:t>　　6、有意识在活动室内放置一些圆形、椭圆形、半圆形的物体。</w:t>
      </w:r>
      <w:r>
        <w:rPr>
          <w:lang w:eastAsia="zh-CN"/>
        </w:rPr>
        <w:br/>
      </w:r>
      <w:r>
        <w:rPr>
          <w:lang w:eastAsia="zh-CN"/>
        </w:rPr>
        <w:t>　　四、家园共育</w:t>
      </w:r>
      <w:r>
        <w:rPr>
          <w:lang w:eastAsia="zh-CN"/>
        </w:rPr>
        <w:br/>
      </w:r>
      <w:r>
        <w:rPr>
          <w:lang w:eastAsia="zh-CN"/>
        </w:rPr>
        <w:t>　　1、与孩子共同收集不同造型的树叶，能告知树叶的名称。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篇7 </w:t>
      </w:r>
      <w:r>
        <w:rPr>
          <w:lang w:eastAsia="zh-CN"/>
        </w:rPr>
        <w:br/>
      </w:r>
      <w:r>
        <w:rPr>
          <w:lang w:eastAsia="zh-CN"/>
        </w:rPr>
        <w:t>　　一、行政事务</w:t>
      </w:r>
      <w:r>
        <w:rPr>
          <w:lang w:eastAsia="zh-CN"/>
        </w:rPr>
        <w:br/>
      </w:r>
      <w:r>
        <w:rPr>
          <w:lang w:eastAsia="zh-CN"/>
        </w:rPr>
        <w:t>　　1.期初全体教职工工作会议。</w:t>
      </w:r>
      <w:r>
        <w:rPr>
          <w:lang w:eastAsia="zh-CN"/>
        </w:rPr>
        <w:br/>
      </w:r>
      <w:r>
        <w:rPr>
          <w:lang w:eastAsia="zh-CN"/>
        </w:rPr>
        <w:t>　　2.组织教师参加各级论文评比活动：</w:t>
      </w:r>
      <w:r>
        <w:rPr>
          <w:lang w:eastAsia="zh-CN"/>
        </w:rPr>
        <w:br/>
      </w:r>
      <w:r>
        <w:rPr>
          <w:lang w:eastAsia="zh-CN"/>
        </w:rPr>
        <w:t>　　3.组织教师参加20__太仓市优秀教玩具评比活动</w:t>
      </w:r>
      <w:r>
        <w:rPr>
          <w:lang w:eastAsia="zh-CN"/>
        </w:rPr>
        <w:br/>
      </w:r>
      <w:r>
        <w:rPr>
          <w:lang w:eastAsia="zh-CN"/>
        </w:rPr>
        <w:t>　　4.开展幼儿园教学常规检查。</w:t>
      </w:r>
      <w:r>
        <w:rPr>
          <w:lang w:eastAsia="zh-CN"/>
        </w:rPr>
        <w:br/>
      </w:r>
      <w:r>
        <w:rPr>
          <w:lang w:eastAsia="zh-CN"/>
        </w:rPr>
        <w:t>　　5.完成各条线计划(园务计划、教研组计划、课题计划、课程计划、班级计划等)(第三周)。</w:t>
      </w:r>
      <w:r>
        <w:rPr>
          <w:lang w:eastAsia="zh-CN"/>
        </w:rPr>
        <w:br/>
      </w:r>
      <w:r>
        <w:rPr>
          <w:lang w:eastAsia="zh-CN"/>
        </w:rPr>
        <w:t>　　6.开展好“教师节”的相关庆祝活动。(进行“好书相赠”、表彰优秀教师等)。</w:t>
      </w:r>
      <w:r>
        <w:rPr>
          <w:lang w:eastAsia="zh-CN"/>
        </w:rPr>
        <w:br/>
      </w:r>
      <w:r>
        <w:rPr>
          <w:lang w:eastAsia="zh-CN"/>
        </w:rPr>
        <w:t>　　7. 录入上报幼儿各类信息(花名册、家校通、学籍管理、参保名单等)。</w:t>
      </w:r>
      <w:r>
        <w:rPr>
          <w:lang w:eastAsia="zh-CN"/>
        </w:rPr>
        <w:br/>
      </w:r>
      <w:r>
        <w:rPr>
          <w:lang w:eastAsia="zh-CN"/>
        </w:rPr>
        <w:t>　　8.召开小班组新生家长会。</w:t>
      </w:r>
      <w:r>
        <w:rPr>
          <w:lang w:eastAsia="zh-CN"/>
        </w:rPr>
        <w:br/>
      </w:r>
      <w:r>
        <w:rPr>
          <w:lang w:eastAsia="zh-CN"/>
        </w:rPr>
        <w:t>　　9.填报20__年秋季学前资助名单和信息。</w:t>
      </w:r>
      <w:r>
        <w:rPr>
          <w:lang w:eastAsia="zh-CN"/>
        </w:rPr>
        <w:br/>
      </w:r>
      <w:r>
        <w:rPr>
          <w:lang w:eastAsia="zh-CN"/>
        </w:rPr>
        <w:t>　　二、教育教学</w:t>
      </w:r>
      <w:r>
        <w:rPr>
          <w:lang w:eastAsia="zh-CN"/>
        </w:rPr>
        <w:br/>
      </w:r>
      <w:r>
        <w:rPr>
          <w:lang w:eastAsia="zh-CN"/>
        </w:rPr>
        <w:t>　　1.中心对新进教师进行听课。</w:t>
      </w:r>
      <w:r>
        <w:rPr>
          <w:lang w:eastAsia="zh-CN"/>
        </w:rPr>
        <w:br/>
      </w:r>
      <w:r>
        <w:rPr>
          <w:lang w:eastAsia="zh-CN"/>
        </w:rPr>
        <w:t>　　2.结合教师节活动开展赠书、读书活动。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3.开学安全第一课活动，做好安全专题活动。</w:t>
      </w:r>
      <w:r>
        <w:rPr>
          <w:lang w:eastAsia="zh-CN"/>
        </w:rPr>
        <w:br/>
      </w:r>
      <w:r>
        <w:rPr>
          <w:lang w:eastAsia="zh-CN"/>
        </w:rPr>
        <w:t>　　4.爱牙日活动。(9月20日 年级组)。</w:t>
      </w:r>
      <w:r>
        <w:rPr>
          <w:lang w:eastAsia="zh-CN"/>
        </w:rPr>
        <w:br/>
      </w:r>
      <w:r>
        <w:rPr>
          <w:lang w:eastAsia="zh-CN"/>
        </w:rPr>
        <w:t>　　5.园本研修活动&amp;&amp;角色游戏室的规划与调整。</w:t>
      </w:r>
      <w:r>
        <w:rPr>
          <w:lang w:eastAsia="zh-CN"/>
        </w:rPr>
        <w:br/>
      </w:r>
      <w:r>
        <w:rPr>
          <w:lang w:eastAsia="zh-CN"/>
        </w:rPr>
        <w:t>　　6.结合中秋节、国庆节开展相应的教育教学活动。</w:t>
      </w:r>
      <w:r>
        <w:rPr>
          <w:lang w:eastAsia="zh-CN"/>
        </w:rPr>
        <w:br/>
      </w:r>
      <w:r>
        <w:rPr>
          <w:lang w:eastAsia="zh-CN"/>
        </w:rPr>
        <w:t>　　7.以组为单位认真做好周课程计划和教学、游戏活动的审议工作。</w:t>
      </w:r>
      <w:r>
        <w:rPr>
          <w:lang w:eastAsia="zh-CN"/>
        </w:rPr>
        <w:br/>
      </w:r>
      <w:r>
        <w:rPr>
          <w:lang w:eastAsia="zh-CN"/>
        </w:rPr>
        <w:t>　　8.各班根据幼儿需求规划与丰富区域，组织幼儿参观、熟悉新的游戏环境，与幼儿一起商讨和制作游戏图标。</w:t>
      </w:r>
      <w:r>
        <w:rPr>
          <w:lang w:eastAsia="zh-CN"/>
        </w:rPr>
        <w:br/>
      </w:r>
      <w:r>
        <w:rPr>
          <w:lang w:eastAsia="zh-CN"/>
        </w:rPr>
        <w:t>　　三、安全、卫生保健、后勤工作</w:t>
      </w:r>
      <w:r>
        <w:rPr>
          <w:lang w:eastAsia="zh-CN"/>
        </w:rPr>
        <w:br/>
      </w:r>
      <w:r>
        <w:rPr>
          <w:lang w:eastAsia="zh-CN"/>
        </w:rPr>
        <w:t>　　1.消防安全演练。</w:t>
      </w:r>
      <w:r>
        <w:rPr>
          <w:lang w:eastAsia="zh-CN"/>
        </w:rPr>
        <w:br/>
      </w:r>
      <w:r>
        <w:rPr>
          <w:lang w:eastAsia="zh-CN"/>
        </w:rPr>
        <w:t>　　2.期初家委会、膳委会。(第四周)。</w:t>
      </w:r>
      <w:r>
        <w:rPr>
          <w:lang w:eastAsia="zh-CN"/>
        </w:rPr>
        <w:br/>
      </w:r>
      <w:r>
        <w:rPr>
          <w:lang w:eastAsia="zh-CN"/>
        </w:rPr>
        <w:t>　　3.加强食堂工作管理，迎接卫生监督所对食堂的常规性工作检查。</w:t>
      </w:r>
      <w:r>
        <w:rPr>
          <w:lang w:eastAsia="zh-CN"/>
        </w:rPr>
        <w:br/>
      </w:r>
      <w:r>
        <w:rPr>
          <w:lang w:eastAsia="zh-CN"/>
        </w:rPr>
        <w:t>　　4.开学前开展一次全面深入的安全隐患自查活动，针对安全隐患及时整改，认真做好太仓市教育系统安全大检查和专项整治工作。</w:t>
      </w:r>
      <w:r>
        <w:rPr>
          <w:lang w:eastAsia="zh-CN"/>
        </w:rPr>
        <w:br/>
      </w:r>
      <w:r>
        <w:rPr>
          <w:lang w:eastAsia="zh-CN"/>
        </w:rPr>
        <w:t>　　5.召开全园教职工安全工作会议，签订全体教职工岗位校园安全岗位责任书。</w:t>
      </w:r>
      <w:r>
        <w:rPr>
          <w:lang w:eastAsia="zh-CN"/>
        </w:rPr>
        <w:br/>
      </w:r>
      <w:r>
        <w:rPr>
          <w:lang w:eastAsia="zh-CN"/>
        </w:rPr>
        <w:t>　　6.更换灭火器干粉。</w:t>
      </w:r>
      <w:r>
        <w:rPr>
          <w:lang w:eastAsia="zh-CN"/>
        </w:rPr>
        <w:br/>
      </w:r>
      <w:r>
        <w:rPr>
          <w:lang w:eastAsia="zh-CN"/>
        </w:rPr>
        <w:t>　　7.安排“中秋节”、“国庆节”值班，确保假期安全，同时加强对幼儿及教职员工的安全教育。</w:t>
      </w:r>
      <w:r>
        <w:rPr>
          <w:lang w:eastAsia="zh-CN"/>
        </w:rPr>
        <w:br/>
      </w:r>
      <w:r>
        <w:rPr>
          <w:lang w:eastAsia="zh-CN"/>
        </w:rPr>
        <w:t>　　8.各班配合保健老师做好幼儿期初体重、身高等测量登记工作。</w:t>
      </w:r>
      <w:r>
        <w:rPr>
          <w:lang w:eastAsia="zh-CN"/>
        </w:rPr>
        <w:br/>
      </w:r>
      <w:r>
        <w:rPr>
          <w:lang w:eastAsia="zh-CN"/>
        </w:rPr>
        <w:t>　　9.做好新生预防接种证的查验、补种、统计工作。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10.进行后勤人员培训及会议。</w:t>
      </w:r>
      <w:r>
        <w:rPr>
          <w:lang w:eastAsia="zh-CN"/>
        </w:rPr>
        <w:br/>
      </w:r>
      <w:r>
        <w:rPr>
          <w:lang w:eastAsia="zh-CN"/>
        </w:rPr>
        <w:t>　　11.做好全园肥胖儿、体弱儿的建档并下发各班级做好管理工作。</w:t>
      </w:r>
      <w:r>
        <w:rPr>
          <w:lang w:eastAsia="zh-CN"/>
        </w:rPr>
        <w:br/>
      </w:r>
      <w:r>
        <w:rPr>
          <w:lang w:eastAsia="zh-CN"/>
        </w:rPr>
        <w:t>　　12.完成九月份退伙、伙食结算公布等。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篇8 </w:t>
      </w:r>
      <w:r>
        <w:rPr>
          <w:lang w:eastAsia="zh-CN"/>
        </w:rPr>
        <w:br/>
      </w:r>
      <w:r>
        <w:rPr>
          <w:lang w:eastAsia="zh-CN"/>
        </w:rPr>
        <w:t>　　一、幼儿情况分析</w:t>
      </w:r>
      <w:r>
        <w:rPr>
          <w:lang w:eastAsia="zh-CN"/>
        </w:rPr>
        <w:br/>
      </w:r>
      <w:r>
        <w:rPr>
          <w:lang w:eastAsia="zh-CN"/>
        </w:rPr>
        <w:t>　　1、优势表现：</w:t>
      </w:r>
      <w:r>
        <w:rPr>
          <w:lang w:eastAsia="zh-CN"/>
        </w:rPr>
        <w:br/>
      </w:r>
      <w:r>
        <w:rPr>
          <w:lang w:eastAsia="zh-CN"/>
        </w:rPr>
        <w:t>　　本班幼儿思维活跃，语言表达能力强，想象力、创造力都较同龄孩子强。幼儿自理能力逐渐增强了，对于一些自己力所能及的事情自己能够尝试着去做。绝大部分的幼儿会整理并管好自己的物品，在游戏结束后会将游戏玩具材料放回原处。在游戏中幼儿的交往能力较强，能自由结伴愉快地玩，会主动关心弱小幼儿。在主题活动中，幼儿不仅能独立地去探索自己感兴趣的事物，还能收集各种旧材料、自然物，发挥想象和创造。</w:t>
      </w:r>
      <w:r>
        <w:rPr>
          <w:lang w:eastAsia="zh-CN"/>
        </w:rPr>
        <w:br/>
      </w:r>
      <w:r>
        <w:rPr>
          <w:lang w:eastAsia="zh-CN"/>
        </w:rPr>
        <w:t>　　2、弱势因素分析：</w:t>
      </w:r>
      <w:r>
        <w:rPr>
          <w:lang w:eastAsia="zh-CN"/>
        </w:rPr>
        <w:br/>
      </w:r>
      <w:r>
        <w:rPr>
          <w:lang w:eastAsia="zh-CN"/>
        </w:rPr>
        <w:t>　　我班幼儿的倾听能力有所欠缺，这与我班幼儿过于活泼，自控能力差有关，行为习惯还有待培养。同伴之间缺少互相帮助、互相合作的热情，缺乏为他人服务的意识。幼儿喜欢表演游戏和角色游戏，但规则意识较差。有部分性格较为内向的幼儿不能连贯地讲述、大胆地表达。部分幼儿做事拖拉、欠缺责任意识，收玩具、做值日生、料理班级植物角等工作常常需要别人提醒；部分幼儿在学习活动中注意力分散，没有耐心；部分幼儿自控力欠佳，喜欢玩危险游戏，自我保护能力有待加强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>　　二、主要工作与具体措施</w:t>
      </w:r>
      <w:r>
        <w:rPr>
          <w:lang w:eastAsia="zh-CN"/>
        </w:rPr>
        <w:br/>
      </w:r>
      <w:r>
        <w:rPr>
          <w:lang w:eastAsia="zh-CN"/>
        </w:rPr>
        <w:t>　　（一）班级环境及班级特色营造温馨、和谐的班级环境，给幼儿提供良好的学习和生活空间。在人文环境的营造方面，班级教师要本着一颗爱心对待每一个孩子，要理解、接纳孩子的行为，要多和孩子交流，鼓励他们大胆地说出自己的想法，鼓励他们积极愉快地参与集体活动，在与伙伴的交往和分享中、在老师的关心和帮助下发现生活和学习的乐趣，保持身心愉悦、健康活泼地成长。</w:t>
      </w:r>
      <w:r>
        <w:rPr>
          <w:lang w:eastAsia="zh-CN"/>
        </w:rPr>
        <w:br/>
      </w:r>
      <w:r>
        <w:rPr>
          <w:lang w:eastAsia="zh-CN"/>
        </w:rPr>
        <w:t>　　在物质环境的营造方面，力争做到为幼儿的学习提供支持和帮助。结合大班孩子年龄特点的及主题活动内容，注重用墙饰激发孩子们上小学的愿望，注重利用种植园地激发孩子们主动照顾植物的愿望。预设区角为：阅读区、美工区、观察区、建构区、表演区、种植地。</w:t>
      </w:r>
      <w:r>
        <w:rPr>
          <w:lang w:eastAsia="zh-CN"/>
        </w:rPr>
        <w:br/>
      </w:r>
      <w:r>
        <w:rPr>
          <w:lang w:eastAsia="zh-CN"/>
        </w:rPr>
        <w:t>　　结合园本课程科研活动一区域化的研究为班级特色，在日常教育活动中不断挖掘孩子的各种潜能，不断提高孩子们各方面的能力。</w:t>
      </w:r>
      <w:r>
        <w:rPr>
          <w:lang w:eastAsia="zh-CN"/>
        </w:rPr>
        <w:br/>
      </w:r>
      <w:r>
        <w:rPr>
          <w:lang w:eastAsia="zh-CN"/>
        </w:rPr>
        <w:t>　　（二）教育教学对于大班的孩子来说，在幼儿园的学习只剩下短短一学期的时间。作为老师，我们应充分利用这段时间，为幼儿提供多元的学习环境，注重多元智能的开发教育，积极为入小学打好基础。</w:t>
      </w:r>
      <w:r>
        <w:rPr>
          <w:lang w:eastAsia="zh-CN"/>
        </w:rPr>
        <w:br/>
      </w:r>
      <w:r>
        <w:rPr>
          <w:lang w:eastAsia="zh-CN"/>
        </w:rPr>
        <w:t>　　1、创设与主题有关的环境，让幼儿感受主题氛围，充分准备好主题开展所需的材料，提供幼儿探索的机会，在活动开展后及时反思。认真按计划有序的开展各领域的教学活动，及时进行反思，总结。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>　　2、做好幼小衔接工作。知识准备：加强科学、早期阅读、早期书写的练习。坚持每周两次科学活动，一次书写活动，每周识字__个，并及时把幼儿的学习内容、学习情况反馈给家长。能力准备：通过参观小学，模拟小学的上课时间、上课形式，让幼儿在心理上提前接受小学生活。在日常生活中加强幼儿的自我服务能力，开展多种形式的教学活动，提高孩子的学习兴趣，鼓励幼儿自主的学习。</w:t>
      </w:r>
      <w:r>
        <w:rPr>
          <w:lang w:eastAsia="zh-CN"/>
        </w:rPr>
        <w:br/>
      </w:r>
      <w:r>
        <w:rPr>
          <w:lang w:eastAsia="zh-CN"/>
        </w:rPr>
        <w:t>　　3、在生活、游戏中加强幼儿的规则意识。开展：我是值日生、我是大班的哥哥姐姐等活动。</w:t>
      </w:r>
      <w:r>
        <w:rPr>
          <w:lang w:eastAsia="zh-CN"/>
        </w:rPr>
        <w:br/>
      </w:r>
      <w:r>
        <w:rPr>
          <w:lang w:eastAsia="zh-CN"/>
        </w:rPr>
        <w:t>　　4、开展我是小主人、一帮大带小的混龄活动，培养幼儿的社交能力，学会自己独立的处理小事件，并乐于与他人交往，乐于帮助别人。</w:t>
      </w:r>
      <w:r>
        <w:rPr>
          <w:lang w:eastAsia="zh-CN"/>
        </w:rPr>
        <w:br/>
      </w:r>
      <w:r>
        <w:rPr>
          <w:lang w:eastAsia="zh-CN"/>
        </w:rPr>
        <w:t>　　5、采取鼓励为主，奖励相结合的方法，加强孩子倾听习惯的培养。</w:t>
      </w:r>
      <w:r>
        <w:rPr>
          <w:lang w:eastAsia="zh-CN"/>
        </w:rPr>
        <w:br/>
      </w:r>
      <w:r>
        <w:rPr>
          <w:lang w:eastAsia="zh-CN"/>
        </w:rPr>
        <w:t>　　6、个别教育不放松。如：鼓励张湘琦、吴倩芸等幼儿上课时积极举手发言；与家长沟通帮助周渊小朋友提高自理能力；鼓励仲淼淼小朋友按时来园，不迟到。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lang w:eastAsia="zh-CN"/>
        </w:rPr>
        <w:t>　　（三）安全卫生保健工作是幼儿园工作的重中之重，这项工作开展得不好，所有的活动开展都只能成为一句空话。因此，本学期我们将继续保持上学期的工作态度，认真搞好这项工作，为孩子提供一个安全、健康的学习生活环境，重点包括日常的清洁卫生、玩具餐具消毒、对孩子进行个人卫生教育养成良好的卫生习惯、督促家长做好床上用品的清洗和消毒、配合保健老师对孩子进行体检等等。另外还有一个重点就是防止幼儿意外事故的发生，培养幼儿的自我保护意识，教育孩子同伴之间要团结友爱，避免人为伤害。在一日生活中随机丰富孩子安全知识，认识安全门、安全出口，培养幼儿的自救能力。教师在户外活动中要提高安全意识，活动前坚持做到检查活动场地及活动器械是否安全。在日常生活中提醒孩子勤洗手、多喝水、多运动，力争出勤率在95‰以上。能完成教师布置的任务，积极参加打扫卫生，种植等活动，做事有条理如开展气象台、观察角等活动。幼儿进行安全防范教育，时刻提醒幼儿意外就在身边，结合幼儿自身的生活经验进行安全、营养的保健教育，增强幼儿自我保护能力，杜绝安全事故的发生。</w:t>
      </w:r>
      <w:r>
        <w:rPr>
          <w:lang w:eastAsia="zh-CN"/>
        </w:rPr>
        <w:br/>
      </w:r>
      <w:r>
        <w:rPr>
          <w:lang w:eastAsia="zh-CN"/>
        </w:rPr>
        <w:t>　　（四）家园沟通经过以前的努力，我们老师已经得到家长们的认可和信任。日常，家长会、面谈、电话、走访等多种途径，与大多数家长建立起良好的沟通平台。这学期我们还可通过网络向家长介绍我们的教育理念、教育方法，向家长推荐好的教育网站，一同掌握幼教动态。与家长共同收集各类信息资源积极开展班级的家长助教活动，使其发挥自身的特长，与孩子们展开互动，递进家园的情感交流。家长们也常常主动与老师交流，了解孩子的在园请况，听取老师的意见和看法。他们能主动参与我们的各项活动，并提供必要的资料和资源。热情对待每一位家长，诚恳回答家长提出的疑问，虚心采纳家长的合理建议，让家长成为我们班级管理的一员。通过日常观察和家长反馈，我们了解到仍有一些家长或是忙于工作、或是教育意识不强，对于孩子的日常教育仍有一些观念上的误区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lang w:eastAsia="zh-CN"/>
        </w:rPr>
        <w:t>　　总的来说，我班家长的总体水平较高，对于老师的工作也越来越理解和支持，呈现出较好的发展趋向。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篇9 </w:t>
      </w:r>
      <w:r>
        <w:rPr>
          <w:lang w:eastAsia="zh-CN"/>
        </w:rPr>
        <w:br/>
      </w:r>
      <w:r>
        <w:rPr>
          <w:lang w:eastAsia="zh-CN"/>
        </w:rPr>
        <w:t>　　健康领域</w:t>
      </w:r>
      <w:r>
        <w:rPr>
          <w:lang w:eastAsia="zh-CN"/>
        </w:rPr>
        <w:br/>
      </w:r>
      <w:r>
        <w:rPr>
          <w:lang w:eastAsia="zh-CN"/>
        </w:rPr>
        <w:t>　　健康：长高了，变壮了（领P3）和快乐交朋友（领P3）</w:t>
      </w:r>
      <w:r>
        <w:rPr>
          <w:lang w:eastAsia="zh-CN"/>
        </w:rPr>
        <w:br/>
      </w:r>
      <w:r>
        <w:rPr>
          <w:lang w:eastAsia="zh-CN"/>
        </w:rPr>
        <w:t>　　劳动：整理活动室、捡纸屑</w:t>
      </w:r>
      <w:r>
        <w:rPr>
          <w:lang w:eastAsia="zh-CN"/>
        </w:rPr>
        <w:br/>
      </w:r>
      <w:r>
        <w:rPr>
          <w:lang w:eastAsia="zh-CN"/>
        </w:rPr>
        <w:t>　　体游：玩圈（领P16）跳绳，跳橡皮筋（领P16）跳房子（领P16）老狼老狼几点钟（学前P381）这里真好玩（P20领三课时）</w:t>
      </w:r>
      <w:r>
        <w:rPr>
          <w:lang w:eastAsia="zh-CN"/>
        </w:rPr>
        <w:br/>
      </w:r>
      <w:r>
        <w:rPr>
          <w:lang w:eastAsia="zh-CN"/>
        </w:rPr>
        <w:t>　　语言领域</w:t>
      </w:r>
      <w:r>
        <w:rPr>
          <w:lang w:eastAsia="zh-CN"/>
        </w:rPr>
        <w:br/>
      </w:r>
      <w:r>
        <w:rPr>
          <w:lang w:eastAsia="zh-CN"/>
        </w:rPr>
        <w:t>　　故事：小猴卖‘0’（领P29）背着蛋壳的小鸡（领P28）做在大胡子里的鸟窝（领P39）</w:t>
      </w:r>
      <w:r>
        <w:rPr>
          <w:lang w:eastAsia="zh-CN"/>
        </w:rPr>
        <w:br/>
      </w:r>
      <w:r>
        <w:rPr>
          <w:lang w:eastAsia="zh-CN"/>
        </w:rPr>
        <w:t>　　绕口令：瓶和盆（领P28）</w:t>
      </w:r>
      <w:r>
        <w:rPr>
          <w:lang w:eastAsia="zh-CN"/>
        </w:rPr>
        <w:br/>
      </w:r>
      <w:r>
        <w:rPr>
          <w:lang w:eastAsia="zh-CN"/>
        </w:rPr>
        <w:t>　　散文诗：落叶（领P35）</w:t>
      </w:r>
      <w:r>
        <w:rPr>
          <w:lang w:eastAsia="zh-CN"/>
        </w:rPr>
        <w:br/>
      </w:r>
      <w:r>
        <w:rPr>
          <w:lang w:eastAsia="zh-CN"/>
        </w:rPr>
        <w:t>　　社会领域</w:t>
      </w:r>
      <w:r>
        <w:rPr>
          <w:lang w:eastAsia="zh-CN"/>
        </w:rPr>
        <w:br/>
      </w:r>
      <w:r>
        <w:rPr>
          <w:lang w:eastAsia="zh-CN"/>
        </w:rPr>
        <w:t>　　社会性：我们守规则（领P81）我们爱集体（领P82）</w:t>
      </w:r>
      <w:r>
        <w:rPr>
          <w:lang w:eastAsia="zh-CN"/>
        </w:rPr>
        <w:br/>
      </w:r>
      <w:r>
        <w:rPr>
          <w:lang w:eastAsia="zh-CN"/>
        </w:rPr>
        <w:t>　　参观：幼儿园周围的环境</w:t>
      </w:r>
      <w:r>
        <w:rPr>
          <w:lang w:eastAsia="zh-CN"/>
        </w:rPr>
        <w:br/>
      </w:r>
      <w:r>
        <w:rPr>
          <w:lang w:eastAsia="zh-CN"/>
        </w:rPr>
        <w:t>　　科学领域</w:t>
      </w:r>
      <w:r>
        <w:rPr>
          <w:lang w:eastAsia="zh-CN"/>
        </w:rPr>
        <w:br/>
      </w:r>
      <w:r>
        <w:rPr>
          <w:lang w:eastAsia="zh-CN"/>
        </w:rPr>
        <w:t>　　常识：认识教师节（学前P9）采集泥土（领P105）玩泥土（领105）种菜（领106）</w:t>
      </w:r>
      <w:r>
        <w:rPr>
          <w:lang w:eastAsia="zh-CN"/>
        </w:rPr>
        <w:br/>
      </w:r>
      <w:r>
        <w:rPr>
          <w:lang w:eastAsia="zh-CN"/>
        </w:rPr>
        <w:t>　　数学：生活中的数字（领142）谁是他的好朋友（领P143）接牌（领P144）十个好朋友（领P144）分糖果（领P146）老狼老狼几点钟（领P147）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lang w:eastAsia="zh-CN"/>
        </w:rPr>
        <w:t>　　科学：各种各样的镜子（领P108）会变魔术的镜子（领P109）</w:t>
      </w:r>
      <w:r>
        <w:rPr>
          <w:lang w:eastAsia="zh-CN"/>
        </w:rPr>
        <w:br/>
      </w:r>
      <w:r>
        <w:rPr>
          <w:lang w:eastAsia="zh-CN"/>
        </w:rPr>
        <w:t>　　智游：记住我的话（学前P350）比一比</w:t>
      </w:r>
      <w:r>
        <w:rPr>
          <w:lang w:eastAsia="zh-CN"/>
        </w:rPr>
        <w:br/>
      </w:r>
      <w:r>
        <w:rPr>
          <w:lang w:eastAsia="zh-CN"/>
        </w:rPr>
        <w:t>　　艺术领域</w:t>
      </w:r>
      <w:r>
        <w:rPr>
          <w:lang w:eastAsia="zh-CN"/>
        </w:rPr>
        <w:br/>
      </w:r>
      <w:r>
        <w:rPr>
          <w:lang w:eastAsia="zh-CN"/>
        </w:rPr>
        <w:t>　　歌曲：我们的老师像妈妈（领P22学前）顶羊角（领P121）小海军（领P182）</w:t>
      </w:r>
      <w:r>
        <w:rPr>
          <w:lang w:eastAsia="zh-CN"/>
        </w:rPr>
        <w:br/>
      </w:r>
      <w:r>
        <w:rPr>
          <w:lang w:eastAsia="zh-CN"/>
        </w:rPr>
        <w:t>　　歌表演：小海军（领P182）</w:t>
      </w:r>
      <w:r>
        <w:rPr>
          <w:lang w:eastAsia="zh-CN"/>
        </w:rPr>
        <w:br/>
      </w:r>
      <w:r>
        <w:rPr>
          <w:lang w:eastAsia="zh-CN"/>
        </w:rPr>
        <w:t>　　节奏乐：大马大马告诉我（领P191）</w:t>
      </w:r>
      <w:r>
        <w:rPr>
          <w:lang w:eastAsia="zh-CN"/>
        </w:rPr>
        <w:br/>
      </w:r>
      <w:r>
        <w:rPr>
          <w:lang w:eastAsia="zh-CN"/>
        </w:rPr>
        <w:t>　　音游：顶羊角（领P121）逛公园（领P68）</w:t>
      </w:r>
      <w:r>
        <w:rPr>
          <w:lang w:eastAsia="zh-CN"/>
        </w:rPr>
        <w:br/>
      </w:r>
      <w:r>
        <w:rPr>
          <w:lang w:eastAsia="zh-CN"/>
        </w:rPr>
        <w:t>　　绘画：过生日（旧P233）神奇的树（大P76）</w:t>
      </w:r>
      <w:r>
        <w:rPr>
          <w:lang w:eastAsia="zh-CN"/>
        </w:rPr>
        <w:br/>
      </w:r>
      <w:r>
        <w:rPr>
          <w:lang w:eastAsia="zh-CN"/>
        </w:rPr>
        <w:t>　　折纸：双正方形（领P22）双正方形变变变（领P22）鸡妈妈和小鸡（旧P80）</w:t>
      </w:r>
      <w:r>
        <w:rPr>
          <w:lang w:eastAsia="zh-CN"/>
        </w:rPr>
        <w:br/>
      </w:r>
      <w:r>
        <w:rPr>
          <w:lang w:eastAsia="zh-CN"/>
        </w:rPr>
        <w:t>　　娱乐：石头剪子布（旧P394）贴鼻子（学前P7）</w:t>
      </w:r>
      <w:r>
        <w:rPr>
          <w:lang w:eastAsia="zh-CN"/>
        </w:rPr>
        <w:br/>
      </w:r>
      <w:r>
        <w:rPr>
          <w:lang w:eastAsia="zh-CN"/>
        </w:rPr>
        <w:t>　　做做玩玩：意愿塑造（1）（学前P423）飞鱼（学前P424）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篇10 </w:t>
      </w:r>
      <w:r>
        <w:rPr>
          <w:lang w:eastAsia="zh-CN"/>
        </w:rPr>
        <w:br/>
      </w:r>
      <w:r>
        <w:rPr>
          <w:lang w:eastAsia="zh-CN"/>
        </w:rPr>
        <w:t>　　机关、团体、企事业单位的各级机构，对一定时期的工作预先作出安排和打算时，都要制定工作计划，用到“工作计划”这种公文。第一范文网为大家整理了幼儿园月工作计划范文，希望对您的工作和生活有帮助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lang w:eastAsia="zh-CN"/>
        </w:rPr>
        <w:t>　　与家长交流孩子在幼儿园的情况。使家长与教师统一教育观点，共同进行教育效果。准时发放所有的资料，包括《宝宝成长录》等，以便家长最快最准确地了解孩子在园的学习生活情况。每月举办一次家园互动活动，加深幼儿园与家长、老师与家长、家长与孩子之间的亲密感情。</w:t>
      </w:r>
      <w:r>
        <w:rPr>
          <w:lang w:eastAsia="zh-CN"/>
        </w:rPr>
        <w:br/>
      </w:r>
      <w:r>
        <w:rPr>
          <w:lang w:eastAsia="zh-CN"/>
        </w:rPr>
        <w:t>　　家长工作目标：</w:t>
      </w:r>
      <w:r>
        <w:rPr>
          <w:lang w:eastAsia="zh-CN"/>
        </w:rPr>
        <w:br/>
      </w:r>
      <w:r>
        <w:rPr>
          <w:lang w:eastAsia="zh-CN"/>
        </w:rPr>
        <w:t>　　1、继续相互了解中班幼儿在家庭及幼儿园中的具体表现，双方及时反馈情况，交流经验。</w:t>
      </w:r>
      <w:r>
        <w:rPr>
          <w:lang w:eastAsia="zh-CN"/>
        </w:rPr>
        <w:br/>
      </w:r>
      <w:r>
        <w:rPr>
          <w:lang w:eastAsia="zh-CN"/>
        </w:rPr>
        <w:t>　　2、宣传《新纲要》精神，向家长介绍幼儿园的保教工作目标、内容、教育方法等，争取家长的关心和支持。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篇11 </w:t>
      </w:r>
      <w:r>
        <w:rPr>
          <w:lang w:eastAsia="zh-CN"/>
        </w:rPr>
        <w:br/>
      </w:r>
      <w:r>
        <w:rPr>
          <w:lang w:eastAsia="zh-CN"/>
        </w:rPr>
        <w:t>　　11月份：</w:t>
      </w:r>
      <w:r>
        <w:rPr>
          <w:lang w:eastAsia="zh-CN"/>
        </w:rPr>
        <w:br/>
      </w:r>
      <w:r>
        <w:rPr>
          <w:lang w:eastAsia="zh-CN"/>
        </w:rPr>
        <w:t>　　1、加强班级常规教育，稳定幼儿情绪，搞好环境创设。第一周正式教学活动。</w:t>
      </w:r>
      <w:r>
        <w:rPr>
          <w:lang w:eastAsia="zh-CN"/>
        </w:rPr>
        <w:br/>
      </w:r>
      <w:r>
        <w:rPr>
          <w:lang w:eastAsia="zh-CN"/>
        </w:rPr>
        <w:t>　　2、第二周完善各类计划，各班开好家长会，做好新学期一系列工作。</w:t>
      </w:r>
      <w:r>
        <w:rPr>
          <w:lang w:eastAsia="zh-CN"/>
        </w:rPr>
        <w:br/>
      </w:r>
      <w:r>
        <w:rPr>
          <w:lang w:eastAsia="zh-CN"/>
        </w:rPr>
        <w:t>　　3、成立“校园护园队”并开始活动，和保安配合每天坚持校园值班。</w:t>
      </w:r>
      <w:r>
        <w:rPr>
          <w:lang w:eastAsia="zh-CN"/>
        </w:rPr>
        <w:br/>
      </w:r>
      <w:r>
        <w:rPr>
          <w:lang w:eastAsia="zh-CN"/>
        </w:rPr>
        <w:t>　　4、第四周开始新操，各班9月份开始早操。</w:t>
      </w:r>
      <w:r>
        <w:rPr>
          <w:lang w:eastAsia="zh-CN"/>
        </w:rPr>
        <w:br/>
      </w:r>
      <w:r>
        <w:rPr>
          <w:lang w:eastAsia="zh-CN"/>
        </w:rPr>
        <w:t>　　5、全园幼儿体检工作。</w:t>
      </w:r>
      <w:r>
        <w:rPr>
          <w:lang w:eastAsia="zh-CN"/>
        </w:rPr>
        <w:br/>
      </w:r>
      <w:r>
        <w:rPr>
          <w:lang w:eastAsia="zh-CN"/>
        </w:rPr>
        <w:t>　　12月份：</w:t>
      </w:r>
      <w:r>
        <w:rPr>
          <w:lang w:eastAsia="zh-CN"/>
        </w:rPr>
        <w:br/>
      </w:r>
      <w:r>
        <w:rPr>
          <w:lang w:eastAsia="zh-CN"/>
        </w:rPr>
        <w:t>　　1、大、中班，学前班“歌唱祖国”歌咏会。</w:t>
      </w:r>
      <w:r>
        <w:rPr>
          <w:lang w:eastAsia="zh-CN"/>
        </w:rPr>
        <w:br/>
      </w:r>
      <w:r>
        <w:rPr>
          <w:lang w:eastAsia="zh-CN"/>
        </w:rPr>
        <w:t>　　2、各班秋游活动。</w:t>
      </w:r>
      <w:r>
        <w:rPr>
          <w:lang w:eastAsia="zh-CN"/>
        </w:rPr>
        <w:br/>
      </w:r>
      <w:r>
        <w:rPr>
          <w:lang w:eastAsia="zh-CN"/>
        </w:rPr>
        <w:t>　　3、各班家长半日开放活动。</w:t>
      </w:r>
      <w:r>
        <w:rPr>
          <w:lang w:eastAsia="zh-CN"/>
        </w:rPr>
        <w:br/>
      </w:r>
      <w:r>
        <w:rPr>
          <w:lang w:eastAsia="zh-CN"/>
        </w:rPr>
        <w:t>　　4、各班亲子活动。</w:t>
      </w:r>
      <w:r>
        <w:rPr>
          <w:lang w:eastAsia="zh-CN"/>
        </w:rPr>
        <w:br/>
      </w:r>
      <w:r>
        <w:rPr>
          <w:lang w:eastAsia="zh-CN"/>
        </w:rPr>
        <w:t>　　1月份：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1、教师演讲比赛。</w:t>
      </w:r>
      <w:r>
        <w:rPr>
          <w:lang w:eastAsia="zh-CN"/>
        </w:rPr>
        <w:br/>
      </w:r>
      <w:r>
        <w:rPr>
          <w:lang w:eastAsia="zh-CN"/>
        </w:rPr>
        <w:t>　　2、各班准备元旦活动的节目。</w:t>
      </w:r>
      <w:r>
        <w:rPr>
          <w:lang w:eastAsia="zh-CN"/>
        </w:rPr>
        <w:br/>
      </w:r>
      <w:r>
        <w:rPr>
          <w:lang w:eastAsia="zh-CN"/>
        </w:rPr>
        <w:t>　　3、各班亲子游戏活动。</w:t>
      </w:r>
      <w:r>
        <w:rPr>
          <w:lang w:eastAsia="zh-CN"/>
        </w:rPr>
        <w:br/>
      </w:r>
      <w:r>
        <w:rPr>
          <w:lang w:eastAsia="zh-CN"/>
        </w:rPr>
        <w:t>　　十二月、一月份：</w:t>
      </w:r>
      <w:r>
        <w:rPr>
          <w:lang w:eastAsia="zh-CN"/>
        </w:rPr>
        <w:br/>
      </w:r>
      <w:r>
        <w:rPr>
          <w:lang w:eastAsia="zh-CN"/>
        </w:rPr>
        <w:t>　　1、园内优质数学活动观摩。</w:t>
      </w:r>
      <w:r>
        <w:rPr>
          <w:lang w:eastAsia="zh-CN"/>
        </w:rPr>
        <w:br/>
      </w:r>
      <w:r>
        <w:rPr>
          <w:lang w:eastAsia="zh-CN"/>
        </w:rPr>
        <w:t>　　2、准备“迎新年游园活动”。</w:t>
      </w:r>
      <w:r>
        <w:rPr>
          <w:lang w:eastAsia="zh-CN"/>
        </w:rPr>
        <w:br/>
      </w:r>
      <w:r>
        <w:rPr>
          <w:lang w:eastAsia="zh-CN"/>
        </w:rPr>
        <w:t xml:space="preserve">    2024幼儿园月计划 篇12 </w:t>
      </w:r>
      <w:r>
        <w:rPr>
          <w:lang w:eastAsia="zh-CN"/>
        </w:rPr>
        <w:br/>
      </w:r>
      <w:r>
        <w:rPr>
          <w:lang w:eastAsia="zh-CN"/>
        </w:rPr>
        <w:t>　　为了丰富孩子的生活，提高小朋友的学习兴趣，现在就对三月工作进行计划。具体安排如下：</w:t>
      </w:r>
      <w:r>
        <w:rPr>
          <w:lang w:eastAsia="zh-CN"/>
        </w:rPr>
        <w:br/>
      </w:r>
      <w:r>
        <w:rPr>
          <w:lang w:eastAsia="zh-CN"/>
        </w:rPr>
        <w:t>　　保教工作：</w:t>
      </w:r>
      <w:r>
        <w:rPr>
          <w:lang w:eastAsia="zh-CN"/>
        </w:rPr>
        <w:br/>
      </w:r>
      <w:r>
        <w:rPr>
          <w:lang w:eastAsia="zh-CN"/>
        </w:rPr>
        <w:t>　　1、保教结合，严格执行卫生保健制度，一日作息制度，注意加强病弱儿的照顾，减少疾病的传播，提高服务质量，让家长放心满意，最大程度地促进幼儿全面发展。</w:t>
      </w:r>
      <w:r>
        <w:rPr>
          <w:lang w:eastAsia="zh-CN"/>
        </w:rPr>
        <w:br/>
      </w:r>
      <w:r>
        <w:rPr>
          <w:lang w:eastAsia="zh-CN"/>
        </w:rPr>
        <w:t>　　2、继续组织幼儿开展主题活动所延伸的小主题活动，收集相关的材料。</w:t>
      </w:r>
      <w:r>
        <w:rPr>
          <w:lang w:eastAsia="zh-CN"/>
        </w:rPr>
        <w:br/>
      </w:r>
      <w:r>
        <w:rPr>
          <w:lang w:eastAsia="zh-CN"/>
        </w:rPr>
        <w:t>　　3、对幼儿的作品进行展示。</w:t>
      </w:r>
      <w:r>
        <w:rPr>
          <w:lang w:eastAsia="zh-CN"/>
        </w:rPr>
        <w:br/>
      </w:r>
      <w:r>
        <w:rPr>
          <w:lang w:eastAsia="zh-CN"/>
        </w:rPr>
        <w:t>　　家长工作：</w:t>
      </w:r>
      <w:r>
        <w:rPr>
          <w:lang w:eastAsia="zh-CN"/>
        </w:rPr>
        <w:br/>
      </w:r>
      <w:r>
        <w:rPr>
          <w:lang w:eastAsia="zh-CN"/>
        </w:rPr>
        <w:t>　　1、寒假做好幼儿安全工作，提高幼儿的安全意识。</w:t>
      </w:r>
      <w:r>
        <w:rPr>
          <w:lang w:eastAsia="zh-CN"/>
        </w:rPr>
        <w:br/>
      </w:r>
      <w:r>
        <w:rPr>
          <w:lang w:eastAsia="zh-CN"/>
        </w:rPr>
        <w:t>　　2、做好幼儿全面家访工作，听取家长的意见和建议。</w:t>
      </w:r>
      <w:r>
        <w:rPr>
          <w:lang w:eastAsia="zh-CN"/>
        </w:rPr>
        <w:br/>
      </w:r>
      <w:r>
        <w:rPr>
          <w:lang w:eastAsia="zh-CN"/>
        </w:rPr>
        <w:t>　　教学工作：</w:t>
      </w:r>
      <w:r>
        <w:rPr>
          <w:lang w:eastAsia="zh-CN"/>
        </w:rPr>
        <w:br/>
      </w:r>
      <w:r>
        <w:rPr>
          <w:lang w:eastAsia="zh-CN"/>
        </w:rPr>
        <w:t>　　主要分为四大领域的教学工作，具体的情况有健康领域、社会性领域、 语言领域、 艺术领域。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https://d.book118.com/937146164062006036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37146164062006036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