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rsidRPr="00937657" w14:paraId="7F7A67AA" w14:textId="0AE8485B">
      <w:pPr>
        <w:pStyle w:val="Heading1"/>
        <w:jc w:val="center"/>
        <w:rPr>
          <w:color w:val="000000" w:themeColor="text1"/>
          <w:lang w:eastAsia="zh-CN"/>
        </w:rPr>
      </w:pPr>
      <w:r>
        <w:rPr>
          <w:color w:val="000000" w:themeColor="text1"/>
          <w:sz w:val="44"/>
          <w:lang w:eastAsia="zh-CN"/>
        </w:rPr>
        <w:t>《骆驼祥子》的读书心得（30篇）</w:t>
      </w:r>
    </w:p>
    <w:p w:rsidR="001B1F19" w14:paraId="15E7D7A0" w14:textId="27C3F48A">
      <w:pPr>
        <w:rPr>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《骆驼祥子》的读书心得（精选30篇）</w:t>
      </w:r>
      <w:r>
        <w:rPr>
          <w:lang w:eastAsia="zh-CN"/>
        </w:rPr>
        <w:br/>
      </w:r>
      <w:r>
        <w:rPr>
          <w:lang w:eastAsia="zh-CN"/>
        </w:rPr>
        <w:t xml:space="preserve">    《骆驼祥子》的读书心得 篇1 </w:t>
      </w:r>
      <w:r>
        <w:rPr>
          <w:lang w:eastAsia="zh-CN"/>
        </w:rPr>
        <w:br/>
      </w:r>
      <w:r>
        <w:rPr>
          <w:lang w:eastAsia="zh-CN"/>
        </w:rPr>
        <w:t>　　大漠孤烟很直很直，犹如一个大大的耸插苍穹的感叹号，叙说着无言的沧桑；长河落日好圆好圆，苍凉和悲壮一览无遗地泻在茫茫戈壁上；驼队，总也络绎不绝，负重跋涉在漠漠沙原上，不甘寂寞的驼铃在夕阳下，叮叮当当……</w:t>
      </w:r>
      <w:r>
        <w:rPr>
          <w:lang w:eastAsia="zh-CN"/>
        </w:rPr>
        <w:br/>
      </w:r>
      <w:r>
        <w:rPr>
          <w:lang w:eastAsia="zh-CN"/>
        </w:rPr>
        <w:t>　　生逢末世，清王朝在内忧外患的夹攻下已成残灯末庙，气息奄奄的老舍先生是以平民而跻身文坛为数不多的文学佼佼者。可见《骆驼祥子》浓郁的古都风情，市井气息在老舍先生的妙笔生花下使京腔京韵的《骆驼祥子》散发出不可替代的艺术魅力，在文学上何等显赫，让中国文学真正拥有了劳动者的穷苦世俗社会风情的“谭叫天唱《定军山》”。</w:t>
      </w:r>
      <w:r>
        <w:rPr>
          <w:lang w:eastAsia="zh-CN"/>
        </w:rPr>
        <w:br/>
      </w:r>
    </w:p>
    <w:p w:rsidR="001B1F19" w14:textId="27C3F48A">
      <w:pPr>
        <w:rPr>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车夫的圈子，大杂院的生活，随同祥子的命运走向绝望，走向暗淡。祥子带着中国农村破败凋敝的大背景，带着农民的质朴和固执，也带着自己一份勤劳与坚忍走向了我们的生活。也正因为如此，祥子认准了“拉车”一行，凭着他的坚毅和率性，终于成为了自食其力的上等车夫。坚韧不拔、恒心和毅力不正是做人处事之道？可歌可泣的故事，中国当时社会环境是军阀混战，容不得他有丝毫的.个人幻想，不到半年，他就在兵荒马乱中被逃兵掳走，失去了洋车，只牵回了三匹骆驼。但是风雨吓不倒祥子，他倔强地反抗着命运，克己地拉车重新白手起家。</w:t>
      </w:r>
      <w:r>
        <w:rPr>
          <w:lang w:eastAsia="zh-CN"/>
        </w:rPr>
        <w:br/>
      </w:r>
      <w:r>
        <w:rPr>
          <w:lang w:eastAsia="zh-CN"/>
        </w:rPr>
        <w:t>　　天有不测之风云，人有旦夕之祸福。正如俗语所言，人生的道路并不都是那么平坦的，千辛万苦得来的积蓄又被侦探敲诈洗劫一空，圆车梦再次成为泡影。为了追求自己一直向往的理想，他再一次拥有了自己的车子，但这一次是以与虎妞成就畸形的婚姻为代价的。好景不长，虎妞死于难产，祥子人车两空。加之又失去他喜爱的小福子，连遭生活打击的祥子再也无法鼓起生活的勇气，它不再像从前那样以拉车为豪，它厌恶拉车，厌恶劳作。的确，哀大莫过于心死，生活捉弄了他，他也开始游戏生活，吃喝嫖赌，出卖他人换钱，祥子彻底堕落为城市的垃圾，变成了一具失去灵魂的行尸走肉。祥子就这样走完了他曲曲折折的一生，不带走什么，留下一个悲哀的故事？可鄙、可悲的命运。</w:t>
      </w:r>
      <w:r>
        <w:rPr>
          <w:lang w:eastAsia="zh-CN"/>
        </w:rPr>
        <w:br/>
      </w:r>
      <w:r>
        <w:rPr>
          <w:lang w:eastAsia="zh-CN"/>
        </w:rPr>
        <w:t>　　故事已结束了，闭目良思，它给予我们怎样的启迪？哲人察堂下之影而知日月之行，观一叶之落而知秋之将至。在整日的忙碌中，触风雨，犯寒暑，一路坎坷，挫折窘迫道不尽。回首望去，身后的小路曲折不平。清茶的芳醇，需要热水的滋润；人生的美丽，更需要挫折的鼓舞。</w:t>
      </w:r>
      <w:r>
        <w:rPr>
          <w:lang w:eastAsia="zh-CN"/>
        </w:rPr>
        <w:br/>
      </w:r>
      <w:r>
        <w:rPr>
          <w:lang w:eastAsia="zh-CN"/>
        </w:rPr>
        <w:t>　　在面对挫折的时候，智者总是善于自己勾勒出一幅水墨画；而愈是心急如焚，一蹶不振者，才总是让油彩污染了画卷，不知所措。而祥子便是鲜活的一例。</w:t>
      </w:r>
      <w:r>
        <w:rPr>
          <w:lang w:eastAsia="zh-CN"/>
        </w:rPr>
        <w:br/>
      </w:r>
    </w:p>
    <w:p w:rsidR="001B1F19" w14:textId="27C3F48A">
      <w:pPr>
        <w:rPr>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怎样对待挫折？我说，要把挫折看成一种精神财富来珍惜。挫折所带来的痛苦，是随着对幸福的追求而生，又为幸福的获得铺路，成功之后才会倍觉欢欣。尼采有一句话：“一切痛苦之中都会孕育着快乐。”没有了痛苦，没有了挫折这个台阶，快乐，乃至幸福，尤其是激荡人心的快乐与幸福，或许将永远不会降临。</w:t>
      </w:r>
      <w:r>
        <w:rPr>
          <w:lang w:eastAsia="zh-CN"/>
        </w:rPr>
        <w:br/>
      </w:r>
      <w:r>
        <w:rPr>
          <w:lang w:eastAsia="zh-CN"/>
        </w:rPr>
        <w:t>　　挫折中不仅仅孕育着快乐，而且孕育着创造。我国有句古话：“蚌病成珠”。价格昂贵的珍珠，恰是牡蛎体内病痛的产物，德国诗人海涅曾发问：“诗人之于人是否如同珍珠之于牡蛎？”法国作家福楼拜说得更明确：“珍珠是牡蛎生病而结，作者的文笔却是更深沉的痛苦的流露。”在我国历史上，文王拘而演《周易》，仲尼厄而作《春秋》。许多传世的优秀诗作，都是诗人在巨大的挫折中写成的。李煜“问君能有几多愁，恰似一江春水向东流”的不朽诗句，饱含了他的亡国之痛；岳飞报国无门，为后人留下了“仰天长啸，壮怀激烈”的华章《满江红》。挫折之中分明闪亮着创造的光辉，关键是你是否珍惜这份挫折，表现出顽强的意志，在挫折中奋起，千万不能再让祥子的故事再版。挫折是昨天的遗产，同时也是今天的起点，你又何必为一次的失败而颓丧不堪呢？</w:t>
      </w:r>
      <w:r>
        <w:rPr>
          <w:lang w:eastAsia="zh-CN"/>
        </w:rPr>
        <w:br/>
      </w:r>
      <w:r>
        <w:rPr>
          <w:lang w:eastAsia="zh-CN"/>
        </w:rPr>
        <w:t>　　由此可见，人生的挫折并不只有负效应，他还可以分解为自省、转化为自强、升华为创造。但这一切的前提是什么？？？是认识挫折、珍惜挫折。</w:t>
      </w:r>
      <w:r>
        <w:rPr>
          <w:lang w:eastAsia="zh-CN"/>
        </w:rPr>
        <w:br/>
      </w:r>
      <w:r>
        <w:rPr>
          <w:lang w:eastAsia="zh-CN"/>
        </w:rPr>
        <w:t>　　也许人总要在失意之时才肯回首思索，最终悟出？？浮生若茶；有或者好无止境地沉沦下去……踏上了一条不归之路。</w:t>
      </w:r>
      <w:r>
        <w:rPr>
          <w:lang w:eastAsia="zh-CN"/>
        </w:rPr>
        <w:br/>
      </w:r>
    </w:p>
    <w:p w:rsidR="001B1F19" w14:textId="27C3F48A">
      <w:pPr>
        <w:rPr>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诚然，拼杀者可佩，奋斗者可亲，热烈生活着的人可敬，但恬淡对待挫折的人，却才是活在我心中的英雄。挫折面前，敌人不是对手，而是自己。生于世界上，存在宇宙间，同顶炎炎烈日，共沐皎皎月辉，心智不缺，心力不乏，别人是一道风景，坚信自己也会成为彩虹。</w:t>
      </w:r>
      <w:r>
        <w:rPr>
          <w:lang w:eastAsia="zh-CN"/>
        </w:rPr>
        <w:br/>
      </w:r>
      <w:r>
        <w:rPr>
          <w:lang w:eastAsia="zh-CN"/>
        </w:rPr>
        <w:t>　　显然，祥子并不能向咄咄逼人的不幸进行最终的反驳，他放弃了，他也就彻彻底底地失败了。失败并不可怕，坦然面对现实，捋起衣袖，昂起头颅，弹弹背后的清尘，重新投入战斗，这就是淡然。</w:t>
      </w:r>
      <w:r>
        <w:rPr>
          <w:lang w:eastAsia="zh-CN"/>
        </w:rPr>
        <w:br/>
      </w:r>
      <w:r>
        <w:rPr>
          <w:lang w:eastAsia="zh-CN"/>
        </w:rPr>
        <w:t>　　真正的挫折就是热情，就是燃烧，他是牺牲的决心，又是献身的庄严。朋友，不要让挫折在心头悄悄溜走，当你把挫折看作是一种精神财富的时候，挫折带得我们的就是奋斗中的幸福和人生境界的飞跃！</w:t>
      </w:r>
      <w:r>
        <w:rPr>
          <w:lang w:eastAsia="zh-CN"/>
        </w:rPr>
        <w:br/>
      </w:r>
      <w:r>
        <w:rPr>
          <w:lang w:eastAsia="zh-CN"/>
        </w:rPr>
        <w:t>　　老舍先生贵为“幽默大师”，但在《骆驼祥子》一书中却没有过多地、刻意地幽默，从而铸就了这么一个悲剧性的故事。</w:t>
      </w:r>
      <w:r>
        <w:rPr>
          <w:lang w:eastAsia="zh-CN"/>
        </w:rPr>
        <w:br/>
      </w:r>
      <w:r>
        <w:rPr>
          <w:lang w:eastAsia="zh-CN"/>
        </w:rPr>
        <w:t xml:space="preserve">    《骆驼祥子》的读书心得 篇2 </w:t>
      </w:r>
      <w:r>
        <w:rPr>
          <w:lang w:eastAsia="zh-CN"/>
        </w:rPr>
        <w:br/>
      </w:r>
      <w:r>
        <w:rPr>
          <w:lang w:eastAsia="zh-CN"/>
        </w:rPr>
        <w:t>　　这是一场悲剧，一场让一个奋进的进取的心沦落为社会底层为社会底层。主人公祥子为了实现自己小时候就立下的愿望——拉上一辆新车，便开始一心一意，毫不懈怠地拉扯一点一点地赚钱，勤勤恳恳地工作了一辈子，最终还是堕落为了一个无用、失败而又被遗忘的人。</w:t>
      </w:r>
      <w:r>
        <w:rPr>
          <w:lang w:eastAsia="zh-CN"/>
        </w:rPr>
        <w:br/>
      </w:r>
    </w:p>
    <w:p w:rsidR="001B1F19" w14:textId="27C3F48A">
      <w:pPr>
        <w:rPr>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骆驼祥子》是老舍的代表著作之一，写的是祥子一生的踏踏实实却一波三折，开始，他来到北平当人力车夫，埋头苦干三年，毫无懈怠之意，一点一滴地凑钱，终于凑足了一百块钱，买了辆新车。正当他兴奋不已的时候，俗话说“塞翁失马，焉知非福”，一次冒险过城墙的时候连人带车被宪兵抓去当壮丁了。</w:t>
      </w:r>
      <w:r>
        <w:rPr>
          <w:lang w:eastAsia="zh-CN"/>
        </w:rPr>
        <w:br/>
      </w:r>
      <w:r>
        <w:rPr>
          <w:lang w:eastAsia="zh-CN"/>
        </w:rPr>
        <w:t>　　理想在他的'心中第一次破灭了。他在逃跑的时候顺手带了几头骆驼，买了一笔钱，有拼命拉车，省吃俭用准备攒钱重新买一辆新车。可是，不幸再次降临在了这可怜的阶级劳动人民身上，在他干包月时，遭到了一次搜捕，祥子辛辛苦苦攒了长时间的钱再一次被抢去，希望在他的心中再一次地破灭。</w:t>
      </w:r>
      <w:r>
        <w:rPr>
          <w:lang w:eastAsia="zh-CN"/>
        </w:rPr>
        <w:br/>
      </w:r>
      <w:r>
        <w:rPr>
          <w:lang w:eastAsia="zh-CN"/>
        </w:rPr>
        <w:t>　　不过，虎妞又以低价给祥子买了邻居二强子的车，祥子再次有了车。最后虎妞死了，祥子记住她对他的恩情，便又卖掉了车。祥子的新车梦就被这样最后一次地破灭了。然而，尽管希望经历了一次次破灭，祥子还是始终不言放弃，为了这个理想，他奋斗了一生，虽然最后结果依然是悲惨的——没有车，但是祥子身上的这一系列的事情难道不能给我们一些启示吗?这一场悲剧归根究底还是由于当时的社会腐败，地主以及贵族对阶级的劳动人民实施了欺压，多少渴望上进的心都被这样摧毁而逝去了，这是一场中华民族的悲剧，发人深省!</w:t>
      </w:r>
      <w:r>
        <w:rPr>
          <w:lang w:eastAsia="zh-CN"/>
        </w:rPr>
        <w:br/>
      </w:r>
      <w:r>
        <w:rPr>
          <w:lang w:eastAsia="zh-CN"/>
        </w:rPr>
        <w:t>　　《骆驼祥子》这本书中最大的矛盾莫过于失败与成功交替无常，主人公祥子在他的一生中经历了无数的坎坷与沧桑，而每次失败后从来没有言弃，大不了重头再来，向着目标，踏踏实实努力地奋斗了一生。正是因为他的心里有着理想，才能向着心中的理想前进，胜不骄败不馁，脚踏实地地走完人生之路。</w:t>
      </w:r>
      <w:r>
        <w:rPr>
          <w:lang w:eastAsia="zh-CN"/>
        </w:rPr>
        <w:br/>
      </w:r>
    </w:p>
    <w:p w:rsidR="001B1F19" w14:textId="27C3F48A">
      <w:pPr>
        <w:rPr>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在我们今后的生活中，要努力并且不能气馁，遇上事情和困难后永远不能退缩，要像骆驼祥子一样有着大无畏的进取精神朝着一个目标奋斗，哪怕失败了，都不要放弃，大不了重头再来一次。想想骆驼祥子的悲惨命运，他可是呕心沥血花费了宝贵的一生为了一个梦想，就是能买一辆新车，再看看我们的这些困难，无一不是芝麻大的，这又算得上什么呢?</w:t>
      </w:r>
      <w:r>
        <w:rPr>
          <w:lang w:eastAsia="zh-CN"/>
        </w:rPr>
        <w:br/>
      </w:r>
      <w:r>
        <w:rPr>
          <w:lang w:eastAsia="zh-CN"/>
        </w:rPr>
        <w:t>　　正如文章最后一段写的——体面的，要强的，好梦想的，利己的，个人的，健壮的，伟大的祥子，不知陪着人家送了多少回殡;不知道何时何地会埋起他自己来，埋起这堕落的，自私的，不幸的，社会病胎里的产儿，个人主义的末路鬼!这是对旧社会的批判，让许许多多无辜的奋进的人，好强的、有梦想的人沦落到社会底层。让我们珍惜现在的美好生活，打造一个和谐美好的社会。</w:t>
      </w:r>
      <w:r>
        <w:rPr>
          <w:lang w:eastAsia="zh-CN"/>
        </w:rPr>
        <w:br/>
      </w:r>
      <w:r>
        <w:rPr>
          <w:lang w:eastAsia="zh-CN"/>
        </w:rPr>
        <w:t xml:space="preserve">    《骆驼祥子》的读书心得 篇3 </w:t>
      </w:r>
      <w:r>
        <w:rPr>
          <w:lang w:eastAsia="zh-CN"/>
        </w:rPr>
        <w:br/>
      </w:r>
      <w:r>
        <w:rPr>
          <w:lang w:eastAsia="zh-CN"/>
        </w:rPr>
        <w:t>　　今年寒假，儿子有一项作业是读老舍先生的《骆驼祥子》，趁此机会，我也读了第二遍。每一次读都会折服于老舍先生那充满京腔京韵又浅显易懂的语言魅力，而且很多地方还写的很幽默，读得时候甚至会笑出声来，但是笑过之后，心里却难受的很，心情沉重的很。为祥子，鸣不平。</w:t>
      </w:r>
      <w:r>
        <w:rPr>
          <w:lang w:eastAsia="zh-CN"/>
        </w:rPr>
        <w:br/>
      </w:r>
    </w:p>
    <w:p w:rsidR="001B1F19" w14:textId="27C3F48A">
      <w:pPr>
        <w:rPr>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其实整本书的故事情节并不复杂，简单说就是祥子买车又失去车的经历和故事。故事的主人公——祥子，是一个勤劳纯洁、善良忠厚的城市下层小市民，以拉车为生，一开始没钱买车，只好赁车拉，这时他的理想就是通过自己的努力，用自己的血汗钱买一辆属于自己的车。经过三年的努力，祥子终于有了一辆自己的车。这时的祥子觉得世界上一切都是美好的，可好景不长，正当他憧憬着美好生活的时候，他连车带人都被匪兵劫了去，虽然最后逃了命，可是却没了车。没有了车，对祥子来说就等于没有了一切。可是祥子并没有放弃，因为他相信，只要自己还活着，加上健壮的体格和用不完的力气，自己还会再有一辆车的。可是好运永远不会降临到祥子身上，他好不容易攒起来的三十多块钱又被孙侦探抢劫一空，于是祥子又成了一无所有的人。可就在这时，祥子忽然就“转了运”，人和车厂的厂主刘四的女儿虎妞看上了他，并想跟他结婚，虽然祥子那么讨厌虎妞，可是又有什么办法呢，他只好放下自尊和虎妞结了婚，并用虎妞的私房钱买了一辆车。可不久之后命运再次捉弄了他，虎妞因难产而死，为料理丧事，祥子只好买掉车。从此之后，屡受打击的祥子终于彻底“反省”了，自己那么拼命干，到最后依然落得一无所有，既然这样，还要那体面干什么。于是他开始堕落，再加上他唯一喜欢的小福子也自缢而亡，祥子彻底绝望了，逐渐堕落成一个城市无赖，成了一个行尸走肉的躯壳。</w:t>
      </w:r>
      <w:r>
        <w:rPr>
          <w:lang w:eastAsia="zh-CN"/>
        </w:rPr>
        <w:br/>
      </w:r>
    </w:p>
    <w:p w:rsidR="001B1F19" w14:textId="27C3F48A">
      <w:pPr>
        <w:rPr>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祥子的悲剧，是那个年代受害者的代表。像祥子那样一个善良要强爱面子的小伙子，如果生在一个和平的年代，一定会是一个很优秀的人，可谁又能选择自己的出身呢？他偏就生活在了那样一个吃人的社会里，注定了他悲惨的人生。其实作者也是想通过祥子的悲剧来控诉当时社会的黑暗，文中有一段话让我印象深刻：“雨下给富人，也下给穷人。下给义人，也下给不义的人。其实雨并不公道，因为下落在一个没有公道的世界上。”在那样一个不公道的社会里，连雨都是不公道的了，何况一个有血有肉的人呢？他如何会脱离那个社会，保持自身的清白而不被社会吞噬呢？作者对祥子给予了很大的同情，其实也是对当时所有不幸的劳动人民的同情，也想唤醒他们，并试图阻止他们的堕落。</w:t>
      </w:r>
      <w:r>
        <w:rPr>
          <w:lang w:eastAsia="zh-CN"/>
        </w:rPr>
        <w:br/>
      </w:r>
      <w:r>
        <w:rPr>
          <w:lang w:eastAsia="zh-CN"/>
        </w:rPr>
        <w:t>　　老舍先生他们那个年代的小说，总是能给我们的心灵以无比的震撼，即使如祥子这样简单的故事也不例外。想想现在的我们，虽是和平的社会，但是仍然有诸多的不公平存在着，学习上，生活上，工作上，这都是不可避免的，那我们应该怎样来面对这些不公平呢？除了要有良好的心态，就只有更努力，让自己更优秀，让自己不可替代，才能适应这竞争激烈的社会吧！</w:t>
      </w:r>
      <w:r>
        <w:rPr>
          <w:lang w:eastAsia="zh-CN"/>
        </w:rPr>
        <w:br/>
      </w:r>
      <w:r>
        <w:rPr>
          <w:lang w:eastAsia="zh-CN"/>
        </w:rPr>
        <w:t xml:space="preserve">    《骆驼祥子》的读书心得 篇4 </w:t>
      </w:r>
      <w:r>
        <w:rPr>
          <w:lang w:eastAsia="zh-CN"/>
        </w:rPr>
        <w:br/>
      </w:r>
    </w:p>
    <w:p w:rsidR="001B1F19" w14:textId="27C3F48A">
      <w:pPr>
        <w:rPr>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骆驼祥子》这本书我并没有全部看完，而是在高一或是高二的语文课本里看到部分片段，但就是这部分片段就让我感受到那个“吃人”的社会的可怕，而后借这个读书活动有幸拜读了全文。《骆驼祥子》真实地描绘了北京一个人力车夫的悲惨命运。祥子来自农村，在他拉上租来的洋车以后，立志买一辆车自己拉，做一个独立的劳动者。在强烈的信心的鼓舞和支持下，经过三年的努力，他用自己的血汗换来了一辆洋车。但是没有多久，军阀的乱兵抢走了他的车;迎着这一个又一个的打击，他作过挣扎，仍然执拗地想用更大的努力来实现自己梦寐以求的生活愿望。但一切都是徒然：用虎妞的积蓄买了一辆车，很快又不得不卖掉以料理虎妞的丧事。在经过多次挫折以后，终于完全破灭。他所喜爱的小福子的自杀，吹熄了心中最后一朵希望的火花，他丧失了对于生活任何企求和信心，从上进好强而沦为自甘堕落：原来那个正直善良的祥子，被生活的磨盘辗得粉碎。这个悲剧有力地揭露了旧社会把人变成鬼的罪行。</w:t>
      </w:r>
      <w:r>
        <w:rPr>
          <w:lang w:eastAsia="zh-CN"/>
        </w:rPr>
        <w:br/>
      </w:r>
      <w:r>
        <w:rPr>
          <w:lang w:eastAsia="zh-CN"/>
        </w:rPr>
        <w:t>　　祥子是一个性格鲜明的普通车夫的形象，在他身上具有劳动人民的许多优良品质。他善良纯朴，热爱劳动，对生活具有骆驼一般的积极和坚韧的精神。他一贯要强和奋斗，也正是不安于卑贱的社会地位的一种表现。这是一种个体劳动者虽然卑微、却是正当的生活愿望。他的悲剧之所以能够激起读者强烈的同情，除了他的社会地位和不公平的遭遇外，这些性格特点也起了无法磨灭的作用。象这样勤俭和要强的人最后也终于变成了头等的“刺儿头”，走上了堕落的道路，就格外清楚地暴露出不合理的社会腐蚀人们心灵的罪恶。作品写道：“苦人的懒是努力而落了空的自然结果，苦人的耍刺儿含有一些公理。”又说：“人把自己从野兽中提拔出，可是到现在人还把自己的同类驱到野兽里去。祥子还在那文化之城，可是变成了走兽。一点也不是他自己的过错。”老舍正是从这样一种认识出发，怀着对于被侮辱与被损害者的深切同情，写下这个悲剧的。这就使这部作品具有激愤的控诉力量和强烈的批判精神，深深地烙上读者的心坎。</w:t>
      </w:r>
      <w:r>
        <w:rPr>
          <w:lang w:eastAsia="zh-CN"/>
        </w:rPr>
        <w:br/>
      </w:r>
    </w:p>
    <w:p w:rsidR="001B1F19" w14:textId="27C3F48A">
      <w:pPr>
        <w:rPr>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全书充满了北京地区的生活风光，不少描写点染出一幅幅色彩鲜明的北京风俗画和世态画。老舍十分熟悉作品所描写的各种人物，他用一种朴素的叙述笔调，生动的北京口语，简洁有力地写出了富有地方色彩的生活画面和具有性格特征的人物形象。在写实手法的运用和语言的凝炼上，都取得了成功。《骆驼祥子》是一部优秀的`现实主义的小说。</w:t>
      </w:r>
      <w:r>
        <w:rPr>
          <w:lang w:eastAsia="zh-CN"/>
        </w:rPr>
        <w:br/>
      </w:r>
      <w:r>
        <w:rPr>
          <w:lang w:eastAsia="zh-CN"/>
        </w:rPr>
        <w:t xml:space="preserve">    《骆驼祥子》的读书心得 篇5 </w:t>
      </w:r>
      <w:r>
        <w:rPr>
          <w:lang w:eastAsia="zh-CN"/>
        </w:rPr>
        <w:br/>
      </w:r>
      <w:r>
        <w:rPr>
          <w:lang w:eastAsia="zh-CN"/>
        </w:rPr>
        <w:t>　　幸福的社会总是安宁的，黑暗的社会总是躁动的。《骆驼祥子》这本书中，我从中了解到当时混乱的社会里，人们过着什么样的生活。</w:t>
      </w:r>
      <w:r>
        <w:rPr>
          <w:lang w:eastAsia="zh-CN"/>
        </w:rPr>
        <w:br/>
      </w:r>
      <w:r>
        <w:rPr>
          <w:lang w:eastAsia="zh-CN"/>
        </w:rPr>
        <w:t>　　来到北平当人力车夫的祥子，为了自己的理想努力奋斗，苦干了三年，筹足了一百块钱，买了一辆梦寐以求的洋车。由于遭遇不测，有一次连人带车被宪兵抓去当壮丁，希望第一次破灭。</w:t>
      </w:r>
      <w:r>
        <w:rPr>
          <w:lang w:eastAsia="zh-CN"/>
        </w:rPr>
        <w:br/>
      </w:r>
      <w:r>
        <w:rPr>
          <w:lang w:eastAsia="zh-CN"/>
        </w:rPr>
        <w:t>　　无论环境多恶劣，祥子也没有放弃，祥子把骆驼买去，平明拉车，省吃俭用攒钱买新车。但在干包月时，被搜捕到的钱全部被抢去，祥子希望有一次破灭。</w:t>
      </w:r>
      <w:r>
        <w:rPr>
          <w:lang w:eastAsia="zh-CN"/>
        </w:rPr>
        <w:br/>
      </w:r>
      <w:r>
        <w:rPr>
          <w:lang w:eastAsia="zh-CN"/>
        </w:rPr>
        <w:t>　　心事重重的祥子回到车厂已经是晚上11点多，被虎妞几杯酒引诱，便和她睡在一起了。虎妞呵祥子成亲后，虎妞以低价给祥子买了邻居二强子的车，祥子的希望再一次点燃。怀孕的虎妞不爱活动、爱吃零食，导致胎儿过大，结果难产死去。为了给虎妞办丧事，祥子逼迫卖掉了车，祥子的努力全白做了。</w:t>
      </w:r>
      <w:r>
        <w:rPr>
          <w:lang w:eastAsia="zh-CN"/>
        </w:rPr>
        <w:br/>
      </w:r>
    </w:p>
    <w:p w:rsidR="001B1F19" w14:textId="27C3F48A">
      <w:pPr>
        <w:rPr>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经历了三起三落，祥子已经失去了生活的信心。他已经变成了麻木，潦倒，狡猾，好占便宜，吃喝嫖赌，自暴自弃的行尸走肉。一个曾经是那么要强的头等车夫，最后却还是没有挣扎出悲惨的命运。祥子是旧社会贫苦劳动人民的缩影，他反映了旧社会劳动人民生活苦难与无奈。</w:t>
      </w:r>
      <w:r>
        <w:rPr>
          <w:lang w:eastAsia="zh-CN"/>
        </w:rPr>
        <w:br/>
      </w:r>
      <w:r>
        <w:rPr>
          <w:lang w:eastAsia="zh-CN"/>
        </w:rPr>
        <w:t xml:space="preserve">    《骆驼祥子》的读书心得 篇6 </w:t>
      </w:r>
      <w:r>
        <w:rPr>
          <w:lang w:eastAsia="zh-CN"/>
        </w:rPr>
        <w:br/>
      </w:r>
      <w:r>
        <w:rPr>
          <w:lang w:eastAsia="zh-CN"/>
        </w:rPr>
        <w:t>　　《骆驼祥子》是老舍写的一本名著。祥子是名字，而骆驼只是外号。祥子给我的印象很深：一个普通的车夫，勤劳、坚定。但祥子的命运，却是悲惨的。小说通过一个人力车夫的故事，描绘了旧社会如何把一个正直、善良的车夫毁灭。祥子老实、纯朴，对生活有骆驼般的积极，他的唯一愿望就是买一辆自己的车来拉。后来，经过3年的省吃俭用，他用自己的血汗钱换来了一辆车，但没过多久，却被大兵抢走。第二次他又攒够了钱，却又被那可恶的孙侦探给诈了去。第三次，他娶了虎妞，还用虎妞的钱买了车子，本来日子过得已经很不错了，可是虎妞却难产死了，祥子伤心欲绝，只好把车子卖了来安葬虎妞。他的这一愿望在经过多次挫折后，终于完全破灭。他所喜爱的小福子自杀，熄灭了他心中最后一朵希望的火花，它丧失了对于生活的任何乞求和信心，从上进好强变到自暴自弃。他成了一个麻木、潦倒、狡猾、好占便宜、吃喝嫖赌的人。 然而，让祥子从一个上进的人便到了一个麻木的人，是谁造成的呢?是谁这么心狠手辣呢?是社会!是旧社会! 对于祥子，我感到遗憾，也感到无奈，但也感到敬佩，我佩服他从前的坚强，他的上进。然而他最终没能战胜自己，没能战胜社会，终究还是被打败了。也许是因为社会的极度黑暗，人是有思想的动物。如果总是无法实现理想应该有自己的理想和目标，那么就有可能变成祥子，厌恶生活。所以，我们要适应社会，学习祥子的勤劳、坚定。</w:t>
      </w:r>
      <w:r>
        <w:rPr>
          <w:lang w:eastAsia="zh-CN"/>
        </w:rPr>
        <w:br/>
      </w:r>
    </w:p>
    <w:p w:rsidR="001B1F19" w14:textId="27C3F48A">
      <w:pPr>
        <w:rPr>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xml:space="preserve">    《骆驼祥子》的读书心得 篇7 </w:t>
      </w:r>
      <w:r>
        <w:rPr>
          <w:lang w:eastAsia="zh-CN"/>
        </w:rPr>
        <w:br/>
      </w:r>
      <w:r>
        <w:rPr>
          <w:lang w:eastAsia="zh-CN"/>
        </w:rPr>
        <w:t>　　读了《骆驼祥子》这本书，我了解了在当时混乱的社会里，人们过着什么样的生活。这部小说以二十年代末期的北京市民生活为背景，以人力车夫祥子的坎坷悲惨生活遭遇为主要情节，深刻揭露了旧中国的黑暗，控诉了统治阶级对劳动人民的深切同情。</w:t>
      </w:r>
      <w:r>
        <w:rPr>
          <w:lang w:eastAsia="zh-CN"/>
        </w:rPr>
        <w:br/>
      </w:r>
      <w:r>
        <w:rPr>
          <w:lang w:eastAsia="zh-CN"/>
        </w:rPr>
        <w:t>　　小说主要讲了一个洋车夫的苦难史，描绘了旧社会如何把一个正直，好强，好体面，自食其力的洋车夫从肉体到灵魂加以毁灭的过程。骆驼祥子善良淳朴，对生活具有骆驼一般的积极和坚韧精神，他的唯一愿望就是买一辆自己的车来拉，做一个独立的劳动着。后来，经过3年的努力，他用自己的血汗钱换来了一辆崭新的洋车，但是没过多久，却被大兵抢走，接着反动政府的侦探又骗去了他所有的积蓄，虎妞对他那种推脱不开的爱情又给他身心都带来磨难。用虎妞的钱买了一辆车，很快，又不得不卖掉以料理虎妞的丧事。他的这一愿望在经过多次挫折后，终于完全破灭。他所喜爱的小福子的自杀，熄灭了他心中最后一朵希望的火花，他丧失了对于生活的任何乞求和信心，从上进好强而沦为自甘堕落。这个悲剧有力地揭露旧社会把人变成鬼的罪行。深刻地揭示了生产这个悲剧的原因。这个故事，反映了北平当时劳动人民的生活，命运与遭遇。祥子本是一个对生活充满希望的人，他热爱生活，热爱北平，但系列的挫折使他恨透了整个世界!</w:t>
      </w:r>
      <w:r>
        <w:rPr>
          <w:lang w:eastAsia="zh-CN"/>
        </w:rPr>
        <w:br/>
      </w:r>
    </w:p>
    <w:p w:rsidR="001B1F19" w14:textId="27C3F48A">
      <w:pPr>
        <w:rPr>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我仿佛看到了天桥、鼓楼、白塔，是牌楼、街道、小巷，是车厂、大杂院和熙熙攘攘的人群，这就是几十年前的老北京，但是这儿没有丝毫田园诗一般的快乐，</w:t>
      </w:r>
      <w:r>
        <w:rPr>
          <w:lang w:eastAsia="zh-CN"/>
        </w:rPr>
        <w:br/>
      </w:r>
      <w:r>
        <w:rPr>
          <w:lang w:eastAsia="zh-CN"/>
        </w:rPr>
        <w:t>　　而是祥子的那双大脚马不停蹄地跑过大街，穿过小巷，烈日下，雨雪中处处有他艰难的身影。兵匪的鞭子，杨先生的盘剥，刘四爷的臭骂，孙侦探的明抢，洋大夫的冷漠，这是一座千真万确的地狱!最后虎妞惨死了，小福子上吊了，老马头倒毙在街头，祥子也终于穷途潦倒，逐渐消失在一座城门洞里这就是一二十年代北京底层广大劳动大众的生活，这逼真的描写让我体会到了人力车夫们不可逾越的悲惨命运，让我深刻地认识了地狱究竟是什么样子。</w:t>
      </w:r>
      <w:r>
        <w:rPr>
          <w:lang w:eastAsia="zh-CN"/>
        </w:rPr>
        <w:br/>
      </w:r>
      <w:r>
        <w:rPr>
          <w:lang w:eastAsia="zh-CN"/>
        </w:rPr>
        <w:t>　　祥子的悲剧，是他所置身的社会生活环境的产物。在黑暗的社会中，人类的力量实在太渺小了。祥子多次想要凭自己来打败命运，可是最后呢，却使身心又一次的伤痕累累。祥子在一次次的痛苦中挣扎，越陷越深，他渐渐的被黑暗所扭曲、吞噬。以前有抱负且满是骨气的祥子，现在只有对钱的贪念而已。在社会的黑暗与金钱的诱惑下，祥子没有了骨气但是，我依然坚信，命运是掌握在我们自己手中的!挫折面前，敌人不是对手，而是自己。我们要把挫折看成一种精神财富来珍惜，不要为一时的痛苦、失败而蒙闭了自己的双眼，而要将自己的命运交给自己来安排，努力找回自己的出路。</w:t>
      </w:r>
      <w:r>
        <w:rPr>
          <w:lang w:eastAsia="zh-CN"/>
        </w:rPr>
        <w:br/>
      </w:r>
      <w:r>
        <w:rPr>
          <w:lang w:eastAsia="zh-CN"/>
        </w:rPr>
        <w:t xml:space="preserve">    《骆驼祥子》的读书心得 篇8 </w:t>
      </w:r>
      <w:r>
        <w:rPr>
          <w:lang w:eastAsia="zh-CN"/>
        </w:rPr>
        <w:br/>
      </w:r>
      <w:r>
        <w:rPr>
          <w:lang w:eastAsia="zh-CN"/>
        </w:rPr>
        <w:t>　　最近我迷上了，老舍先生写得一本书叫《骆驼祥子》这本书</w:t>
      </w:r>
      <w:r>
        <w:rPr>
          <w:lang w:eastAsia="zh-CN"/>
        </w:rPr>
        <w:br/>
      </w:r>
      <w:r>
        <w:rPr>
          <w:lang w:eastAsia="zh-CN"/>
        </w:rPr>
        <w:t>　　让人回味无穷，待我细细给你们到来。</w:t>
      </w:r>
      <w:r>
        <w:rPr>
          <w:lang w:eastAsia="zh-CN"/>
        </w:rPr>
        <w:br/>
      </w:r>
      <w:r>
        <w:rPr>
          <w:lang w:eastAsia="zh-CN"/>
        </w:rPr>
        <w:t>　　这本书的主人公是祥子。主要写了;祥子买车三起三落的过程，写出了旧社会人力车夫的苦难生活。</w:t>
      </w:r>
      <w:r>
        <w:rPr>
          <w:lang w:eastAsia="zh-CN"/>
        </w:rPr>
        <w:br/>
      </w:r>
    </w:p>
    <w:p w:rsidR="001B1F19" w14:textId="27C3F48A">
      <w:pPr>
        <w:rPr>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这本书主要写了;来自乡下的年轻小伙祥子在拉租来的洋车是，立志要买一辆属于自己的洋车，做一位独立的劳动者。经过了整整三年的劳动努力，他用自己的血汗钱换来了一辆属于自己的洋车，可没过多久军阀乱兵抢走了他的洋车。孙侦探又骗走了他所有的积蓄，当他面临着一个又一个打击时，他没有向命运低头，而是像命运反抗。</w:t>
      </w:r>
      <w:r>
        <w:rPr>
          <w:lang w:eastAsia="zh-CN"/>
        </w:rPr>
        <w:br/>
      </w:r>
      <w:r>
        <w:rPr>
          <w:lang w:eastAsia="zh-CN"/>
        </w:rPr>
        <w:t>　　但是他做的一切都是徒然，他用虎妞的积蓄又买了一辆车，很快又卖掉了，用来料理虎妞的丧事，而小福子的离世吹灭了祥子心中最后一盏灯，这时的他对生活失去了信心他从好强沦落到自甘坠落，从前正直善良的的祥子被生活碾得粉碎。</w:t>
      </w:r>
      <w:r>
        <w:rPr>
          <w:lang w:eastAsia="zh-CN"/>
        </w:rPr>
        <w:br/>
      </w:r>
      <w:r>
        <w:rPr>
          <w:lang w:eastAsia="zh-CN"/>
        </w:rPr>
        <w:t>　　我认为祥子最大的优点就是能吃苦耐劳，他的理想并不难;他只想有一辆属于自己的洋车，娶一位年轻、能吃苦的、健康的妻子，可事实不是这样自己的爱车被抢，又被迫娶了虎妞，连自己心中最后的希望也没了，因为小福子自杀了，这是他对生活失去了信心，从此变得狡猾懒惰、极端自私而无赖，成了彻头彻尾的刺头儿。</w:t>
      </w:r>
      <w:r>
        <w:rPr>
          <w:lang w:eastAsia="zh-CN"/>
        </w:rPr>
        <w:br/>
      </w:r>
      <w:r>
        <w:rPr>
          <w:lang w:eastAsia="zh-CN"/>
        </w:rPr>
        <w:t>　　我们要学习以前的祥子，而不要学有的祥子哦。</w:t>
      </w:r>
      <w:r>
        <w:rPr>
          <w:lang w:eastAsia="zh-CN"/>
        </w:rPr>
        <w:br/>
      </w:r>
    </w:p>
    <w:p w:rsidR="001B1F19" w14:textId="27C3F48A">
      <w:pPr>
        <w:rPr>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骆驼祥子》讲述的是旧中国北平城里一个人力车夫祥子的悲剧故事。祥子来到城市，渴望以自己诚实的劳动，创造生活。他怀着买车的信念，拼命的赚钱，就像是一个旋转的小陀螺。终于，祥子得到了梦寐以求的车，那辆车对于祥子来说，不知道是他磨破了多少双鞋换来的。可是命运捉弄人，车接二连三的被人夺走，祥子的梦想之火一次次的熄灭。但祥子仍然不肯放弃，不断的振作起来，再度奋斗。</w:t>
      </w:r>
      <w:r>
        <w:rPr>
          <w:lang w:eastAsia="zh-CN"/>
        </w:rPr>
        <w:br/>
      </w:r>
      <w:r>
        <w:rPr>
          <w:lang w:eastAsia="zh-CN"/>
        </w:rPr>
        <w:t>　　我不由地感动，对祥子那坚持不懈而感动;这教育了我：要坚强的面对困难，失败了靠自己站起。</w:t>
      </w:r>
      <w:r>
        <w:rPr>
          <w:lang w:eastAsia="zh-CN"/>
        </w:rPr>
        <w:br/>
      </w:r>
      <w:r>
        <w:rPr>
          <w:lang w:eastAsia="zh-CN"/>
        </w:rPr>
        <w:t xml:space="preserve">    《骆驼祥子》的读书心得 篇9 </w:t>
      </w:r>
      <w:r>
        <w:rPr>
          <w:lang w:eastAsia="zh-CN"/>
        </w:rPr>
        <w:br/>
      </w:r>
      <w:r>
        <w:rPr>
          <w:lang w:eastAsia="zh-CN"/>
        </w:rPr>
        <w:t>　　这本书也正是讲述了一个平民的悲剧――北平老城里活生生的一幕：祥子，一个像骆驼一样善良老实又魁梧健壮的年轻人，到北平以拉车为生，好求上进的他凭着自己结实健康的身体，拥有了自己的洋车。被人夺走后，他又靠自己的努力又买了一辆洋车，但他辛辛苦苦的积蓄又被洗劫一空。就这样祥子三次与理想擦肩而过。他的妻子虎妞用计嫁给了祥子，最后虎妞死于难产，祥子所爱的小福子也离开了人世，祥子人财两空。因为所有的希望都破灭了，祥子也在这几年的折磨中浪费了青春年华，成了个人主义的末路鬼，这时的祥子彻底堕落成一具行尸走肉。</w:t>
      </w:r>
      <w:r>
        <w:rPr>
          <w:lang w:eastAsia="zh-CN"/>
        </w:rPr>
        <w:br/>
      </w:r>
      <w:r>
        <w:rPr>
          <w:lang w:eastAsia="zh-CN"/>
        </w:rPr>
        <w:t>　　看到这个结局，有不禁想起了开始的祥子，是那么的坚强。但是，幸运之神却并没有眷顾他，可悲的命运注定在他身上生根发芽。面对一个又一个的打击，祥子都默默忍受着痛苦：摸了摸脸上那块平滑的疤，摸了摸袋中的钱，又看了一眼眼角楼上的阳光，他硬是把病忘了，把一切都忘了，好似有点什么心愿，他决定走进城去。但是，再坚强的人也只能向黑暗社会屈服，祥子最终只能堕落。但祥子天真地认为，只要自己去努力，所有事都会实现。这句话在现在讲可能会发现，可是在他那个社会，祥子无论怎么努力都可能是白费力气。</w:t>
      </w:r>
      <w:r>
        <w:rPr>
          <w:lang w:eastAsia="zh-CN"/>
        </w:rPr>
        <w:br/>
      </w:r>
    </w:p>
    <w:p w:rsidR="001B1F19" w14:textId="27C3F48A">
      <w:pPr>
        <w:rPr>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是啊，导致如此的结局，叫我如何平静?在那个旧社会里，再美好的生命，也不会得到美好的结局。记得书中有这样是一句话：其实，雨并不公道，因为下落在一个没有公道的世界上。我清楚的明白了这一点：不同的时代，情况不同，决定着人的不同结局。</w:t>
      </w:r>
      <w:r>
        <w:rPr>
          <w:lang w:eastAsia="zh-CN"/>
        </w:rPr>
        <w:br/>
      </w:r>
      <w:r>
        <w:rPr>
          <w:lang w:eastAsia="zh-CN"/>
        </w:rPr>
        <w:t>　　虽然结果是这样，但我仍然会感到十分的愧疚：与他相比，我们的生活是多么幸福;而在他为自己想方设法谋生的时侯，我们却在不停地抱怨我的生活。想想我们的今天吧，美好的时代允许我们享有幸福，拥有自由。祥子的遭遇，不仅带出了我们心底了无限的同情，还像镜子般让我们看到了自己的幸福。他的故事，也成为了我们珍惜现在的理由。</w:t>
      </w:r>
      <w:r>
        <w:rPr>
          <w:lang w:eastAsia="zh-CN"/>
        </w:rPr>
        <w:br/>
      </w:r>
      <w:r>
        <w:rPr>
          <w:lang w:eastAsia="zh-CN"/>
        </w:rPr>
        <w:t>　　明天会怎样?我不知道，现在我们唯一能做的，就是把握好今天。</w:t>
      </w:r>
      <w:r>
        <w:rPr>
          <w:lang w:eastAsia="zh-CN"/>
        </w:rPr>
        <w:br/>
      </w:r>
      <w:r>
        <w:rPr>
          <w:lang w:eastAsia="zh-CN"/>
        </w:rPr>
        <w:t xml:space="preserve">    《骆驼祥子》的读书心得 篇10 </w:t>
      </w:r>
      <w:r>
        <w:rPr>
          <w:lang w:eastAsia="zh-CN"/>
        </w:rPr>
        <w:br/>
      </w:r>
      <w:r>
        <w:rPr>
          <w:lang w:eastAsia="zh-CN"/>
        </w:rPr>
        <w:t>　　最近我迷上了，老舍先生写得一本书叫《骆驼祥子》这本书</w:t>
      </w:r>
      <w:r>
        <w:rPr>
          <w:lang w:eastAsia="zh-CN"/>
        </w:rPr>
        <w:br/>
      </w:r>
      <w:r>
        <w:rPr>
          <w:lang w:eastAsia="zh-CN"/>
        </w:rPr>
        <w:t>　　让人回味无穷，待我细细给你们到来。</w:t>
      </w:r>
      <w:r>
        <w:rPr>
          <w:lang w:eastAsia="zh-CN"/>
        </w:rPr>
        <w:br/>
      </w:r>
      <w:r>
        <w:rPr>
          <w:lang w:eastAsia="zh-CN"/>
        </w:rPr>
        <w:t>　　这本书的主人公是祥子。主要写了;祥子买车三起三落的过程，写出了旧社会人力车夫的苦难生活。</w:t>
      </w:r>
      <w:r>
        <w:rPr>
          <w:lang w:eastAsia="zh-CN"/>
        </w:rPr>
        <w:br/>
      </w:r>
      <w:r>
        <w:rPr>
          <w:lang w:eastAsia="zh-CN"/>
        </w:rPr>
        <w:t>　　这本书主要写了;来自乡下的年轻小伙祥子在拉租来的洋车是，立志要买一辆属于自己的洋车，做一位独立的劳动者。经过了整整三年的劳动努力，他用自己的血汗钱换来了一辆属于自己的洋车，可没过多久军阀乱兵抢走了他的洋车。孙侦探又骗走了他所有的积蓄，当他面临着一个又一个打击时，他没有向命运低头，而是像命运反抗。</w:t>
      </w:r>
      <w:r>
        <w:rPr>
          <w:lang w:eastAsia="zh-CN"/>
        </w:rPr>
        <w:br/>
      </w:r>
    </w:p>
    <w:p w:rsidR="001B1F19" w14:textId="27C3F48A">
      <w:pPr>
        <w:rPr>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但是他做的一切都是徒然，他用虎妞的积蓄又买了一辆车，很快又卖掉了，用来料理虎妞的丧事，而小福子的离世吹灭了祥子心中最后一盏灯，这时的他对生活失去了信心他从好强沦落到自甘坠落，从前正直善良的的祥子被生活碾得粉碎。</w:t>
      </w:r>
      <w:r>
        <w:rPr>
          <w:lang w:eastAsia="zh-CN"/>
        </w:rPr>
        <w:br/>
      </w:r>
      <w:r>
        <w:rPr>
          <w:lang w:eastAsia="zh-CN"/>
        </w:rPr>
        <w:t>　　我认为祥子最大的优点就是能吃苦耐劳，他的理想并不难;他只想有一辆属于自己的洋车，娶一位年轻、能吃苦的、健康的妻子，可事实不是这样自己的爱车被抢，又被迫娶了虎妞，连自己心中最后的希望也没了，因为小福子自杀了，这是他对生活失去了信心，从此变得狡猾懒惰、极端自私而无赖，成了彻头彻尾的刺头儿。</w:t>
      </w:r>
      <w:r>
        <w:rPr>
          <w:lang w:eastAsia="zh-CN"/>
        </w:rPr>
        <w:br/>
      </w:r>
      <w:r>
        <w:rPr>
          <w:lang w:eastAsia="zh-CN"/>
        </w:rPr>
        <w:t>　　我们要学习以前的祥子，而不要学有的祥子哦。</w:t>
      </w:r>
      <w:r>
        <w:rPr>
          <w:lang w:eastAsia="zh-CN"/>
        </w:rPr>
        <w:br/>
      </w:r>
      <w:r>
        <w:rPr>
          <w:lang w:eastAsia="zh-CN"/>
        </w:rPr>
        <w:t xml:space="preserve">    《骆驼祥子》的读书心得 篇11 </w:t>
      </w:r>
      <w:r>
        <w:rPr>
          <w:lang w:eastAsia="zh-CN"/>
        </w:rPr>
        <w:br/>
      </w:r>
      <w:r>
        <w:rPr>
          <w:lang w:eastAsia="zh-CN"/>
        </w:rPr>
        <w:t>　　《骆驼祥子》是中国现代著名作家老舍的代表作，是一部优秀的现实主义小说。</w:t>
      </w:r>
      <w:r>
        <w:rPr>
          <w:lang w:eastAsia="zh-CN"/>
        </w:rPr>
        <w:br/>
      </w:r>
      <w:r>
        <w:rPr>
          <w:lang w:eastAsia="zh-CN"/>
        </w:rPr>
        <w:t>　　书中主人公祥子是个勤劳、壮实的小伙子，他怀着发家、奋斗的美好梦想，并为此辛勤劳作，却最终无法逃脱被黑暗的暴风雨吞噬的命运。祥子的梦想仅仅是一辆车、一个家。但是身处当时的社会环境，这个十分渺小的梦想实现起来却是那么的艰难。尽管他身强力壮，不怕吃苦，但他却只能眼看着希望一次次被粉碎。原本善良、挺脱、鲜活的祥子，求生无路，抗争无力，终于在黑暗中衰迈了，颓废了，沉沦了</w:t>
      </w:r>
      <w:r>
        <w:rPr>
          <w:lang w:eastAsia="zh-CN"/>
        </w:rPr>
        <w:br/>
      </w:r>
    </w:p>
    <w:p w:rsidR="001B1F19" w14:textId="27C3F48A">
      <w:pPr>
        <w:rPr>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小说紧紧围绕祥子买车、失车三起三落的坎坷经历，展示了当时人力车夫的悲惨生活。通过他与虎妞、小福子的感情纠葛、悲欢离合，演绎了一场人生悲剧。故事的结局低沉，弥漫着一种阴郁绝望的气氛。表现了那个时代的悲惨气氛，加强了社会批评力量。</w:t>
      </w:r>
      <w:r>
        <w:rPr>
          <w:lang w:eastAsia="zh-CN"/>
        </w:rPr>
        <w:br/>
      </w:r>
      <w:r>
        <w:rPr>
          <w:lang w:eastAsia="zh-CN"/>
        </w:rPr>
        <w:t>　　对于祥子，我感到遗憾，感到惋惜，也感到无奈，但也感到敬佩，我佩服他从前的坚强，他的上进。然而他最终没能战胜自己，没能战胜社会，终究还是被打败了。也许是因为社会的极度黑暗，也许是因为个人的因素。</w:t>
      </w:r>
      <w:r>
        <w:rPr>
          <w:lang w:eastAsia="zh-CN"/>
        </w:rPr>
        <w:br/>
      </w:r>
      <w:r>
        <w:rPr>
          <w:lang w:eastAsia="zh-CN"/>
        </w:rPr>
        <w:t>　　人是有思想的动物，应该有自己的理想和目标。但是要因人而异，因社会而异。如果总是无法实现理想，那么就有可能变成祥子，堕落、衰败，厌恶生活。毕竟能够一生都坚忍不拔的人是少数。追求本身就是一个不断改变的过程，然而这一过程会很复杂，人很容易失去自我，失去自我就会迷失方向，甚至堕落。</w:t>
      </w:r>
      <w:r>
        <w:rPr>
          <w:lang w:eastAsia="zh-CN"/>
        </w:rPr>
        <w:br/>
      </w:r>
      <w:r>
        <w:rPr>
          <w:lang w:eastAsia="zh-CN"/>
        </w:rPr>
        <w:t>　　我们现在在学校,在生活中,一定要有坚定的信念和努力,应该学习祥子身上的一种精神,他可以为着自己心中埋下的理想而向着一个目标去实现它,我们也可以给自己心中种下一片希望,但是不经历风雨,怎能见彩虹?要勇于克服一切的困难,才能看见我们的希望抽枝`发芽`茁壮成长`结出果实</w:t>
      </w:r>
      <w:r>
        <w:rPr>
          <w:lang w:eastAsia="zh-CN"/>
        </w:rPr>
        <w:br/>
      </w:r>
      <w:r>
        <w:rPr>
          <w:lang w:eastAsia="zh-CN"/>
        </w:rPr>
        <w:t xml:space="preserve">    《骆驼祥子》的读书心得 篇12 </w:t>
      </w:r>
      <w:r>
        <w:rPr>
          <w:lang w:eastAsia="zh-CN"/>
        </w:rPr>
        <w:br/>
      </w:r>
      <w:r>
        <w:rPr>
          <w:lang w:eastAsia="zh-CN"/>
        </w:rPr>
        <w:t>　　老舍是我国着名的小说家、文学家、戏剧家，但我认为，他更是一个思想家。他笔下的人物让众多读者们记忆深刻，也给予了人们无尽的思考与启示。我印象最深刻的，是那个从最初充满希望到最后堕落的人——祥子。</w:t>
      </w:r>
      <w:r>
        <w:rPr>
          <w:lang w:eastAsia="zh-CN"/>
        </w:rPr>
        <w:br/>
      </w:r>
    </w:p>
    <w:p w:rsidR="001B1F19" w14:textId="27C3F48A">
      <w:pPr>
        <w:rPr>
          <w:lang w:eastAsia="zh-CN"/>
        </w:rPr>
      </w:pPr>
      <w:r>
        <w:rPr>
          <w:lang w:eastAsia="zh-CN"/>
        </w:rPr>
        <w:t>　　祥子是社会中很普通的一个人，所以由他身上反映出的感悟是最真实贴切的。老舍先生选用的角色不得不说堪称一绝，总是能将整个事物的精妙在细微之处体现出来，祥子就是一个活生生的例子，这让我很是敬佩。看完整本书后，细细的回想与品位之中好的情节与句子，一些感想也浮现在脑海：封建社会给人带来的是无尽的危害，它妨碍了人们的思想与行动，所以导致了社会的落后，加大了贫与富的差距，更使人们丧失了原有的本性。所以，我很庆幸自己出生在这个开放的年代。最初那个有奋斗目标且敢于奋斗的祥子是我所尊敬的，但由于社会风气和其他外界原因，在不知不觉中慢慢的堕落。祥子曾是封建社会中的”叛逆分子“，而他最初就像在，而”叛逆“失败的原因除了外界原因，还有自身原因。祥子有毅力这无需置疑，但他却没有足够的毅力来追求他的目标，曾经坚定地信念也在一件又一件事物中所摇动。到最后，祥子已经没有了动力，没有了目标，没有了信念。我不禁为祥子感到可惜，不过这也是大多数人的经历，从最初的坚定不移再到摇摆不定，最后是完全放弃。现在想一想，如果祥子有“咬定青山不放松”的意志力，结局很大可能就不一样了</w:t>
      </w:r>
      <w:r>
        <w:rPr>
          <w:lang w:eastAsia="zh-CN"/>
        </w:rPr>
        <w:br/>
      </w:r>
      <w:r>
        <w:rPr>
          <w:lang w:eastAsia="zh-CN"/>
        </w:rPr>
        <w:t>　　祥子的形象在脑海里留下很深的印记，或许若干年后，再次回味时又会有不一样的感觉。有时，坚持到底会让事情的结果变得不一样。不得不说，《骆驼祥子》给我的启发会让我一生受益。</w:t>
      </w:r>
      <w:r>
        <w:rPr>
          <w:lang w:eastAsia="zh-CN"/>
        </w:rPr>
        <w:br/>
      </w:r>
      <w:r>
        <w:rPr>
          <w:lang w:eastAsia="zh-CN"/>
        </w:rPr>
        <w:t xml:space="preserve">    《骆驼祥子》的读书心得 篇13 </w:t>
      </w:r>
      <w:r>
        <w:rPr>
          <w:lang w:eastAsia="zh-CN"/>
        </w:rPr>
        <w:br/>
      </w:r>
      <w:r>
        <w:rPr>
          <w:lang w:eastAsia="zh-CN"/>
        </w:rPr>
        <w:t>　　祥子给我的印象很深：一个实实在在的车夫，勤劳、坚忍。但他的结果却是悲惨的。</w:t>
      </w:r>
      <w:r>
        <w:rPr>
          <w:lang w:eastAsia="zh-CN"/>
        </w:rPr>
        <w:br/>
      </w:r>
      <w:r>
        <w:rPr>
          <w:lang w:eastAsia="zh-CN"/>
        </w:rPr>
        <w:br/>
      </w:r>
      <w:r>
        <w:rPr>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https://d.book118.com/938011004044006036</w:t>
        </w:r>
      </w:hyperlink>
    </w:p>
    <w:p w:rsidR="001B1F19">
      <w:pPr>
        <w:rPr>
          <w:lang w:eastAsia="zh-CN"/>
        </w:rPr>
      </w:pPr>
    </w:p>
    <w:sectPr>
      <w:type w:val="nextPage"/>
      <w:pgSz w:w="11906" w:h="16838"/>
      <w:pgMar w:top="1440" w:right="1800" w:bottom="1440" w:left="1800" w:header="851" w:footer="992" w:gutter="0"/>
      <w:pgNumType w:start="1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 w:val="009376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938011004044006036"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6</cp:revision>
  <dcterms:created xsi:type="dcterms:W3CDTF">2024-01-11T00:28:00Z</dcterms:created>
  <dcterms:modified xsi:type="dcterms:W3CDTF">2024-02-08T13:34:00Z</dcterms:modified>
</cp:coreProperties>
</file>