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服装销售神秘顾客总结（31篇）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 xml:space="preserve">     </w:t>
      </w:r>
      <w:r>
        <w:rPr>
          <w:lang w:eastAsia="zh-CN"/>
        </w:rPr>
        <w:br/>
      </w:r>
      <w:r>
        <w:rPr>
          <w:lang w:eastAsia="zh-CN"/>
        </w:rPr>
        <w:t xml:space="preserve">    服装销售神秘顾客总结 篇9 </w:t>
      </w:r>
      <w:r>
        <w:rPr>
          <w:lang w:eastAsia="zh-CN"/>
        </w:rPr>
        <w:br/>
      </w:r>
      <w:r>
        <w:rPr>
          <w:lang w:eastAsia="zh-CN"/>
        </w:rPr>
        <w:t>　　刚到雅格尔的专卖店，负责接待我们的公司主管已经等在店里了，他亲切的接待了我们，问了我们实践的目的与想法，并简要介绍了卖场工作的技巧，使我们受益颇多。紧接着，店里的导购小姐带领我们开始学习各种基本技能。首先是打领带，看她三下两下就打出了漂亮的领带，本以为是很简单的事，但到我们自己打时，才明白没有什么绝对简单的。我们虽说在学了几次后就能打出领带了，但那形状实在是称不上好看啊，只能说“会打”，却不是“打好”。但我们没有轻易放弃，一次又一次，我终于打出漂亮的领带了。接着是如何看各种衬衫，西服的材料以及它们的尺码适合怎样体形的人士，这真的很考验记忆力，我们在导购姐姐说完后又认真记忆了一遍才算真正明白。最后便是正式上班了。</w:t>
      </w:r>
      <w:r>
        <w:rPr>
          <w:lang w:eastAsia="zh-CN"/>
        </w:rPr>
        <w:br/>
      </w:r>
      <w:r>
        <w:rPr>
          <w:lang w:eastAsia="zh-CN"/>
        </w:rPr>
        <w:t>　　一整天的站着，对顾客说：“欢迎光临雅格尔”。我们很累，但更多的是快乐，因为我们学到了以前所不知道的知识，也体会到了赚钱的艰辛，最重要的是，我们在仓库看到的那句话&amp;&amp;拒绝是推销的开始。</w:t>
      </w:r>
      <w:r>
        <w:rPr>
          <w:lang w:eastAsia="zh-CN"/>
        </w:rPr>
        <w:br/>
      </w:r>
      <w:r>
        <w:rPr>
          <w:lang w:eastAsia="zh-CN"/>
        </w:rPr>
        <w:t>　　微笑，耐心是成功开始销售的关键</w:t>
      </w:r>
      <w:r>
        <w:rPr>
          <w:lang w:eastAsia="zh-CN"/>
        </w:rPr>
        <w:br/>
      </w:r>
      <w:r>
        <w:rPr>
          <w:lang w:eastAsia="zh-CN"/>
        </w:rPr>
        <w:t>　　&amp;&amp;迎来成功的销售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雅戈尔卖场实习的第二天，我们终于收到了员工的服装，换上的一瞬间，感觉自己更像一名合格的导购员了。这一天。今天我们收获了成功的喜悦，远远好于昨天的销售状况，我们卖出了一套西服和一些t恤，以及衬衫和裤子。</w:t>
      </w:r>
      <w:r>
        <w:rPr>
          <w:lang w:eastAsia="zh-CN"/>
        </w:rPr>
        <w:br/>
      </w:r>
      <w:r>
        <w:rPr>
          <w:lang w:eastAsia="zh-CN"/>
        </w:rPr>
        <w:t>　　当时看见有客人来了，便迎了上去，我们微笑着向顾客介绍适合他的衣服，当他需要别的码子时，马上就去换。其实当时是有些不耐的，但我还是努力保持脸上的微笑，耐心的为顾客服务，终于，第一笔生意成功了，我们卖出了一件衬衫。当时，一直站立的疲惫感消失了，第一天销售为零的挫败感也烟消云散了，真的很有成就感。</w:t>
      </w:r>
      <w:r>
        <w:rPr>
          <w:lang w:eastAsia="zh-CN"/>
        </w:rPr>
        <w:br/>
      </w:r>
      <w:r>
        <w:rPr>
          <w:lang w:eastAsia="zh-CN"/>
        </w:rPr>
        <w:t>　　通过这两天的销售经历，我明白了很多也学到了很多：做事要一定要有耐心，还要保持良好的心态，保持你的微笑，去面对，这样才把事情做好，对任何事都不能心存轻视，要认真对待每一项工作。</w:t>
      </w:r>
      <w:r>
        <w:rPr>
          <w:lang w:eastAsia="zh-CN"/>
        </w:rPr>
        <w:br/>
      </w:r>
      <w:r>
        <w:rPr>
          <w:lang w:eastAsia="zh-CN"/>
        </w:rPr>
        <w:t>　　销售服装工作总结二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近期业绩明显下滑，现虽然处于抹胸内衣销售淡季但同行采取价格或依靠其自身的知名度及具竟争优势;所处商圈选对店铺的选址，对于门店能否盈利至关重要，专卖的品牌经营店在众多的服装品牌销售中最具亲和力，以其新颖的款式、统一的门户设计、赏心悦目的购物环境赢得了现代人的认可。通过这种模式的经营，既扩大了品牌的影响力又提高了销售额。但目前多种形式的经营模式的存在在价格具有优势有甚者以稍高批发价的价格出售，现对该区域的情况总结如下：</w:t>
      </w:r>
      <w:r>
        <w:rPr>
          <w:lang w:eastAsia="zh-CN"/>
        </w:rPr>
        <w:br/>
      </w:r>
      <w:r>
        <w:rPr>
          <w:lang w:eastAsia="zh-CN"/>
        </w:rPr>
        <w:t>　　金峰基本情况：辖区面积29.88平方公里，常住人口7.2万人。__年晋升为福州市超一流经济强镇，全镇工业总产值近59亿元，上缴税收近9000万元。 草根工业”发源地，福州市超一流经济强镇。__年完成工业总产值55.86亿元;农业总产值13265万元，财政收入7523万元;农民人均纯收入7500元。商贸业发达，现有各类商业网点3500多家，消费人群近30万人，日客流量5万人，社会消费品日销售额达700万元。主要有化纤、棉纺、纬编、经编、机织、染整等6大项。目前，正全力打造空港工业区金峰园区，正大力进行旧城改造和市政新区建设，旧城改造总规划面积700亩，首期42亩已进入建设阶段。</w:t>
      </w:r>
      <w:r>
        <w:rPr>
          <w:lang w:eastAsia="zh-CN"/>
        </w:rPr>
        <w:br/>
      </w:r>
      <w:r>
        <w:rPr>
          <w:lang w:eastAsia="zh-CN"/>
        </w:rPr>
        <w:t>　　所在商圈分析：同行男装销售分布区域集中，由于旧观念和收入水平的限制形成当地的消费习惯倾向节俭;在商圈辐射的外缘居住现有的群体主要以妇老幼为主以及消费需求偏向低消费，同样的服装或其他产品宁愿付出较低的价格获取同样的效用，当然，年轻的消费群体更倾向新鲜的别出心裁的事物，我店铺趋向于边缘;吸收一些闲散或品牌依赖较高的顾客。</w:t>
      </w:r>
      <w:r>
        <w:rPr>
          <w:lang w:eastAsia="zh-CN"/>
        </w:rPr>
        <w:br/>
      </w:r>
      <w:r>
        <w:rPr>
          <w:lang w:eastAsia="zh-CN"/>
        </w:rPr>
        <w:t>　　消费特征及市场需求分析：将0-19岁和50岁以上人群定义为储蓄人口，20-50岁人群定义为消费人口，并借鉴统计局公布的人口年龄结构数据和城镇、农村居民衣着消费数据，</w:t>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25-29岁、35-45岁人群具备最强的衣着消费需求，由于农村和城市的生活环境、社会保障制度以及消费环境存在较大差异，农村居民在衣着方面的消费需求显著低于城镇居民。即使是农村中的高收入人群，其收入绝对值与城镇中等收入人群相当，但在衣着上的支出也明显小于城镇中等收入人群;“越有钱的人在服装方面的消费会越多”的观念与实际情况并不相符，反而是收入少的居民衣着支出占收入的比重相对较高、收入高的居民相对较低，而且这一比值不会无限地缩小或者扩大，证明了服装的一般消费品属性。对于收入水平较低的人群来说，服装更接近于非必需品;对于收入水平较高的人群来说，服装则更接近于必需品。纺织服装行业发展进程，大致都会经历：制造企业大规模生产&amp;rarr;生产外移、制造业萎缩、零售商居主导&amp;rarr;零售商以服务和快速反应参与市场竞争的过程。现已处于第二阶段，服装行业即将进入下一个黄金十年。那么，服装市场需求的大小、居民消费的特征也对建立竞争优势有一定的参考价值。虽然服装市场潜力巨大还有增长空间，目前夏装渐趋饱和许多商家纷纷采取屡见不鲜的价格促销活动;造成一定程度的冲击。</w:t>
      </w:r>
      <w:r>
        <w:rPr>
          <w:lang w:eastAsia="zh-CN"/>
        </w:rPr>
        <w:br/>
      </w:r>
      <w:r>
        <w:rPr>
          <w:lang w:eastAsia="zh-CN"/>
        </w:rPr>
        <w:t>　　竞争对手及价格分析：</w:t>
      </w:r>
      <w:r>
        <w:rPr>
          <w:lang w:eastAsia="zh-CN"/>
        </w:rPr>
        <w:br/>
      </w:r>
      <w:r>
        <w:rPr>
          <w:lang w:eastAsia="zh-CN"/>
        </w:rPr>
        <w:t>　　cabben：cabben相对wolfzone在此区域具有较高的知名度，有相对稳定的顾客群体近期也是处于比较萧条状态，服装的款式较少简单同样缺少需求较多的七分裤，装修布局宽敞整洁;价格区间：[299-399]u[399-459]在价格上不具备竞争优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美特斯邦威：所处位置位于商业街繁华地段客流集中地段，陈列紧凑能够适时推出适应大众化需求，推出同类牛仔裤较薄相比之下略有不足之处，同类及市场需求之间划出空白区;部分折扣5折-7折不等、两件8.8折，折扣价格有较大的吸引力，价格较实惠，质量一般也有保证，则既有品牌优势、又有批发市场的优惠价格，价格区间：</w:t>
      </w:r>
      <w:r>
        <w:rPr>
          <w:lang w:eastAsia="zh-CN"/>
        </w:rPr>
        <w:br/>
      </w:r>
      <w:r>
        <w:rPr>
          <w:lang w:eastAsia="zh-CN"/>
        </w:rPr>
        <w:t>　　不足之处：</w:t>
      </w:r>
      <w:r>
        <w:rPr>
          <w:lang w:eastAsia="zh-CN"/>
        </w:rPr>
        <w:br/>
      </w:r>
      <w:r>
        <w:rPr>
          <w:lang w:eastAsia="zh-CN"/>
        </w:rPr>
        <w:t>　　1.周边没有明显标志建筑物，广告牌不是很清楚;广告指示因周围环境条件限制很难重复的刺激消费者对该品牌印象的清晰，像麦当劳的标识在一百米外依然清晰可见引导刺激作用。</w:t>
      </w:r>
      <w:r>
        <w:rPr>
          <w:lang w:eastAsia="zh-CN"/>
        </w:rPr>
        <w:br/>
      </w:r>
      <w:r>
        <w:rPr>
          <w:lang w:eastAsia="zh-CN"/>
        </w:rPr>
        <w:t>　　2.牛仔裤系列的面料厚度和当地的需求和习惯相悖，对销量构成严峻的态势;适应这一季度产品生命周期的款式数量并不多。</w:t>
      </w:r>
      <w:r>
        <w:rPr>
          <w:lang w:eastAsia="zh-CN"/>
        </w:rPr>
        <w:br/>
      </w:r>
      <w:r>
        <w:rPr>
          <w:lang w:eastAsia="zh-CN"/>
        </w:rPr>
        <w:t>　　3.销售人员态度消极缺乏热情，亟待改进。</w:t>
      </w:r>
      <w:r>
        <w:rPr>
          <w:lang w:eastAsia="zh-CN"/>
        </w:rPr>
        <w:br/>
      </w:r>
      <w:r>
        <w:rPr>
          <w:lang w:eastAsia="zh-CN"/>
        </w:rPr>
        <w:t>　　4.缺少相应的活动，相对而言cabben也面临同样的形势;但其已具备相对品牌信任的顾客群。</w:t>
      </w:r>
      <w:r>
        <w:rPr>
          <w:lang w:eastAsia="zh-CN"/>
        </w:rPr>
        <w:br/>
      </w:r>
      <w:r>
        <w:rPr>
          <w:lang w:eastAsia="zh-CN"/>
        </w:rPr>
        <w:t>　　计划：</w:t>
      </w:r>
      <w:r>
        <w:rPr>
          <w:lang w:eastAsia="zh-CN"/>
        </w:rPr>
        <w:br/>
      </w:r>
      <w:r>
        <w:rPr>
          <w:lang w:eastAsia="zh-CN"/>
        </w:rPr>
        <w:t>　　一、切实落实岗位职责，认真履行本职工作。</w:t>
      </w:r>
      <w:r>
        <w:rPr>
          <w:lang w:eastAsia="zh-CN"/>
        </w:rPr>
        <w:br/>
      </w:r>
      <w:r>
        <w:rPr>
          <w:lang w:eastAsia="zh-CN"/>
        </w:rPr>
        <w:t>　　千方百计完成区域销售任务;努力完成销售中的各项要求;积极广泛收集市场信息并及时整理上报;严格遵守各项规章制度;对工作具有较高的敬业精神和高度的主人翁责任感;完成其它工作。</w:t>
      </w:r>
      <w:r>
        <w:rPr>
          <w:lang w:eastAsia="zh-CN"/>
        </w:rPr>
        <w:br/>
      </w:r>
      <w:r>
        <w:rPr>
          <w:lang w:eastAsia="zh-CN"/>
        </w:rPr>
        <w:t>　　二、明确任务，主动积极</w:t>
      </w:r>
      <w:r>
        <w:rPr>
          <w:lang w:eastAsia="zh-CN"/>
        </w:rPr>
        <w:br/>
      </w:r>
      <w:r>
        <w:rPr>
          <w:lang w:eastAsia="zh-CN"/>
        </w:rPr>
        <w:t>　　积极了解达到的标准、要求，力争在要求的期限内提前完成，另一方面要积极考虑并补充完善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三、努力经营和谐的员工关系，善待员工，稳定员工情绪规划好员工在店的职业生涯发展。由于区域市场萎缩、同行竞争激烈且价格下滑，认真考察并综合市场行情的信息反馈，激发销售热情。同时计划认真学习知识、技能及销售实战来完善自己的理论知识，力求不断提高自己的综合素质。</w:t>
      </w:r>
      <w:r>
        <w:rPr>
          <w:lang w:eastAsia="zh-CN"/>
        </w:rPr>
        <w:br/>
      </w:r>
      <w:r>
        <w:rPr>
          <w:lang w:eastAsia="zh-CN"/>
        </w:rPr>
        <w:t xml:space="preserve">    服装销售神秘顾客总结 篇10 </w:t>
      </w:r>
      <w:r>
        <w:rPr>
          <w:lang w:eastAsia="zh-CN"/>
        </w:rPr>
        <w:br/>
      </w:r>
      <w:r>
        <w:rPr>
          <w:lang w:eastAsia="zh-CN"/>
        </w:rPr>
        <w:t>　　我从20__年进入服装店工作半年来，虚心学习，认真对待工作，总结经验，也取得了一些成绩。现将上半年工作总结如下：</w:t>
      </w:r>
      <w:r>
        <w:rPr>
          <w:lang w:eastAsia="zh-CN"/>
        </w:rPr>
        <w:br/>
      </w:r>
      <w:r>
        <w:rPr>
          <w:lang w:eastAsia="zh-CN"/>
        </w:rPr>
        <w:t>　　第一，在店长的带领下，团结店友，和大家建立一个相对稳定的销售团队：销售人才是最宝贵的资源，一切销售业绩都起源于有一个好的销售人员，建立一支具有凝聚力，合作精神的销售团队是我们店的根本。在以后的工作中建立一个和谐，具有杀伤力的团队是我和我们所有的导购员的主要目标。</w:t>
      </w:r>
      <w:r>
        <w:rPr>
          <w:lang w:eastAsia="zh-CN"/>
        </w:rPr>
        <w:br/>
      </w:r>
      <w:r>
        <w:rPr>
          <w:lang w:eastAsia="zh-CN"/>
        </w:rPr>
        <w:t>　　第二，热忱服务。要以饱满的热情面对每位顾客。注意与客户的沟通技巧，抓住客户的购买心理，全心全意为顾客服务。</w:t>
      </w:r>
      <w:r>
        <w:rPr>
          <w:lang w:eastAsia="zh-CN"/>
        </w:rPr>
        <w:br/>
      </w:r>
      <w:r>
        <w:rPr>
          <w:lang w:eastAsia="zh-CN"/>
        </w:rPr>
        <w:t>　　第三，熟悉服装。了解我们商店每款服饰的特点，对于衣服的款型，模型，颜色，价格，面料，适合人群做充分了解。</w:t>
      </w:r>
      <w:r>
        <w:rPr>
          <w:lang w:eastAsia="zh-CN"/>
        </w:rPr>
        <w:br/>
      </w:r>
      <w:r>
        <w:rPr>
          <w:lang w:eastAsia="zh-CN"/>
        </w:rPr>
        <w:t>　　第四，养成发现问题，总结问题，不断自我提高的习惯：养成发现问题，总结问题目的在于提高我自身的综合素质，在工作中能发现问题总结问题并能提出自己的看法和建议，把我的销售能力提高到一个新的档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第五，根据店内下达的销售任务，坚决完成店内下达的万的营业额任务，和大家把任务根据具体情况分解到每周，每日;以每周，每日的销售目标分解到我们每个导购员身上，完成各个时间段的销售任务。并争取在完成销售任务的基础上提高销售业绩。</w:t>
      </w:r>
      <w:r>
        <w:rPr>
          <w:lang w:eastAsia="zh-CN"/>
        </w:rPr>
        <w:br/>
      </w:r>
      <w:r>
        <w:rPr>
          <w:lang w:eastAsia="zh-CN"/>
        </w:rPr>
        <w:t>　　我认为我们男装专卖店的发展是与全体员工综合素质，店长的指导方针，团队的建设是分不开的。建立一支良好的销售团队和有一个好的工作模式与工作环境是工作的关键。</w:t>
      </w:r>
      <w:r>
        <w:rPr>
          <w:lang w:eastAsia="zh-CN"/>
        </w:rPr>
        <w:br/>
      </w:r>
      <w:r>
        <w:rPr>
          <w:lang w:eastAsia="zh-CN"/>
        </w:rPr>
        <w:t xml:space="preserve">    服装销售神秘顾客总结 篇11 </w:t>
      </w:r>
      <w:r>
        <w:rPr>
          <w:lang w:eastAsia="zh-CN"/>
        </w:rPr>
        <w:br/>
      </w:r>
      <w:r>
        <w:rPr>
          <w:lang w:eastAsia="zh-CN"/>
        </w:rPr>
        <w:t>　　20__年9月28日入职昆明以来，已经一个月了，一个月期间销售业绩方面虽然不明显，但是工作方面的收获很多，这与领导与同事们的帮助是分不开的。 入职昆明一个多月时间里，生活紧张，但又有秩序。刚进入公司，一切都是陌生而又崭新的，所有的事物都要重新去认识和了解;信心来自了解，要了解电工和照明这个行业，了解公司，了解产品;朗能产品柏睿系列的面世使到产品的优势也显而易见的，这样的平台，就看自己怎么去发挥。人生本来就是一个不断成长的过程，也许在创业这条路上的艰难险阻使得我必须暂时考虑决定和谁在一起成长!很荣幸能加入公司，在领导和同事以及客户的帮助中能够成长;很感谢领导无私的传授他们的经验给我，他们是我最好的老师，通过学习他们的经验和知识，可以大幅度的减少自己犯错和缩短摸索时间;在这样一个积极向上的平台上，自己这样一个新手，一定要多学，多看，多做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这一个多月，公司没有对我做任何的要求，自己自由发挥，自己去展现自己的才能，刚刚进公司的前几天，同事小郑带我一起去拜访客户，使我摸索和感悟了整个销售流程，现在的我基本上可以从寻找客户、面见客户、与客户交流。每一步骤，每一环节，每一事项，都能进可能地进行分析，几天过后，我就和小郑开始独立去拓展周边业务，自己本来就是个耐不住寂寞的人，喜欢与人打交道，喜欢社交;看大家从不认识到认识，最后成为朋友;看着一个一个客户就被自己这样一点一点挖掘出来，直到做成生意，很享受这样一个过程，很喜欢挑战。虽然经验和阅历有限，但我一直坚持用心去做好每件事情!因为成功的销售人员都是敢于坚持自己的目标的人。</w:t>
      </w:r>
      <w:r>
        <w:rPr>
          <w:lang w:eastAsia="zh-CN"/>
        </w:rPr>
        <w:t xml:space="preserve"> 在这一个多月工作中成绩还是有少许的，相继开发了昆明红聚市场永聚照明店，西南建材城万家灯饰店，景洪孟腊店以及大理佳利三创建材店等经销商，接下来昆明所有的县城有待于渠道开拓，以及完善和着手家装公司的合作，大商汇仍有待开发一二家分销，还有华洋家具广场等，接下来今后的工作任重而道远，我将努力提高自身素质，克服不足，</w:t>
      </w:r>
      <w:r>
        <w:rPr>
          <w:lang w:eastAsia="zh-CN"/>
        </w:rPr>
        <w:br/>
      </w:r>
      <w:r>
        <w:rPr>
          <w:lang w:eastAsia="zh-CN"/>
        </w:rPr>
        <w:t>　　朝着以下几个方向努力：</w:t>
      </w:r>
      <w:r>
        <w:rPr>
          <w:lang w:eastAsia="zh-CN"/>
        </w:rPr>
        <w:t xml:space="preserve"> (1)必须养成学习的习惯;</w:t>
      </w:r>
      <w:r>
        <w:rPr>
          <w:lang w:eastAsia="zh-CN"/>
        </w:rPr>
        <w:t xml:space="preserve"> 销售的第一产品是销售员自我;成功的销售员总是能与客户有许多共识，这与自己本身的见识和知识分不开。有多大的见识和胆识，才有多大的格局。这方面自己还很欠缺，必须不断的学习，这就是一个不断的自我总结和积累的过程。自己要有目的的去学习，不断的充实自己!</w:t>
      </w:r>
      <w:r>
        <w:rPr>
          <w:lang w:eastAsia="zh-CN"/>
        </w:rPr>
        <w:t xml:space="preserve"> (2)必须具有责任感和职业道德</w:t>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业务员的诱惑有很多，刚进公司就犯了严重的错误，为了个人增收，利用公司给我的资源跑其他公司的产品，承蒙公司领导刘总的大度包容才既往不咎，给于我改过从新的机会，人要想在行业中有沉淀，就必须热爱自己所在的行业工作，必须诚实守信并奉行职业道德，所以在以后的工作中坚持对公司、对客户、对自己的责任感，积极、热情、认真地对待每一天!做到责任和职业道德。</w:t>
      </w:r>
      <w:r>
        <w:rPr>
          <w:lang w:eastAsia="zh-CN"/>
        </w:rPr>
        <w:t xml:space="preserve"> (3)善于总结与自我总结;</w:t>
      </w:r>
      <w:r>
        <w:rPr>
          <w:lang w:eastAsia="zh-CN"/>
        </w:rPr>
        <w:t xml:space="preserve"> 现在我工作中的市场的把握能力以及分析能力等等都还是显得稚嫩和欠缺，所以这些都需要我在日后的工作中不断总结，不断的完善，不断加强。现在自己对于销售的认识也只是表面，对于市场的把握能力更是无从谈起，所以我必须比别人付出更多的艰辛和毅力才能不断完善自我。</w:t>
      </w:r>
      <w:r>
        <w:rPr>
          <w:lang w:eastAsia="zh-CN"/>
        </w:rPr>
        <w:t xml:space="preserve"> 人品永远是第一位的，而人品的第一要素就是诚信，小胜凭智，大胜靠德，认真做事，诚信做人。</w:t>
      </w:r>
      <w:r>
        <w:rPr>
          <w:lang w:eastAsia="zh-CN"/>
        </w:rPr>
        <w:t xml:space="preserve"> 其实业务工作就是一种态度。最大限度的维护双方的利益，有的时候必须站在零售商的角度去看待问题。只有在以上几个方面好好加以体会和把握，才能在自己的销售生涯走地更好、更远。趁现在年轻多学点东西、多做点事情，不要枉费人生。所以我要以更饱满的精神和充沛的精力投入到平时的工作和学习中去，决不辜负公司对我的信任和栽培，并且能够快速地与公司共同成长!</w:t>
      </w:r>
      <w:r>
        <w:rPr>
          <w:lang w:eastAsia="zh-CN"/>
        </w:rPr>
        <w:t xml:space="preserve"> 我认为业务绝对不是无业可务</w:t>
      </w:r>
      <w:r>
        <w:rPr>
          <w:lang w:eastAsia="zh-CN"/>
        </w:rPr>
        <w:t xml:space="preserve"> 而是：业精于勤于实于务</w:t>
      </w:r>
      <w:r>
        <w:rPr>
          <w:lang w:eastAsia="zh-CN"/>
        </w:rPr>
        <w:t xml:space="preserve"> 范文二</w:t>
      </w:r>
      <w:r>
        <w:rPr>
          <w:lang w:eastAsia="zh-CN"/>
        </w:rPr>
        <w:t xml:space="preserve"> 在公司快三个月了，有很多的感言啊!千言万语说不尽，用一句話表達這些日子的心情。我写下如下的文字：曾经的壮志豪情，一腔热血，慢慢的化为泡影。激情过后，是冷静，是恐慌，是无奈。生活还要继续，前进的帆折了，勇气和志向不能折。动力是什么，是教训，是挫折后的新的勇气，那才是最宝贵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一开始，我们的业务部从男女两组，总共有二十几个人员，队伍壮观，气势浩大!每人背一个书包在市场发cd，要让国际商贸城的每一个人都知道efutian，对公司有十二分的信心，可是这样过两天，方案改了，开始陌拜，说服客户加入我们公司，也就是所谓的谈业务，事情并非想像的那么好，说起来容易做起来好难，公司要我们业务部在一周内出几单，时间过去了，可是却没有一个单出，男子组开始瓦解，我们女子组也走一半，技术部也载了大半，公司动荡，军心慌乱，财务出现问题，要大量载人，听说技术部留下来的都是精英，我也留下来了，但是我不是精英，我不想在关键时刻走人(一公司最困难的时候，二已是年底)，至少也要做半年，等公司贸易做起来再走不迟，这也是留下来的理由!</w:t>
      </w:r>
      <w:r>
        <w:rPr>
          <w:lang w:eastAsia="zh-CN"/>
        </w:rPr>
        <w:t xml:space="preserve"> 从二期到一期，不到一个月的时间，我们两个人签到了70家商铺，可以说我们的成绩是可观的，在这公司还没有成形前，我们能完成指定的工作量。从学校出来刚工作，什么也不懂，没经验，没人际关系，没能力，在一个刚成立的公司发展一切从头开始，和公司一起成长!在工作中我们业务员必备的能力!</w:t>
      </w:r>
      <w:r>
        <w:rPr>
          <w:lang w:eastAsia="zh-CN"/>
        </w:rPr>
        <w:t xml:space="preserve"> 一.</w:t>
      </w:r>
      <w:r>
        <w:rPr>
          <w:lang w:eastAsia="zh-CN"/>
        </w:rPr>
        <w:t xml:space="preserve"> 业务能力</w:t>
      </w:r>
      <w:r>
        <w:rPr>
          <w:lang w:eastAsia="zh-CN"/>
        </w:rPr>
        <w:t xml:space="preserve"> 1.对公司和产品一定要很熟悉。对公司和产品不了解，不知道目标市场在那里，或当客户问一些有关公司和产品的专业问题，一问三不知。怎么去推销我们efutian。其实只要对公司和产品熟悉，就自然知道目标市场在那，也可以很专业地回答客户的问题。</w:t>
      </w:r>
      <w:r>
        <w:rPr>
          <w:lang w:eastAsia="zh-CN"/>
        </w:rPr>
        <w:t xml:space="preserve"> 2.对市场的了解。这包括两个方面，一个是对目标市场的了解，一个是对竞争对手的了解。绝对不能坐井观天，不知天下事。因为世界上唯一不变的就是变化，所以要根据市场的变化而做出相应的策略，这样才能在激烈的竞争中制胜。</w:t>
      </w:r>
      <w:r>
        <w:rPr>
          <w:lang w:eastAsia="zh-CN"/>
        </w:rPr>
        <w:br/>
      </w:r>
      <w:r>
        <w:rPr>
          <w:lang w:eastAsia="zh-CN"/>
        </w:rPr>
        <w:t xml:space="preserve">    服装销售神秘顾客总结 篇12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自从进入公司，不知不觉中，半年的时间一晃就过去了，在这段时间里，我从一个对该行业产品知识一无所知的新人开始慢慢的熟</w:t>
      </w:r>
      <w:r>
        <w:rPr>
          <w:lang w:eastAsia="zh-CN"/>
        </w:rPr>
        <w:br/>
      </w:r>
      <w:r>
        <w:rPr>
          <w:lang w:eastAsia="zh-CN"/>
        </w:rPr>
        <w:t>　　悉，完成了角色转换，同时也开始慢慢的融入到了这一个集体，慢慢的开始适应。</w:t>
      </w:r>
      <w:r>
        <w:rPr>
          <w:lang w:eastAsia="zh-CN"/>
        </w:rPr>
        <w:br/>
      </w:r>
      <w:r>
        <w:rPr>
          <w:lang w:eastAsia="zh-CN"/>
        </w:rPr>
        <w:t>　　进入一个新的行业，每个人都要熟悉该行业产品的知识，熟悉公司的操作模式和建立客户关系群。在销售的过程中，要学习的东西真的很多很多，货品的知识，衣服的搭配，还要去了解顾客的需要，满足顾客的需要等等。而同事之间更重要的是团队精神，相信别人，相信团队的力量，销售不是一个人的事，而是整个店，整个公司的事。然后可再发挥自身的优势：不断总结和改进，提高素质。</w:t>
      </w:r>
      <w:r>
        <w:rPr>
          <w:lang w:eastAsia="zh-CN"/>
        </w:rPr>
        <w:br/>
      </w:r>
      <w:r>
        <w:rPr>
          <w:lang w:eastAsia="zh-CN"/>
        </w:rPr>
        <w:t>　　在这几个月的时间里有失败，也有成功，欣慰的是自身产品知识和能力有了稍微的提高，但还是远远不够用于销售中去，也没有达到自己理想中的目标。一开始确实对店员没有很大的感觉，特别是最初几天，很多很多的不习惯，以为自己要很长的适应过程，也担心自己根本就无法胜任这份工作，因为店员并不是我心目中长期的工作方式，但意识的如果我接触了这个工作，我就要先把它做好来，再去做别的。但后来却又发现作为一名店员也是特别锻练人的。它需要的是员工的应变能力，员工的产品知识甚至其他知识，员工的服务态度···这些都将影响销售。而店员在形象店也就等于是代表着公司形象。店员的好与坏将是客人对公司评价的好与坏。</w:t>
      </w:r>
      <w:r>
        <w:rPr>
          <w:lang w:eastAsia="zh-CN"/>
        </w:rPr>
        <w:br/>
      </w:r>
      <w:r>
        <w:rPr>
          <w:lang w:eastAsia="zh-CN"/>
        </w:rPr>
        <w:t>　　在工作中，我也学习、体验了一些销售策略，现分享如下：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我把进店的客人分为两种：第一种客人，目的型的客人：逛商场怀有购物的目的，有比较明确的需求或者想法。她们可能开门见山或直奔主题索取自己喜欢的衣物，或者是半明确型的客人，是想买上一</w:t>
      </w:r>
      <w:r>
        <w:rPr>
          <w:lang w:eastAsia="zh-CN"/>
        </w:rPr>
        <w:br/>
      </w:r>
      <w:r>
        <w:rPr>
          <w:lang w:eastAsia="zh-CN"/>
        </w:rPr>
        <w:t>　　条裙子，但是具体要买什么样子的裙子，还没有明确。第二种客人，闲逛型的客人：现在的商场里有太多消磨时光闲逛型的客人，她们有的是纯粹打发时间，有的是心情不好，到琳琅满目的商场里散心。闲逛型的客人不一定是说不会购物，遇到她喜欢的和开心的货品时，下手也是毫不犹豫。目前商场里的客人闲逛型的客人占大部分，同时将越来越多，闲逛型的客人的接待和目的型客人接待是不能完全相同的。闲逛型的客人进店后，需要空间和时间来欣赏我们精心设计的漂亮陈列和货品。接待她们最忌讳的就是立刻接待，80%的时候你得到的回答是：我随便看看。显然这样的接待服务是有问题的'。闲逛型的客人进了店，我正确的服务动作就是寻机，在迎宾之后，对于那些三三两两闲逛的客人，保持距离，用你眼睛的余光去观察客人的举动，给客人一个适当的空间和时间去欣赏我们的货品和陈列，时机到的时候，才进入到接待介绍工作中去。</w:t>
      </w:r>
      <w:r>
        <w:rPr>
          <w:lang w:eastAsia="zh-CN"/>
        </w:rPr>
        <w:br/>
      </w:r>
      <w:r>
        <w:rPr>
          <w:lang w:eastAsia="zh-CN"/>
        </w:rPr>
        <w:t>　　我今后的努力方向：</w:t>
      </w:r>
      <w:r>
        <w:rPr>
          <w:lang w:eastAsia="zh-CN"/>
        </w:rPr>
        <w:br/>
      </w:r>
      <w:r>
        <w:rPr>
          <w:lang w:eastAsia="zh-CN"/>
        </w:rPr>
        <w:t>　　　　一、切实落实岗位职责，认真履行本职工作。</w:t>
      </w:r>
      <w:r>
        <w:rPr>
          <w:lang w:eastAsia="zh-CN"/>
        </w:rPr>
        <w:br/>
      </w:r>
      <w:r>
        <w:rPr>
          <w:lang w:eastAsia="zh-CN"/>
        </w:rPr>
        <w:t>　　千方百计完成区域销售任务；努力完成销售中的各项要求；积极广泛收集市场信息并及时整理上报；严格遵守各项规章制度；对工作具有较高的敬业精神和高度的主人翁责任感；完成其它工作。</w:t>
      </w:r>
      <w:r>
        <w:rPr>
          <w:lang w:eastAsia="zh-CN"/>
        </w:rPr>
        <w:br/>
      </w:r>
      <w:r>
        <w:rPr>
          <w:lang w:eastAsia="zh-CN"/>
        </w:rPr>
        <w:t>　　　　二、明确任务，主动积极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积极了解达到的标准、要求，力争在要求的期限内提前完成，另一方面要积极考虑并补充完善</w:t>
      </w:r>
      <w:r>
        <w:rPr>
          <w:lang w:eastAsia="zh-CN"/>
        </w:rPr>
        <w:br/>
      </w:r>
      <w:r>
        <w:rPr>
          <w:lang w:eastAsia="zh-CN"/>
        </w:rPr>
        <w:t>　　三、努力经营和谐的员工关系，善待员工，稳定员工情绪规划好员工在店的职业生涯发展。由于区域市场萎缩、同行竞争激烈且价格下滑，认真考察并综合市场行情的信息反馈，激发销售热情。同时计划认真学习知识、技能及销售实战来完善自己的理论知识，力求不断提高自己的综合素质。</w:t>
      </w:r>
      <w:r>
        <w:rPr>
          <w:lang w:eastAsia="zh-CN"/>
        </w:rPr>
        <w:br/>
      </w:r>
      <w:r>
        <w:rPr>
          <w:lang w:eastAsia="zh-CN"/>
        </w:rPr>
        <w:t>　　感谢公司给予我机会与信任，我一定会积极主动，从满热情。用更加积极的心态去工作。</w:t>
      </w:r>
      <w:r>
        <w:rPr>
          <w:lang w:eastAsia="zh-CN"/>
        </w:rPr>
        <w:br/>
      </w:r>
      <w:r>
        <w:rPr>
          <w:lang w:eastAsia="zh-CN"/>
        </w:rPr>
        <w:t>　　服装销售个人工作总结报告终于写完毕了，希望能够帮助到大家，谢谢！</w:t>
      </w:r>
      <w:r>
        <w:rPr>
          <w:lang w:eastAsia="zh-CN"/>
        </w:rPr>
        <w:br/>
      </w:r>
      <w:r>
        <w:rPr>
          <w:lang w:eastAsia="zh-CN"/>
        </w:rPr>
        <w:t xml:space="preserve">    服装销售神秘顾客总结 篇13 </w:t>
      </w:r>
      <w:r>
        <w:rPr>
          <w:lang w:eastAsia="zh-CN"/>
        </w:rPr>
        <w:br/>
      </w:r>
      <w:r>
        <w:rPr>
          <w:lang w:eastAsia="zh-CN"/>
        </w:rPr>
        <w:t>　　怎么说呢，感触特别的深，也特别的多。做着自己喜欢的工作，也痛苦着。今天我特别想写点我的心情。</w:t>
      </w:r>
      <w:r>
        <w:rPr>
          <w:lang w:eastAsia="zh-CN"/>
        </w:rPr>
        <w:br/>
      </w:r>
      <w:r>
        <w:rPr>
          <w:lang w:eastAsia="zh-CN"/>
        </w:rPr>
        <w:t>　　在这将近一年的时候，我终于明白了服装，设计，生产，质量，价格，仓库，销售，渠道，专卖店等等那些流程是怎么回事。</w:t>
      </w:r>
      <w:r>
        <w:rPr>
          <w:lang w:eastAsia="zh-CN"/>
        </w:rPr>
        <w:br/>
      </w:r>
      <w:r>
        <w:rPr>
          <w:lang w:eastAsia="zh-CN"/>
        </w:rPr>
        <w:t>　　都说这两年，服装经营很激烈，不好做了。就像开饭店，每天有店关门，也有新的店开业。周而复始。纵观历史，起步，成长，高潮，衰退，死亡。我想，不止是服装，其它的行业也一样。市场竞争，优胜劣汰。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时尚的。公司人员不多，加上设计部的车板，就二三十个人。最多的时候，不超过50人。当然，工厂人员不在内。我们的货很多外发，也有一些发到老板的工厂。？？</w:t>
      </w:r>
      <w:r>
        <w:rPr>
          <w:lang w:eastAsia="zh-CN"/>
        </w:rPr>
        <w:br/>
      </w:r>
      <w:r>
        <w:rPr>
          <w:lang w:eastAsia="zh-CN"/>
        </w:rPr>
        <w:t>　　创业初期，我们常常加班到很晚，八点是正常的，九十点常有，最晚是凌晨三点多。妈妈呀，回去冲个澡，衣服都不想洗，一躺在床上就睡着了。唉。苦啊。第二天还要大早起来上班。现在想起那段时间，真是初生牛犊有使不完的劲。</w:t>
      </w:r>
      <w:r>
        <w:rPr>
          <w:lang w:eastAsia="zh-CN"/>
        </w:rPr>
        <w:br/>
      </w:r>
      <w:r>
        <w:rPr>
          <w:lang w:eastAsia="zh-CN"/>
        </w:rPr>
        <w:t>　　公司的这个新品牌，可谓一波三折。拓展经理换了好几个。最后的结局是，最初创业的那一伙人，都散了。我也离开了那个公司，这个，一会再说。</w:t>
      </w:r>
      <w:r>
        <w:rPr>
          <w:lang w:eastAsia="zh-CN"/>
        </w:rPr>
        <w:br/>
      </w:r>
      <w:r>
        <w:rPr>
          <w:lang w:eastAsia="zh-CN"/>
        </w:rPr>
        <w:t>　　来了虎门后，我只有一个朋友在这边。其它的人，都是只认识。我来东莞这些年，同学、朋友都在市区。我常常感到恐慌。我不知道有没有人和我一样，没有朋友，会觉得很害怕。</w:t>
      </w:r>
      <w:r>
        <w:rPr>
          <w:lang w:eastAsia="zh-CN"/>
        </w:rPr>
        <w:br/>
      </w:r>
      <w:r>
        <w:rPr>
          <w:lang w:eastAsia="zh-CN"/>
        </w:rPr>
        <w:t>　　在服饰上班到现在为止已经整一年多了。每天都处于一种紧张忙碌的学习状态之中。通过学习，我深深感到博大深厚，深深发现需要学习的知识太多太多。来后我被分在服饰区，现对今年工作加以总结。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来到服饰区，首先在现场站柜学习，了解服饰子的分类，质量，价位，产地以及服饰子的销售技巧，从而弥补对所在区域物品的不了解。其次，在每天的例行工作中，督促柜组卫生，疏通消防通道，监督导购穿工服，戴工卡，留意标价签的整齐摆放，正确书写，检查销售小票，磁扣的打定，录入单的填写，做到的预防工作。最后，根据实际情况，分析各柜组的不足之处，让各个柜组的各项工作都能得到更好的改进。这些现场工作看似都是一些繁琐的不值一提的小事，但是销售无小事，服务无小事，无数个小事堆积起来就是大事了。有本书写得好：细节决定成败。只有关注细节，关注日常小事，才能保持一个良好的销售环境，才能保证一个服务的良好进行，才能保证销售到更好业绩。</w:t>
      </w:r>
      <w:r>
        <w:rPr>
          <w:lang w:eastAsia="zh-CN"/>
        </w:rPr>
        <w:br/>
      </w:r>
      <w:r>
        <w:rPr>
          <w:lang w:eastAsia="zh-CN"/>
        </w:rPr>
        <w:t>　　在业务方面也学了很多，从录入单的正确录入，标签的正确填写，导购员规章制度等简单的业务到跟重货制度，售后服务标准，商品质量三包的实施细则等高难度业务。但我个人认为，学得虽然不少，但真正能用得到的并不是很多，因为所有的事情都是看人看事看情况而定，要做到真正服务于顾客，服务于供货商，并不仅仅是靠背会制度就能办到的。这就需要我们从实践中去学习制度，去体会理念，去处理所遇到的事情，需要我们不间断的学习，提高自身的素质，才能成为一名合格的管理人员。</w:t>
      </w:r>
      <w:r>
        <w:rPr>
          <w:lang w:eastAsia="zh-CN"/>
        </w:rPr>
        <w:br/>
      </w:r>
      <w:r>
        <w:rPr>
          <w:lang w:eastAsia="zh-CN"/>
        </w:rPr>
        <w:t>　　在工作的这几天，因为服饰区是商场所有区域里售后最多的区域，所以除了现场工作和业务的学习外，看到最多的就是处理售后。而这些售后的处理又让我不止一次的感叹：顾客在就绝对是上帝！所有的售后服务都是以顾客为中心，站在顾客的立场上去理解顾客，去处理问题，尽量的让顾客满意。由于售后服务好，也就同时给那些蛮不讲理的顾客带来了机会，强词夺理，但我们的售后人员并不与其强争，而是温和的给他们讲解三包的规定范围，用自己的态度和服务去感动这些难缠的上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我作为一个新的管理人员，我一定要取其精华，努力学习，真正领会企业服务理念，并在日常工作细节上认真对待，争取成为一名优秀的管理人员，还希望各位前辈和领导能给予更多的指导。</w:t>
      </w:r>
      <w:r>
        <w:rPr>
          <w:lang w:eastAsia="zh-CN"/>
        </w:rPr>
        <w:br/>
      </w:r>
      <w:r>
        <w:rPr>
          <w:lang w:eastAsia="zh-CN"/>
        </w:rPr>
        <w:t>　　回顾这一年来的工作，在公司领导及各位同事的支持与帮助下，我严格要求自己，按照公司的要求较好的完成了自己的本职工作。现将一年来的工作总结如下：</w:t>
      </w:r>
      <w:r>
        <w:rPr>
          <w:lang w:eastAsia="zh-CN"/>
        </w:rPr>
        <w:br/>
      </w:r>
      <w:r>
        <w:rPr>
          <w:lang w:eastAsia="zh-CN"/>
        </w:rPr>
        <w:t>　　作为店铺的负责人，我深深的认识到，店铺不仅仅是工作的地方而且是公共场所，服装销售年终是承上启下、沟通内外、协调左右、联系四面八方的枢纽，是推动各项工作朝着目标前进的中心，因此：</w:t>
      </w:r>
      <w:r>
        <w:rPr>
          <w:lang w:eastAsia="zh-CN"/>
        </w:rPr>
        <w:br/>
      </w:r>
      <w:r>
        <w:rPr>
          <w:lang w:eastAsia="zh-CN"/>
        </w:rPr>
        <w:t>　　首先，理顺关系（处理好我与上级领导的.关系、与店员之间的关系、店员与店员的关系），处理好每日的账务，每日认真检查货品，每周对其陈列做出相应的调整。</w:t>
      </w:r>
      <w:r>
        <w:rPr>
          <w:lang w:eastAsia="zh-CN"/>
        </w:rPr>
        <w:br/>
      </w:r>
      <w:r>
        <w:rPr>
          <w:lang w:eastAsia="zh-CN"/>
        </w:rPr>
        <w:t>　　由于身上责任较大，而我的学识、能力及阅历都有限，因此，不断向书本、领导和同事学习。经过不断学习、积累，能够从容的处理日常工作中的各类问题，完成了公司下达的总目标的81。07%。</w:t>
      </w:r>
      <w:r>
        <w:rPr>
          <w:lang w:eastAsia="zh-CN"/>
        </w:rPr>
        <w:br/>
      </w:r>
      <w:r>
        <w:rPr>
          <w:lang w:eastAsia="zh-CN"/>
        </w:rPr>
        <w:t>　　由于我学识有限、经验尚浅，没有很好的处理出现的各类问题，这是自身问题，不可推卸的。在店员管理上及店员也存在着很大的问题，店员偶尔上班时情绪消极而影响销售。</w:t>
      </w:r>
      <w:r>
        <w:rPr>
          <w:lang w:eastAsia="zh-CN"/>
        </w:rPr>
        <w:br/>
      </w:r>
      <w:r>
        <w:rPr>
          <w:lang w:eastAsia="zh-CN"/>
        </w:rPr>
        <w:t>　　进入公司快半年时间，由最初的坐在办公室看文件，到现在东奔西走，我开始正式融入这份工作，也慢慢喜欢这份工作。现将过去的一年的工作作以下总结。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1、__月份刚进入公司，主要是对公司日常运作以及本职工作的一个了解阶段，通过查阅公司的各类文件和同事聊天了解公司情况和工作职责。</w:t>
      </w:r>
      <w:r>
        <w:rPr>
          <w:lang w:eastAsia="zh-CN"/>
        </w:rPr>
        <w:br/>
      </w:r>
      <w:r>
        <w:rPr>
          <w:lang w:eastAsia="zh-CN"/>
        </w:rPr>
        <w:t>　　作为市场督导，首先要了解自己的货品，哪些畅销，哪些滞销都要清楚，同时还要具备一定的专业知识，演讲技巧。再者，要保持积极，持之以恒的工作心态。</w:t>
      </w:r>
      <w:r>
        <w:rPr>
          <w:lang w:eastAsia="zh-CN"/>
        </w:rPr>
        <w:br/>
      </w:r>
      <w:r>
        <w:rPr>
          <w:lang w:eastAsia="zh-CN"/>
        </w:rPr>
        <w:t>　　在这过程中，也发现很多问题，包括货品，专柜形象，人员管理等方面都出现不同程度的漏洞，这也是我以后工作必须注重的，也深知市场督导作为公司与代理商的纽带，必须有专业的知识，良好的沟通能力、管理能力和十足的热情和责任心才能把工作做好。</w:t>
      </w:r>
      <w:r>
        <w:rPr>
          <w:lang w:eastAsia="zh-CN"/>
        </w:rPr>
        <w:br/>
      </w:r>
      <w:r>
        <w:rPr>
          <w:lang w:eastAsia="zh-CN"/>
        </w:rPr>
        <w:t>　　3、__月份主要是订货会的相关事情，由前期的准备阶段到订货会结束，提升最快的是对货品的陈列方面。</w:t>
      </w:r>
      <w:r>
        <w:rPr>
          <w:lang w:eastAsia="zh-CN"/>
        </w:rPr>
        <w:br/>
      </w:r>
      <w:r>
        <w:rPr>
          <w:lang w:eastAsia="zh-CN"/>
        </w:rPr>
        <w:t>　　通过市场部其他同事的指导，我对货品的陈列有了很大的进步，也分清三个品牌不同的陈列风格。但目前掌握的还是一些基本的陈列方法和局部的陈列方法，对整个卖场的陈列，和突显品牌风格的陈列方法还没能掌握。陈列没有固定的方法，需要不断去尝试不断去学习，特别是一些国际品牌的陈列更值得我去学习。</w:t>
      </w:r>
      <w:r>
        <w:rPr>
          <w:lang w:eastAsia="zh-CN"/>
        </w:rPr>
        <w:br/>
      </w:r>
      <w:r>
        <w:rPr>
          <w:lang w:eastAsia="zh-CN"/>
        </w:rPr>
        <w:t>　　__月份的出差可以说是对我前期知识积累的一次检验。心得体会在驻店期间，对员工培训了基础知识和服务礼仪，基本可以流畅地讲完课程，但这过程中发现自己对皮料的了解还不够透彻，包括皮料的种类和皮料的护理方法。</w:t>
      </w:r>
      <w:r>
        <w:rPr>
          <w:lang w:eastAsia="zh-CN"/>
        </w:rPr>
        <w:br/>
      </w:r>
      <w:r>
        <w:rPr>
          <w:lang w:eastAsia="zh-CN"/>
        </w:rPr>
        <w:t>　　在驻店期间除了培训，大部分时间都是做销售，一方面可以让我更了解货品，了解陈列；另一方面增加销售经验和卖场管理经验。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对于我来说，这些经历对日后工作将会有很大的帮助，特别是做培训的时候，有相关的卖场经验会更容易让销售顾问去接受我的一些见解。</w:t>
      </w:r>
      <w:r>
        <w:rPr>
          <w:lang w:eastAsia="zh-CN"/>
        </w:rPr>
        <w:br/>
      </w:r>
      <w:r>
        <w:rPr>
          <w:lang w:eastAsia="zh-CN"/>
        </w:rPr>
        <w:t>　　对我来说，服装行业了解尚浅，要学习的还有很多。正因为这样，我必须以十足的热情和努力，不断提升自己。</w:t>
      </w:r>
      <w:r>
        <w:rPr>
          <w:lang w:eastAsia="zh-CN"/>
        </w:rPr>
        <w:br/>
      </w:r>
      <w:r>
        <w:rPr>
          <w:lang w:eastAsia="zh-CN"/>
        </w:rPr>
        <w:t>　　_年的工作继续围绕着提升专业知识开展，同时加强对整个行业的了解。现将_年工作做以下计划：</w:t>
      </w:r>
      <w:r>
        <w:rPr>
          <w:lang w:eastAsia="zh-CN"/>
        </w:rPr>
        <w:br/>
      </w:r>
      <w:r>
        <w:rPr>
          <w:lang w:eastAsia="zh-CN"/>
        </w:rPr>
        <w:t>　　1、继续加强自己的专业知识，熟悉新货品的销售情况。继续加强对培训资料的熟悉程度，加强普通话的锻炼。</w:t>
      </w:r>
      <w:r>
        <w:rPr>
          <w:lang w:eastAsia="zh-CN"/>
        </w:rPr>
        <w:br/>
      </w:r>
      <w:r>
        <w:rPr>
          <w:lang w:eastAsia="zh-CN"/>
        </w:rPr>
        <w:t>　　4、争取年底有自己管理的区域，把之前积累的经验拿到实际管理中去，提高自己的管理水平，提高区域销售业绩，为公司创造效益。</w:t>
      </w:r>
      <w:r>
        <w:rPr>
          <w:lang w:eastAsia="zh-CN"/>
        </w:rPr>
        <w:br/>
      </w:r>
      <w:r>
        <w:rPr>
          <w:lang w:eastAsia="zh-CN"/>
        </w:rPr>
        <w:t>　　岗位职责是职工的工作要求，也是衡量销售经理工作好坏的标准，自己始终以岗位职责为行动标准，从工作中的一点一滴做起，严格按照职责中的条款要求自己的行为，在业务工作中，首先自己能从产品知识入手，在了解技术知识的同时认真分析市场信息并适时制定营销方案，其次自己经常同其它销售经理勤沟通、勤交流，分析市场情况、存在问题及应对方案，以求共同提高。在日常的事务工作中，自己能积极着手，在确保工作质量的前提下按时完成任务。</w:t>
      </w:r>
      <w:r>
        <w:rPr>
          <w:lang w:eastAsia="zh-CN"/>
        </w:rPr>
        <w:br/>
      </w:r>
      <w:r>
        <w:rPr>
          <w:lang w:eastAsia="zh-CN"/>
        </w:rPr>
        <w:t>　　总之，通过实践证明作为销售经理技能和业绩至关重要，是检验销售经理工作得失的标准。今年由于举办奥运会四个月限产的影响，加之自己对市场的瞬息万变应对办法不多而导致业绩欠佳。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工作中自己时刻明白销售经理必须有明确的目地，一方面积极了解客户的意图及需要达到的标准、要求，力争及早准备，在客户要求的期限内供货，另一方面要积极和客户沟通及时了解客户还款能力，考虑并补充完善。</w:t>
      </w:r>
      <w:r>
        <w:rPr>
          <w:lang w:eastAsia="zh-CN"/>
        </w:rPr>
        <w:br/>
      </w:r>
      <w:r>
        <w:rPr>
          <w:lang w:eastAsia="zh-CN"/>
        </w:rPr>
        <w:t>　　1、今年九月份，河南省润封基防腐防水有限公司在北京安定镇垃圾处理厂污水池需要881—h11防腐涂料，当时奥运会禁运刚刚结束，生产线还在石家庄没回迁，由于工期急对方要料急迫，自已在九月初就及时和生产线及时沟通，这样既节约了时间，又使生产线安排了进货，在生产线努力配合下，很及时给客户供了货，受到了客户的好评。</w:t>
      </w:r>
      <w:r>
        <w:rPr>
          <w:lang w:eastAsia="zh-CN"/>
        </w:rPr>
        <w:br/>
      </w:r>
      <w:r>
        <w:rPr>
          <w:lang w:eastAsia="zh-CN"/>
        </w:rPr>
        <w:t>　　2、今年八月下旬，自己得知金九鼎公司急需环氧富锌涂料，自己了解后及时汇报领导并尽快寄去有关资料，自己深知，这是个有潜力的大客户，多次前去和客户进行沟通，虽然因为限产公司不能供货耽误了良机，但是通过和客户的交往，为产品以后的销售奠定了坚定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销售是一种长期循序渐进的工作，而产品缺陷普遍存在，所以销售经理应正确对待客户投诉，视客户投诉如产品销售同等重要甚至有过之而无不及，同时须慎重处理。自己在产品销售的过程中，严格按照公讣制定销售服务执行，在接到客户投诉时，首先应认真做好客户投诉记录并口头做出，其次应及时汇报领导及相关部门，在接到领导的指示后会同相关部门人员制订应对方案，同时应及时与客户沟通使客户对处理方案感到满意。比如：有客户投诉901涂料白色差别太大，自己及时反馈给技术部，技术部做出改变配方解决问题的。</w:t>
      </w:r>
      <w:r>
        <w:rPr>
          <w:lang w:eastAsia="zh-CN"/>
        </w:rPr>
        <w:br/>
      </w:r>
      <w:r>
        <w:rPr>
          <w:lang w:eastAsia="zh-CN"/>
        </w:rPr>
        <w:t>　　熟悉产品知识是搞好销售工作的前提。自己在销售的过程中同样注重产品知识的学习，对公司生产的涂料产品的用途、性能、参数基本能做到有问能答、必答，对相关部分产品基本能掌握用途、价格和施工要求。</w:t>
      </w:r>
      <w:r>
        <w:rPr>
          <w:lang w:eastAsia="zh-CN"/>
        </w:rPr>
        <w:br/>
      </w:r>
      <w:r>
        <w:rPr>
          <w:lang w:eastAsia="zh-CN"/>
        </w:rPr>
        <w:t>　　涂料应用虽然市场潜力巨大，但北京区域多数涂料厂竞争己到白热化地步，再加之奥运会过后会有段因奥运抢建项目在新一年形成空白，再加上有些涂料销售己直接威胁到我们己占的市场份额，虽然我们有良好的信誉和优良品质，但在价格和销售手段上不占优势，销售任务的加30%，销售经理的日子并不好过；可是我们也要看到今年取得三合一认证，为明年打拼多了份保障，如果上三版市场，资金得到充分的支持，还是有希望取得好销售业绩的，关键是公司给销售经理更大更有力的支持和鼓舞。</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这几年通过自己对涂料市场的了解，涂料生产厂家有二类：一类进口和合资品牌如杜邦、上海开林、上海国际、海虹等，此类企业有较强实力，同时销售价格下调，有的销售价格同我公司基本相同，所以已形成规模销售；另一类是和我公司生产产品相等，此类企业销售价格较低，如大连振邗氟碳漆销售价格仅为60元/公斤、此类企业基本占领了代销领域。沈阳一家企业已经挤入北京水利工程供货，石家庄金鱼牌饮用水涂料也在挤占我公司901的市场份额，北京通县紫禁城牌涂料日趋强大，很多钢构厂都用他们的涂料，尤其是环氧复锌涂料。</w:t>
      </w:r>
      <w:r>
        <w:rPr>
          <w:lang w:eastAsia="zh-CN"/>
        </w:rPr>
        <w:br/>
      </w:r>
      <w:r>
        <w:rPr>
          <w:lang w:eastAsia="zh-CN"/>
        </w:rPr>
        <w:t>　　总结一年来的工作，自己的工作仍存在很多问题和不足，在工作方法和技巧上有待于向其他销售经理和同行学习，_年自己计划在去年工作得失的基础上取长补短，重点做好以下几个方面的工作</w:t>
      </w:r>
      <w:r>
        <w:rPr>
          <w:lang w:eastAsia="zh-CN"/>
        </w:rPr>
        <w:br/>
      </w:r>
      <w:r>
        <w:rPr>
          <w:lang w:eastAsia="zh-CN"/>
        </w:rPr>
        <w:t>　　（一）、依据_年区域销售情况和市场变化，自己计划将工作重点放在钢构厂供货渠道上，一是主要做好原有的钢构厂供货工作，挑选几个用量较大且经济条件好的如：绿创环保、华龙实业、华企光科贸等做为重点；二是发展好新的大客户比如金九鼎钢构、河北荣盛集团等，三是在某些区域采用代理的形式，让利给代理商以展开销售工作，比如上海某贸易公司。</w:t>
      </w:r>
      <w:r>
        <w:rPr>
          <w:lang w:eastAsia="zh-CN"/>
        </w:rPr>
        <w:br/>
      </w:r>
      <w:r>
        <w:rPr>
          <w:lang w:eastAsia="zh-CN"/>
        </w:rPr>
        <w:t>　　（二）、_年首先要积极追要往年的欠款，并想办法将欠款及时收回，及时向领导汇报，取得公司的支持。</w:t>
      </w:r>
      <w:r>
        <w:rPr>
          <w:lang w:eastAsia="zh-CN"/>
        </w:rPr>
        <w:br/>
      </w:r>
      <w:r>
        <w:rPr>
          <w:lang w:eastAsia="zh-CN"/>
        </w:rPr>
        <w:t>　　（四）、为积极配合代理销售，自己计划在确定产品品种后努力学习代理产品知识及性能、用途，以利代理产品迅速走入市场并形成销售。</w:t>
      </w:r>
      <w:r>
        <w:rPr>
          <w:lang w:eastAsia="zh-CN"/>
        </w:rPr>
        <w:br/>
      </w:r>
      <w:r>
        <w:rPr>
          <w:lang w:eastAsia="zh-CN"/>
        </w:rPr>
        <w:t>　　（五）、自己在搞好业务的同时计划认真学习业务知识、技能及销售实战来完善自己的理论知识，力求不断提高自己的综合素质。</w:t>
      </w:r>
      <w:r>
        <w:rPr>
          <w:lang w:eastAsia="zh-CN"/>
        </w:rPr>
        <w:br/>
      </w:r>
      <w:r>
        <w:rPr>
          <w:lang w:eastAsia="zh-CN"/>
        </w:rPr>
        <w:t>　　（六）、为确保完成全年销售任务，自己平时就积极搜集信息并及时汇总，力争在新区域开发市场，以扩大产品市场占有额。</w:t>
      </w:r>
      <w:r>
        <w:rPr>
          <w:lang w:eastAsia="zh-CN"/>
        </w:rPr>
        <w:br/>
      </w:r>
      <w:r>
        <w:rPr>
          <w:lang w:eastAsia="zh-CN"/>
        </w:rPr>
        <w:t>　　（一）、_年销售管理办法应条款明确、言简意赅，明确业务员的区域、任务、费用、考核、奖励，对模凌两可的条款予以删除，年底对销售经理考核后按办法如数兑现。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（二）、_年应在公司、销售经理共同协商并感到满意的前提下认真修订规范统一的销售管理办法，使其适应范围广且因地制宜，每年根据市场变化只需调整出厂价格。</w:t>
      </w:r>
      <w:r>
        <w:rPr>
          <w:lang w:eastAsia="zh-CN"/>
        </w:rPr>
        <w:br/>
      </w:r>
      <w:r>
        <w:rPr>
          <w:lang w:eastAsia="zh-CN"/>
        </w:rPr>
        <w:t>　　（三）、_年应在情况允许的前提下对销售经理松散管理，解除固定八小时工作制，采用定期汇报总结的形式，销售经理每周到公司1—2天办理事务，如出差应向领导汇报目的地及返回时间，在接领导通知后按时到公司，以便让销售经理有充足的时间进行销售策划。</w:t>
      </w:r>
      <w:r>
        <w:rPr>
          <w:lang w:eastAsia="zh-CN"/>
        </w:rPr>
        <w:br/>
      </w:r>
      <w:r>
        <w:rPr>
          <w:lang w:eastAsia="zh-CN"/>
        </w:rPr>
        <w:t>　　（四）考虑销售经理实际情况合理让销售经理负担运费，小包装费，资金占用费，减免补偿因公司产品质量等原因销售经理产生的费用和损失。</w:t>
      </w:r>
      <w:r>
        <w:rPr>
          <w:lang w:eastAsia="zh-CN"/>
        </w:rPr>
        <w:br/>
      </w:r>
      <w:r>
        <w:rPr>
          <w:lang w:eastAsia="zh-CN"/>
        </w:rPr>
        <w:t>　　（五）、由于区域市场萎缩、同行竞争激烈且价格下滑，_年领导应认真考察并综合市场行情销售经理的信息反馈，上下浮动并制定出合乎公司行情、市场行情的公司出厂价格，以激发销售经理的销售热情。</w:t>
      </w:r>
      <w:r>
        <w:rPr>
          <w:lang w:eastAsia="zh-CN"/>
        </w:rPr>
        <w:br/>
      </w:r>
      <w:r>
        <w:rPr>
          <w:lang w:eastAsia="zh-CN"/>
        </w:rPr>
        <w:t>　　希望服装销售经理年终个人总结范文为你送上了点点暖意，希望_年的你是一个成功的人，温暖的人！</w:t>
      </w:r>
      <w:r>
        <w:rPr>
          <w:lang w:eastAsia="zh-CN"/>
        </w:rPr>
        <w:br/>
      </w:r>
      <w:r>
        <w:rPr>
          <w:lang w:eastAsia="zh-CN"/>
        </w:rPr>
        <w:t xml:space="preserve">    服装销售神秘顾客总结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自从进入公司，不知不觉中，半年的时间一晃就过去了，在这段时间里，我从一个对该行业产品知识一无所知的新人开始慢慢的熟悉，完成了角色转换，同时也开始慢慢的融入到了这一个集体，慢慢的开始适应。进入一个新的行业，每个人都要熟悉该行业产品的知识，熟悉公司的操作模式和建立客户关系群。</w:t>
      </w:r>
      <w:r>
        <w:rPr>
          <w:lang w:eastAsia="zh-CN"/>
        </w:rPr>
        <w:br/>
      </w:r>
      <w:r>
        <w:rPr>
          <w:lang w:eastAsia="zh-CN"/>
        </w:rPr>
        <w:t>　　在服装销售的过程中，要学习的东西真的很多很多，货品的知识，衣服的搭配，还要去了解顾客的需要，满足顾客的需要等等。而同事之间更重要的是团队精神，相信别人，相信团队的力量，销售不是一个人的事，而是整个店，整个公司的事。然后可再发挥自身的优势：不断总结和改进，提高素质。</w:t>
      </w:r>
      <w:r>
        <w:rPr>
          <w:lang w:eastAsia="zh-CN"/>
        </w:rPr>
        <w:br/>
      </w:r>
      <w:r>
        <w:rPr>
          <w:lang w:eastAsia="zh-CN"/>
        </w:rPr>
        <w:t>　　在这几个月的时间里有失败，也有成功，欣慰的是自身产品知识和能力有了稍微的提高，但还是远远不够用于销售中去，也没有达到自己理想中的目标。一开始确实对店员没有很大的感觉，特别是最初几天，很多很多的不习惯，以为自己要很长的适应过程，也担心自己根本就无法胜任这份工作，因为店员并不是我心目中长期的工作方式，但意识的如果我接触了这个工作，我就要先把它做好来，再去做别的。但后来却又发现作为一名店员也是特别锻练人的。它需要的是员工的应变能力，员工的产品知识甚至其他知识，员工的服务态度这些都将影响销售。而店员在形象店也就等于是代表着公司形象。店员的好与坏将是客人对公司评价的好与坏。</w:t>
      </w:r>
      <w:r>
        <w:rPr>
          <w:lang w:eastAsia="zh-CN"/>
        </w:rPr>
        <w:br/>
      </w:r>
      <w:r>
        <w:rPr>
          <w:lang w:eastAsia="zh-CN"/>
        </w:rPr>
        <w:t>　　通过这几个月的学习，我才知道服装销售不是表面上看起来这么简单，我从中学到了不少的东西，在今后的工作中，我会继续努力的。</w:t>
      </w:r>
      <w:r>
        <w:rPr>
          <w:lang w:eastAsia="zh-CN"/>
        </w:rPr>
        <w:br/>
      </w:r>
      <w:r>
        <w:rPr>
          <w:lang w:eastAsia="zh-CN"/>
        </w:rPr>
        <w:t xml:space="preserve">    服装销售神秘顾客总结 篇15 </w:t>
      </w:r>
      <w:r>
        <w:rPr>
          <w:lang w:eastAsia="zh-CN"/>
        </w:rPr>
        <w:br/>
      </w:r>
      <w:r>
        <w:rPr>
          <w:lang w:eastAsia="zh-CN"/>
        </w:rPr>
        <w:t>　　__年已经过去，新的一年又在展开，作为一名服装导购员，现将自己的工作总结及心得总结如下，希望大家能够予以指导建议。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导购员在服装销售过程中有着不可代替的作用，它不但代表着商家的外在形象，也加速了销售的进程，而导购员要做好导购工作，除了对商品非常熟悉外，还要具有足够的耐心，并掌握一些服装销售技巧。一般来说，导购员只有对商品有了很好的了解，才能去介绍给顾客，而导购员在给客户介绍产品时，一定要耐心解说，因为客户也希望买到最称心的东西，同时，导购员还需要掌握以下技巧。</w:t>
      </w:r>
      <w:r>
        <w:rPr>
          <w:lang w:eastAsia="zh-CN"/>
        </w:rPr>
        <w:br/>
      </w:r>
      <w:r>
        <w:rPr>
          <w:lang w:eastAsia="zh-CN"/>
        </w:rPr>
        <w:t>　　导购员除了能将服装展示给顾客，并加以说明外，还要能向顾客推荐服装，以引起顾客购买的兴趣，在推荐服装时，我们可以运用以下几点：</w:t>
      </w:r>
      <w:r>
        <w:rPr>
          <w:lang w:eastAsia="zh-CN"/>
        </w:rPr>
        <w:br/>
      </w:r>
      <w:r>
        <w:rPr>
          <w:lang w:eastAsia="zh-CN"/>
        </w:rPr>
        <w:t>　　1。推荐时要有信心。向顾客推荐服装时，导购员本身要有信心，才能让顾客对服装有信任感。</w:t>
      </w:r>
      <w:r>
        <w:rPr>
          <w:lang w:eastAsia="zh-CN"/>
        </w:rPr>
        <w:br/>
      </w:r>
      <w:r>
        <w:rPr>
          <w:lang w:eastAsia="zh-CN"/>
        </w:rPr>
        <w:t>　　2。适合于顾客饿推荐。对顾客提示商品和进行说明时，应根据顾客的实际客观条件推荐适合的服装。</w:t>
      </w:r>
      <w:r>
        <w:rPr>
          <w:lang w:eastAsia="zh-CN"/>
        </w:rPr>
        <w:br/>
      </w:r>
      <w:r>
        <w:rPr>
          <w:lang w:eastAsia="zh-CN"/>
        </w:rPr>
        <w:t>　　3。配合手势向顾客推荐。</w:t>
      </w:r>
      <w:r>
        <w:rPr>
          <w:lang w:eastAsia="zh-CN"/>
        </w:rPr>
        <w:br/>
      </w:r>
      <w:r>
        <w:rPr>
          <w:lang w:eastAsia="zh-CN"/>
        </w:rPr>
        <w:t>　　4。配合商品的特征。每类服装有不同的特征，如功能、设计、品质等方面的特征，向顾客推荐时，要着重强调服装的不同特征。</w:t>
      </w:r>
      <w:r>
        <w:rPr>
          <w:lang w:eastAsia="zh-CN"/>
        </w:rPr>
        <w:br/>
      </w:r>
      <w:r>
        <w:rPr>
          <w:lang w:eastAsia="zh-CN"/>
        </w:rPr>
        <w:t>　　5。把话题集中在商品上。向顾客推荐服装时，要想方设法把话题引到服装上，同时注意观察顾客对服装的反映，以便适时地促成销售。</w:t>
      </w:r>
      <w:r>
        <w:rPr>
          <w:lang w:eastAsia="zh-CN"/>
        </w:rPr>
        <w:br/>
      </w:r>
      <w:r>
        <w:rPr>
          <w:lang w:eastAsia="zh-CN"/>
        </w:rPr>
        <w:t>　　6。准确地说出各类服装的优点，对顾客进行服装的说明与推荐时，要比较各类服装的不同，准确地说出各类服装的优点。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其次，要注意重点销售的技巧。重点销售是指销售要具有针对性。对服装的设计、功能、质量、价格等因素，要因人而宜，真正使顾客的心理由“比较”过度到“信念”，最终销售成功，在极短的时间内让顾客具有购买的信念，是销售中非常重要的一个环节，重点销售有下列环节：</w:t>
      </w:r>
      <w:r>
        <w:rPr>
          <w:lang w:eastAsia="zh-CN"/>
        </w:rPr>
        <w:br/>
      </w:r>
      <w:r>
        <w:rPr>
          <w:lang w:eastAsia="zh-CN"/>
        </w:rPr>
        <w:t>　　1。从4w上着手。从穿着时间、穿着场合、穿着对象以及穿着目的等方面做好购买参谋，有利于销售成功。</w:t>
      </w:r>
      <w:r>
        <w:rPr>
          <w:lang w:eastAsia="zh-CN"/>
        </w:rPr>
        <w:br/>
      </w:r>
      <w:r>
        <w:rPr>
          <w:lang w:eastAsia="zh-CN"/>
        </w:rPr>
        <w:t>　　2。重点要简短。对顾客说明服装特性时，要做到语言简练清楚，内容易懂。服装商品最重要的特点要首先说出，如有时间再逐层展开。</w:t>
      </w:r>
      <w:r>
        <w:rPr>
          <w:lang w:eastAsia="zh-CN"/>
        </w:rPr>
        <w:br/>
      </w:r>
      <w:r>
        <w:rPr>
          <w:lang w:eastAsia="zh-CN"/>
        </w:rPr>
        <w:t>　　3。具体的表现。要根据顾客的情况，随机应变，不可千篇一律，只说：“这件衣服好”、“这件衣服你最合适”等过于简单和笼统的推销语言。依销售对象不同而改变说话方式，对不同的顾客要介绍不同的内容，做到因人而宜。</w:t>
      </w:r>
      <w:r>
        <w:rPr>
          <w:lang w:eastAsia="zh-CN"/>
        </w:rPr>
        <w:br/>
      </w:r>
      <w:r>
        <w:rPr>
          <w:lang w:eastAsia="zh-CN"/>
        </w:rPr>
        <w:t>　　4。导购员要把握流行的动态、了解时尚的先锋，要向顾客说明服装符合流行的趋势。</w:t>
      </w:r>
      <w:r>
        <w:rPr>
          <w:lang w:eastAsia="zh-CN"/>
        </w:rPr>
        <w:br/>
      </w:r>
      <w:r>
        <w:rPr>
          <w:lang w:eastAsia="zh-CN"/>
        </w:rPr>
        <w:t xml:space="preserve">    服装销售神秘顾客总结 篇16 </w:t>
      </w:r>
      <w:r>
        <w:rPr>
          <w:lang w:eastAsia="zh-CN"/>
        </w:rPr>
        <w:br/>
      </w:r>
      <w:r>
        <w:rPr>
          <w:lang w:eastAsia="zh-CN"/>
        </w:rPr>
        <w:t>　　工作半年以来，经历了很多，也有很多的感悟，首先得感谢公司给我们提供了那么好的机会，有经验的同事给我指导，让我学习他们的实战经验，也让我也学会了销售并不是简简单单的卖出，从他们身上学到的不仅是做事的方法，还包括了为人处事。现就这半年的工作作心得体会与大家一起分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自从进入公司，不知不觉中，半年的时间一晃就过去了，在这段时间里，我从一个对该行业产品知识一无所知的新人开始慢慢的熟悉，完成了角色转换，同时也开始慢慢的融入到了这一个集体，慢慢的开始适应。</w:t>
      </w:r>
      <w:r>
        <w:rPr>
          <w:lang w:eastAsia="zh-CN"/>
        </w:rPr>
        <w:br/>
      </w:r>
      <w:r>
        <w:rPr>
          <w:lang w:eastAsia="zh-CN"/>
        </w:rPr>
        <w:t>　　进入一个新的行业，每个人都要熟悉该行业产品的知识，熟悉公司的操作模式和建立客户关系群。在销售的过程中，要学习的东西真的很多很多，货品的知识，衣服的搭配，还要去了解顾客的需要，满足顾客的需要等等。而同事之间更重要的是团队精神，相信别人，相信团队的力量，销售不是一个人的事，而是整个店，整个公司的事。然后可再发挥自身的优势：不断总结和改进，提高素质。</w:t>
      </w:r>
      <w:r>
        <w:rPr>
          <w:lang w:eastAsia="zh-CN"/>
        </w:rPr>
        <w:br/>
      </w:r>
      <w:r>
        <w:rPr>
          <w:lang w:eastAsia="zh-CN"/>
        </w:rPr>
        <w:t>　　在这几个月的时间里有失败，也有成功，欣慰的是自身产品知识和能力有了稍微的提高，但还是远远不够用于销售中去，也没有达到自己理想中的目标。一开始确实对店员没有很大的感觉，特别是最初几天，很多很多的不习惯，以为自己要很长的适应过程，也担心自己根本就无法胜任这份工作，因为店员并不是我心目中长期的工作方式，但意识的如果我接触了这个工作，我就要先把它做好来，再去做别的。但后来却又发现作为一名店员也是特别锻练人的。它需要的是员工的应变能力，员工的产品知识甚至其他知识，员工的服务态度这些都将影响销售。而店员在形象店也就等于是代表着公司形象。店员的好与坏将是客人对公司评价的好与坏。</w:t>
      </w:r>
      <w:r>
        <w:rPr>
          <w:lang w:eastAsia="zh-CN"/>
        </w:rPr>
        <w:br/>
      </w:r>
      <w:r>
        <w:rPr>
          <w:lang w:eastAsia="zh-CN"/>
        </w:rPr>
        <w:t>　　在工作中，我也学习、体验了一些销售策略，现分享如下：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我把进店的客人分为两种：第一种客人，目的型的客人：逛商场怀有购物的目的，有比较明确的需求或者想法。她们可能开门见山或直奔主题索取自己喜欢的衣物，或者是半明确型的客人，是想买上一条裙子，但是具体要买什么样子的裙子，还没有明确。第二种客人，闲逛型的客人：现在的商场里有太多消磨时光闲逛型的客人，她们有的是纯粹打发时间，有的是心情不好，到琳琅满目的商场里散心。闲逛型的客人不一定是说不会购物，遇到她喜欢的和开心的货品时，下手也是毫不犹豫。目前商场里的客人闲逛型的客人占大部分，同时将越来越多，闲逛型的客人的接待和目的型客人接待是不能完全相同的。闲逛型的客人进店后，需要空间和时间来欣赏我们精心设计的漂亮陈列和货品。接待她们最忌讳的就是立刻接待，80%的时候你得到的回答是：我随便看看。显然这样的接待服务是有问题的。闲逛型的客人进了店，我正确的服务动作就是寻机，在迎宾之后，对于那些三三两两闲逛的客人，保持距离，用你眼睛的余光去观察客人的举动，给客人一个适当的空间和时间去欣赏我们的货品和陈列，时机到的时候，才进入到接待介绍工作中去。</w:t>
      </w:r>
      <w:r>
        <w:rPr>
          <w:lang w:eastAsia="zh-CN"/>
        </w:rPr>
        <w:br/>
      </w:r>
      <w:r>
        <w:rPr>
          <w:lang w:eastAsia="zh-CN"/>
        </w:rPr>
        <w:t xml:space="preserve">    服装销售神秘顾客总结 篇17 </w:t>
      </w:r>
      <w:r>
        <w:rPr>
          <w:lang w:eastAsia="zh-CN"/>
        </w:rPr>
        <w:br/>
      </w:r>
      <w:r>
        <w:rPr>
          <w:lang w:eastAsia="zh-CN"/>
        </w:rPr>
        <w:t>　　阳光服饰自__年五一开业以来，员工们团结一心，合作共处，在大家的共同努力下，在不到9个月的时间里，营业额达到近600万元，涌现出许多有经验、有实力、积极配合商场管理的优秀商户。过去的一年，我们把顾客的利益和商户的利益放在第一位，抓管理，抓创新，抓质量，抓市场，抓效益。目前，阳光服饰已成为垣曲县最具知名度、客流量最多、效益比较好的服装商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为了更好的提升管理理念，提高经营效益，使工作更有起色，占有垣曲更有利的市场地位，我们将认真总结过去的经验教训，对__年的工作做如下规划：</w:t>
      </w:r>
      <w:r>
        <w:rPr>
          <w:lang w:eastAsia="zh-CN"/>
        </w:rPr>
        <w:br/>
      </w:r>
      <w:r>
        <w:rPr>
          <w:lang w:eastAsia="zh-CN"/>
        </w:rPr>
        <w:t>　　一、完善各种管理制度</w:t>
      </w:r>
      <w:r>
        <w:rPr>
          <w:lang w:eastAsia="zh-CN"/>
        </w:rPr>
        <w:br/>
      </w:r>
      <w:r>
        <w:rPr>
          <w:lang w:eastAsia="zh-CN"/>
        </w:rPr>
        <w:t>　　商场各种规章制度虽然齐全、明细，但在实际的管理操作中难免出现一些漏洞，给管理带来了极大的不便，所以我们应将各种制度进行进一步的完善。</w:t>
      </w:r>
      <w:r>
        <w:rPr>
          <w:lang w:eastAsia="zh-CN"/>
        </w:rPr>
        <w:br/>
      </w:r>
      <w:r>
        <w:rPr>
          <w:lang w:eastAsia="zh-CN"/>
        </w:rPr>
        <w:t>　　1、完善商户的合同</w:t>
      </w:r>
      <w:r>
        <w:rPr>
          <w:lang w:eastAsia="zh-CN"/>
        </w:rPr>
        <w:br/>
      </w:r>
      <w:r>
        <w:rPr>
          <w:lang w:eastAsia="zh-CN"/>
        </w:rPr>
        <w:t>　　(1)一年内不准私自将商铺转让他人;</w:t>
      </w:r>
      <w:r>
        <w:rPr>
          <w:lang w:eastAsia="zh-CN"/>
        </w:rPr>
        <w:br/>
      </w:r>
      <w:r>
        <w:rPr>
          <w:lang w:eastAsia="zh-CN"/>
        </w:rPr>
        <w:t>　　(2)不准私自空柜，影响商场的营业;</w:t>
      </w:r>
      <w:r>
        <w:rPr>
          <w:lang w:eastAsia="zh-CN"/>
        </w:rPr>
        <w:br/>
      </w:r>
      <w:r>
        <w:rPr>
          <w:lang w:eastAsia="zh-CN"/>
        </w:rPr>
        <w:t>　　(3)自愿退场的如在三个月以内把合同保证金作为违约金。其余柜台费两个月以后退还。如在三个月以后自愿退出的，合同保证金作为违约金，其余柜台费不予退还。</w:t>
      </w:r>
      <w:r>
        <w:rPr>
          <w:lang w:eastAsia="zh-CN"/>
        </w:rPr>
        <w:br/>
      </w:r>
      <w:r>
        <w:rPr>
          <w:lang w:eastAsia="zh-CN"/>
        </w:rPr>
        <w:t>　　(4)二次装修自愿退场的一律不得向商场或后入驻的商户索要二次装修费。</w:t>
      </w:r>
      <w:r>
        <w:rPr>
          <w:lang w:eastAsia="zh-CN"/>
        </w:rPr>
        <w:br/>
      </w:r>
      <w:r>
        <w:rPr>
          <w:lang w:eastAsia="zh-CN"/>
        </w:rPr>
        <w:t>　　2、完善供货商管理制度</w:t>
      </w:r>
      <w:r>
        <w:rPr>
          <w:lang w:eastAsia="zh-CN"/>
        </w:rPr>
        <w:br/>
      </w:r>
      <w:r>
        <w:rPr>
          <w:lang w:eastAsia="zh-CN"/>
        </w:rPr>
        <w:t>　　针对平时管理中出现的各种问题，对鞋区和服装区规定以下管理制度</w:t>
      </w:r>
      <w:r>
        <w:rPr>
          <w:lang w:eastAsia="zh-CN"/>
        </w:rPr>
        <w:br/>
      </w:r>
      <w:r>
        <w:rPr>
          <w:lang w:eastAsia="zh-CN"/>
        </w:rPr>
        <w:t>　　服装区每周检查至少一次磁扣，少一个磁扣罚款10元。鞋区检查库存与实际的数量是否相符，多与少都要有明确的处罚制度。检查与处罚制度将减少商户在实际的经营中出现的各种漏洞。</w:t>
      </w:r>
      <w:r>
        <w:rPr>
          <w:lang w:eastAsia="zh-CN"/>
        </w:rPr>
        <w:br/>
      </w:r>
      <w:r>
        <w:rPr>
          <w:lang w:eastAsia="zh-CN"/>
        </w:rPr>
        <w:t>　　3、完善售后服务制度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在把顾客的利益放在第一位的前提下，希望供货商在最短时间内把售后问题处理好。否则，如果交到办公室，值班经理直接按小票上的处理，不用经供货商同意。</w:t>
      </w:r>
      <w:r>
        <w:rPr>
          <w:lang w:eastAsia="zh-CN"/>
        </w:rPr>
        <w:br/>
      </w:r>
      <w:r>
        <w:rPr>
          <w:lang w:eastAsia="zh-CN"/>
        </w:rPr>
        <w:t>　　4、后门管理方面的问题</w:t>
      </w:r>
      <w:r>
        <w:rPr>
          <w:lang w:eastAsia="zh-CN"/>
        </w:rPr>
        <w:br/>
      </w:r>
      <w:r>
        <w:rPr>
          <w:lang w:eastAsia="zh-CN"/>
        </w:rPr>
        <w:t>　　出于商场消防安全考虑，商场营业期间后门不能关闭。给后门管理带来很大难度。个别商户私自从后门外出，出现了管理上的漏洞，建议在后门安装报警器以方便管理。</w:t>
      </w:r>
      <w:r>
        <w:rPr>
          <w:lang w:eastAsia="zh-CN"/>
        </w:rPr>
        <w:br/>
      </w:r>
      <w:r>
        <w:rPr>
          <w:lang w:eastAsia="zh-CN"/>
        </w:rPr>
        <w:t>　　二、对商户进行摸底，调整理优化柜组。</w:t>
      </w:r>
      <w:r>
        <w:rPr>
          <w:lang w:eastAsia="zh-CN"/>
        </w:rPr>
        <w:br/>
      </w:r>
      <w:r>
        <w:rPr>
          <w:lang w:eastAsia="zh-CN"/>
        </w:rPr>
        <w:t>　　在过去的管理中，出现了许多有经验有经济实力能很好配合商场管理的优秀商户，也出现了一些业绩差私自销售不配合商场管理，既没有经验又没有积极性，扰乱商场的商户。所以对商户要进行详细的摸底，重新调整柜组，优化商场管理模式。鞋区，如童装区，a7、a-1、b-3，b4要求增加商区面积，商场应大力支持这些优秀商户，对业绩差不配合商场管理的商户应劝其退出商场。</w:t>
      </w:r>
      <w:r>
        <w:rPr>
          <w:lang w:eastAsia="zh-CN"/>
        </w:rPr>
        <w:br/>
      </w:r>
      <w:r>
        <w:rPr>
          <w:lang w:eastAsia="zh-CN"/>
        </w:rPr>
        <w:t>　　三、招商优秀商户，招聘优秀管理者、员工</w:t>
      </w:r>
      <w:r>
        <w:rPr>
          <w:lang w:eastAsia="zh-CN"/>
        </w:rPr>
        <w:br/>
      </w:r>
      <w:r>
        <w:rPr>
          <w:lang w:eastAsia="zh-CN"/>
        </w:rPr>
        <w:t>　　商场柜组调整后势必出现空柜组，招商时要优先发展有市场经验，有一定实力的商户充实商场。同时招聘优秀的业务主管、收银员，加强商场管理。</w:t>
      </w:r>
      <w:r>
        <w:rPr>
          <w:lang w:eastAsia="zh-CN"/>
        </w:rPr>
        <w:br/>
      </w:r>
      <w:r>
        <w:rPr>
          <w:lang w:eastAsia="zh-CN"/>
        </w:rPr>
        <w:t>　　四、改进员工工作作风</w:t>
      </w:r>
      <w:r>
        <w:rPr>
          <w:lang w:eastAsia="zh-CN"/>
        </w:rPr>
        <w:br/>
      </w:r>
      <w:r>
        <w:rPr>
          <w:lang w:eastAsia="zh-CN"/>
        </w:rPr>
        <w:t>　　为了加强员工的管理理念和工作作风，要加强培训学习，增加外出学习交流机会，定期开会提高员工的工作积极性和工作热情，要商场员工以身作则，尽职尽责。</w:t>
      </w:r>
      <w:r>
        <w:rPr>
          <w:lang w:eastAsia="zh-CN"/>
        </w:rPr>
        <w:br/>
      </w:r>
      <w:r>
        <w:rPr>
          <w:lang w:eastAsia="zh-CN"/>
        </w:rPr>
        <w:t>　　1、管理层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通过外出交流、培训学习、自我充电等形式，提升管理理念，改进管理方法，提高工作效率。</w:t>
      </w:r>
      <w:r>
        <w:rPr>
          <w:lang w:eastAsia="zh-CN"/>
        </w:rPr>
        <w:br/>
      </w:r>
      <w:r>
        <w:rPr>
          <w:lang w:eastAsia="zh-CN"/>
        </w:rPr>
        <w:t>　　2、收银员的工作要求</w:t>
      </w:r>
      <w:r>
        <w:rPr>
          <w:lang w:eastAsia="zh-CN"/>
        </w:rPr>
        <w:br/>
      </w:r>
      <w:r>
        <w:rPr>
          <w:lang w:eastAsia="zh-CN"/>
        </w:rPr>
        <w:t>　　加强解磁管理力度，如发现商户有私自到收银台销磁的每次罚收银员工10元，平时只留一个消磁器给收银员，其余消磁器由会计锁起来管理，如有退场商品，下午六点以后由值班经理亲自消磁。</w:t>
      </w:r>
      <w:r>
        <w:rPr>
          <w:lang w:eastAsia="zh-CN"/>
        </w:rPr>
        <w:br/>
      </w:r>
      <w:r>
        <w:rPr>
          <w:lang w:eastAsia="zh-CN"/>
        </w:rPr>
        <w:t>　　3、安全、卫生方面。</w:t>
      </w:r>
      <w:r>
        <w:rPr>
          <w:lang w:eastAsia="zh-CN"/>
        </w:rPr>
        <w:br/>
      </w:r>
      <w:r>
        <w:rPr>
          <w:lang w:eastAsia="zh-CN"/>
        </w:rPr>
        <w:t>　　通过学习提高管理理念和认识改进以前工作中的问题，以身作则，保证商场的安全、卫生整洁。</w:t>
      </w:r>
      <w:r>
        <w:rPr>
          <w:lang w:eastAsia="zh-CN"/>
        </w:rPr>
        <w:br/>
      </w:r>
      <w:r>
        <w:rPr>
          <w:lang w:eastAsia="zh-CN"/>
        </w:rPr>
        <w:t>　　在不到一年的时间里，商场有业绩也有许多需要改进的地方，特别是目前垣曲在原有的市场基础上出现了许多服装超市等竞争对手，给我们商场了工作上的压力，同时也带来了动力，要想在垣曲赢得市场，获得最好的效益有相当大的难度，我们相信有老总先进的管理理念，有商场员工的大力配合，我们团结一心，将阳光服饰打造成全县最具潜力、最有知名度、最能赚钱的服装商场。</w:t>
      </w:r>
      <w:r>
        <w:rPr>
          <w:lang w:eastAsia="zh-CN"/>
        </w:rPr>
        <w:br/>
      </w:r>
      <w:r>
        <w:rPr>
          <w:lang w:eastAsia="zh-CN"/>
        </w:rPr>
        <w:t xml:space="preserve">    服装销售神秘顾客总结 篇18 </w:t>
      </w:r>
      <w:r>
        <w:rPr>
          <w:lang w:eastAsia="zh-CN"/>
        </w:rPr>
        <w:br/>
      </w:r>
      <w:r>
        <w:rPr>
          <w:lang w:eastAsia="zh-CN"/>
        </w:rPr>
        <w:t>　　近一周来，随着气温的回升。万物复苏，大地春暖花开。我们----专卖店的销售工作也随着温度的转暖，开始了紧张而有序的辛勤与忙碌。古语有云：磨刀不误砍柴工。就是放在今天的社会工作中，也深刻的指引和提示着我们。要在进取工作的基础上，先找准思想方向，即要有着明确的意识感观和积极的工作态度，方能付诸于努力工作的实践之中。使之事半功倍，取得良好业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回顾这一周来，自己的工作情况，扪心自问，坦言总结。在诸多方面还存在有不足。因此，更要及时强化自己的工作思想，端正意识，提高专卖销售工作的方法技能与业务水平。</w:t>
      </w:r>
      <w:r>
        <w:rPr>
          <w:lang w:eastAsia="zh-CN"/>
        </w:rPr>
        <w:br/>
      </w:r>
      <w:r>
        <w:rPr>
          <w:lang w:eastAsia="zh-CN"/>
        </w:rPr>
        <w:t>　　1、在不足点方面，从自身原因总结。</w:t>
      </w:r>
      <w:r>
        <w:rPr>
          <w:lang w:eastAsia="zh-CN"/>
        </w:rPr>
        <w:br/>
      </w:r>
      <w:r>
        <w:rPr>
          <w:lang w:eastAsia="zh-CN"/>
        </w:rPr>
        <w:t>　　我认为自己还一定程度的存在有欠缺强力说服顾客，打动其购买心理的技巧。</w:t>
      </w:r>
      <w:r>
        <w:rPr>
          <w:lang w:eastAsia="zh-CN"/>
        </w:rPr>
        <w:br/>
      </w:r>
      <w:r>
        <w:rPr>
          <w:lang w:eastAsia="zh-CN"/>
        </w:rPr>
        <w:t>　　作为我们红蜻蜓专卖店的一名销售人员，我们的首要目标就是架起一坐连接我们的商品与顾客的桥梁。为公司创造商业效绩。在这个方向的指导下，怎样用销售的技巧与语言来打动顾客的心，激发起购买欲望，就显得尤为重要。因此，在以后的销售工作中，我必须努力提高强化说服顾客，打动其购买心理的技巧。同时做到理论与实践相结合，不断为下一阶段工作积累宝贵经验。</w:t>
      </w:r>
      <w:r>
        <w:rPr>
          <w:lang w:eastAsia="zh-CN"/>
        </w:rPr>
        <w:br/>
      </w:r>
      <w:r>
        <w:rPr>
          <w:lang w:eastAsia="zh-CN"/>
        </w:rPr>
        <w:t>　　2、注意自己销售工作中的细节，谨记销售理论中顾客就是上帝这一至理名言。</w:t>
      </w:r>
      <w:r>
        <w:rPr>
          <w:lang w:eastAsia="zh-CN"/>
        </w:rPr>
        <w:br/>
      </w:r>
      <w:r>
        <w:rPr>
          <w:lang w:eastAsia="zh-CN"/>
        </w:rPr>
        <w:t>　　用自己真诚的微笑，清晰的语言，细致的推介，体贴的服务去征服和打动消费者的心。让所有来到我们红蜻蜓专卖店的顾客都乘兴而来，满意而去。树立起我们红蜻蜓专卖店工作人员的优质精神风貌，更树立起我们红蜻蜓的优质服务品牌。</w:t>
      </w:r>
      <w:r>
        <w:rPr>
          <w:lang w:eastAsia="zh-CN"/>
        </w:rPr>
        <w:br/>
      </w:r>
      <w:r>
        <w:rPr>
          <w:lang w:eastAsia="zh-CN"/>
        </w:rPr>
        <w:t>　　3、要深化自己的工作业务。</w:t>
      </w:r>
      <w:r>
        <w:rPr>
          <w:lang w:eastAsia="zh-CN"/>
        </w:rPr>
        <w:br/>
      </w:r>
      <w:r>
        <w:rPr>
          <w:lang w:eastAsia="zh-CN"/>
        </w:rPr>
        <w:t>　　熟悉每一款鞋的货号，大小，颜色，价位。做到烂熟于心。学会面对不同的顾客，采用不同的推介技巧。力争让每一位顾客都能买到自己称心如意的商品，更力争增加销售数量，提高销售业绩。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4、端正好自己心态。</w:t>
      </w:r>
      <w:r>
        <w:rPr>
          <w:lang w:eastAsia="zh-CN"/>
        </w:rPr>
        <w:br/>
      </w:r>
      <w:r>
        <w:rPr>
          <w:lang w:eastAsia="zh-CN"/>
        </w:rPr>
        <w:t>　　其心态的调整使我更加明白，不论做任何事，务必竭尽全力。这种精神的有无，可以决定一个人日后事业上的成功或失败，而我们的专卖销售工作中更是如此。如果一个人领悟了通过全力工作来免除工作中的辛劳的秘诀，那么他就掌握了达到成功的原理。倘若能处处以主动，努力的精神来工作，那么无论在怎样的销售岗位上都能丰富自己人生的经历。</w:t>
      </w:r>
      <w:r>
        <w:rPr>
          <w:lang w:eastAsia="zh-CN"/>
        </w:rPr>
        <w:br/>
      </w:r>
      <w:r>
        <w:rPr>
          <w:lang w:eastAsia="zh-CN"/>
        </w:rPr>
        <w:t>　　总之，通过理论上对自己这一周的工作总结，还发现有很多的不足之处。同时也为自己积累下了日后销售工作的经验。梳理了思路，明确了方向。在未来的工作中，我将更以公司的专卖经营理念为坐标，将自己的工作能力和公司的具体环境相互融合，利用自己精力充沛，辛勤肯干的优势，努力接受业务培训，学习业务知识和提高销售意识。扎实进取，努力工作，为公司的发展尽自己绵薄之力!</w:t>
      </w:r>
      <w:r>
        <w:rPr>
          <w:lang w:eastAsia="zh-CN"/>
        </w:rPr>
        <w:br/>
      </w:r>
      <w:r>
        <w:rPr>
          <w:lang w:eastAsia="zh-CN"/>
        </w:rPr>
        <w:t xml:space="preserve">    服装销售神秘顾客总结 篇19 </w:t>
      </w:r>
      <w:r>
        <w:rPr>
          <w:lang w:eastAsia="zh-CN"/>
        </w:rPr>
        <w:br/>
      </w:r>
      <w:r>
        <w:rPr>
          <w:lang w:eastAsia="zh-CN"/>
        </w:rPr>
        <w:t>　　20__年工作以来，经历了很多，也有很多的感悟，首先得感谢公司给我们提供了那么好的机会，有经验的同事给我指导，让我学习他们的实战经验，也让我也学会了销售并不是简简单单的卖出，从他们身上学到的不仅是做事的方法，还包括了为人处事。现就这半年的工作作心得体会与大家一起分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自从进入公司，不知不觉中，半年的时间一晃就过去了，在这段时间里，我从一个对该行业产品知识一无所知的新人开始慢慢的熟悉，完成了角色转换，同时也开始慢慢的融入到了这一个集体，慢慢的开始适应。</w:t>
      </w:r>
      <w:r>
        <w:rPr>
          <w:lang w:eastAsia="zh-CN"/>
        </w:rPr>
        <w:br/>
      </w:r>
      <w:r>
        <w:rPr>
          <w:lang w:eastAsia="zh-CN"/>
        </w:rPr>
        <w:t>　　进入一个新的行业，每个人都要熟悉该行业产品的知识，熟悉公司的操作模式和建立客户关系群。在销售的过程中，要学习的东西真的很多很多，货品的知识，衣服的搭配，还要去了解顾客的需要，满足顾客的需要等等。而同事之间更重要的是团队精神，相信别人，相信团队的力量，销售不是一个人的事，而是整个店，整个公司的事。然后可再发挥自身的优势：不断总结和改进，提高素质。</w:t>
      </w:r>
      <w:r>
        <w:rPr>
          <w:lang w:eastAsia="zh-CN"/>
        </w:rPr>
        <w:br/>
      </w:r>
      <w:r>
        <w:rPr>
          <w:lang w:eastAsia="zh-CN"/>
        </w:rPr>
        <w:t>　　在这几个月的时间里有失败，也有成功，欣慰的是自身产品知识和能力有了稍微的提高，但还是远远不够用于销售中去，也没有达到自己理想中的目标。一开始确实对店员没有很大的感觉，特别是最初几天，很多很多的不习惯，以为自己要很长的适应过程，也担心自己根本就无法胜任这份工作，因为店员并不是我心目中长期的工作方式，但意识的如果我接触了这个工作，我就要先把它做好来，再去做别的。但后来却又发现作为一名店员也是特别锻练人的。它需要的是员工的应变能力，员工的产品知识甚至其他知识，员工的服务态度，这些都将影响销售。而店员在形象店也就等于是代表着公司形象。店员的好与坏将是客人对公司评价的好与坏。</w:t>
      </w:r>
      <w:r>
        <w:rPr>
          <w:lang w:eastAsia="zh-CN"/>
        </w:rPr>
        <w:br/>
      </w:r>
      <w:r>
        <w:rPr>
          <w:lang w:eastAsia="zh-CN"/>
        </w:rPr>
        <w:t>　　在工作中，我也学习、体验了一些销售策略，现分享如下：</w:t>
      </w:r>
      <w:r>
        <w:rPr>
          <w:lang w:eastAsia="zh-CN"/>
        </w:rPr>
        <w:br/>
      </w:r>
    </w:p>
    <w:p w:rsidR="001B1F19" w14:textId="27C3F48A">
      <w:pPr>
        <w:rPr>
          <w:rFonts w:hint="eastAsia"/>
          <w:lang w:eastAsia="zh-CN"/>
        </w:rPr>
      </w:pPr>
      <w:r>
        <w:rPr>
          <w:lang w:eastAsia="zh-CN"/>
        </w:rPr>
        <w:t>　　我把进店的客人分为两种：第一种客人，目的型的客人：逛商场怀有购物的目的，有比较明确的需求或者想法。她们可能开门见山或直奔主题索取自己喜欢的衣物，或者是半明确型的客人，是想买上一条裙子，但是具体要买什么样子的裙子，还没有明确。第二种客人，闲逛型的客人：现在的商场里有太多消磨时光闲逛型的客人，她们有的是纯粹打发时间，有的是心情不好，到琳琅满目的商场里散心。闲逛型的客人不一定是说不会购物，遇到她喜欢的和开心的货品时，下手也是毫不犹豫。目前商场里的客人闲逛型的客人占大部分，同时将越来越多，闲逛型的客人的接待和目的型客人接待是不能完全相同的。闲逛型的客人进店后，需要空间和时间来欣赏我们精心设计的漂亮陈列和货品。接待她们最忌讳的就是立刻接待，80%的时候你得到的回答是：我随便看看。显然这样的接待服务是有问题的。闲逛型的客人进了店，我正确的服务动作就是寻机，在迎宾之后，对于那些三三两两闲逛的客人，保持距离，用你眼睛的余光去观察客人的举动，给客人一个适当的空间和时间去欣赏我们的货品和陈列，时机到的时候，才进入到接待介绍工作中去。</w:t>
      </w:r>
      <w:r>
        <w:rPr>
          <w:lang w:eastAsia="zh-CN"/>
        </w:rPr>
        <w:br/>
      </w:r>
      <w:r>
        <w:rPr>
          <w:lang w:eastAsia="zh-CN"/>
        </w:rPr>
        <w:t>　　我今后的努力方向：</w:t>
      </w:r>
      <w:r>
        <w:rPr>
          <w:lang w:eastAsia="zh-CN"/>
        </w:rPr>
        <w:br/>
      </w:r>
      <w:r>
        <w:rPr>
          <w:lang w:eastAsia="zh-CN"/>
        </w:rPr>
        <w:t>　　1、切实落实岗位职责，认真履行本职工作。</w:t>
      </w:r>
      <w:r>
        <w:rPr>
          <w:lang w:eastAsia="zh-CN"/>
        </w:rPr>
        <w:br/>
      </w:r>
      <w:r>
        <w:rPr>
          <w:lang w:eastAsia="zh-CN"/>
        </w:rPr>
        <w:t>　　千方百计完成区域销售任务；努力完成销售中的各项要求；积极广泛收集市场信息并及时整理上报；严格遵守各项规章制度；对工作具有较高的敬业精神和高度的主人翁责任感；完成其它工作。</w:t>
      </w:r>
      <w:r>
        <w:rPr>
          <w:lang w:eastAsia="zh-CN"/>
        </w:rPr>
        <w:br/>
      </w:r>
      <w:r>
        <w:rPr>
          <w:lang w:eastAsia="zh-CN"/>
        </w:rPr>
        <w:t>　　2、明确任务，主动积极服装销售月工作总结积极了解达到的标准、要求，力争在要求的期限内提前完成，另一方面要积极考虑并补充完善。</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https://d.book118.com/938061135047006041</w:t>
        </w:r>
      </w:hyperlink>
    </w:p>
    <w:p w:rsidR="001B1F19">
      <w:pPr>
        <w:rPr>
          <w:rFonts w:hint="eastAsia"/>
          <w:lang w:eastAsia="zh-CN"/>
        </w:rPr>
      </w:pPr>
    </w:p>
    <w:sectPr>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38061135047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