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有关保安工作总结（33篇）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 xml:space="preserve">     </w:t>
      </w:r>
      <w:r>
        <w:rPr>
          <w:lang w:eastAsia="zh-CN"/>
        </w:rPr>
        <w:br/>
      </w:r>
      <w:r>
        <w:rPr>
          <w:lang w:eastAsia="zh-CN"/>
        </w:rPr>
        <w:t xml:space="preserve">    有关保安工作总结 篇11 </w:t>
      </w:r>
      <w:r>
        <w:rPr>
          <w:lang w:eastAsia="zh-CN"/>
        </w:rPr>
        <w:br/>
      </w:r>
      <w:r>
        <w:rPr>
          <w:lang w:eastAsia="zh-CN"/>
        </w:rPr>
        <w:t>　　时间转瞬即逝，转眼我在工作已经快半年了。在这半年的时间里有辛酸、有快乐、有欢笑、有泪水...开始的时候我是在二期巡逻，大概有半个月的时间，后来由于人手的缺乏我被调到南门协助担任门岗的工作。</w:t>
      </w:r>
      <w:r>
        <w:rPr>
          <w:lang w:eastAsia="zh-CN"/>
        </w:rPr>
        <w:br/>
      </w:r>
      <w:r>
        <w:rPr>
          <w:lang w:eastAsia="zh-CN"/>
        </w:rPr>
        <w:t>　　每个星期两次的训练和培训让我能更好的熟悉业务和完成工作，锻炼的身体的同时也让我能够正好的融入工作。其中学到了消防的根本知识及火灾发生时的应对措施、指挥车辆的手势等等...在和领导的帮助下，能较好的完成自己的本职工作。在车辆把控、人员把控方面自认为还是比较出色的。其中一次4幢2单元201的一个装修工强行把电瓶车开进园区后，没有惧怕业主的恐吓以及装修工的胡搅蛮缠，让他把车推出去并登记。当然也有美中缺乏的地方，比方语气强硬，解释不到位等等。这些都是需要改进的'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近半年来电瓶丧失也成为了我头痛的问题，为此领导们也做了大量的工作，比方：发放非机动车出入证、进出电瓶实行贴票管理，最近又在改造自行车库，方便业主的电瓶车充电，也方便了我们维护员的统一管理。此方面的工作还是有明显的成果的，从开始的一天丢几个电瓶到几天丢一个电瓶到几个月丢一个电瓶再到现在的根本不丢电瓶。都是大家共同努力的结果。</w:t>
      </w:r>
      <w:r>
        <w:rPr>
          <w:lang w:eastAsia="zh-CN"/>
        </w:rPr>
        <w:br/>
      </w:r>
      <w:r>
        <w:rPr>
          <w:lang w:eastAsia="zh-CN"/>
        </w:rPr>
        <w:t>　　前几天的会议上丁总还指出我们工作的缺乏之处，那就是缺少提醒与告知方面的效劳。如果我们在业主出门的时候说一句：路上注意平安，您慢走；在天气时候说一句：快下雨了，请您注意外面晾晒的物品；在业主回到家的时候说一句：请把车辆锁好，以免物品丧失...我相信业主肯定十分开心，感觉到只要进了我们都市枫林的大门，那么他的平安将得到十分彻底的保障。这一点将是我下一年重点的改进之处，同样的车辆、人员方面的管理我正在向李刘柱以及班长学习，争取做的更好。</w:t>
      </w:r>
      <w:r>
        <w:rPr>
          <w:lang w:eastAsia="zh-CN"/>
        </w:rPr>
        <w:br/>
      </w:r>
      <w:r>
        <w:rPr>
          <w:lang w:eastAsia="zh-CN"/>
        </w:rPr>
        <w:t>　　回忆过去一年的工作，虽然取得了不少的成绩，但我仍感自己有不少缺乏之处：</w:t>
      </w:r>
      <w:r>
        <w:rPr>
          <w:lang w:eastAsia="zh-CN"/>
        </w:rPr>
        <w:br/>
      </w:r>
      <w:r>
        <w:rPr>
          <w:lang w:eastAsia="zh-CN"/>
        </w:rPr>
        <w:t>　　1、只是满足自身任务的完成，工作开拓不够大胆等；</w:t>
      </w:r>
      <w:r>
        <w:rPr>
          <w:lang w:eastAsia="zh-CN"/>
        </w:rPr>
        <w:br/>
      </w:r>
      <w:r>
        <w:rPr>
          <w:lang w:eastAsia="zh-CN"/>
        </w:rPr>
        <w:t>　　2、业务素质提高不够快速，对新业务知识仍然学习得不够多，不够透彻；</w:t>
      </w:r>
      <w:r>
        <w:rPr>
          <w:lang w:eastAsia="zh-CN"/>
        </w:rPr>
        <w:br/>
      </w:r>
      <w:r>
        <w:rPr>
          <w:lang w:eastAsia="zh-CN"/>
        </w:rPr>
        <w:t>　　3、本人工作与其他同事相比还有差距，效劳意识不强。在以后的工作中，请大家给予我监视与建议，我将努力改进自己的缺乏，争取获得更好的成绩。</w:t>
      </w:r>
      <w:r>
        <w:rPr>
          <w:lang w:eastAsia="zh-CN"/>
        </w:rPr>
        <w:br/>
      </w:r>
      <w:r>
        <w:rPr>
          <w:lang w:eastAsia="zh-CN"/>
        </w:rPr>
        <w:t xml:space="preserve">    有关保安工作总结 篇12 </w:t>
      </w:r>
      <w:r>
        <w:rPr>
          <w:lang w:eastAsia="zh-CN"/>
        </w:rPr>
        <w:br/>
      </w:r>
      <w:r>
        <w:rPr>
          <w:lang w:eastAsia="zh-CN"/>
        </w:rPr>
        <w:t>　　门卫是学校安全防范的第一道防线，这几年在学校领导的正确领导下和过去相比，门卫工作有了很大的改进，现总结如下：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严把师生出入校园关，该项工作实行出入登记法，学生做到凡出校门者不论公事一律凭班主任批条，否则不得进出，规定时间凭条据短时间入录，设立了进出人员登记表，值班人员严把进出关，门卫人员尽职尽责，不徇私情，严格控制每一个出入人员进出，有力地维护了学校正常教学秩序，净化了学校环境，教育了学生配合政保处工作，一年来，全校学生已形成了不迟到、不早退、无随意离校的良好局面。</w:t>
      </w:r>
      <w:r>
        <w:rPr>
          <w:lang w:eastAsia="zh-CN"/>
        </w:rPr>
        <w:br/>
      </w:r>
      <w:r>
        <w:rPr>
          <w:lang w:eastAsia="zh-CN"/>
        </w:rPr>
        <w:t>　　2、认真检查出入人员和车辆携带物品、物质，防止贪占盗拿夹带学校财物入门，疏导出入车辆和行人，清理门卫责任区内无关人员和停放车辆，保证人员出入有序，车辆畅通。</w:t>
      </w:r>
      <w:r>
        <w:rPr>
          <w:lang w:eastAsia="zh-CN"/>
        </w:rPr>
        <w:br/>
      </w:r>
      <w:r>
        <w:rPr>
          <w:lang w:eastAsia="zh-CN"/>
        </w:rPr>
        <w:t>　　3、充分利用空余时间，搞好校门两旁的花草树木的管理，按校规定门卫人员(东西大门)不离人，值班不离人值班不离岗，上班主动积极歇班按时、放心。门卫人员每天抽出一人负责管理校园内安全管理。</w:t>
      </w:r>
      <w:r>
        <w:rPr>
          <w:lang w:eastAsia="zh-CN"/>
        </w:rPr>
        <w:br/>
      </w:r>
      <w:r>
        <w:rPr>
          <w:lang w:eastAsia="zh-CN"/>
        </w:rPr>
        <w:t>　　4、门卫实行24小时值班制，预防违法犯罪活动，发现可疑人可疑事及时报告并做好合处置工作。</w:t>
      </w:r>
      <w:r>
        <w:rPr>
          <w:lang w:eastAsia="zh-CN"/>
        </w:rPr>
        <w:br/>
      </w:r>
      <w:r>
        <w:rPr>
          <w:lang w:eastAsia="zh-CN"/>
        </w:rPr>
        <w:t>　　总之，作为一名专职保安，身感担子重大，我会以满腔的工作热情投入热情不师生服务，礼貌待人，树立良好窗口形象，展示一中人精神风貌。</w:t>
      </w:r>
      <w:r>
        <w:rPr>
          <w:lang w:eastAsia="zh-CN"/>
        </w:rPr>
        <w:br/>
      </w:r>
      <w:r>
        <w:rPr>
          <w:lang w:eastAsia="zh-CN"/>
        </w:rPr>
        <w:t>　　我是从事面点行业工作的，现已成为中级面点师，其中有太多的若和乐，我多年的追求，有失败后的思考，有成功后的喜悦。</w:t>
      </w:r>
      <w:r>
        <w:rPr>
          <w:lang w:eastAsia="zh-CN"/>
        </w:rPr>
        <w:br/>
      </w:r>
      <w:r>
        <w:rPr>
          <w:lang w:eastAsia="zh-CN"/>
        </w:rPr>
        <w:t xml:space="preserve">    有关保安工作总结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光阴似箭日如梭，转眼间20__年已经过去，在领导的带领下，我学到了不少知识和社会经验，让我在工作中基本上能独立完成各项工作，首先感谢领导对我的指导和栽培，在以后的工作中我会刻苦学习；不畏困难；更好的工作来回报上级，商场保安工作总结。20__年在领导的带领下，围绕商场的总体目标，认真贯彻“安全第一、预防为主”和“内紧外松”的工作方针，始终坚持“群防群治”和“人防技防相结合”的工作路线，积极做好商场的消防安全防范工作，维护商场的治安秩序，总结工作如下：</w:t>
      </w:r>
      <w:r>
        <w:rPr>
          <w:lang w:eastAsia="zh-CN"/>
        </w:rPr>
        <w:br/>
      </w:r>
      <w:r>
        <w:rPr>
          <w:lang w:eastAsia="zh-CN"/>
        </w:rPr>
        <w:t>　　一、工作的职责</w:t>
      </w:r>
      <w:r>
        <w:rPr>
          <w:lang w:eastAsia="zh-CN"/>
        </w:rPr>
        <w:br/>
      </w:r>
      <w:r>
        <w:rPr>
          <w:lang w:eastAsia="zh-CN"/>
        </w:rPr>
        <w:t>　　疏导后院进出货物的车辆，保持后院消防通道的畅通等，登记工作：登记外来人员进入商场施工的检查；巡视工作：白天巡视商场内有无可疑人员；消防通道是否畅通；消防设施是否被占用等；晚上巡视施工区域是否有消防器材，施工证件，施工安全隐患是否存在等等；</w:t>
      </w:r>
      <w:r>
        <w:rPr>
          <w:lang w:eastAsia="zh-CN"/>
        </w:rPr>
        <w:br/>
      </w:r>
      <w:r>
        <w:rPr>
          <w:lang w:eastAsia="zh-CN"/>
        </w:rPr>
        <w:t>　　二、消防知识</w:t>
      </w:r>
      <w:r>
        <w:rPr>
          <w:lang w:eastAsia="zh-CN"/>
        </w:rPr>
        <w:br/>
      </w:r>
      <w:r>
        <w:rPr>
          <w:lang w:eastAsia="zh-CN"/>
        </w:rPr>
        <w:t>　　九月份消防局举行了关于消防安全知识宣传教育四个能力演讲活动，我们去听了别的商场的演讲深受感动，在此之前我们还是“三个能力”“三懂、三会”从那以后实行贯彻消防局的意见，从“三个能力”“三懂、三会”发展到“四个能力，四懂，四会”让我们又学到了好多，紧接着每天的出操、消防演习，从中又学了好多知识和问题，在一次消防局的领导来检查我们的工作，我们在商场消防演习了，演习分两组：一组是组织灭火另一组是组织疏散逃生，消防局的领导看了之后很赞同认可！</w:t>
      </w:r>
      <w:r>
        <w:rPr>
          <w:lang w:eastAsia="zh-CN"/>
        </w:rPr>
        <w:br/>
      </w:r>
      <w:r>
        <w:rPr>
          <w:lang w:eastAsia="zh-CN"/>
        </w:rPr>
        <w:t>　　三、商场开业前的商场保安工作总结准备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1、所有人员集合，统一检查各通道，各卷闸有无异常，能否正常开启。</w:t>
      </w:r>
      <w:r>
        <w:rPr>
          <w:lang w:eastAsia="zh-CN"/>
        </w:rPr>
        <w:br/>
      </w:r>
      <w:r>
        <w:rPr>
          <w:lang w:eastAsia="zh-CN"/>
        </w:rPr>
        <w:t>　　2、按规定时间开放员工通道，让员工进入。</w:t>
      </w:r>
      <w:r>
        <w:rPr>
          <w:lang w:eastAsia="zh-CN"/>
        </w:rPr>
        <w:br/>
      </w:r>
      <w:r>
        <w:rPr>
          <w:lang w:eastAsia="zh-CN"/>
        </w:rPr>
        <w:t>　　3、按开业时间打开所有通道门，并维持门前的商场保安工作总结秩序，避免刚开业人员集中，发生拥挤现象。</w:t>
      </w:r>
      <w:r>
        <w:rPr>
          <w:lang w:eastAsia="zh-CN"/>
        </w:rPr>
        <w:br/>
      </w:r>
      <w:r>
        <w:rPr>
          <w:lang w:eastAsia="zh-CN"/>
        </w:rPr>
        <w:t>　　4、密切注视进出人员，因开业人员较杂，容易发生意外事件。</w:t>
      </w:r>
      <w:r>
        <w:rPr>
          <w:lang w:eastAsia="zh-CN"/>
        </w:rPr>
        <w:br/>
      </w:r>
      <w:r>
        <w:rPr>
          <w:lang w:eastAsia="zh-CN"/>
        </w:rPr>
        <w:t>　　四、……</w:t>
      </w:r>
      <w:r>
        <w:rPr>
          <w:lang w:eastAsia="zh-CN"/>
        </w:rPr>
        <w:br/>
      </w:r>
      <w:r>
        <w:rPr>
          <w:lang w:eastAsia="zh-CN"/>
        </w:rPr>
        <w:t>　　商场保安工作纪要文/郭经理现在居民生活素质的综合提高，人们购物的最高境界也发生了翻天覆地的变化，商场的硬件已经趋向同质化，而软件方面比如人性的管理却是各有千秋，各自不同，随着保安员的进驻商场，带来的各种问题和现象也逐渐摆在了每个经营管理者的面前，商场保安的工作职责也渐渐地明朗起来，工作总结《商场保安工作总结》。北京的中高档商场是日益增多，对商场保安的工作也越来越重视，而保安服务公司也明显发觉客户单位的要求越来越理性和规范，保安员的业务水平和技能再一次提上了日程，商场保安员的工作到底需要怎么开展，才能让客户单位满意，让保安公司放心，让北京社会大众对商场保安有个全新的认识？本文将就这方面略作引导，不敢妄言，希望同行批评指正，共同进步。</w:t>
      </w:r>
      <w:r>
        <w:rPr>
          <w:lang w:eastAsia="zh-CN"/>
        </w:rPr>
        <w:br/>
      </w:r>
      <w:r>
        <w:rPr>
          <w:lang w:eastAsia="zh-CN"/>
        </w:rPr>
        <w:t>　　保安人员保安人员的条件</w:t>
      </w:r>
      <w:r>
        <w:rPr>
          <w:lang w:eastAsia="zh-CN"/>
        </w:rPr>
        <w:br/>
      </w:r>
      <w:r>
        <w:rPr>
          <w:lang w:eastAsia="zh-CN"/>
        </w:rPr>
        <w:t>　　1、上岗人员的商场保安工作总结条件：</w:t>
      </w:r>
      <w:r>
        <w:rPr>
          <w:lang w:eastAsia="zh-CN"/>
        </w:rPr>
        <w:br/>
      </w:r>
      <w:r>
        <w:rPr>
          <w:lang w:eastAsia="zh-CN"/>
        </w:rPr>
        <w:t>　　（1）高中以上学历，身高1·78米以上，身体健康，品貌端正；</w:t>
      </w:r>
      <w:r>
        <w:rPr>
          <w:lang w:eastAsia="zh-CN"/>
        </w:rPr>
        <w:br/>
      </w:r>
      <w:r>
        <w:rPr>
          <w:lang w:eastAsia="zh-CN"/>
        </w:rPr>
        <w:t>　　（2）30岁以下，个别岗位可适当放宽标准；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（3）有保安能力、知识丰富者；</w:t>
      </w:r>
      <w:r>
        <w:rPr>
          <w:lang w:eastAsia="zh-CN"/>
        </w:rPr>
        <w:br/>
      </w:r>
      <w:r>
        <w:rPr>
          <w:lang w:eastAsia="zh-CN"/>
        </w:rPr>
        <w:t>　　（4）体格健壮、责任心强、能做到诚实的执行任务者；一般商场的保洁工作归为商管管理，商管有人主要负责保洁队伍的日常工作编排。进行保洁员的卫生区域划分；岗位职能制定；考核标准制定；</w:t>
      </w:r>
      <w:r>
        <w:rPr>
          <w:lang w:eastAsia="zh-CN"/>
        </w:rPr>
        <w:br/>
      </w:r>
      <w:r>
        <w:rPr>
          <w:lang w:eastAsia="zh-CN"/>
        </w:rPr>
        <w:t>　　业务素质培训等。</w:t>
      </w:r>
      <w:r>
        <w:rPr>
          <w:lang w:eastAsia="zh-CN"/>
        </w:rPr>
        <w:br/>
      </w:r>
      <w:r>
        <w:rPr>
          <w:lang w:eastAsia="zh-CN"/>
        </w:rPr>
        <w:t>　　例如：</w:t>
      </w:r>
      <w:r>
        <w:rPr>
          <w:lang w:eastAsia="zh-CN"/>
        </w:rPr>
        <w:br/>
      </w:r>
      <w:r>
        <w:rPr>
          <w:lang w:eastAsia="zh-CN"/>
        </w:rPr>
        <w:t>　　1）保洁员主要负责卖场主要通道，商场门前卫生，厕所卫生，消防通道卫生等，按工作量进行卫生区划分。</w:t>
      </w:r>
      <w:r>
        <w:rPr>
          <w:lang w:eastAsia="zh-CN"/>
        </w:rPr>
        <w:br/>
      </w:r>
      <w:r>
        <w:rPr>
          <w:lang w:eastAsia="zh-CN"/>
        </w:rPr>
        <w:t>　　2）客流密集或敏感区域的卫生保……</w:t>
      </w:r>
      <w:r>
        <w:rPr>
          <w:lang w:eastAsia="zh-CN"/>
        </w:rPr>
        <w:br/>
      </w:r>
      <w:r>
        <w:rPr>
          <w:lang w:eastAsia="zh-CN"/>
        </w:rPr>
        <w:t>　　（3）当顾客的眼睛在搜寻时（顾客好象在找什么东西）第三天营业员工作规范为保证商场销售服务工作的连贯有序，避免工作出现遗漏或失误，特制定本工作规范，营业员应严格遵守本规范。一营业准备工作规范二交规范三营业结束工作规范晚班营业员在营业结束前应做好如下工作……</w:t>
      </w:r>
      <w:r>
        <w:rPr>
          <w:lang w:eastAsia="zh-CN"/>
        </w:rPr>
        <w:br/>
      </w:r>
      <w:r>
        <w:rPr>
          <w:lang w:eastAsia="zh-CN"/>
        </w:rPr>
        <w:t>　　商场保安工作总结，行政部经理职责五、行政内勤干事岗位职责六、办公室内勤职责七、内勤岗位职责八、收发人员职责九、文书管理人员岗位职责十、档案员岗位职责第二节商场（超市）经营部职责规范一、经营部经理职责二、进货职责三、物价职责四、商品质检职责五、条码员职……</w:t>
      </w:r>
      <w:r>
        <w:rPr>
          <w:lang w:eastAsia="zh-CN"/>
        </w:rPr>
        <w:br/>
      </w:r>
      <w:r>
        <w:rPr>
          <w:lang w:eastAsia="zh-CN"/>
        </w:rPr>
        <w:t xml:space="preserve">    有关保安工作总结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回顾过去的一年，我部在酒店领导关心下，各部门的配合下，我们在加强酒店的安全防范管理，完善种类制度，安全巡逻检查、创服务品牌、组织学习等做了一定的工作。</w:t>
      </w:r>
      <w:r>
        <w:rPr>
          <w:lang w:eastAsia="zh-CN"/>
        </w:rPr>
        <w:br/>
      </w:r>
      <w:r>
        <w:rPr>
          <w:lang w:eastAsia="zh-CN"/>
        </w:rPr>
        <w:t>　　一、进一步健全和完善安全防范体系</w:t>
      </w:r>
      <w:r>
        <w:rPr>
          <w:lang w:eastAsia="zh-CN"/>
        </w:rPr>
        <w:br/>
      </w:r>
      <w:r>
        <w:rPr>
          <w:lang w:eastAsia="zh-CN"/>
        </w:rPr>
        <w:t>　　1.组织落实</w:t>
      </w:r>
      <w:r>
        <w:rPr>
          <w:lang w:eastAsia="zh-CN"/>
        </w:rPr>
        <w:br/>
      </w:r>
      <w:r>
        <w:rPr>
          <w:lang w:eastAsia="zh-CN"/>
        </w:rPr>
        <w:t>　　自从10月10日接手保安部以来，根据酒店治安、消防的需要，建立了防火委员会。现人员有变动，重新调整了防火委员会，总经理担任防火委员会主任，副总经理担任副主任，各部门经理任委员。按照“谁主管，谁负责”的原则，落实了三级安全管理目标责任书。</w:t>
      </w:r>
      <w:r>
        <w:rPr>
          <w:lang w:eastAsia="zh-CN"/>
        </w:rPr>
        <w:br/>
      </w:r>
      <w:r>
        <w:rPr>
          <w:lang w:eastAsia="zh-CN"/>
        </w:rPr>
        <w:t>　　2.制度落实</w:t>
      </w:r>
      <w:r>
        <w:rPr>
          <w:lang w:eastAsia="zh-CN"/>
        </w:rPr>
        <w:br/>
      </w:r>
      <w:r>
        <w:rPr>
          <w:lang w:eastAsia="zh-CN"/>
        </w:rPr>
        <w:t>　　为了确保酒店的安全，我们从酒店的实际情况出发，建立了一套安全防范的制度，使治安消防安全工作真真做到有章可循、有据可依。为此我们建立了火警火灾处置预案、各重点部位岗位责任制、大门岗职责、巡逻岗位职责、停车场岗位职责、突发事件保卫工作程序、消防重点部位档案等。同时落实了公安局、派出所规定的客人资料登记制度，做到认真登记，及时上传。</w:t>
      </w:r>
      <w:r>
        <w:rPr>
          <w:lang w:eastAsia="zh-CN"/>
        </w:rPr>
        <w:br/>
      </w:r>
      <w:r>
        <w:rPr>
          <w:lang w:eastAsia="zh-CN"/>
        </w:rPr>
        <w:t>　　3.宣传教育落实</w:t>
      </w:r>
      <w:r>
        <w:rPr>
          <w:lang w:eastAsia="zh-CN"/>
        </w:rPr>
        <w:br/>
      </w:r>
      <w:r>
        <w:rPr>
          <w:lang w:eastAsia="zh-CN"/>
        </w:rPr>
        <w:t>　　为了使消防、安全工作深入人心，增强员工的消防安全意识，我们采取有计划多形式地对员工进行消防安全的宣传、教育、培训，今年以来我部共培训员工怎么样使用灭火机150人次，消防安全知识考试170人次，观看消防安全影像资料140人次，同时将消防安全常识发放到各部门、租赁单位进行宣传。使员工懂得防止火灾的基本措施和扑救火灾的基本方法，提高预防火灾的警惕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二、落实安全检查，确保酒店安全。</w:t>
      </w:r>
      <w:r>
        <w:rPr>
          <w:lang w:eastAsia="zh-CN"/>
        </w:rPr>
        <w:br/>
      </w:r>
      <w:r>
        <w:rPr>
          <w:lang w:eastAsia="zh-CN"/>
        </w:rPr>
        <w:t>　　为了使消防安全工作落实到实处，我们贯彻落实酒店总经理、我部门每周一、三、五每次晨会强调安全防范的指示精神，布置安全防范的内容，加强安全检查。针对二楼餐厅装修的施工场地，时间长，任务重，我们落实重点防范，加强巡逻检查次数，在装修有几个月中我们派保安专人现场进行监护，同时落实动火审批制度，做到不审批不准动火，没有操作证，不准动火，真正地把安全工作落实到实处。</w:t>
      </w:r>
      <w:r>
        <w:rPr>
          <w:lang w:eastAsia="zh-CN"/>
        </w:rPr>
        <w:br/>
      </w:r>
      <w:r>
        <w:rPr>
          <w:lang w:eastAsia="zh-CN"/>
        </w:rPr>
        <w:t>　　接手以来，落实安全巡逻检查200余次，每半月组织安全大检查4次，同时安全检查发现不安全因素13起(例：1.灭火机过期失效。2.厨房操作间没有配备灭火毯。3消防栓缺少配件。)等情况。针对查出来的问题，我们都已下达了整改通知书，责令其限期整改，除部分灭火器未年审外，其余均整改完毕。</w:t>
      </w:r>
      <w:r>
        <w:rPr>
          <w:lang w:eastAsia="zh-CN"/>
        </w:rPr>
        <w:br/>
      </w:r>
      <w:r>
        <w:rPr>
          <w:lang w:eastAsia="zh-CN"/>
        </w:rPr>
        <w:t>　　三、树服务品牌，抓学习、管理</w:t>
      </w:r>
      <w:r>
        <w:rPr>
          <w:lang w:eastAsia="zh-CN"/>
        </w:rPr>
        <w:br/>
      </w:r>
      <w:r>
        <w:rPr>
          <w:lang w:eastAsia="zh-CN"/>
        </w:rPr>
        <w:t>　　1.组织学习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作为一个酒店，抓服务质量，首先是抓人，要抓自身建设，抓好员工的思想，素质。只有这样才能使员工真正懂得服务的目的。我们落实每月4次全体保安会议。充分利用会议与员工交流，剖解正反案例，灌输我们酒店为客人服务的宗旨。同时在会议时比较好的员工及时进行表扬，对表现不好的员工进行严肃批评，同时对员工要进行要加强铁的纪律教育，尤其是我们大门岗的员工，接触人多面广，更加要做到这一点，例如：在今年11月9日那天，我们的领班孔维龙在大门岗看见一位客人乱停车，把汽车停在进口处，挡住了去后院的路，就去跟这位司机讲，不要停在这里，影响其它车辆进出，他一定要停在这里，再次跟他讲时，他不但不听，反而骂人，并动手打了我们领班两拳，踢了一脚，我们领班始终没有还手，后被拉开。当时对面移动公司的人看了也非常生气，对我们主管讲，你为什么不帮你们员工打这位司机。从这件事看，正因为我们经常开会学习，强调铁的纪律，使得我们从主管到员工都能够做到这一点，能做到忍字。</w:t>
      </w:r>
      <w:r>
        <w:rPr>
          <w:lang w:eastAsia="zh-CN"/>
        </w:rPr>
        <w:br/>
      </w:r>
      <w:r>
        <w:rPr>
          <w:lang w:eastAsia="zh-CN"/>
        </w:rPr>
        <w:t>　　为此在全体保安会议上大力表扬了领班孔维龙，同时剖解了这起案例：如果当时还手，心情得到平衡，但是损失会更大，会直接影响我们大门岗保安在客人及周围群众的声誉。甚至会对我们保安产生不好的看法，正因为我们有这样的保安，主要是酒店领导在平时教育，培养的结果。</w:t>
      </w:r>
      <w:r>
        <w:rPr>
          <w:lang w:eastAsia="zh-CN"/>
        </w:rPr>
        <w:br/>
      </w:r>
      <w:r>
        <w:rPr>
          <w:lang w:eastAsia="zh-CN"/>
        </w:rPr>
        <w:t xml:space="preserve">    有关保安工作总结 篇15 </w:t>
      </w:r>
      <w:r>
        <w:rPr>
          <w:lang w:eastAsia="zh-CN"/>
        </w:rPr>
        <w:br/>
      </w:r>
      <w:r>
        <w:rPr>
          <w:lang w:eastAsia="zh-CN"/>
        </w:rPr>
        <w:t>　　一、本月工作</w:t>
      </w:r>
      <w:r>
        <w:rPr>
          <w:lang w:eastAsia="zh-CN"/>
        </w:rPr>
        <w:br/>
      </w:r>
      <w:r>
        <w:rPr>
          <w:lang w:eastAsia="zh-CN"/>
        </w:rPr>
        <w:t>　　1、本月保安员组织了消防安全、消防技能、自救及组织人员疏散逃生和消防设施设备的使用等消防方面的知识作出进一步的培训，更好的提高安全意识，对日常的消防安全、隐患排查和突发事件的处理有了良好的基础。</w:t>
      </w:r>
      <w:r>
        <w:rPr>
          <w:lang w:eastAsia="zh-CN"/>
        </w:rPr>
        <w:br/>
      </w:r>
      <w:r>
        <w:rPr>
          <w:lang w:eastAsia="zh-CN"/>
        </w:rPr>
        <w:t>　　2、纪律方面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加强了对保安员的纪律管理与监督，严格要求保安员遵守酒店的各项规章制度，认真履行自己的工作职责，从而提升保安员的工作质量，但是因为保安员年龄大、素质差所以提升不大。</w:t>
      </w:r>
      <w:r>
        <w:rPr>
          <w:lang w:eastAsia="zh-CN"/>
        </w:rPr>
        <w:br/>
      </w:r>
      <w:r>
        <w:rPr>
          <w:lang w:eastAsia="zh-CN"/>
        </w:rPr>
        <w:t>　　3、卫生</w:t>
      </w:r>
      <w:r>
        <w:rPr>
          <w:lang w:eastAsia="zh-CN"/>
        </w:rPr>
        <w:br/>
      </w:r>
      <w:r>
        <w:rPr>
          <w:lang w:eastAsia="zh-CN"/>
        </w:rPr>
        <w:t>　　卫生方面对员工加强管理与指导，面对秋季树叶落的较多，风比较大，卫生打扫方面工作较繁重，我保安员对卫生方面工作都认真负责，保障了酒店外围区域卫生的干净度，养成良好的习惯。</w:t>
      </w:r>
      <w:r>
        <w:rPr>
          <w:lang w:eastAsia="zh-CN"/>
        </w:rPr>
        <w:br/>
      </w:r>
      <w:r>
        <w:rPr>
          <w:lang w:eastAsia="zh-CN"/>
        </w:rPr>
        <w:t>　　4、礼仪礼貌</w:t>
      </w:r>
      <w:r>
        <w:rPr>
          <w:lang w:eastAsia="zh-CN"/>
        </w:rPr>
        <w:br/>
      </w:r>
      <w:r>
        <w:rPr>
          <w:lang w:eastAsia="zh-CN"/>
        </w:rPr>
        <w:t>　　本月中旬对全体保安员礼仪礼貌方面做了培训，但是效果很不明显，针对保安员礼仪礼貌不能完全提升，我会在以后的.工作中更加努力的让保安员做到最好。</w:t>
      </w:r>
      <w:r>
        <w:rPr>
          <w:lang w:eastAsia="zh-CN"/>
        </w:rPr>
        <w:br/>
      </w:r>
      <w:r>
        <w:rPr>
          <w:lang w:eastAsia="zh-CN"/>
        </w:rPr>
        <w:t>　　5、仪容仪表</w:t>
      </w:r>
      <w:r>
        <w:rPr>
          <w:lang w:eastAsia="zh-CN"/>
        </w:rPr>
        <w:br/>
      </w:r>
      <w:r>
        <w:rPr>
          <w:lang w:eastAsia="zh-CN"/>
        </w:rPr>
        <w:t>　　保安员是酒店的第一形象，我一直想把保安员做成酒店的形象保安，但是因为条件所致，不能达到“形象”两字，现在被都种条件所制约；如：年龄、素质、工作时间、待遇、服装等。在以后的工作中，我会根据现有的条件和实际情况进行培训，争取做到最好。</w:t>
      </w:r>
      <w:r>
        <w:rPr>
          <w:lang w:eastAsia="zh-CN"/>
        </w:rPr>
        <w:br/>
      </w:r>
      <w:r>
        <w:rPr>
          <w:lang w:eastAsia="zh-CN"/>
        </w:rPr>
        <w:t>　　6、宿舍方面</w:t>
      </w:r>
      <w:r>
        <w:rPr>
          <w:lang w:eastAsia="zh-CN"/>
        </w:rPr>
        <w:br/>
      </w:r>
      <w:r>
        <w:rPr>
          <w:lang w:eastAsia="zh-CN"/>
        </w:rPr>
        <w:t>　　对于宿舍的住宿情况，配合质检和宿管采取加大检查和监督的力度。</w:t>
      </w:r>
      <w:r>
        <w:rPr>
          <w:lang w:eastAsia="zh-CN"/>
        </w:rPr>
        <w:br/>
      </w:r>
      <w:r>
        <w:rPr>
          <w:lang w:eastAsia="zh-CN"/>
        </w:rPr>
        <w:t>　　二、工作中存在的不足之处</w:t>
      </w:r>
      <w:r>
        <w:rPr>
          <w:lang w:eastAsia="zh-CN"/>
        </w:rPr>
        <w:br/>
      </w:r>
      <w:r>
        <w:rPr>
          <w:lang w:eastAsia="zh-CN"/>
        </w:rPr>
        <w:t>　　1、一些保安员在日常工作中纪律观念不强，责任心不强，对工作态度不端正应加强管理与监督。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2、在保安负责的一些区域卫生不够彻底、不到位的地方，对这些区域应加大对员工清扫检查和指导力度，确保此类事件不再发生。3、部分员工在值班期间有认真、不仔细甚至睡觉的现象，已让其改正。</w:t>
      </w:r>
      <w:r>
        <w:rPr>
          <w:lang w:eastAsia="zh-CN"/>
        </w:rPr>
        <w:br/>
      </w:r>
      <w:r>
        <w:rPr>
          <w:lang w:eastAsia="zh-CN"/>
        </w:rPr>
        <w:t>　　三、下月工作安排</w:t>
      </w:r>
      <w:r>
        <w:rPr>
          <w:lang w:eastAsia="zh-CN"/>
        </w:rPr>
        <w:br/>
      </w:r>
      <w:r>
        <w:rPr>
          <w:lang w:eastAsia="zh-CN"/>
        </w:rPr>
        <w:t>　　1、加大对员工的管理力度，调动员工作积极性、主动性，进一步完善安保工作中存在的一些问题。</w:t>
      </w:r>
      <w:r>
        <w:rPr>
          <w:lang w:eastAsia="zh-CN"/>
        </w:rPr>
        <w:br/>
      </w:r>
      <w:r>
        <w:rPr>
          <w:lang w:eastAsia="zh-CN"/>
        </w:rPr>
        <w:t>　　2、加大消防检查力度，提高全员防范意识及处置事故的能力，排除一切安全隐患。</w:t>
      </w:r>
      <w:r>
        <w:rPr>
          <w:lang w:eastAsia="zh-CN"/>
        </w:rPr>
        <w:br/>
      </w:r>
      <w:r>
        <w:rPr>
          <w:lang w:eastAsia="zh-CN"/>
        </w:rPr>
        <w:t>　　3、对员工的礼节礼貌严格监督，确保执行力度到位、工作服务到位，提升酒店的整体形象。</w:t>
      </w:r>
      <w:r>
        <w:rPr>
          <w:lang w:eastAsia="zh-CN"/>
        </w:rPr>
        <w:br/>
      </w:r>
      <w:r>
        <w:rPr>
          <w:lang w:eastAsia="zh-CN"/>
        </w:rPr>
        <w:t>　　4、卫生检查加大力度，日常卫生中存在的问题让其及时改正，确保各区域卫生状况良好。</w:t>
      </w:r>
      <w:r>
        <w:rPr>
          <w:lang w:eastAsia="zh-CN"/>
        </w:rPr>
        <w:br/>
      </w:r>
      <w:r>
        <w:rPr>
          <w:lang w:eastAsia="zh-CN"/>
        </w:rPr>
        <w:t>　　5、配合酒店各部门，完成酒店的日常管理工作。</w:t>
      </w:r>
      <w:r>
        <w:rPr>
          <w:lang w:eastAsia="zh-CN"/>
        </w:rPr>
        <w:br/>
      </w:r>
      <w:r>
        <w:rPr>
          <w:lang w:eastAsia="zh-CN"/>
        </w:rPr>
        <w:t xml:space="preserve">    有关保安工作总结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年是贯彻实施《保安服务管理条例》的开局之年，也是市保安服务公司健康快速发展的一年。一年来，在保安协会和市公安局的正确指导下，坚持确保社会和谐稳定的核心服务理念，紧紧围绕保安协会和__市公安局的各项指示精神，认真贯彻落实年初各项工作部署，团结并带领广大员工以保一方平安为己任，开拓创新，拼搏奋进，狠抓思想教育和业务技能培训，加大队伍建设的力度，强化日常管理，竭尽全力为甲方提供优质服务，圆满完成了全年的各项工作任务，实现了社会效益与经济效益双丰收。目前，《保安服务管理条例》得到全面贯彻落实，保安队伍综合素质进一步提高，有效地履行了为经济社会发展保驾护航的职责，公司呈现出生机勃勃的活力和良好发展势头。</w:t>
      </w:r>
      <w:r>
        <w:rPr>
          <w:lang w:eastAsia="zh-CN"/>
        </w:rPr>
        <w:br/>
      </w:r>
      <w:r>
        <w:rPr>
          <w:lang w:eastAsia="zh-CN"/>
        </w:rPr>
        <w:t>　　一、基本情况</w:t>
      </w:r>
      <w:r>
        <w:rPr>
          <w:lang w:eastAsia="zh-CN"/>
        </w:rPr>
        <w:br/>
      </w:r>
      <w:r>
        <w:rPr>
          <w:lang w:eastAsia="zh-CN"/>
        </w:rPr>
        <w:t>　　公司现有在职员工439人，(男345人，女94人;汉族358人，少数民族81人)，其中管理人员__人，保安管理部357人，护运中心61人。全年共执行临时性值勤任务1300多人次，消除各类安全隐患40余起，抓获小偷8次，挽回经济损失10余万元，做好人好事近百次，有效地维护了一方平安，得到人民群众的广泛拥护与一致支持，全年收到表扬信、锦旗10余面封。</w:t>
      </w:r>
      <w:r>
        <w:rPr>
          <w:lang w:eastAsia="zh-CN"/>
        </w:rPr>
        <w:br/>
      </w:r>
      <w:r>
        <w:rPr>
          <w:lang w:eastAsia="zh-CN"/>
        </w:rPr>
        <w:t>　　二、下半年主要工作</w:t>
      </w:r>
      <w:r>
        <w:rPr>
          <w:lang w:eastAsia="zh-CN"/>
        </w:rPr>
        <w:br/>
      </w:r>
      <w:r>
        <w:rPr>
          <w:lang w:eastAsia="zh-CN"/>
        </w:rPr>
        <w:t>　　1.加强教育培训，队伍综合素质进一步提高。</w:t>
      </w:r>
      <w:r>
        <w:rPr>
          <w:lang w:eastAsia="zh-CN"/>
        </w:rPr>
        <w:br/>
      </w:r>
      <w:r>
        <w:rPr>
          <w:lang w:eastAsia="zh-CN"/>
        </w:rPr>
        <w:t>　　2.强化相关制度的学习和训练，队伍工作能力进一步加强。</w:t>
      </w:r>
      <w:r>
        <w:rPr>
          <w:lang w:eastAsia="zh-CN"/>
        </w:rPr>
        <w:br/>
      </w:r>
      <w:r>
        <w:rPr>
          <w:lang w:eastAsia="zh-CN"/>
        </w:rPr>
        <w:t>　　3.完善防范机制，安全说话任务圆满完成。</w:t>
      </w:r>
      <w:r>
        <w:rPr>
          <w:lang w:eastAsia="zh-CN"/>
        </w:rPr>
        <w:br/>
      </w:r>
      <w:r>
        <w:rPr>
          <w:lang w:eastAsia="zh-CN"/>
        </w:rPr>
        <w:t>　　4.强调安全运行，护运中心实现健康发展。</w:t>
      </w:r>
      <w:r>
        <w:rPr>
          <w:lang w:eastAsia="zh-CN"/>
        </w:rPr>
        <w:br/>
      </w:r>
      <w:r>
        <w:rPr>
          <w:lang w:eastAsia="zh-CN"/>
        </w:rPr>
        <w:t>　　5.坚持改革创新，市场服务能力稳步提升。</w:t>
      </w:r>
      <w:r>
        <w:rPr>
          <w:lang w:eastAsia="zh-CN"/>
        </w:rPr>
        <w:br/>
      </w:r>
      <w:r>
        <w:rPr>
          <w:lang w:eastAsia="zh-CN"/>
        </w:rPr>
        <w:t>　　6.开展家园建设活动，公司形象建设取得重大进展。</w:t>
      </w:r>
      <w:r>
        <w:rPr>
          <w:lang w:eastAsia="zh-CN"/>
        </w:rPr>
        <w:br/>
      </w:r>
      <w:r>
        <w:rPr>
          <w:lang w:eastAsia="zh-CN"/>
        </w:rPr>
        <w:t>　　三、存在的问题与不足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年来，在协会和市局的大力帮助下，在社会各界的支持下，公司各项事业全面发展，取得了出色的成绩，但也存在一些不足：一是对新队员培训工作不够及时。由于新队员招收零散，新队员的上岗培训主要采取边上岗边培训的方式，培训还不够系统规范，在培训力度上需要加强和完善，员工的整体素质还有待于进一步提高;二是由于今年当地物价上涨过快，员工工资相对较低，出现人员流失率较高的情况;三是员工的业余文化生活不够丰富，党、团员骨干的先锋模范作用未能充分发挥，企业文化建设有待加强。</w:t>
      </w:r>
      <w:r>
        <w:rPr>
          <w:lang w:eastAsia="zh-CN"/>
        </w:rPr>
        <w:br/>
      </w:r>
      <w:r>
        <w:rPr>
          <w:lang w:eastAsia="zh-CN"/>
        </w:rPr>
        <w:t>　　以上是对公司上班年工作情况所作出的一个总结，希望在接下来的运营中，公司能够再创辉煌!</w:t>
      </w:r>
      <w:r>
        <w:rPr>
          <w:lang w:eastAsia="zh-CN"/>
        </w:rPr>
        <w:br/>
      </w:r>
      <w:r>
        <w:rPr>
          <w:lang w:eastAsia="zh-CN"/>
        </w:rPr>
        <w:t xml:space="preserve">    有关保安工作总结 篇17 </w:t>
      </w:r>
      <w:r>
        <w:rPr>
          <w:lang w:eastAsia="zh-CN"/>
        </w:rPr>
        <w:br/>
      </w:r>
      <w:r>
        <w:rPr>
          <w:lang w:eastAsia="zh-CN"/>
        </w:rPr>
        <w:t>　　我是去年的12月份来到__公司的，在随后的三个月里，我荣幸的成为了一名保安队长。在担任队长的那段时间里，我努力工作，刻苦学习，很快的就明白了担任队长应该具有怎样的职责。现在，我就对过去的一段工作时间做下总结：</w:t>
      </w:r>
      <w:r>
        <w:rPr>
          <w:lang w:eastAsia="zh-CN"/>
        </w:rPr>
        <w:br/>
      </w:r>
      <w:r>
        <w:rPr>
          <w:lang w:eastAsia="zh-CN"/>
        </w:rPr>
        <w:t>　　一、队伍建设及安全礼仪服务</w:t>
      </w:r>
      <w:r>
        <w:rPr>
          <w:lang w:eastAsia="zh-CN"/>
        </w:rPr>
        <w:br/>
      </w:r>
      <w:r>
        <w:rPr>
          <w:lang w:eastAsia="zh-CN"/>
        </w:rPr>
        <w:t>　　1、保安队伍的组建，入职条件必须是政治合格，无犯罪记录，诚实、守信，要具备爱岗敬业精神，服务和服从意识要强。入职前要通过试用期，确保每位保安员符合公司的要求，现有保安14认，7人是退伍军人，7人是有责任心的青年，是一支比较有进取心、有凝聚力的队伍。</w:t>
      </w:r>
      <w:r>
        <w:rPr>
          <w:lang w:eastAsia="zh-CN"/>
        </w:rPr>
        <w:br/>
      </w:r>
      <w:r>
        <w:rPr>
          <w:lang w:eastAsia="zh-CN"/>
        </w:rPr>
        <w:t>　　2、对新入职保安员进行专业知识培训以防火、防盗、防破坏为重点，突发性事件的处理，应急能力的培训。经试用合格后上岗，保证工作正常开展。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3、加强工作职责的培训和提升，服务礼仪的培训，礼貌值班、文明接待来访人员。在公司规章制度范围内，尽量为来访人员提供便利，加强语言沟通能力的.培训，培养提升服务的价值观，树立良好的服务形象。</w:t>
      </w:r>
      <w:r>
        <w:rPr>
          <w:lang w:eastAsia="zh-CN"/>
        </w:rPr>
        <w:br/>
      </w:r>
      <w:r>
        <w:rPr>
          <w:lang w:eastAsia="zh-CN"/>
        </w:rPr>
        <w:t>　　4、在节日、庆典活动中，协作办公室做好了后勤保障工作，会场的布置，和现场保卫工作，礼仪服务善始善终。并受到公司领导的好评，通过在日常巡查工作中，定时定点巡查、消除了安全隐患，确保无损坏和盗窃事件发生。</w:t>
      </w:r>
      <w:r>
        <w:rPr>
          <w:lang w:eastAsia="zh-CN"/>
        </w:rPr>
        <w:br/>
      </w:r>
      <w:r>
        <w:rPr>
          <w:lang w:eastAsia="zh-CN"/>
        </w:rPr>
        <w:t>　　二、制度的建立与完善</w:t>
      </w:r>
      <w:r>
        <w:rPr>
          <w:lang w:eastAsia="zh-CN"/>
        </w:rPr>
        <w:br/>
      </w:r>
      <w:r>
        <w:rPr>
          <w:lang w:eastAsia="zh-CN"/>
        </w:rPr>
        <w:t>　　1、工作的规范有序、卓有成效的关键是靠科学适用的制度作保证，“不以规矩，不成方圆。自升任队长后，我对值班、交接班、学习、训练等方面都出台了一整套严格、实用的制度，对团队实行准军事化管理，用制度来规范大家的行为，用制度来保证工作任务的完成。</w:t>
      </w:r>
      <w:r>
        <w:rPr>
          <w:lang w:eastAsia="zh-CN"/>
        </w:rPr>
        <w:br/>
      </w:r>
      <w:r>
        <w:rPr>
          <w:lang w:eastAsia="zh-CN"/>
        </w:rPr>
        <w:t>　　2、制定、建立健全保安队各项任务、保安工作守则，各岗位职责、会议制度、培训制度、查岗巡查制度、奖罚制度、工作请示汇报制度、人员车辆物品出入检查登记制度，并一一完善存档，以敏捷快速反应来推动安全，通过这些制度进一步完善、落实，使我们提升服务形象，用更专业、更敬业的态度赢得领导及员工对保安工作的支持和信任，并随机抽查保安各岗来保障制度落实。</w:t>
      </w:r>
      <w:r>
        <w:rPr>
          <w:lang w:eastAsia="zh-CN"/>
        </w:rPr>
        <w:br/>
      </w:r>
      <w:r>
        <w:rPr>
          <w:lang w:eastAsia="zh-CN"/>
        </w:rPr>
        <w:t>　　3,并配合公安局制定并完善了有市局统一制定的：名为“管辖单位监管系统的一个软件，资料定时更新，通过系统，可以优先的查阅个公司安保人员的一切个人信息，为安保工作提供了很大的帮助。</w:t>
      </w:r>
      <w:r>
        <w:rPr>
          <w:lang w:eastAsia="zh-CN"/>
        </w:rPr>
        <w:br/>
      </w:r>
      <w:r>
        <w:rPr>
          <w:lang w:eastAsia="zh-CN"/>
        </w:rPr>
        <w:t>　　三、几次大型接待活动的保卫工作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自公司会展中心落成后，首先迎来的是建党九十周年红歌比赛，第一届山煤趣味运动会及山煤集团廉政表彰大会，在活动期间，我们既是参赛方，又是主办方，既要参加比赛还不能丢掉接待工作，一共42个兄弟公司，人多，车多，又是第一次举行类似活动，活动前都做了详细的准备工作，保卫，消防，车辆的进出，形式路线，还有一些突发事件的应急准备，可以说是任务繁重。保卫科全体人员在活动期间一直是全员在位，任劳任怨，比赛工作两不误，在确保工作的情况下，并取得了优异的成绩，获得了公司领导的好评。</w:t>
      </w:r>
      <w:r>
        <w:rPr>
          <w:lang w:eastAsia="zh-CN"/>
        </w:rPr>
        <w:br/>
      </w:r>
      <w:r>
        <w:rPr>
          <w:lang w:eastAsia="zh-CN"/>
        </w:rPr>
        <w:t>　　1、消防工作一直是安全工作的重中之重，全公司紧紧围绕“安全第一，预防为主的安全生产方针，按照“谁主管，谁负责的原则，强化了消防安全工作的管理，加大宣传力度，全面提高了广大干部职工的消防安全意识，使公司的消防安全工作落到了实处。</w:t>
      </w:r>
      <w:r>
        <w:rPr>
          <w:lang w:eastAsia="zh-CN"/>
        </w:rPr>
        <w:br/>
      </w:r>
      <w:r>
        <w:rPr>
          <w:lang w:eastAsia="zh-CN"/>
        </w:rPr>
        <w:t>　　2、自年初起，公司先后两次共五名保安人员参加了有山西省消防总队组织消防管理人培训，回来后对消防工作有了很大的提升，加强了公司的相仿安全工作。并且全体人员都参加了，有经济开发区消防大队在我公司举行的消防知识培训，增加了全体人员的消防意识与实际的操作应急能力。通过培训和演练，有效地提高员工防患意识和应急、自救、逃生的能力，为现实生命安全提供了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自接到有消防总队下发的建设“四个能力的防火墙工程后，积极完善消防资料，健全职责，明确责任，切实从基础抓起，员工培训，学习，值班记录，制度上墙，日常的维护，检测，保养，消防演练，应对消防上级领导的检查，并取得了，消防安全两星级企业的称号，并在由经济开发区消防大队举行的消防知识竞赛和技能大比武中，取得了不错的成绩，得到了上级领导的认可。</w:t>
      </w:r>
      <w:r>
        <w:rPr>
          <w:lang w:eastAsia="zh-CN"/>
        </w:rPr>
        <w:br/>
      </w:r>
      <w:r>
        <w:rPr>
          <w:lang w:eastAsia="zh-CN"/>
        </w:rPr>
        <w:t>　　回顾过去，把握未来，在新的一年，我将更加努力，更加刻苦，为做好安保工作而奋斗。</w:t>
      </w:r>
      <w:r>
        <w:rPr>
          <w:lang w:eastAsia="zh-CN"/>
        </w:rPr>
        <w:br/>
      </w:r>
      <w:r>
        <w:rPr>
          <w:lang w:eastAsia="zh-CN"/>
        </w:rPr>
        <w:t xml:space="preserve">    有关保安工作总结 篇18 </w:t>
      </w:r>
      <w:r>
        <w:rPr>
          <w:lang w:eastAsia="zh-CN"/>
        </w:rPr>
        <w:br/>
      </w:r>
      <w:r>
        <w:rPr>
          <w:lang w:eastAsia="zh-CN"/>
        </w:rPr>
        <w:t>　　20__年在公司领导下，坚持预防为主、防治结合、加强教育、群防群治的原则，通过安全教育，增强员工的安全意识和自我防护能力;通过齐抓共管，营造员工关心和支持安全工作的局面，从而切实保障员工安全和财产不受损失，维护厂区正常的生产秩序。</w:t>
      </w:r>
      <w:r>
        <w:rPr>
          <w:lang w:eastAsia="zh-CN"/>
        </w:rPr>
        <w:br/>
      </w:r>
      <w:r>
        <w:rPr>
          <w:lang w:eastAsia="zh-CN"/>
        </w:rPr>
        <w:t>　　一、领导重视措施有力</w:t>
      </w:r>
      <w:r>
        <w:rPr>
          <w:lang w:eastAsia="zh-CN"/>
        </w:rPr>
        <w:br/>
      </w:r>
      <w:r>
        <w:rPr>
          <w:lang w:eastAsia="zh-CN"/>
        </w:rPr>
        <w:t>　　为进一步做好安全教育工作，切实加强对安全教育工作的领导，把安全工作列入重要议事日程，公司总经理直接抓，分管部门具体抓，办公室、保卫科具体分工负责组织实施。</w:t>
      </w:r>
      <w:r>
        <w:rPr>
          <w:lang w:eastAsia="zh-CN"/>
        </w:rPr>
        <w:br/>
      </w:r>
      <w:r>
        <w:rPr>
          <w:lang w:eastAsia="zh-CN"/>
        </w:rPr>
        <w:t>　　二、制度保证措施到位</w:t>
      </w:r>
      <w:r>
        <w:rPr>
          <w:lang w:eastAsia="zh-CN"/>
        </w:rPr>
        <w:br/>
      </w:r>
      <w:r>
        <w:rPr>
          <w:lang w:eastAsia="zh-CN"/>
        </w:rPr>
        <w:t>　　1、建立安全保卫工作领导责任制和责任追究制。将安全保卫工作列入各有关处室的目标考核内容，并进行严格考核，严格执行责任追究制度，对造成重大安全事故的，要严肃追究有关领导及直接责任人的责任。</w:t>
      </w:r>
      <w:r>
        <w:rPr>
          <w:lang w:eastAsia="zh-CN"/>
        </w:rPr>
        <w:br/>
      </w:r>
      <w:r>
        <w:rPr>
          <w:lang w:eastAsia="zh-CN"/>
        </w:rPr>
        <w:t>　　2、签订责任书。公司与科室和车间主任层层签订责任书，明确各自的职责。明确了应做的工作和应负的责任。将安全教育工作作为对员工考核的重要内容，实行一票否决制度。贯彻“谁主管，谁负责”的原则，做到职责明确，责任到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不断完善安全保卫工作规章制度。建立安全保卫工作的各项规章制度，并根据安全保卫工作形势的发展，不断完善充实。建立健全定期检查和日常防范相结合的安全管理制度，以及员工管理、门卫值班、巡逻值班、防火防灾、食品卫生管理、防火安全管理、健康体检等规章制度.严禁组织员工从事不符合国家有关规定的危险性工作，对涉及厂区安全保卫的各项工作，都要做到有章可循，违章必究，不留盲点，不出漏洞。</w:t>
      </w:r>
      <w:r>
        <w:rPr>
          <w:lang w:eastAsia="zh-CN"/>
        </w:rPr>
        <w:br/>
      </w:r>
      <w:r>
        <w:rPr>
          <w:lang w:eastAsia="zh-CN"/>
        </w:rPr>
        <w:t>　　4、建立安全意外事故处置预案制度。建立事故处置领导小组，制定了意外事故处置预案制度。</w:t>
      </w:r>
      <w:r>
        <w:rPr>
          <w:lang w:eastAsia="zh-CN"/>
        </w:rPr>
        <w:br/>
      </w:r>
      <w:r>
        <w:rPr>
          <w:lang w:eastAsia="zh-CN"/>
        </w:rPr>
        <w:t>　　三、齐抓共管群防群治</w:t>
      </w:r>
      <w:r>
        <w:rPr>
          <w:lang w:eastAsia="zh-CN"/>
        </w:rPr>
        <w:br/>
      </w:r>
      <w:r>
        <w:rPr>
          <w:lang w:eastAsia="zh-CN"/>
        </w:rPr>
        <w:t>　　安全教育工作是一项社会性的系统工程，需要社会、公司、家庭的密切配合。我们积极与市公安、卫生、综合治理等部门通力合作，做好公司安全保卫工作，学校组织开展一系列道德、法制教育活动，取得了良好的教育效果。</w:t>
      </w:r>
      <w:r>
        <w:rPr>
          <w:lang w:eastAsia="zh-CN"/>
        </w:rPr>
        <w:br/>
      </w:r>
      <w:r>
        <w:rPr>
          <w:lang w:eastAsia="zh-CN"/>
        </w:rPr>
        <w:t>　　四、加强教育，促进自护</w:t>
      </w:r>
      <w:r>
        <w:rPr>
          <w:lang w:eastAsia="zh-CN"/>
        </w:rPr>
        <w:br/>
      </w:r>
      <w:r>
        <w:rPr>
          <w:lang w:eastAsia="zh-CN"/>
        </w:rPr>
        <w:t>　　我们以安全教育周为重点，经常性地对员工开展安全教育，特别是抓好交通、大型活动等的安全教育。</w:t>
      </w:r>
      <w:r>
        <w:rPr>
          <w:lang w:eastAsia="zh-CN"/>
        </w:rPr>
        <w:br/>
      </w:r>
      <w:r>
        <w:rPr>
          <w:lang w:eastAsia="zh-CN"/>
        </w:rPr>
        <w:t>　　认真做好安全教育周工作。安全教育周以厂区安全为主题，在安全教育周期间，组织学习安全教育工作文件，对厂区易发事故类型、重点部位保护、工作薄弱环节、各类人员安全意识与安全技能等方面，开展深入全面的大检查，消除隐患，有针对地扎实地开展教育和防范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五、加强检查，及时整改</w:t>
      </w:r>
      <w:r>
        <w:rPr>
          <w:lang w:eastAsia="zh-CN"/>
        </w:rPr>
        <w:br/>
      </w:r>
      <w:r>
        <w:rPr>
          <w:lang w:eastAsia="zh-CN"/>
        </w:rPr>
        <w:t>　　开展常规检查。把安全教育工作作为重点检查内容之一。对厂区进行全面的安全检查。冬季公司对电线和宿舍区进行防火安全检查。</w:t>
      </w:r>
      <w:r>
        <w:rPr>
          <w:lang w:eastAsia="zh-CN"/>
        </w:rPr>
        <w:br/>
      </w:r>
      <w:r>
        <w:rPr>
          <w:lang w:eastAsia="zh-CN"/>
        </w:rPr>
        <w:t xml:space="preserve">    有关保安工作总结 篇19 </w:t>
      </w:r>
      <w:r>
        <w:rPr>
          <w:lang w:eastAsia="zh-CN"/>
        </w:rPr>
        <w:br/>
      </w:r>
      <w:r>
        <w:rPr>
          <w:lang w:eastAsia="zh-CN"/>
        </w:rPr>
        <w:t>　　保安的工作，也是这个月告一段落，要结束了，回头看这月的工作，自己其实也是积极的把日常工作去做好，和同事一起配合做好小区的安保，确保小区的安全，同时自己也是有所收获，得到成长，在此也是对个人的保安工作来做好总结。</w:t>
      </w:r>
      <w:r>
        <w:rPr>
          <w:lang w:eastAsia="zh-CN"/>
        </w:rPr>
        <w:br/>
      </w:r>
      <w:r>
        <w:rPr>
          <w:lang w:eastAsia="zh-CN"/>
        </w:rPr>
        <w:t>　　在小区的保安工作之中，自己也是积极的做好该做的工作，无论是巡查，站岗，出入登记检查等，同时自己也是感受到的确保安的工作每日比较的单调，但是在这和单调里面也是需要我们严谨认真的去做好才行的，同时也是在这工作里头清楚，保安的工作是要对小区去负责，这个月小区也是没有发生什么大事，虽然也是有业主们有一些冲突矛盾，但是我们也是及时的去发现，并进行了制止，让小区是安全的，对于出入的人员也是做好确认，避免陌生人进入，或者可疑的人员，同时在巡查的过程之中，也是确保了消防设施是可以使用，去做好了检查，确保消防设施当有紧急情况下，是不会出问题的，这月也是天气炎热，我们也是在门卫处准备了一些凉茶，对于出入的人员予以消暑，特别是一些出入维修相关的人员更是如此，炎热的天气也是需要做好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个人来说，除了工作，自己也是每天回去之后会去反思，看看一天工作里头是否有还要改进的地方，特别是看是否有遗漏没做好的，时刻的提醒自己，作为保安，只有严谨细心才能确保工作做得更好一些。这月工作不是那么的多，所以我们也是参加了关于消防的培训学习，在这学习里面也是更了解了关于消防的相关知识，对于一些技巧，一些安全方面的了解更加的清楚了，多去学习，对于自己的保安工作也是可以更好的做好，虽然自己仅仅只是在小区的基础保安工作，但是我也是清楚，无论是在什么样的岗位上，学习都是非常重要，只有自己不断的成长，去进步，那么当有机会到来，自己才能去抓住，同时也是感受得到，的确收获到的，也是让自己对于以后的工作更有信心去做好。</w:t>
      </w:r>
      <w:r>
        <w:rPr>
          <w:lang w:eastAsia="zh-CN"/>
        </w:rPr>
        <w:br/>
      </w:r>
      <w:r>
        <w:rPr>
          <w:lang w:eastAsia="zh-CN"/>
        </w:rPr>
        <w:t>　　八月的结束，也是意味着九月要带来，自己的工作也是要继续的来做，同时要不断的进步让自己把自身一些还不足的地方去提升，改进之后才能让保安工作做得更为出色，为小区的安全做好自己该尽的责任。</w:t>
      </w:r>
      <w:r>
        <w:rPr>
          <w:lang w:eastAsia="zh-CN"/>
        </w:rPr>
        <w:br/>
      </w:r>
      <w:r>
        <w:rPr>
          <w:lang w:eastAsia="zh-CN"/>
        </w:rPr>
        <w:t xml:space="preserve">    有关保安工作总结 篇20 </w:t>
      </w:r>
      <w:r>
        <w:rPr>
          <w:lang w:eastAsia="zh-CN"/>
        </w:rPr>
        <w:br/>
      </w:r>
      <w:r>
        <w:rPr>
          <w:lang w:eastAsia="zh-CN"/>
        </w:rPr>
        <w:t>　　今年，我_银行安全保卫工作在上级行办的正确领导下，认真贯彻落实全_银行案防工作会议精神，坚持以防为主，以查促防的指导思想，加强队伍建设，强化经警队伍管理，紧紧围绕控案防险工作目标，营造了“安全为集体，人人保安全”的良好氛围，在保卫工作中取得了一定成效，实现了年内无安全保卫责任事故的目标。</w:t>
      </w:r>
      <w:r>
        <w:rPr>
          <w:lang w:eastAsia="zh-CN"/>
        </w:rPr>
        <w:br/>
      </w:r>
      <w:r>
        <w:rPr>
          <w:lang w:eastAsia="zh-CN"/>
        </w:rPr>
        <w:t>　　一、抓思想教育，增强安全防范意识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一)强化安全责任机制。抓好防范保安全，强化责任是关键。我区农村_银行从健全组织领导机构入手，严格落实“一把手”负责制，把目标管理摆在重要位置，横到边，竖到底，不留死角，层层签订目标责任状，并实行风险责任金专项考核的责任制约机制，强化领导责任和全员参与意识，一级向一级负责。各分社领导带头认真学习贯彻上级文件精神，定期研究部署保卫工作，经常深入基层开展安全检查，时刻注意掌握辖内安全动态，及时解决保卫工作中存在的问题。</w:t>
      </w:r>
      <w:r>
        <w:rPr>
          <w:lang w:eastAsia="zh-CN"/>
        </w:rPr>
        <w:br/>
      </w:r>
      <w:r>
        <w:rPr>
          <w:lang w:eastAsia="zh-CN"/>
        </w:rPr>
        <w:t>　　(二)强化思想警示教育。今年来，我联社先后开展湖北_持枪抢劫案、湖南_持枪抢劫案件通报等专项警示教育6次，并举一反三，结合辖内社会治安形势，整顿思想，抓自查促整改，使广大员工对安全防范的严峻性、必要性有一个清醒的认识，增强忧患意识和紧迫感，克服麻痹和侥幸心理，警钟长鸣。</w:t>
      </w:r>
      <w:r>
        <w:rPr>
          <w:lang w:eastAsia="zh-CN"/>
        </w:rPr>
        <w:br/>
      </w:r>
      <w:r>
        <w:rPr>
          <w:lang w:eastAsia="zh-CN"/>
        </w:rPr>
        <w:t>　　(三)强化案防常识学习。我联社严格落实案防知识学习和教育制度，在每月一次的分社主任例会和会计集中时，坚持安全常识学习和教育，做到了上级文件必学，基础知识常温，基本操作熟知，“四防预案”铭心。经警队员还要单独进行安全保卫方面的技能训练和安全知识的学习，对上级行办通报的案例我们还进行了专项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四)强化案防意识教育。面对日趋严峻的治安形势，继8月份全_银行案防工作会议以后，联社领导审时度势，以宣传贯彻落实农村_银行案防制度为主线，以“强化安全防范措施，增强安全防范意识，着力整改安全隐患，提高安全防范能力”为内容，以“学、练、改”为措施，在全辖农村_银行掀起了强化安全防范意识教育主题活动，分学习制度文件、开展预案演练和排查整改隐患三个阶段，联社先后召开主任办公会和分社主任会专题研究部署全_银行案防工作，各分社层层动员，结合全_银行职业道德教育内容，进行形式多样的案防教育，取得较好的效果。据统计，活动期间全区以分社(部)为单位共组织学习24次，人均学习时间达10个小时，组织测试1次，同时还针对营业、守库、押送、枪弹、计算机操作及设备安全等方面的安全保卫制度落实情况进行了一次排查整改，整改安全隐患15处，坚持“三不放过”原则。通过活动的开展，有力地促进了全员按制度办事、依规程操作的自觉性，增强了全员居安思危的安全防范责任意识，提高了“四防”应急处置能力，为保障农村_银行安全营运夯实了思想“防护堤”。克服了过去“重业务轻保卫，重检查形式轻整改落实，重建制轻投入”的思想认识误区，形成了“花钱买平安，不惜投入保平安”的共识，有效促进安全保卫工作走向业务经营、安全运行并重的良性发展轨道。</w:t>
      </w:r>
      <w:r>
        <w:rPr>
          <w:lang w:eastAsia="zh-CN"/>
        </w:rPr>
        <w:br/>
      </w:r>
      <w:r>
        <w:rPr>
          <w:lang w:eastAsia="zh-CN"/>
        </w:rPr>
        <w:t>　　二、抓检查整改，加大安全管理力度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强化了检查整改。为促进安全保卫工作制度化、规范化，落实检查效果。年初，我们根据_办指示制定了安全保卫检查实施办法和违规违纪处罚实施细则，采取常规性检查与突击性抽查、白天查与晚上查、下乡随时查与重大节日专题查相结合的办法，时刻注意掌握辖内安全保卫工作动态，整改隐患，堵塞漏洞，防患于未然。今年来，我们采取听、查、问、试等方法，采取百分制形式，查制度看落实、查管理看漏洞、查设施看隐患、查思想看认识等方式将安全保卫工作纳入到每季综合考核工作目标，实行按季考核、按年兑现的工作新举措。</w:t>
      </w:r>
      <w:r>
        <w:rPr>
          <w:lang w:eastAsia="zh-CN"/>
        </w:rPr>
        <w:br/>
      </w:r>
      <w:r>
        <w:rPr>
          <w:lang w:eastAsia="zh-CN"/>
        </w:rPr>
        <w:t>　　(二)加强物防建设。今年来，在经费紧张的情况下，先后投入资金1、3万元，不断改进和加强安全设施建设，提高物防和技防水平，提高了安全系数。我们牢固树立“花钱保平安”的思想，贯彻从安全出发、从实际出发的原则，制定科学合理的安全设施建设计划，区别轻重缓急，分步实施，加大资金投入力度。一是加强了金库房安全设施建设。新置联社中心库房大保险柜_台，完善联社营业部守库房设备。新置排气扇一台、双层铁床_架，加固库房门_只。二是加强了押运安全设施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三)严格五项管理。一是严格了营业、守库、值班安全管理。各分社普遍建立了11项安全工作基本制度，制定了“四防”应急处置预案，并能做到制度上墙，内容入心，操作熟练。二是严格了押运安全管理。严格落实守、押安全制度，严格押运操作规程，确保了营业网点封包安全准时接送无差错，实现了押运无事故。三是严格了联防管理。各网点与四邻的机关单位或居民户、地方政府及公安派出所都建立了联防关系，签订联防协议，并加强了与联防户的联谊，使之能招之即来。五是严格了信息档案管理。四是严格了枪弹管理。普遍落实了枪弹管理安全责任制，严格实行枪弹分管等“十严”规范化管理制度，领用、交接手续严密，登记齐全，责任明确，并做到部门每周检查和领导按月检查监督，_保管实行定人定责擦洗保养制度，保持_性能良好，全年未出现任何违规持枪或滥用_现象，确保了枪弹管理安全。</w:t>
      </w:r>
      <w:r>
        <w:rPr>
          <w:lang w:eastAsia="zh-CN"/>
        </w:rPr>
        <w:br/>
      </w:r>
      <w:r>
        <w:rPr>
          <w:lang w:eastAsia="zh-CN"/>
        </w:rPr>
        <w:t>　　(四)突出了计算机安全管理。计算机的应用提高了工作效率，同时也给安全保卫工作带来新的课题。为强化计算机安全管理，我联社根据市办要求切实制定了计算机安全管理办法和计算机集中购置管理办法等，落实了管理责任，使计算机购置、安装、操作、使用、保养、业务备份管理等逐步走向规范化。同时，加大检查落实力度，对全辖计算机安全管理组织检查活动_次，对计算机系统用户和口令保护、数据安全、网络安全、硬件安装、病毒防范等方面进行了地毯式排查整改，确保了全辖计算机管理安全无事故。</w:t>
      </w:r>
      <w:r>
        <w:rPr>
          <w:lang w:eastAsia="zh-CN"/>
        </w:rPr>
        <w:br/>
      </w:r>
      <w:r>
        <w:rPr>
          <w:lang w:eastAsia="zh-CN"/>
        </w:rPr>
        <w:t>　　三、抓队伍建设，提高安全防范技能</w:t>
      </w:r>
      <w:r>
        <w:rPr>
          <w:lang w:eastAsia="zh-CN"/>
        </w:rPr>
        <w:br/>
      </w:r>
      <w:r>
        <w:rPr>
          <w:lang w:eastAsia="zh-CN"/>
        </w:rPr>
        <w:t>　　(一)加强经警队伍建设。按照_、_公安局和上级行办的要求，我联社今年对经警队伍调整充实，实行建档建册，统一管理。调整保卫人员_人，新增编经济民警_人，经警队员都经过人事和保卫部门的严格审核把关，具备身体健康，政治思想好，文化水平高，工作认真负责，年纪较轻的特点，保证了队伍的青春和活力，队伍素质和战斗力均大有提高。全年完成押运头寸任务_00次，均做到了安全、及时、无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二)努力提高生活和工作保障。经警担负着主要目标守卫和钞币押运的任务，工作突击性强，危险性高，勤务活动要求早出晚归，风雨无阻。为调动警队积极性和创造性，保持队伍良性发展，我们切实改善和落实保卫人员的劳保待遇，今年全辖不惜投入经费添置经警服装，并对经警队员运送头寸进行津贴补助制度，解决了队员后顾之忧，使队员从思想上减压卸负，安心工作。联社领导采取个别访谈、民主生活会形式，多次了解经警队员意见、建议，对有关保卫人员津贴补助、值班生活设施、休假等方面的问题予以妥善解决，充分调动了保卫人员的工作积极性。</w:t>
      </w:r>
      <w:r>
        <w:rPr>
          <w:lang w:eastAsia="zh-CN"/>
        </w:rPr>
        <w:br/>
      </w:r>
      <w:r>
        <w:rPr>
          <w:lang w:eastAsia="zh-CN"/>
        </w:rPr>
        <w:t>　　(三)加强技能培训。今年组织_名新入队经警参加_公安局的专业培训，进行队列、警容风纪、实弹射击等训练，全部合格上岗。同时，联社_名经警还参加了市公安局组织的“_法知识”考试。</w:t>
      </w:r>
      <w:r>
        <w:rPr>
          <w:lang w:eastAsia="zh-CN"/>
        </w:rPr>
        <w:br/>
      </w:r>
      <w:r>
        <w:rPr>
          <w:lang w:eastAsia="zh-CN"/>
        </w:rPr>
        <w:t xml:space="preserve">    有关保安工作总结 篇21 </w:t>
      </w:r>
      <w:r>
        <w:rPr>
          <w:lang w:eastAsia="zh-CN"/>
        </w:rPr>
        <w:br/>
      </w:r>
      <w:r>
        <w:rPr>
          <w:lang w:eastAsia="zh-CN"/>
        </w:rPr>
        <w:t>　　学校保安个人工作总结一年来，在各位领导的关心支持下，在同志们的帮助下，经过全体保安同志的共同努力，较好的完成了领导交给的各项工作任务，取得了学习上的收获，思想上的进步，业务上的提高，我们爱岗敬业，尽心尽责,克服困难，不惧艰险，开拓进取，增强了大局意识、全局观念。一年来，我们主要做到了以下几项工作：</w:t>
      </w:r>
      <w:r>
        <w:rPr>
          <w:lang w:eastAsia="zh-CN"/>
        </w:rPr>
        <w:br/>
      </w:r>
      <w:r>
        <w:rPr>
          <w:lang w:eastAsia="zh-CN"/>
        </w:rPr>
        <w:t>　　一、加强政治思想学习，提高业务技能</w:t>
      </w:r>
      <w:r>
        <w:rPr>
          <w:lang w:eastAsia="zh-CN"/>
        </w:rPr>
        <w:br/>
      </w:r>
      <w:r>
        <w:rPr>
          <w:lang w:eastAsia="zh-CN"/>
        </w:rPr>
        <w:t>　　作为安全保卫人员，不仅坚持认真学习三个代表的重要思想，提高政治素养,牢固树立大局观念，而且还要注重加强学习，不断提高个人的业务水平。努力做到政治上放心业务上过硬，工作中坚持以防为主，防治结合、巡防巡查、重点保护。较好的履行了自己的岗位职责。</w:t>
      </w:r>
      <w:r>
        <w:rPr>
          <w:lang w:eastAsia="zh-CN"/>
        </w:rPr>
        <w:br/>
      </w:r>
      <w:r>
        <w:rPr>
          <w:lang w:eastAsia="zh-CN"/>
        </w:rPr>
        <w:t>　　二、敬岗爱业无私奉献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由于保卫工作的特殊性，所以对我们来说，上班与下班、上班与休息、已经难以区分，正因为如此，所以我们特别注意强调，敬岗爱业和无私奉献，要求人人讲大局、讲工作、讲风格、讲奉献。常言道：“功夫不负有心人”。通过我们的共同努力，学校安全工作呈现良好的局面。我们做到了文明、科学、严格、高效。并因此而受到了广大教职工的好评。</w:t>
      </w:r>
      <w:r>
        <w:rPr>
          <w:lang w:eastAsia="zh-CN"/>
        </w:rPr>
        <w:br/>
      </w:r>
      <w:r>
        <w:rPr>
          <w:lang w:eastAsia="zh-CN"/>
        </w:rPr>
        <w:t>　　三、努力实现安保工作安全无事故</w:t>
      </w:r>
      <w:r>
        <w:rPr>
          <w:lang w:eastAsia="zh-CN"/>
        </w:rPr>
        <w:br/>
      </w:r>
      <w:r>
        <w:rPr>
          <w:lang w:eastAsia="zh-CN"/>
        </w:rPr>
        <w:t>　　随着法官之家的启用，领导来访及各种会议与日俱增。加之我们几个人以前都没从事安全保卫工作，因此如何努力实现保卫工作安全无事故，的确并非易事;我们也确实感到了压力和挑战。但是我们毕竟有领导的充分信任和同志们的大力支持，也有一腔热血,使我们变压力为动力，化条件为机遇，;并采取确实有效的措施，终于把领导的重托、大家的希望一件件地落实到实处，订立了夜间值班制、门卫礼仪制、电话回访制，治安巡防制统一调配制。设立了值班室和治安联动电话。如发现问题，要求5分钟到达事故现场。对某些岗位定人、定岗、定责，对全院所有场所放置的消防设施，做到心中有数，使消防安全设施在管理和使用上更加科学规范。</w:t>
      </w:r>
      <w:r>
        <w:rPr>
          <w:lang w:eastAsia="zh-CN"/>
        </w:rPr>
        <w:br/>
      </w:r>
      <w:r>
        <w:rPr>
          <w:lang w:eastAsia="zh-CN"/>
        </w:rPr>
        <w:t>　　以上工作凝聚了保卫科全体工作人员的心血，通过实施这几项工作，我们非但体会到了进取的艰辛，同时也领略了成功的欢欣，下面是我们一年来取得的主要成绩：</w:t>
      </w:r>
      <w:r>
        <w:rPr>
          <w:lang w:eastAsia="zh-CN"/>
        </w:rPr>
        <w:br/>
      </w:r>
      <w:r>
        <w:rPr>
          <w:lang w:eastAsia="zh-CN"/>
        </w:rPr>
        <w:t>　　1. 取得了学习上的进步，观念上的转变，业务上的提高，掌握了对重大案件的应急措施和一般案件的处理方法。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 建立健全适应我院保卫工作的各项规章制度。为今后保卫工作正规化、形象化、现代化奠定了基础。</w:t>
      </w:r>
      <w:r>
        <w:rPr>
          <w:lang w:eastAsia="zh-CN"/>
        </w:rPr>
        <w:br/>
      </w:r>
      <w:r>
        <w:rPr>
          <w:lang w:eastAsia="zh-CN"/>
        </w:rPr>
        <w:t>　　3. 全科同志爱岗敬业，无私奉献。确保无重大事故发生。完成了领导来访及各种重大会议的安全保卫工作，受到了上级法警总队领导的表扬。</w:t>
      </w:r>
      <w:r>
        <w:rPr>
          <w:lang w:eastAsia="zh-CN"/>
        </w:rPr>
        <w:br/>
      </w:r>
      <w:r>
        <w:rPr>
          <w:lang w:eastAsia="zh-CN"/>
        </w:rPr>
        <w:t>　　4. 忠于职守。非典期间，根据学员的部署,克服种.种困难，圆满完成领导交的工作任务，受到学院党委的表彰。</w:t>
      </w:r>
      <w:r>
        <w:rPr>
          <w:lang w:eastAsia="zh-CN"/>
        </w:rPr>
        <w:br/>
      </w:r>
      <w:r>
        <w:rPr>
          <w:lang w:eastAsia="zh-CN"/>
        </w:rPr>
        <w:t>　　5. 一年来接待出入我院人员几万余次，车辆检查几万余次，确实做到了安全有序。</w:t>
      </w:r>
      <w:r>
        <w:rPr>
          <w:lang w:eastAsia="zh-CN"/>
        </w:rPr>
        <w:br/>
      </w:r>
      <w:r>
        <w:rPr>
          <w:lang w:eastAsia="zh-CN"/>
        </w:rPr>
        <w:t>　　6. 先后制止了一起重大刑事案件的发生，制止打架斗殴十几次，聚众闹事十余次。先后受到了驻地公安部门的表扬</w:t>
      </w:r>
      <w:r>
        <w:rPr>
          <w:lang w:eastAsia="zh-CN"/>
        </w:rPr>
        <w:br/>
      </w:r>
      <w:r>
        <w:rPr>
          <w:lang w:eastAsia="zh-CN"/>
        </w:rPr>
        <w:t>　　7. 杜绝了数次火灾事故的发生及破获盗窃案件4次，保护了学院的财产安全。</w:t>
      </w:r>
      <w:r>
        <w:rPr>
          <w:lang w:eastAsia="zh-CN"/>
        </w:rPr>
        <w:br/>
      </w:r>
      <w:r>
        <w:rPr>
          <w:lang w:eastAsia="zh-CN"/>
        </w:rPr>
        <w:t>　　8. 协调了外协关系，和驻地公安部实行联防联治，并参与了驻地公安部多起案件的侦破工作。</w:t>
      </w:r>
      <w:r>
        <w:rPr>
          <w:lang w:eastAsia="zh-CN"/>
        </w:rPr>
        <w:br/>
      </w:r>
      <w:r>
        <w:rPr>
          <w:lang w:eastAsia="zh-CN"/>
        </w:rPr>
        <w:t>　　9. 对全院的消防设施，进行科学的配置，为学院节约了大量的资金。</w:t>
      </w:r>
      <w:r>
        <w:rPr>
          <w:lang w:eastAsia="zh-CN"/>
        </w:rPr>
        <w:br/>
      </w:r>
      <w:r>
        <w:rPr>
          <w:lang w:eastAsia="zh-CN"/>
        </w:rPr>
        <w:t>　　10. 由于工作突出，被辖区公安部门，聘为公安监督员。</w:t>
      </w:r>
      <w:r>
        <w:rPr>
          <w:lang w:eastAsia="zh-CN"/>
        </w:rPr>
        <w:br/>
      </w:r>
      <w:r>
        <w:rPr>
          <w:lang w:eastAsia="zh-CN"/>
        </w:rPr>
        <w:t>　　11. 完成领导交办的其它工作任务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虽然在领导的关心支持下，在同志们的帮助下我们在工作中取得了一定的成绩，但是，离领导的要求和同志们的希望还有一定的差距。工作中，还有一些不尽人意的地方。特别是对安全保卫工作的规律研究还不够，我们会吸取教训，总结经验。</w:t>
      </w:r>
      <w:r>
        <w:rPr>
          <w:lang w:eastAsia="zh-CN"/>
        </w:rPr>
        <w:br/>
      </w:r>
      <w:r>
        <w:rPr>
          <w:lang w:eastAsia="zh-CN"/>
        </w:rPr>
        <w:t>　　在新的一年里，我们在学院党委和处室的领导下，进一步加强学院的安全保卫工作，使每项工作落到实处，做到防患于未然。确保安全无事故，使学院有一个良好的工作生活环境。</w:t>
      </w:r>
      <w:r>
        <w:rPr>
          <w:lang w:eastAsia="zh-CN"/>
        </w:rPr>
        <w:br/>
      </w:r>
      <w:r>
        <w:rPr>
          <w:lang w:eastAsia="zh-CN"/>
        </w:rPr>
        <w:t xml:space="preserve">    有关保安工作总结 篇22 </w:t>
      </w:r>
      <w:r>
        <w:rPr>
          <w:lang w:eastAsia="zh-CN"/>
        </w:rPr>
        <w:br/>
      </w:r>
      <w:r>
        <w:rPr>
          <w:lang w:eastAsia="zh-CN"/>
        </w:rPr>
        <w:t>　　光阴似箭日月如梭，转眼已近岁末，似乎去年圣诞的钟声还响耳边，实感时间飞逝，让我们的脚步也显得如此匆忙，20__这一年来工作，我感受很多，收获丰富，在公司领导的关心，在同事的支持与帮助下，取得一些体会如下：</w:t>
      </w:r>
      <w:r>
        <w:rPr>
          <w:lang w:eastAsia="zh-CN"/>
        </w:rPr>
        <w:br/>
      </w:r>
      <w:r>
        <w:rPr>
          <w:lang w:eastAsia="zh-CN"/>
        </w:rPr>
        <w:t>　　1、严格执行公司管理制度，认真地完成各项保卫工作，以及其他日常工作，按时交接班，不脱岗，不迟到，早退。</w:t>
      </w:r>
      <w:r>
        <w:rPr>
          <w:lang w:eastAsia="zh-CN"/>
        </w:rPr>
        <w:br/>
      </w:r>
      <w:r>
        <w:rPr>
          <w:lang w:eastAsia="zh-CN"/>
        </w:rPr>
        <w:t>　　2，对进入办公楼的外来办事人员礼貌热情接待，同时做好询问，登记和电话预约工作，以确保公司领导不受外来的干扰，公司的人员和财物不受损失。</w:t>
      </w:r>
      <w:r>
        <w:rPr>
          <w:lang w:eastAsia="zh-CN"/>
        </w:rPr>
        <w:br/>
      </w:r>
      <w:r>
        <w:rPr>
          <w:lang w:eastAsia="zh-CN"/>
        </w:rPr>
        <w:t>　　3、有领导进出公司时，主动上前为其开门。</w:t>
      </w:r>
      <w:r>
        <w:rPr>
          <w:lang w:eastAsia="zh-CN"/>
        </w:rPr>
        <w:br/>
      </w:r>
      <w:r>
        <w:rPr>
          <w:lang w:eastAsia="zh-CN"/>
        </w:rPr>
        <w:t>　　4、积极参加公司和领导组织各项活动。</w:t>
      </w:r>
      <w:r>
        <w:rPr>
          <w:lang w:eastAsia="zh-CN"/>
        </w:rPr>
        <w:br/>
      </w:r>
      <w:r>
        <w:rPr>
          <w:lang w:eastAsia="zh-CN"/>
        </w:rPr>
        <w:t>　　以上是我在这一年中力争做好的工作。纵观一年的工作，客观自我剖析，自己在下列工作方面存在不足之处，恳请领导的指正批评，以待今后的工作进一步加强。</w:t>
      </w:r>
      <w:r>
        <w:rPr>
          <w:lang w:eastAsia="zh-CN"/>
        </w:rPr>
        <w:br/>
      </w:r>
      <w:r>
        <w:rPr>
          <w:lang w:eastAsia="zh-CN"/>
        </w:rPr>
        <w:t>　　1、工作中有松懈，应更加于律己。</w:t>
      </w:r>
      <w:r>
        <w:rPr>
          <w:lang w:eastAsia="zh-CN"/>
        </w:rPr>
        <w:br/>
      </w:r>
      <w:r>
        <w:rPr>
          <w:lang w:eastAsia="zh-CN"/>
        </w:rPr>
        <w:t>　　2、工作经验和相关业务知识仍需进一步学习，积累。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20__年即将过去，我讲满怀信心地迎来20__年，新的一年意味着新的机遇，新的挑战，今朝花开胜往昔，料得明天花更红，我坚信在公司的领导英明的决策下公司的明天会更好，做为其中一份子，在明年的工作中我讲不断地努力学习提高思想及业务素质，与其他同事相互交流好的经验，争取明年的工作更上一个新台阶。</w:t>
      </w:r>
      <w:r>
        <w:rPr>
          <w:lang w:eastAsia="zh-CN"/>
        </w:rPr>
        <w:br/>
      </w:r>
      <w:r>
        <w:rPr>
          <w:lang w:eastAsia="zh-CN"/>
        </w:rPr>
        <w:t xml:space="preserve">    有关保安工作总结 篇23 </w:t>
      </w:r>
      <w:r>
        <w:rPr>
          <w:lang w:eastAsia="zh-CN"/>
        </w:rPr>
        <w:br/>
      </w:r>
      <w:r>
        <w:rPr>
          <w:lang w:eastAsia="zh-CN"/>
        </w:rPr>
        <w:t>　　不知不觉14年就在指间悄悄的溜走了，15年也已经离我们越来越近了，在过去的一年里，是__公司提升企业安全、服务品质的一年，这一年里我成长了许多可是还有很多的不足，借此辞旧迎新的时刻，也对自己过去一年的工作做一个简单的工作总结：</w:t>
      </w:r>
      <w:r>
        <w:rPr>
          <w:lang w:eastAsia="zh-CN"/>
        </w:rPr>
        <w:br/>
      </w:r>
      <w:r>
        <w:rPr>
          <w:lang w:eastAsia="zh-CN"/>
        </w:rPr>
        <w:t>　　一、发挥优势管理，狠抓基层建设，责任第一，安全第一。</w:t>
      </w:r>
      <w:r>
        <w:rPr>
          <w:lang w:eastAsia="zh-CN"/>
        </w:rPr>
        <w:br/>
      </w:r>
      <w:r>
        <w:rPr>
          <w:lang w:eastAsia="zh-CN"/>
        </w:rPr>
        <w:t>　　1、优质服务、赢得信赖。</w:t>
      </w:r>
      <w:r>
        <w:rPr>
          <w:lang w:eastAsia="zh-CN"/>
        </w:rPr>
        <w:br/>
      </w:r>
      <w:r>
        <w:rPr>
          <w:lang w:eastAsia="zh-CN"/>
        </w:rPr>
        <w:t>　　公司通过强化管理准则，加强保安部人员管理，严格按照保安员职责要求，强化管理准则，加强现场督促和质量检查，定期培训安全工作条例及消防器材使用知识，规范要求保安部人员的礼节礼貌、着装、卫生等，同时中夜班不间断巡逻物业内重点部位及业主的车辆安全，通过方方面面的努力，逐步完善安全岗位的窗口形象，不断提高自身的优质服务水准，得到了各物业业主和公司员工的好评，赢得了业主的信赖，协助公司出色完成的多次接待工作，保安部获得业主和公司员工优质服务的`赞誉。</w:t>
      </w:r>
      <w:r>
        <w:rPr>
          <w:lang w:eastAsia="zh-CN"/>
        </w:rPr>
        <w:br/>
      </w:r>
      <w:r>
        <w:rPr>
          <w:lang w:eastAsia="zh-CN"/>
        </w:rPr>
        <w:t>　　2、预防为主、重点布控，措施到位，消除隐患。</w:t>
      </w:r>
      <w:r>
        <w:rPr>
          <w:lang w:eastAsia="zh-CN"/>
        </w:rPr>
        <w:br/>
      </w:r>
      <w:r>
        <w:rPr>
          <w:lang w:eastAsia="zh-CN"/>
        </w:rPr>
        <w:t>　　20__年 保安部年终工作总结20__年 保安部年终工作总结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公司领导的关心指导下，通过制定各项安全方案等项消防预案，贯彻落实防火、防盗等措施，全年未发生一件意外安全事故。安全部安排干部员工勤于巡查、严密防控，在相关部门的配合下，实行群防、群检、群治，以确保各小区万无一失。针对特别区域实行重点监控。</w:t>
      </w:r>
      <w:r>
        <w:rPr>
          <w:lang w:eastAsia="zh-CN"/>
        </w:rPr>
        <w:br/>
      </w:r>
      <w:r>
        <w:rPr>
          <w:lang w:eastAsia="zh-CN"/>
        </w:rPr>
        <w:t>　　3、完善设施、有备无患</w:t>
      </w:r>
      <w:r>
        <w:rPr>
          <w:lang w:eastAsia="zh-CN"/>
        </w:rPr>
        <w:br/>
      </w:r>
      <w:r>
        <w:rPr>
          <w:lang w:eastAsia="zh-CN"/>
        </w:rPr>
        <w:t>　　通过公司领导亲临现场指导，安保部将各小区消防预案、设备设施、消防器材检查维护等各项工作，进行了不断的完善。制定各小区消防设施设备维修保养计划，使各小区消防设施设备不但做到正常运行而且延长使用年限。保障线路畅通、正常使用，对各小区内应急疏散灯、期安全出口进行补装和更换。同时对消防器材实行分区管理、检查、维护并落实到人。按照公司要求，组织各小区员工进行消防演习，消防演习的成功演练，得到了相关部门及公司员工的好评。</w:t>
      </w:r>
      <w:r>
        <w:rPr>
          <w:lang w:eastAsia="zh-CN"/>
        </w:rPr>
        <w:br/>
      </w:r>
      <w:r>
        <w:rPr>
          <w:lang w:eastAsia="zh-CN"/>
        </w:rPr>
        <w:t>　　二、严格管理、提升品质，改变观念、创新管理。</w:t>
      </w:r>
      <w:r>
        <w:rPr>
          <w:lang w:eastAsia="zh-CN"/>
        </w:rPr>
        <w:br/>
      </w:r>
      <w:r>
        <w:rPr>
          <w:lang w:eastAsia="zh-CN"/>
        </w:rPr>
        <w:t>　　1、按照项目年初制定的安全培训计划，保安部参照行业规范对保安员进行专题培训，重点讲解管理素质、服务意识、 礼貌待客、专业技能、消防知识、突发事件分析等，通过讲解、点评、交流使保安员在思想认识和日常工作中皆有不同程度的感悟与提升。</w:t>
      </w:r>
      <w:r>
        <w:rPr>
          <w:lang w:eastAsia="zh-CN"/>
        </w:rPr>
        <w:br/>
      </w:r>
      <w:r>
        <w:rPr>
          <w:lang w:eastAsia="zh-CN"/>
        </w:rPr>
        <w:t>　　2、安全管理部按照各月计划对保安员进行岗位培训，对保安一线岗位做好培训工作。通过培训提高了保安员整体思想素质，服务态度和业务技能。</w:t>
      </w:r>
      <w:r>
        <w:rPr>
          <w:lang w:eastAsia="zh-CN"/>
        </w:rPr>
        <w:br/>
      </w:r>
    </w:p>
    <w:p w:rsidR="001B1F19" w14:textId="27C3F48A">
      <w:pPr>
        <w:rPr>
          <w:rFonts w:hint="eastAsia"/>
          <w:lang w:eastAsia="zh-CN"/>
        </w:rPr>
      </w:pPr>
      <w:r>
        <w:rPr>
          <w:lang w:eastAsia="zh-CN"/>
        </w:rPr>
        <w:t>　　思想工作是一切工作的生命线，针对保安部的实际情况，引导保安员与时俱进、提升素质、转变观念。保安部教育安保人员要有紧迫感、应具有上进心、培养精气神、物业的管理服务不是高科技，没有什么深奥的学问。关键在人的主观能动性和责任心，是对公司的忠诚度和敬业精神、是对管理与服务内涵的真谛的理解及运用。保安部通过树立优秀标兵，激发大家积极进取，在完成项目给的管理工作和服务工作的过程中体现自身价值，并感受人生乐趣。</w:t>
      </w:r>
      <w:r>
        <w:rPr>
          <w:lang w:eastAsia="zh-CN"/>
        </w:rPr>
        <w:br/>
      </w:r>
      <w:r>
        <w:rPr>
          <w:lang w:eastAsia="zh-CN"/>
        </w:rPr>
        <w:t>　　三、车辆及进出人员的管理。</w:t>
      </w:r>
      <w:r>
        <w:rPr>
          <w:lang w:eastAsia="zh-CN"/>
        </w:rPr>
        <w:br/>
      </w:r>
      <w:r>
        <w:rPr>
          <w:lang w:eastAsia="zh-CN"/>
        </w:rPr>
        <w:t>　　1、严格按照车辆进出管理规定执行，控制小区内的车辆，保证别墅区内环境，保证井然有序、道路畅通。</w:t>
      </w:r>
      <w:r>
        <w:rPr>
          <w:lang w:eastAsia="zh-CN"/>
        </w:rPr>
        <w:br/>
      </w:r>
      <w:r>
        <w:rPr>
          <w:lang w:eastAsia="zh-CN"/>
        </w:rPr>
        <w:t>　　2、加强保安员的手势、语言方面的培训工作。</w:t>
      </w:r>
      <w:r>
        <w:rPr>
          <w:lang w:eastAsia="zh-CN"/>
        </w:rPr>
        <w:br/>
      </w:r>
      <w:r>
        <w:rPr>
          <w:lang w:eastAsia="zh-CN"/>
        </w:rPr>
        <w:t>　　3、为保证业主车辆的安全，对外来进出车辆实施登记制度，对带出的大件物品按照出入登记制度，严格规范，要求必须有物业办开具出的门证，查验后方可放行，在严格细致的工作下，全年未发生盗车、丢车事件。</w:t>
      </w:r>
      <w:r>
        <w:rPr>
          <w:lang w:eastAsia="zh-CN"/>
        </w:rPr>
        <w:br/>
      </w:r>
      <w:r>
        <w:rPr>
          <w:lang w:eastAsia="zh-CN"/>
        </w:rPr>
        <w:t>　　4、严格执行外来人员及施工人员登记制度，及时办理出入证件，对留守工地人员严格按照安全工作条（安全保卫部工作总结20__）例要求，做好人员的登记检查，发现问题及时处理解决。</w:t>
      </w:r>
      <w:r>
        <w:rPr>
          <w:lang w:eastAsia="zh-CN"/>
        </w:rPr>
        <w:br/>
      </w:r>
      <w:r>
        <w:rPr>
          <w:lang w:eastAsia="zh-CN"/>
        </w:rPr>
        <w:t>　　回首过去这一年，自己的身上虽然有闪光点，可是也有一部分的不足是自己需要改进的，在新的一年里，一定要踏踏实实的做好每一件事情，对于每件事情都要有一个好的规划，让自己在新的一年里，得到更大的成长空间。</w:t>
      </w:r>
      <w:r>
        <w:rPr>
          <w:lang w:eastAsia="zh-CN"/>
        </w:rPr>
        <w:br/>
      </w:r>
      <w:r>
        <w:rPr>
          <w:lang w:eastAsia="zh-CN"/>
        </w:rPr>
        <w:t>　　保安部年终工作总结3</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https://d.book118.com/938062037006006047</w:t>
        </w:r>
      </w:hyperlink>
    </w:p>
    <w:p w:rsidR="001B1F19">
      <w:pPr>
        <w:rPr>
          <w:rFonts w:hint="eastAsia"/>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38062037006006047"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