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基层现状调研报告</w:t>
      </w:r>
    </w:p>
    <w:p>
      <w:pPr>
        <w:spacing w:before="100" w:after="200" w:line="360" w:lineRule="auto"/>
        <w:ind w:firstLine="576"/>
        <w:jc w:val="left"/>
      </w:pPr>
      <w:r>
        <w:rPr>
          <w:rFonts w:ascii="宋体" w:eastAsia="宋体" w:hAnsi="宋体"/>
          <w:sz w:val="28"/>
        </w:rPr>
        <w:t>乡镇民政办身处民政工作的第一线，是整个民政工作的前沿。乡镇民政办直接面对每个群众，民政工作的各项方针、政策和任务都要靠他们去贯彻执行。特别是随着形势的发展和政府职能的转变，民政工作涉及的社会面越来越宽，内容越来越丰富，乡镇民政工作所担负的任务越来越重，乡镇民政办工作绩效，直接影响民政职能的履行，事关社会的稳定。目前，乡镇民政工作基础薄弱问题仍很突出，必须加大力度，进一步加强乡镇民政工作基础，确保各项民政工作在基层得到有效实施。</w:t>
      </w:r>
    </w:p>
    <w:p>
      <w:pPr>
        <w:spacing w:before="100" w:after="200" w:line="360" w:lineRule="auto"/>
        <w:jc w:val="left"/>
      </w:pPr>
      <w:r>
        <w:rPr>
          <w:rFonts w:ascii="宋体 (中文正文)" w:eastAsia="宋体" w:hAnsi="宋体 (中文正文)"/>
          <w:b/>
          <w:sz w:val="28"/>
        </w:rPr>
        <w:t>一、乡镇民政工作的现状</w:t>
      </w:r>
    </w:p>
    <w:p>
      <w:pPr>
        <w:spacing w:before="100" w:after="200" w:line="360" w:lineRule="auto"/>
        <w:ind w:firstLine="576"/>
        <w:jc w:val="left"/>
      </w:pPr>
      <w:r>
        <w:rPr>
          <w:rFonts w:ascii="宋体" w:eastAsia="宋体" w:hAnsi="宋体"/>
          <w:sz w:val="28"/>
        </w:rPr>
        <w:t>我县总面积3131平方公里，总人口54万人，共有各类民政保障对象41900余人。2022年下拨到各乡镇（街道办事处）各类民政资金3000多万元。按照民政部1995年下发的《关于加强基层民政组织建设的通知》，我县49个乡镇（场）都设立了民政办公室，配备了民政专干。2022年乡镇行政区划调整后，撤并为31个乡镇，3个街道办事处，共设立基层民政办34个，配备民政专干34名（政府干部兼职）。近年来，民政专干在认真履行职责，狠抓各项民政工作在基层的落实，积极化解社会矛盾，为维护基层社会稳定和构建和谐社会发挥了重要作用。</w:t>
      </w:r>
    </w:p>
    <w:p>
      <w:pPr>
        <w:spacing w:before="100" w:after="200" w:line="360" w:lineRule="auto"/>
        <w:jc w:val="left"/>
      </w:pPr>
      <w:r>
        <w:rPr>
          <w:rFonts w:ascii="宋体 (中文正文)" w:eastAsia="宋体" w:hAnsi="宋体 (中文正文)"/>
          <w:b/>
          <w:sz w:val="28"/>
        </w:rPr>
        <w:t>二、乡镇民政工作存在的问题</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一）乡镇民政工作力量不强。我县34个乡镇（街道办事处）都只配一名民政专干，而我县共有各类民政保障对象41900余人，平均每个乡镇（街道办事处）有1230余人，也就是说每个民政专干要管1230名民政对象的事。其中里耶镇民政对象最多，共有1418人，其中乌鸦乡最少也有261人。按照民政有关政策，这些对象每年都要到户调查审核一次，一个民政专干根本忙不过来，而且大部分民政专干要驻点包村，完成计划生育、综合治理等“帽子”工作，工作量相当大，导致部分乡镇民政专干不知道有多少民政对象，也不知是哪些人，基层民政工作粗放。</w:t>
      </w:r>
    </w:p>
    <w:p>
      <w:pPr>
        <w:spacing w:before="100" w:after="200" w:line="360" w:lineRule="auto"/>
        <w:ind w:firstLine="576"/>
        <w:jc w:val="left"/>
      </w:pPr>
      <w:r>
        <w:rPr>
          <w:rFonts w:ascii="宋体" w:eastAsia="宋体" w:hAnsi="宋体"/>
          <w:sz w:val="28"/>
        </w:rPr>
        <w:t>（二）乡镇民政干部有为无位。乡镇民政工作线长面广、任务繁重、政策性强，每一项工作都关系到基层群众，特别是困难群众的切身利益，关系到党和政府的形象。近年来，各乡镇民政专干做了大量细致的工作，确保了各项工作的落实，有力的保障了民政对象的切身利益。但就其工作地位而言，乡镇领导对民政工作不够重视。乡镇党委、政府领导认为与计划生育、综合治理工作相比，民政工作只是软任务，无关大局，被作为“搭头”，我县34名乡镇（街道）民政专干大部分是不在职的老同志和刚参加工作不久的年轻人兼任，分管民政的领导不是“党政”主要领导，都是由副书记或副镇（乡）长分管，在目前乡镇权力相对集中的情况下，分管民政的领导有位无权，民政办人员在乡镇安排工作开展、经费开支又无自主权，导致民政工作难以落实。</w:t>
      </w:r>
    </w:p>
    <w:p>
      <w:pPr>
        <w:spacing w:before="100" w:after="200" w:line="360" w:lineRule="auto"/>
        <w:ind w:firstLine="576"/>
        <w:jc w:val="left"/>
      </w:pPr>
      <w:r>
        <w:rPr>
          <w:rFonts w:ascii="宋体" w:eastAsia="宋体" w:hAnsi="宋体"/>
          <w:sz w:val="28"/>
        </w:rPr>
        <w:t>（三）乡镇民政工作无经费保障。我县是国家级扶贫开发工作重点县，是“老、少、边、山、穷”地区，乡镇级财政十分困难，乡镇（街道）没有专门的民政工作经费，民政工作又是实打实的工作，走村入户路途很远，大部分时间在翻山越岭，业务经费的不足给工作带来不便。目前各乡镇基本没有专门的救灾车，救灾设备和物资难以保障。还有民政专干进城办事和下村走访都需要费用，由于没有经费，民政专干工作缺乏主动性和积极性，民政专干也就是应付交差，导致各项民政工作很难得到落实。</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四）乡镇民政干部更替频繁，稳定性差。从调查中发现，我县34个乡镇、街道办事处，连续做了3年的民政干部目前只有几个乡镇。其它乡镇的民政干部可以说“走马灯式”的换人，一年一个新面孔，甚至有的一年几个新面孔。究其原因，一是乡镇主要领导对民政工作不重视，随意指派民政干部；二是乡镇主要领导更替频繁，造成了连锁反应。三是县级民政部门对民政专干的确立上没有自主权。</w:t>
      </w:r>
    </w:p>
    <w:p>
      <w:pPr>
        <w:spacing w:before="100" w:after="200" w:line="360" w:lineRule="auto"/>
        <w:ind w:firstLine="576"/>
        <w:jc w:val="left"/>
      </w:pPr>
      <w:r>
        <w:rPr>
          <w:rFonts w:ascii="宋体" w:eastAsia="宋体" w:hAnsi="宋体"/>
          <w:sz w:val="28"/>
        </w:rPr>
        <w:t>（五）乡镇民政干部队伍素质普遍不高。我县34名乡镇民政专干都不是专业“出生”，没有一人是学民政专业的，没有接受过专业知识培训，而且文化程度不高，其中大专以上18人，中专以上13人，初中文化3人。而且年龄偏大，34名民政专干平均年龄42岁，其中年龄最大的有53岁。乡镇民政专干绝大多数是随意指派，相当一部分乡镇民政专干不懂业务，不懂民政相关的政策法规，甚至不了解民政工作对象是哪些，对自己的服务对象不熟悉，民政资金到帐后，不知怎么发、发多少，给上级业务部门上报的情况和数据也是过估，基层民政工作质量得不到保证。</w:t>
      </w:r>
    </w:p>
    <w:p>
      <w:pPr>
        <w:spacing w:before="100" w:after="200" w:line="360" w:lineRule="auto"/>
        <w:jc w:val="left"/>
      </w:pPr>
      <w:r>
        <w:rPr>
          <w:rFonts w:ascii="宋体 (中文正文)" w:eastAsia="宋体" w:hAnsi="宋体 (中文正文)"/>
          <w:b/>
          <w:sz w:val="28"/>
        </w:rPr>
        <w:t>三、加强乡镇民政工作的几点建议</w:t>
      </w:r>
    </w:p>
    <w:p>
      <w:pPr>
        <w:spacing w:before="100" w:after="200" w:line="360" w:lineRule="auto"/>
        <w:ind w:firstLine="576"/>
        <w:jc w:val="left"/>
      </w:pPr>
      <w:r>
        <w:rPr>
          <w:rFonts w:ascii="宋体" w:eastAsia="宋体" w:hAnsi="宋体"/>
          <w:sz w:val="28"/>
        </w:rPr>
        <w:t>（一）提高思想认识。民政工作以民为本，其工作宗旨是“上为党政分忧，下为百姓解愁”，民政工作是构建社会主义和谐社会的重要部分。各级党委、政府要高度重视民政工作，基层民政工作的好和差，领导重视与否是关键，上级党委、政府应从制度、政策和工作部署等方面对乡镇加强基层民政工作提出要求，作出规定，并督促落实，把乡镇民政工作纳入乡镇工作目标，类同计划生育和综合治理工作。</w:t>
      </w:r>
    </w:p>
    <w:p>
      <w:pPr>
        <w:spacing w:before="100" w:after="200" w:line="360" w:lineRule="auto"/>
        <w:ind w:firstLine="576"/>
        <w:jc w:val="left"/>
      </w:pPr>
      <w:r>
        <w:rPr>
          <w:rFonts w:ascii="宋体" w:eastAsia="宋体" w:hAnsi="宋体"/>
          <w:sz w:val="28"/>
        </w:rPr>
        <w:t>（二）理顺民政干部的管理体制。乡镇民政干部直接由县级民政局管理，每个乡镇设立民政工作站，每个工作站至少配备2名工作人员，大的乡镇配备3-4名工作人员，民政工作站参照基层财政所管理落实编制。</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三）增强民政干部的稳定性。在选配乡镇民政干部时，既要考虑选配懂业务、有农村工作经验、责任心强的干部，又要考虑民政干部的工作时限，乡镇民政干部至少要连续工作3年以上。另外，对连续工作3年以上的比较优秀民政干部，而且工作业绩比较突出的，组织上应考虑解决政治待遇。</w:t>
      </w:r>
    </w:p>
    <w:p>
      <w:pPr>
        <w:spacing w:before="100" w:after="200" w:line="360" w:lineRule="auto"/>
        <w:ind w:firstLine="576"/>
        <w:jc w:val="left"/>
      </w:pPr>
      <w:r>
        <w:rPr>
          <w:rFonts w:ascii="宋体" w:eastAsia="宋体" w:hAnsi="宋体"/>
          <w:sz w:val="28"/>
        </w:rPr>
        <w:t>（四）加大民政干部的教育培训。民政部门和乡镇要加大对基层民政专干的教育和培训力度，特别是业务知识的培训，对乡镇民政工作加大督查，对工作责任心强、工作落实得好的民政专干给予适当的奖励。</w:t>
      </w:r>
    </w:p>
    <w:p>
      <w:pPr>
        <w:spacing w:before="100" w:after="200" w:line="360" w:lineRule="auto"/>
        <w:ind w:firstLine="576"/>
        <w:jc w:val="left"/>
      </w:pPr>
      <w:r>
        <w:rPr>
          <w:rFonts w:ascii="宋体" w:eastAsia="宋体" w:hAnsi="宋体"/>
          <w:sz w:val="28"/>
        </w:rPr>
        <w:t>“xx”期间，在各级党委和政府的领导和重视下，我市基层文联队伍建设取得了可喜的进步，在进入新一个五年发展期之际，很有必要认真审视和分析我市基层文联队伍的建设状况并认真思考其今后的发展对策，以促进其科学发展。</w:t>
      </w:r>
    </w:p>
    <w:p>
      <w:pPr>
        <w:spacing w:before="100" w:after="200" w:line="360" w:lineRule="auto"/>
        <w:jc w:val="left"/>
      </w:pPr>
      <w:r>
        <w:rPr>
          <w:rFonts w:ascii="宋体 (中文正文)" w:eastAsia="宋体" w:hAnsi="宋体 (中文正文)"/>
          <w:b/>
          <w:sz w:val="28"/>
        </w:rPr>
        <w:t>一、我市基层文联组织队伍现状</w:t>
      </w:r>
    </w:p>
    <w:p>
      <w:pPr>
        <w:spacing w:before="100" w:after="200" w:line="360" w:lineRule="auto"/>
        <w:ind w:firstLine="576"/>
        <w:jc w:val="left"/>
      </w:pPr>
      <w:r>
        <w:rPr>
          <w:rFonts w:ascii="宋体" w:eastAsia="宋体" w:hAnsi="宋体"/>
          <w:sz w:val="28"/>
        </w:rPr>
        <w:t>1、建制确立，机构独立。市文联共有20个团体会员，其中市本级文艺家协会11个，县（市、区）文联9个。全市9个县（市、区）均经各地编制机构批准，建立了具有独立法人资格的县（市、区）文联机构，而且编制确定，人员基本到位。据统计，9个县（市、区）基层文联共有正式编制33人，目前有正式在编人员30人，编外用工4人。</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4、有所作为，有所贡献。我市各基层文联在过去的五年中，充分发挥文联的优势，紧紧围绕服务于中心工作、服务于艺术家、服务于基层群众、服务于团体会员“四项服务”努力开展工作，取得了可喜的成绩。一是文艺创作成果丰硕。据统计，过去五年全市发表、演出、展出、获奖的文艺作品达21749件（次），其中国际级285件（次）、国家级4554件（次）、省级5789件（次）、市级11121件（次）。二是文艺活动多姿多彩。过去五年共举办和协助举办各门类文艺活动500余场次，为文艺惠民、丰富群众精神文化生活发挥了积极作用。三是文化软实力明显提升。通过加强文艺队伍建设、举办文化节庆活动、促进经济发展、创建瓯江文化品牌、打造特色文艺之乡、开展文艺理论研究、促进社会主义核心价值体系建设等措施，为提升的文化软实力作出了积极贡献，基层文联的社会地位和作用得以初步彰显。</w:t>
      </w:r>
    </w:p>
    <w:p>
      <w:pPr>
        <w:spacing w:before="100" w:after="200" w:line="360" w:lineRule="auto"/>
        <w:jc w:val="left"/>
      </w:pPr>
      <w:r>
        <w:rPr>
          <w:rFonts w:ascii="宋体 (中文正文)" w:eastAsia="宋体" w:hAnsi="宋体 (中文正文)"/>
          <w:b/>
          <w:sz w:val="28"/>
        </w:rPr>
        <w:t>二、我市基层文联组织队伍的特点</w:t>
      </w:r>
    </w:p>
    <w:p>
      <w:pPr>
        <w:spacing w:before="100" w:after="200" w:line="360" w:lineRule="auto"/>
        <w:ind w:firstLine="576"/>
        <w:jc w:val="left"/>
      </w:pPr>
      <w:r>
        <w:rPr>
          <w:rFonts w:ascii="宋体" w:eastAsia="宋体" w:hAnsi="宋体"/>
          <w:sz w:val="28"/>
        </w:rPr>
        <w:t>民政部门是各级政府社会保障和社会管理的重要职能部门，担负着“上为中央分忧、下为百姓解愁”的重要职责，在保障民生，维护稳定方面发挥着不可替代的重要作用。民政工作直接面向基层群众，民政的各项任务、法规政策都要靠基层民政干部去贯彻落实，党和政府对民政对象的关怀和温暖，也只有通过基层民政干部才能送到千家万户，因此，可以说民政工作的根基在基层，重心也在基层，但民政工作最薄弱的部位恰恰也在基层，这是长期困扰民政部门的一大难题。特别是近年来，民政工作内涵不断丰富，外延不断拓展，同时，随着乡镇规模的逐步扩大，乡镇服务的民政对象日益增多，基层民政机构承担的工作任务日益艰巨，工作压力日益增大，基层民政繁重的工作任务与现行机构、人员、规范化水平不相适应的矛盾十分突出，影响了各项民政政策在基层的落实，制约了全县民政事业的快速、健康发展。因此，在此次学习实践活动中，我对全县基层民政机构的工作现状进行了调研，并提出了一些发展建议。</w:t>
      </w:r>
    </w:p>
    <w:p>
      <w:pPr>
        <w:spacing w:before="100" w:after="200" w:line="360" w:lineRule="auto"/>
        <w:jc w:val="left"/>
      </w:pPr>
      <w:r>
        <w:rPr>
          <w:rFonts w:ascii="宋体 (中文正文)" w:eastAsia="宋体" w:hAnsi="宋体 (中文正文)"/>
          <w:b/>
          <w:sz w:val="28"/>
        </w:rPr>
        <w:t>一、乡镇民政机构现状</w:t>
      </w:r>
    </w:p>
    <w:p>
      <w:pPr>
        <w:spacing w:before="100" w:after="200" w:line="360" w:lineRule="auto"/>
        <w:ind w:firstLine="576"/>
        <w:jc w:val="left"/>
      </w:pPr>
      <w:r>
        <w:rPr>
          <w:rFonts w:ascii="宋体" w:eastAsia="宋体" w:hAnsi="宋体"/>
          <w:sz w:val="28"/>
        </w:rPr>
        <w:t>xxxxx县12个乡镇均设有民政办，共有民政工作人员27名。姚村乡、幸福乡、东夏镇民政办只有1名工作人员。涛城镇民政办现有的3名工作人员均为聘用人员，没有正式编制。</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全县27名基层民政工作人员中专职从事民政工作的8人，占29.63%，以民政工作为主，兼有其他工作的19人，占70.37%；从事民政工作5年以下的16人（其中不足3年的有9人，不足1年的有3人），占59.26%，6-10年的6人，占22.22%，10年以上的5人（其中有1人50岁以上，有3人是聘用的），占18.52%；有行政编制11人，占40.74%，有事业编制8人，占29.63%，聘用7人（含“三支一扶”1人），占29.63%。</w:t>
      </w:r>
    </w:p>
    <w:p>
      <w:pPr>
        <w:spacing w:before="100" w:after="200" w:line="360" w:lineRule="auto"/>
        <w:ind w:firstLine="576"/>
        <w:jc w:val="left"/>
      </w:pPr>
      <w:r>
        <w:rPr>
          <w:rFonts w:ascii="宋体" w:eastAsia="宋体" w:hAnsi="宋体"/>
          <w:sz w:val="28"/>
        </w:rPr>
        <w:t>乡镇民政办的办公场所和办公设施都比较简陋，其中有2个民政办无独立的办公室，与乡镇其他工作部门合用一间办公室。</w:t>
      </w:r>
    </w:p>
    <w:p>
      <w:pPr>
        <w:spacing w:before="100" w:after="200" w:line="360" w:lineRule="auto"/>
        <w:jc w:val="left"/>
      </w:pPr>
      <w:r>
        <w:rPr>
          <w:rFonts w:ascii="宋体 (中文正文)" w:eastAsia="宋体" w:hAnsi="宋体 (中文正文)"/>
          <w:b/>
          <w:sz w:val="28"/>
        </w:rPr>
        <w:t>二、存在的问题</w:t>
      </w:r>
    </w:p>
    <w:p>
      <w:pPr>
        <w:spacing w:before="100" w:after="200" w:line="360" w:lineRule="auto"/>
        <w:ind w:firstLine="576"/>
        <w:jc w:val="left"/>
      </w:pPr>
      <w:r>
        <w:rPr>
          <w:rFonts w:ascii="宋体" w:eastAsia="宋体" w:hAnsi="宋体"/>
          <w:sz w:val="28"/>
        </w:rPr>
        <w:t>一是工作任务繁重，人员编制偏少。当前民政工作内容多，要求高，都是一些很具体、很细致的涉及群众切身利益的工作。乡镇民政办处于民政工作的第一线，是民政工作的重心和基础，也是反映党和政府执政为民的前沿窗口和纽带，承担了救灾救济、城乡低保、五保供养、基层民主政治建设、村务公开和民主管理、双拥优抚、城乡医疗救助、城乡社区建设、民间组织管理、殡葬管理、慈善和社会救助等多达15项工作职能，其中很多工作如城乡低保等都需要进村入户调查，民政助理员的工作任务日益繁重，但目前我县平均每个乡镇只有2名工作人员，其中有3个乡镇只配备了1名工作人员，与繁重的工作任务不相适应。</w:t>
      </w:r>
    </w:p>
    <w:p>
      <w:pPr>
        <w:spacing w:before="100" w:after="200" w:line="360" w:lineRule="auto"/>
        <w:ind w:firstLine="576"/>
        <w:jc w:val="left"/>
      </w:pPr>
      <w:r>
        <w:rPr>
          <w:rFonts w:ascii="宋体" w:eastAsia="宋体" w:hAnsi="宋体"/>
          <w:sz w:val="28"/>
        </w:rPr>
        <w:t>二是兼职过多，分散工作精力。全县27名乡镇民政工作人员中只有8名是专职从事民政工作，大部分乡镇民政工作人员实际上兼有残联、就业服务和社会保障、新农合、人、工会、妇联、包村驻点等乡镇其它工作。这样势必分散工作精力，造成基层民政工作无法做深做细、做实做好，影响了各项民政政策在基层的落实。</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三是管理体制不顺，人员更换频繁。目前乡镇民政助理员的编制、人事权都在所属乡镇，县民政局对其没有管理权，这样一方面导致民政助理员更换频繁，流动性大，稳定性差，给民政工作的连续性带来不利影响。如南丰镇、东夏镇民政办的所有工作人员从事民政工作的时间均不足2年，全县59.26%的乡镇民政工作人员从事民政工作不满5年。而当前民政工作量大面广，工作内容不断拓展，必须有一定时间的工作积累，才有可能做到业务精通。另一方面乡镇安排其它工作，民政助理员不得不挤占时间从事民政以外的工作。致使民政部门安排的工作任务不能按时按质完成，普遍存在被动应付的现象。</w:t>
      </w:r>
    </w:p>
    <w:p>
      <w:pPr>
        <w:spacing w:before="100" w:after="200" w:line="360" w:lineRule="auto"/>
        <w:ind w:firstLine="576"/>
        <w:jc w:val="left"/>
      </w:pPr>
      <w:r>
        <w:rPr>
          <w:rFonts w:ascii="宋体" w:eastAsia="宋体" w:hAnsi="宋体"/>
          <w:sz w:val="28"/>
        </w:rPr>
        <w:t>四是办公条件落后，不能满足工作需要。民政工作线多面广，如低保、五保供养、优抚等工作都建立了大量的档案资料，需有专门场所存放，而民政服务对象上门来访办事为数众多，也需有单独的接待窗口，以免影响正常的工作。但目前我县12个民政办中，只有十字镇、毕桥镇民政办有单独的办公楼，其余的民政办都是仅有一间办公室，没有必要的档案室和接待室。涛城镇、飞里乡民政办没有独立的办公室，与乡镇其他工作部门合用一间办公室，给工作带来极大不便。</w:t>
      </w:r>
    </w:p>
    <w:p>
      <w:pPr>
        <w:spacing w:before="100" w:after="200" w:line="360" w:lineRule="auto"/>
        <w:jc w:val="left"/>
      </w:pPr>
      <w:r>
        <w:rPr>
          <w:rFonts w:ascii="宋体 (中文正文)" w:eastAsia="宋体" w:hAnsi="宋体 (中文正文)"/>
          <w:b/>
          <w:sz w:val="28"/>
        </w:rPr>
        <w:t>三、加强乡镇民政工作的对策和建议</w:t>
      </w:r>
    </w:p>
    <w:p>
      <w:pPr>
        <w:spacing w:before="100" w:after="200" w:line="360" w:lineRule="auto"/>
        <w:ind w:firstLine="576"/>
        <w:jc w:val="left"/>
      </w:pPr>
      <w:r>
        <w:rPr>
          <w:rFonts w:ascii="宋体" w:eastAsia="宋体" w:hAnsi="宋体"/>
          <w:sz w:val="28"/>
        </w:rPr>
        <w:t>1、理顺管理体制。设立乡镇民政所，理顺乡镇民政工作人员管理体制。民政所实行双重管理，以乡镇政府管理为主，业务受县民政局指导。民政所所长的任命和民政工作人员的调整事先征求县民政局的意见。乡镇尽可能少安排民政工作人员兼任与民政无关的其他工作，使民政工作人员能一心一意地专职从事民政工作，更好地为广大民政对象服务。</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2、规范机构建制。按照副科级建制设置乡镇民政所，为财政全额供给事业单位，在县委、县政府领导及市民政局的指导下，由组织部门牵头，乡镇党委政府、县民政局参与，按照干部选拔任用的相关规定和程序任命民政所负责人。</w:t>
      </w:r>
    </w:p>
    <w:p>
      <w:pPr>
        <w:spacing w:before="100" w:after="200" w:line="360" w:lineRule="auto"/>
        <w:ind w:firstLine="576"/>
        <w:jc w:val="left"/>
      </w:pPr>
      <w:r>
        <w:rPr>
          <w:rFonts w:ascii="宋体" w:eastAsia="宋体" w:hAnsi="宋体"/>
          <w:sz w:val="28"/>
        </w:rPr>
        <w:t>3、落实机构编制。根据各乡镇所辖人口数，严格按照规定的标准配备民政助理员,建议3万人以下的乡镇定编不少于2-3人，3万人以上的乡镇定编不少于3-4人，均定为财政全额拨款的事业编制，人员工资纳入县、乡两级财政预算。</w:t>
      </w:r>
    </w:p>
    <w:p>
      <w:pPr>
        <w:spacing w:before="100" w:after="200" w:line="360" w:lineRule="auto"/>
        <w:ind w:firstLine="576"/>
        <w:jc w:val="left"/>
      </w:pPr>
      <w:r>
        <w:rPr>
          <w:rFonts w:ascii="宋体" w:eastAsia="宋体" w:hAnsi="宋体"/>
          <w:sz w:val="28"/>
        </w:rPr>
        <w:t>4、改善办公条件。将乡镇民政所工作经费纳入县、乡两级财政预算，由县、乡两级财政按照比例承担。各乡镇要为民政所提供符合规定标准的面积不少于150平方米的办公场所和必要的办公设备。</w:t>
      </w:r>
    </w:p>
    <w:p>
      <w:pPr>
        <w:spacing w:before="100" w:after="200" w:line="360" w:lineRule="auto"/>
        <w:ind w:firstLine="576"/>
        <w:jc w:val="left"/>
      </w:pPr>
      <w:r>
        <w:rPr>
          <w:rFonts w:ascii="宋体" w:eastAsia="宋体" w:hAnsi="宋体"/>
          <w:sz w:val="28"/>
        </w:rPr>
        <w:t>5、加强队伍建设。乡镇民政所工作任务繁重、政策性强，要挑选文化程度较高、政策观念强、肯于吃苦奉献的干部职工从事民政工作。人员要相对稳定，以保证工作的连续性。县民政局协助乡镇管好基层民政干部队伍，加大对乡镇民政干部的培训力度，努力建设一支业务精、能力强、素质高、作风硬的基层民政干部队伍。</w:t>
      </w:r>
    </w:p>
    <w:p>
      <w:pPr>
        <w:spacing w:before="100" w:after="200" w:line="360" w:lineRule="auto"/>
        <w:ind w:firstLine="576"/>
        <w:jc w:val="left"/>
      </w:pPr>
      <w:r>
        <w:rPr>
          <w:rFonts w:ascii="宋体" w:eastAsia="宋体" w:hAnsi="宋体"/>
          <w:sz w:val="28"/>
        </w:rPr>
        <w:t>6、强化内部管理。要规范民政所工作人员的行为，建立和完善工作职能、岗位职责、办事程序、服务承诺、档案管理等制度。县民政局等有关部门要加强对乡镇民政所工作的指导和监督，对民政经费使用、政务公开、依法办事和行风建设等情况进行定期督查，确保各项民政工作和民政政策落实到位。</w:t>
      </w:r>
    </w:p>
    <w:p>
      <w:pPr>
        <w:spacing w:before="100" w:after="200" w:line="360" w:lineRule="auto"/>
        <w:ind w:firstLine="576"/>
        <w:jc w:val="left"/>
      </w:pPr>
      <w:r>
        <w:rPr>
          <w:rFonts w:ascii="宋体" w:eastAsia="宋体" w:hAnsi="宋体"/>
          <w:sz w:val="28"/>
        </w:rPr>
        <w:t>为了使上级团委更好的了解镇团委的工作现状，也为了进一步开展好镇团的工作。我们在镇进行了深入细致的调查。本次调查共走访了30位青年，6位老人，10名村干部，以及本镇板材协会和商会的相关负责人等，历时半年完成。</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b/>
          <w:sz w:val="28"/>
        </w:rPr>
        <w:t>一、基本情况</w:t>
      </w:r>
    </w:p>
    <w:p>
      <w:pPr>
        <w:spacing w:before="100" w:after="200" w:line="360" w:lineRule="auto"/>
        <w:ind w:firstLine="576"/>
        <w:jc w:val="left"/>
      </w:pPr>
      <w:r>
        <w:rPr>
          <w:rFonts w:ascii="宋体" w:eastAsia="宋体" w:hAnsi="宋体"/>
          <w:sz w:val="28"/>
        </w:rPr>
        <w:t>镇位于区西部，全镇以板材加工为经济支柱，各村都有板材加工企业，近年来经过板材整合，把的支柱产业做强做大，镇的经济经济状况在全区农村属于位于前列。</w:t>
      </w:r>
    </w:p>
    <w:p>
      <w:pPr>
        <w:spacing w:before="100" w:after="200" w:line="360" w:lineRule="auto"/>
        <w:jc w:val="left"/>
      </w:pPr>
      <w:r>
        <w:rPr>
          <w:rFonts w:ascii="宋体 (中文正文)" w:eastAsia="宋体" w:hAnsi="宋体 (中文正文)"/>
          <w:b/>
          <w:sz w:val="28"/>
        </w:rPr>
        <w:t>二、团委工作的基本特点</w:t>
      </w:r>
    </w:p>
    <w:p>
      <w:pPr>
        <w:spacing w:before="100" w:after="200" w:line="360" w:lineRule="auto"/>
        <w:ind w:firstLine="576"/>
        <w:jc w:val="left"/>
      </w:pPr>
      <w:r>
        <w:rPr>
          <w:rFonts w:ascii="宋体" w:eastAsia="宋体" w:hAnsi="宋体"/>
          <w:sz w:val="28"/>
        </w:rPr>
        <w:t>1、团员及青年流动较快</w:t>
      </w:r>
    </w:p>
    <w:p>
      <w:pPr>
        <w:spacing w:before="100" w:after="200" w:line="360" w:lineRule="auto"/>
        <w:ind w:firstLine="576"/>
        <w:jc w:val="left"/>
      </w:pPr>
      <w:r>
        <w:rPr>
          <w:rFonts w:ascii="宋体" w:eastAsia="宋体" w:hAnsi="宋体"/>
          <w:sz w:val="28"/>
        </w:rPr>
        <w:t>镇因全镇皆以板材相关行业为主，近年来很多村民积极创业，青年们做为主要劳动力，多忙于工作，人员组织较不方便。</w:t>
      </w:r>
    </w:p>
    <w:p>
      <w:pPr>
        <w:spacing w:before="100" w:after="200" w:line="360" w:lineRule="auto"/>
        <w:ind w:firstLine="576"/>
        <w:jc w:val="left"/>
      </w:pPr>
      <w:r>
        <w:rPr>
          <w:rFonts w:ascii="宋体" w:eastAsia="宋体" w:hAnsi="宋体"/>
          <w:sz w:val="28"/>
        </w:rPr>
        <w:t>2、实际团员数流失严重</w:t>
      </w:r>
    </w:p>
    <w:p>
      <w:pPr>
        <w:spacing w:before="100" w:after="200" w:line="360" w:lineRule="auto"/>
        <w:ind w:firstLine="576"/>
        <w:jc w:val="left"/>
      </w:pPr>
      <w:r>
        <w:rPr>
          <w:rFonts w:ascii="宋体" w:eastAsia="宋体" w:hAnsi="宋体"/>
          <w:sz w:val="28"/>
        </w:rPr>
        <w:t>（1）由于务工人员的流动性大，不好管理和掌握，致使团员数量减少。</w:t>
      </w:r>
    </w:p>
    <w:p>
      <w:pPr>
        <w:spacing w:before="100" w:after="200" w:line="360" w:lineRule="auto"/>
        <w:ind w:firstLine="576"/>
        <w:jc w:val="left"/>
      </w:pPr>
      <w:r>
        <w:rPr>
          <w:rFonts w:ascii="宋体" w:eastAsia="宋体" w:hAnsi="宋体"/>
          <w:sz w:val="28"/>
        </w:rPr>
        <w:t>（3）各单位，团员们在工作调动时，多数未能及时转交团关系，造成了团关系管理混乱，给各支部团费收缴及组织生活方面的形成了一定障碍。</w:t>
      </w:r>
    </w:p>
    <w:p>
      <w:pPr>
        <w:spacing w:before="100" w:after="200" w:line="360" w:lineRule="auto"/>
        <w:ind w:firstLine="576"/>
        <w:jc w:val="left"/>
      </w:pPr>
      <w:r>
        <w:rPr>
          <w:rFonts w:ascii="宋体" w:eastAsia="宋体" w:hAnsi="宋体"/>
          <w:sz w:val="28"/>
        </w:rPr>
        <w:t>由于以上原因，导致镇团委实际团员人数与在册团员人数相差悬殊。</w:t>
      </w:r>
    </w:p>
    <w:p>
      <w:pPr>
        <w:spacing w:before="100" w:after="200" w:line="360" w:lineRule="auto"/>
        <w:ind w:firstLine="576"/>
        <w:jc w:val="left"/>
      </w:pPr>
      <w:r>
        <w:rPr>
          <w:rFonts w:ascii="宋体" w:eastAsia="宋体" w:hAnsi="宋体"/>
          <w:sz w:val="28"/>
        </w:rPr>
        <w:t>3、农村团干部兼职、大龄化、无薪情况严重</w:t>
      </w:r>
    </w:p>
    <w:p>
      <w:pPr>
        <w:spacing w:before="100" w:after="200" w:line="360" w:lineRule="auto"/>
        <w:ind w:firstLine="576"/>
        <w:jc w:val="left"/>
      </w:pPr>
      <w:r>
        <w:rPr>
          <w:rFonts w:ascii="宋体" w:eastAsia="宋体" w:hAnsi="宋体"/>
          <w:sz w:val="28"/>
        </w:rPr>
        <w:t>通过对镇十个团支部情况的调查来看，农村干部由于受职教和经费等因素的制约，有95%以上均为兼职，多数团干部身兼团委、妇联、报帐员等工作，其中70%以上的团干部超过三十岁。虽然身兼数职，但报酬并未相应增加，特别是团干部的报酬并无正式规定，几乎等于无报酬，而且团干部年纪较大，分担工作多，负担较重，精力多放在别的工作上，没有精力多与青年人做接触，难以把握当前青年人的思想脉搏。</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4、农村青年“重经济轻思想”情况严重</w:t>
      </w:r>
    </w:p>
    <w:p>
      <w:pPr>
        <w:spacing w:before="100" w:after="200" w:line="360" w:lineRule="auto"/>
        <w:ind w:firstLine="576"/>
        <w:jc w:val="left"/>
      </w:pPr>
      <w:r>
        <w:rPr>
          <w:rFonts w:ascii="宋体" w:eastAsia="宋体" w:hAnsi="宋体"/>
          <w:sz w:val="28"/>
        </w:rPr>
        <w:t>现在多数青年都非常关心农村经济发展，同进更看重自己的发展机会和发家致富的本领。对社会制安、社会保障等问题也都给了一定的关心，但对不能带来经济效益的公益活动的积极性和主动性极低。</w:t>
      </w:r>
    </w:p>
    <w:p>
      <w:pPr>
        <w:spacing w:before="100" w:after="200" w:line="360" w:lineRule="auto"/>
        <w:jc w:val="left"/>
      </w:pPr>
      <w:r>
        <w:rPr>
          <w:rFonts w:ascii="宋体 (中文正文)" w:eastAsia="宋体" w:hAnsi="宋体 (中文正文)"/>
          <w:b/>
          <w:sz w:val="28"/>
        </w:rPr>
        <w:t>三、存在问题</w:t>
      </w:r>
    </w:p>
    <w:p>
      <w:pPr>
        <w:spacing w:before="100" w:after="200" w:line="360" w:lineRule="auto"/>
        <w:ind w:firstLine="576"/>
        <w:jc w:val="left"/>
      </w:pPr>
      <w:r>
        <w:rPr>
          <w:rFonts w:ascii="宋体" w:eastAsia="宋体" w:hAnsi="宋体"/>
          <w:sz w:val="28"/>
        </w:rPr>
        <w:t>1、基层组织建设亟需加强</w:t>
      </w:r>
    </w:p>
    <w:p>
      <w:pPr>
        <w:spacing w:before="100" w:after="200" w:line="360" w:lineRule="auto"/>
        <w:ind w:firstLine="576"/>
        <w:jc w:val="left"/>
      </w:pPr>
      <w:r>
        <w:rPr>
          <w:rFonts w:ascii="宋体" w:eastAsia="宋体" w:hAnsi="宋体"/>
          <w:sz w:val="28"/>
        </w:rPr>
        <w:t>2、干部队伍亟需培训</w:t>
      </w:r>
    </w:p>
    <w:p>
      <w:pPr>
        <w:spacing w:before="100" w:after="200" w:line="360" w:lineRule="auto"/>
        <w:ind w:firstLine="576"/>
        <w:jc w:val="left"/>
      </w:pPr>
      <w:r>
        <w:rPr>
          <w:rFonts w:ascii="宋体" w:eastAsia="宋体" w:hAnsi="宋体"/>
          <w:sz w:val="28"/>
        </w:rPr>
        <w:t>团干部是共青团工作的贯彻和执行者，其素质和能力在很大程度上决定了团的工作水平。团员干部素质参差不齐，缺乏必要的团务知识，与时代发展脱节，缺乏接受新生事物的能力，没有良好的服务态度，必然导致在青年人中没有号召力和影响力，没办法更好的团结和帮助广大青年。因此必须尽快的完善团的培训机制，加大团干部的培训力度，提高广大基层团干部的修养与工作能力。</w:t>
      </w:r>
    </w:p>
    <w:p>
      <w:pPr>
        <w:spacing w:before="100" w:after="200" w:line="360" w:lineRule="auto"/>
        <w:ind w:firstLine="576"/>
        <w:jc w:val="left"/>
      </w:pPr>
      <w:r>
        <w:rPr>
          <w:rFonts w:ascii="宋体" w:eastAsia="宋体" w:hAnsi="宋体"/>
          <w:sz w:val="28"/>
        </w:rPr>
        <w:t>3、团员管理亟需规范</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随着新形势的发展，流动团员人数地增加，团员管理难度增大，再加上对团员的进出管理不严，操作规程不够规范致使农村团员数量锐减，而部分农村团组织对此极没有深刻认识，单纯的只为了扩大团员队伍，放宽对团员入团的审核，使很多不够资格的青年也进入到团员队伍，不仅打击了优秀青年向团组织靠近的积极性，更失去了共青团所代表的先进意义，很大程度上影响了团组织在农村的影响力和号召力。必须进一步规范严格团员管理办法，抓紧抓严团员入团审批手续使共青团成为真正意义上的代表光荣与先进的青年组织。镇团委已经着手进行了团员档案管理与交接的规范工作，但是把严入团审批手续方面还需要中学团委和上级团委的重视与配合。</w:t>
      </w:r>
    </w:p>
    <w:p>
      <w:pPr>
        <w:spacing w:before="100" w:after="200" w:line="360" w:lineRule="auto"/>
        <w:ind w:firstLine="576"/>
        <w:jc w:val="left"/>
      </w:pPr>
      <w:r>
        <w:rPr>
          <w:rFonts w:ascii="宋体" w:eastAsia="宋体" w:hAnsi="宋体"/>
          <w:sz w:val="28"/>
        </w:rPr>
        <w:t>4、经费渠道亟需拓宽</w:t>
      </w:r>
    </w:p>
    <w:p>
      <w:pPr>
        <w:spacing w:before="100" w:after="200" w:line="360" w:lineRule="auto"/>
        <w:ind w:firstLine="576"/>
        <w:jc w:val="left"/>
      </w:pPr>
      <w:r>
        <w:rPr>
          <w:rFonts w:ascii="宋体" w:eastAsia="宋体" w:hAnsi="宋体"/>
          <w:sz w:val="28"/>
        </w:rPr>
        <w:t>目前农村团的活动经费还是主要靠团费和划拔两个途径，而农村团员数量本身有限，加上流失严重，团费收缴十分困难，特别是农民团员的团费收入基本空白。而历年来团的工作一直处于停滞状态，广大群众对于团委极为漠视，活动开展困难，难以引起镇委及村委的重视，团的活动经费难于争取。经费不能保障就不能满足正常的活动要求，影响工作开展，团的活动经费问题成为制约镇团的工作全面活跃的瓶颈。为此，镇团委把如何有效的解决工作经费问题作为当务之急。</w:t>
      </w:r>
    </w:p>
    <w:p>
      <w:pPr>
        <w:spacing w:before="100" w:after="200" w:line="360" w:lineRule="auto"/>
        <w:jc w:val="left"/>
      </w:pPr>
      <w:r>
        <w:rPr>
          <w:rFonts w:ascii="宋体 (中文正文)" w:eastAsia="宋体" w:hAnsi="宋体 (中文正文)"/>
          <w:b/>
          <w:sz w:val="28"/>
        </w:rPr>
        <w:t>四、原因分析</w:t>
      </w:r>
    </w:p>
    <w:p>
      <w:pPr>
        <w:spacing w:before="100" w:after="200" w:line="360" w:lineRule="auto"/>
        <w:ind w:firstLine="576"/>
        <w:jc w:val="left"/>
      </w:pPr>
      <w:r>
        <w:rPr>
          <w:rFonts w:ascii="宋体" w:eastAsia="宋体" w:hAnsi="宋体"/>
          <w:sz w:val="28"/>
        </w:rPr>
        <w:t>1、工作环境变化加快</w:t>
      </w:r>
    </w:p>
    <w:p>
      <w:pPr>
        <w:spacing w:before="100" w:after="200" w:line="360" w:lineRule="auto"/>
        <w:ind w:firstLine="576"/>
        <w:jc w:val="left"/>
      </w:pPr>
      <w:r>
        <w:rPr>
          <w:rFonts w:ascii="宋体" w:eastAsia="宋体" w:hAnsi="宋体"/>
          <w:sz w:val="28"/>
        </w:rPr>
        <w:t>市场经济的深化发展，加速了农村的步伐，农民特别是青年农民思想观念，价值观念和经济理念都发生了深刻的变化，追求最大的经济效益成为当代青年农民的出发点和落脚点。随之农村团的工作环境势必相应变化。在这种情况下，农村团组织本应及时洞察到工作环境的快速变化，及时根据农村发展需要调整团的工作思路，扭转团的工作滞后于农村发展实际。加上部分领导对团组织等群团组织在农村工作中的长期作用和潜在作用没有充份认识，忽视了团的工作，为使农村团的设置，人员配备，活动开展，经费筹集难度加大。</w:t>
      </w:r>
    </w:p>
    <w:p>
      <w:pPr>
        <w:spacing w:before="100" w:after="200" w:line="360" w:lineRule="auto"/>
        <w:ind w:firstLine="576"/>
        <w:jc w:val="left"/>
      </w:pPr>
      <w:r>
        <w:rPr>
          <w:rFonts w:ascii="宋体" w:eastAsia="宋体" w:hAnsi="宋体"/>
          <w:sz w:val="28"/>
        </w:rPr>
        <w:t>2、工作重心脱离实际</w:t>
      </w:r>
    </w:p>
    <w:p>
      <w:pPr>
        <w:spacing w:before="100" w:after="200" w:line="360" w:lineRule="auto"/>
        <w:ind w:firstLine="576"/>
        <w:jc w:val="left"/>
      </w:pPr>
      <w:r>
        <w:rPr>
          <w:rFonts w:ascii="宋体" w:eastAsia="宋体" w:hAnsi="宋体"/>
          <w:sz w:val="28"/>
        </w:rPr>
        <w:t>3、工作定位把握不准</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团组织在农村的职能定位，是其作用发挥的导向。农村的发展客观上要求团组织提高经济参与能力，把帮助和带领农村青年发家致富作为团的工作的出发点和落脚点，将团的每项工作都转化为农村重心工作服务的具体举措。而调查发现，农村团的这种职能作用的调整和转化并未到位，很多仍只停留在口头和思想上，多数农村团组织有待调整没能充分体现到团的实际工作中，致使农村团的工作长期务于农村中心工作之外，极大的影响了团的职能作用的有效发挥。</w:t>
      </w:r>
    </w:p>
    <w:p>
      <w:pPr>
        <w:spacing w:before="100" w:after="200" w:line="360" w:lineRule="auto"/>
        <w:jc w:val="left"/>
      </w:pPr>
      <w:r>
        <w:rPr>
          <w:rFonts w:ascii="宋体 (中文正文)" w:eastAsia="宋体" w:hAnsi="宋体 (中文正文)"/>
          <w:b/>
          <w:sz w:val="28"/>
        </w:rPr>
        <w:t>五、工作对策</w:t>
      </w:r>
    </w:p>
    <w:p>
      <w:pPr>
        <w:spacing w:before="100" w:after="200" w:line="360" w:lineRule="auto"/>
        <w:ind w:firstLine="576"/>
        <w:jc w:val="left"/>
      </w:pPr>
      <w:r>
        <w:rPr>
          <w:rFonts w:ascii="宋体" w:eastAsia="宋体" w:hAnsi="宋体"/>
          <w:sz w:val="28"/>
        </w:rPr>
        <w:t>1、切实加强基层团组织的建设</w:t>
      </w:r>
    </w:p>
    <w:p>
      <w:pPr>
        <w:spacing w:before="100" w:after="200" w:line="360" w:lineRule="auto"/>
        <w:ind w:firstLine="576"/>
        <w:jc w:val="left"/>
      </w:pPr>
      <w:r>
        <w:rPr>
          <w:rFonts w:ascii="宋体" w:eastAsia="宋体" w:hAnsi="宋体"/>
          <w:sz w:val="28"/>
        </w:rPr>
        <w:t>要切实增强团组织在农村青年中的凝聚力，提高团组织在农村中的分量和地位，改变团工作的人力资源不足的现状。</w:t>
      </w:r>
    </w:p>
    <w:p>
      <w:pPr>
        <w:spacing w:before="100" w:after="200" w:line="360" w:lineRule="auto"/>
        <w:ind w:firstLine="576"/>
        <w:jc w:val="left"/>
      </w:pPr>
      <w:r>
        <w:rPr>
          <w:rFonts w:ascii="宋体" w:eastAsia="宋体" w:hAnsi="宋体"/>
          <w:sz w:val="28"/>
        </w:rPr>
        <w:t>（1）要加强团的自身建设，建立和完善工作制度和正常的组织生活。以简单、适用为原则，使基层团干部对于自己的工作内容做到心中有数。</w:t>
      </w:r>
    </w:p>
    <w:p>
      <w:pPr>
        <w:spacing w:before="100" w:after="200" w:line="360" w:lineRule="auto"/>
        <w:ind w:firstLine="576"/>
        <w:jc w:val="left"/>
      </w:pPr>
      <w:r>
        <w:rPr>
          <w:rFonts w:ascii="宋体" w:eastAsia="宋体" w:hAnsi="宋体"/>
          <w:sz w:val="28"/>
        </w:rPr>
        <w:t>（2）是重视团干部队伍培养。一要配齐配强农村团干部，加强对团干部的管理培训，尤其要帮助他们落实职务津贴在内的各种政府、生活待遇，调动和保护农村团干部及共青团工作的积极性。二是要建立团干部储备制度，为基层团支部灌输新鲜血液，培植新生力量。</w:t>
      </w:r>
    </w:p>
    <w:p>
      <w:pPr>
        <w:spacing w:before="100" w:after="200" w:line="360" w:lineRule="auto"/>
        <w:ind w:firstLine="576"/>
        <w:jc w:val="left"/>
      </w:pPr>
      <w:r>
        <w:rPr>
          <w:rFonts w:ascii="宋体" w:eastAsia="宋体" w:hAnsi="宋体"/>
          <w:sz w:val="28"/>
        </w:rPr>
        <w:t>（3）多组织团员参与组织活动，将团员活动与青年活动相区分，提高团员待遇，突出团员与普通青年的区别，为进一步发展团员队伍奠定基础。</w:t>
      </w:r>
    </w:p>
    <w:p>
      <w:pPr>
        <w:spacing w:before="100" w:after="200" w:line="360" w:lineRule="auto"/>
        <w:ind w:firstLine="576"/>
        <w:jc w:val="left"/>
      </w:pPr>
      <w:r>
        <w:rPr>
          <w:rFonts w:ascii="宋体" w:eastAsia="宋体" w:hAnsi="宋体"/>
          <w:sz w:val="28"/>
        </w:rPr>
        <w:t>（4）重视团员干部的思想教育，特别是青年团干部的思想教育，树立为团员服务和青年服务的观念。</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2、立足农村生产实践，创新开展团的活动</w:t>
      </w:r>
    </w:p>
    <w:p>
      <w:pPr>
        <w:spacing w:before="100" w:after="200" w:line="360" w:lineRule="auto"/>
        <w:ind w:firstLine="576"/>
        <w:jc w:val="left"/>
      </w:pPr>
      <w:r>
        <w:rPr>
          <w:rFonts w:ascii="宋体" w:eastAsia="宋体" w:hAnsi="宋体"/>
          <w:sz w:val="28"/>
        </w:rPr>
        <w:t>创新活动内容，突出经济效益，贴近生产需求，围绕农村中心工作设计开展活动，并通过对这些问题的解决，使之成为团的工作发展的生长点。</w:t>
      </w:r>
    </w:p>
    <w:p>
      <w:pPr>
        <w:spacing w:before="100" w:after="200" w:line="360" w:lineRule="auto"/>
        <w:ind w:firstLine="576"/>
        <w:jc w:val="left"/>
      </w:pPr>
      <w:r>
        <w:rPr>
          <w:rFonts w:ascii="宋体" w:eastAsia="宋体" w:hAnsi="宋体"/>
          <w:sz w:val="28"/>
        </w:rPr>
        <w:t>（1）根据当地的实际情况，成立信息服务队，向广大农村青年提供最新的、急需的供求信息与科学技术。镇团委通过网络等渠道收集科技信息，成立科技频道等方式，向广大农村青年提供各类致富信息，得到了北岗群众的认可，扩大了共青团工作的影响力。</w:t>
      </w:r>
    </w:p>
    <w:p>
      <w:pPr>
        <w:spacing w:before="100" w:after="200" w:line="360" w:lineRule="auto"/>
        <w:ind w:firstLine="576"/>
        <w:jc w:val="left"/>
      </w:pPr>
      <w:r>
        <w:rPr>
          <w:rFonts w:ascii="宋体" w:eastAsia="宋体" w:hAnsi="宋体"/>
          <w:sz w:val="28"/>
        </w:rPr>
        <w:t>（2）建立青年人才档案，帮助有特长的青年发挥其优势，以延伸团的手臂，扩大团的影响，团结凝聚广大青年。镇团委通过帮助有声乐特长的青年参加各项比赛的机会，与青年们交了朋友，使他们乐于参与共青团组织的活动，聚拢了大批的青年，为搞好团的活动奠定了群众基础。</w:t>
      </w:r>
    </w:p>
    <w:p>
      <w:pPr>
        <w:spacing w:before="100" w:after="200" w:line="360" w:lineRule="auto"/>
        <w:ind w:firstLine="576"/>
        <w:jc w:val="left"/>
      </w:pPr>
      <w:r>
        <w:rPr>
          <w:rFonts w:ascii="宋体" w:eastAsia="宋体" w:hAnsi="宋体"/>
          <w:sz w:val="28"/>
        </w:rPr>
        <w:t>（3）是创新活动方式。注意将工作时间与业余时间相结合，针对青年流向多元化，流量多变，兴趣多样的特点，利用闲散时间，开展不同特色的小型活动。</w:t>
      </w:r>
    </w:p>
    <w:p>
      <w:pPr>
        <w:spacing w:before="100" w:after="200" w:line="360" w:lineRule="auto"/>
        <w:ind w:firstLine="576"/>
        <w:jc w:val="left"/>
      </w:pPr>
      <w:r>
        <w:rPr>
          <w:rFonts w:ascii="宋体" w:eastAsia="宋体" w:hAnsi="宋体"/>
          <w:sz w:val="28"/>
        </w:rPr>
        <w:t>（4）是要提高团的工作科技含量，围绕农业生产，提高团的科技含量。广泛开展“学科技，用科技争做科技型农民”活动，使团的工作成为农村工作的重要组织部分。</w:t>
      </w:r>
    </w:p>
    <w:p>
      <w:pPr>
        <w:spacing w:before="100" w:after="200" w:line="360" w:lineRule="auto"/>
        <w:ind w:firstLine="576"/>
        <w:jc w:val="left"/>
      </w:pPr>
      <w:r>
        <w:rPr>
          <w:rFonts w:ascii="宋体" w:eastAsia="宋体" w:hAnsi="宋体"/>
          <w:sz w:val="28"/>
        </w:rPr>
        <w:t>3、立足农村发展，灵活创收</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巧妇难为无米之炊。农村组织应该从各自的实际出发，能过”收，拔，创，建“等多种方式，多渠道筹措经费。收，即收缴团费，管好用好团费，拔，即通过争取领导支持，从村集体中划拔部分经费，创，即通过开展各种有偿服务和各类经济实体，自创活动经费，。建，即兴建青年活动中心，向广大青年们筹集活动资金。</w:t>
      </w:r>
    </w:p>
    <w:p>
      <w:pPr>
        <w:spacing w:before="100" w:after="200" w:line="360" w:lineRule="auto"/>
        <w:ind w:firstLine="576"/>
        <w:jc w:val="left"/>
      </w:pPr>
      <w:r>
        <w:rPr>
          <w:rFonts w:ascii="宋体" w:eastAsia="宋体" w:hAnsi="宋体"/>
          <w:sz w:val="28"/>
        </w:rPr>
        <w:t>4、立足农村现实情况，积极优化团的环境</w:t>
      </w:r>
    </w:p>
    <w:p>
      <w:pPr>
        <w:spacing w:before="100" w:after="200" w:line="360" w:lineRule="auto"/>
        <w:ind w:firstLine="576"/>
        <w:jc w:val="left"/>
      </w:pPr>
      <w:r>
        <w:rPr>
          <w:rFonts w:ascii="宋体" w:eastAsia="宋体" w:hAnsi="宋体"/>
          <w:sz w:val="28"/>
        </w:rPr>
        <w:t>（1）要争取村党支部对青年工作的组织领导，优化团的工作环境。</w:t>
      </w:r>
    </w:p>
    <w:p>
      <w:pPr>
        <w:spacing w:before="100" w:after="200" w:line="360" w:lineRule="auto"/>
        <w:ind w:firstLine="576"/>
        <w:jc w:val="left"/>
      </w:pPr>
      <w:r>
        <w:rPr>
          <w:rFonts w:ascii="宋体" w:eastAsia="宋体" w:hAnsi="宋体"/>
          <w:sz w:val="28"/>
        </w:rPr>
        <w:t>（2）规范工作规程，进一步规范团的工作制度，严格执行团员管理，团员生活，团会团课等日常工作规程，增强农村团的号召力，提高组织在农村青年心目中的地位和形象，夯实团的工作基础。</w:t>
      </w:r>
    </w:p>
    <w:p>
      <w:pPr>
        <w:spacing w:before="100" w:after="200" w:line="360" w:lineRule="auto"/>
        <w:ind w:firstLine="576"/>
        <w:jc w:val="left"/>
      </w:pPr>
      <w:r>
        <w:rPr>
          <w:rFonts w:ascii="宋体" w:eastAsia="宋体" w:hAnsi="宋体"/>
          <w:sz w:val="28"/>
        </w:rPr>
        <w:t>（3）要加强政策建设，坚持党建带团建，以团的工作实际和需要出发，制定，落实青年工作的相关政策。把团的权利，经费标准，干部待遇等以农村管理制度的形式确定下来，纳入镇级管理考核之中。为团组织的顺利开展提供政策保证。</w:t>
      </w:r>
    </w:p>
    <w:p>
      <w:pPr>
        <w:spacing w:before="100" w:after="200" w:line="360" w:lineRule="auto"/>
        <w:ind w:firstLine="576"/>
        <w:jc w:val="left"/>
      </w:pPr>
      <w:r>
        <w:rPr>
          <w:rFonts w:ascii="宋体" w:eastAsia="宋体" w:hAnsi="宋体"/>
          <w:sz w:val="28"/>
        </w:rPr>
        <w:t>（4）贯彻落实好“推优入党”工作，提高团在农村工作中的政治地位。</w:t>
      </w:r>
    </w:p>
    <w:p>
      <w:pPr>
        <w:spacing w:before="100" w:after="200" w:line="360" w:lineRule="auto"/>
        <w:ind w:firstLine="576"/>
        <w:jc w:val="left"/>
      </w:pPr>
      <w:r>
        <w:rPr>
          <w:rFonts w:ascii="宋体" w:eastAsia="宋体" w:hAnsi="宋体"/>
          <w:sz w:val="28"/>
        </w:rPr>
        <w:t>开放的，农村大批的男劳纷纷外出务工，妇女在家庭生活、农业生产中的主力军作用，在农村发展中的地位日趋。乡镇妇联工作就显得尤为。</w:t>
      </w:r>
    </w:p>
    <w:p>
      <w:pPr>
        <w:spacing w:before="100" w:after="200" w:line="360" w:lineRule="auto"/>
        <w:jc w:val="left"/>
      </w:pPr>
      <w:r>
        <w:rPr>
          <w:rFonts w:ascii="宋体 (中文正文)" w:eastAsia="宋体" w:hAnsi="宋体 (中文正文)"/>
          <w:b/>
          <w:sz w:val="28"/>
        </w:rPr>
        <w:t>一、基层妇联组织作用的现状</w:t>
      </w:r>
    </w:p>
    <w:p>
      <w:pPr>
        <w:spacing w:before="100" w:after="200" w:line="360" w:lineRule="auto"/>
        <w:ind w:firstLine="576"/>
        <w:jc w:val="left"/>
      </w:pPr>
      <w:r>
        <w:rPr>
          <w:rFonts w:ascii="宋体" w:eastAsia="宋体" w:hAnsi="宋体"/>
          <w:sz w:val="28"/>
        </w:rPr>
        <w:t>农村产业结构的和农村劳的转移，妇女已农村经济社会发展的主力军。农村妇女劳已占农村劳的60%，她们是农业和农村经济结构、社会稳定、建设现代新农村的力量。基层妇联组织党和妇女的桥梁纽带，承担着组织、宣传、教育、服务妇女的工作职责，在长期的农村妇女工作中了独特的优势。</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帮助农村妇女素质，农村经济的发展。发展要务，妇女素质，以“学文化、学技术、比、比”为主题的“双学双比”活动，培育有文化、懂技术、会经营的新型女农民，注重“巾帼科技致富示范基地”建设，现场示范、基地培训、科技接力，为农村妇女的生产发展、科技致富了服务。</w:t>
      </w:r>
    </w:p>
    <w:p>
      <w:pPr>
        <w:spacing w:before="100" w:after="200" w:line="360" w:lineRule="auto"/>
        <w:ind w:firstLine="576"/>
        <w:jc w:val="left"/>
      </w:pPr>
      <w:r>
        <w:rPr>
          <w:rFonts w:ascii="宋体" w:eastAsia="宋体" w:hAnsi="宋体"/>
          <w:sz w:val="28"/>
        </w:rPr>
        <w:t>扶持农村妇女增收致富，贫困地区农村富余女劳的就业。</w:t>
      </w:r>
    </w:p>
    <w:p>
      <w:pPr>
        <w:spacing w:before="100" w:after="200" w:line="360" w:lineRule="auto"/>
        <w:ind w:firstLine="576"/>
        <w:jc w:val="left"/>
      </w:pPr>
      <w:r>
        <w:rPr>
          <w:rFonts w:ascii="宋体" w:eastAsia="宋体" w:hAnsi="宋体"/>
          <w:sz w:val="28"/>
        </w:rPr>
        <w:t>创建“朝天椒示范基地”产业结构。20xx年妇联在陈村村了以妇女为骨干的朝天椒种植示范基地。八年来基地培训30期，培训妇女5000多人次。仅陈村种植朝天椒由开始的50亩发展到共500多亩。村里80%的妇女朝天椒的种植管理工作。向周边村辐射种植，现已有3个村发展到朝天椒示范种植基地，总面积达5000多亩。的支柱产业，了农民增收致富的步伐。</w:t>
      </w:r>
    </w:p>
    <w:p>
      <w:pPr>
        <w:spacing w:before="100" w:after="200" w:line="360" w:lineRule="auto"/>
        <w:ind w:firstLine="576"/>
        <w:jc w:val="left"/>
      </w:pPr>
      <w:r>
        <w:rPr>
          <w:rFonts w:ascii="宋体" w:eastAsia="宋体" w:hAnsi="宋体"/>
          <w:sz w:val="28"/>
        </w:rPr>
        <w:t>文明家庭创建工作，了农村精神文明建设。文明和谐家庭创评机制，农村妇女思想政治工作，组织“构建和谐家庭、营造生态庭院”、“美德在农家”、争当“五好文明家庭”农村性精神文明创建系列活动；推广普及现代教育理念和科学家庭教育知识，让文明、科学、健康的生活走进千家万户，农村妇家庭的生活质量和文明程度。</w:t>
      </w:r>
    </w:p>
    <w:p>
      <w:pPr>
        <w:spacing w:before="100" w:after="200" w:line="360" w:lineRule="auto"/>
        <w:jc w:val="left"/>
      </w:pPr>
      <w:r>
        <w:rPr>
          <w:rFonts w:ascii="宋体 (中文正文)" w:eastAsia="宋体" w:hAnsi="宋体 (中文正文)"/>
          <w:b/>
          <w:sz w:val="28"/>
        </w:rPr>
        <w:t>二、新形势下基层妇联工作中的问题</w:t>
      </w:r>
    </w:p>
    <w:p>
      <w:pPr>
        <w:spacing w:before="100" w:after="200" w:line="360" w:lineRule="auto"/>
        <w:ind w:firstLine="576"/>
        <w:jc w:val="left"/>
      </w:pPr>
      <w:r>
        <w:rPr>
          <w:rFonts w:ascii="宋体" w:eastAsia="宋体" w:hAnsi="宋体"/>
          <w:sz w:val="28"/>
        </w:rPr>
        <w:t>从情况来看，年基层妇女工作了不少的，从科学发展、和谐发展的角度来看，还不容的问题。</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工作难。乡镇中心工作繁重，妇联工作大多是党政分管工作中的一项，而妇女工作没有量化的指标和要求，不纳入考核管理，那些层层考核或“一票否决”的中心工作来讲，妇联工作缺少硬任务；党政工作忙时，“中心工作先行，妇联工作让道”，“边缘化”状态；情况级妇代会中。基层妇联组织虽已健全，但主要任务是中心工作，妇女工作成了“副业”。乡镇妇联没有将工作融入党委、的中心工作，性地工作；仅仅是组织妇女搞文体活动，或是乡村妇女几次学习和培训，调解家庭邻里纠纷，活动的规模小，内容也较为单一，难以调动妇女的性。</w:t>
      </w:r>
    </w:p>
    <w:p>
      <w:pPr>
        <w:spacing w:before="100" w:after="200" w:line="360" w:lineRule="auto"/>
        <w:ind w:firstLine="576"/>
        <w:jc w:val="left"/>
      </w:pPr>
      <w:r>
        <w:rPr>
          <w:rFonts w:ascii="宋体" w:eastAsia="宋体" w:hAnsi="宋体"/>
          <w:sz w:val="28"/>
        </w:rPr>
        <w:t>兼职过多，职能难。乡镇妇联主席兼两职的几乎80%。不同程度地了妇女工作的。乡镇妇联归党政办公室，而党政办公室所承担的中心工作任务重，工作又有严指标、硬任务，无暇顾及妇女工作，妇联机构形同虚设。乡镇妇联干部一人兼两项工作，如兼任计生、民政、统计、办公室多项繁琐的工作，和精力有限，常常顾此失彼，工作被动应付状态，使妇联工作流于。乡镇干部各自包点，工作包罗万象，妇女工作在中心工作之余干，又把妇女工作与农村工作有机起来，妇女工作不。村级妇代会主任主要从事计划生育工作的。</w:t>
      </w:r>
    </w:p>
    <w:p>
      <w:pPr>
        <w:spacing w:before="100" w:after="200" w:line="360" w:lineRule="auto"/>
        <w:ind w:firstLine="576"/>
        <w:jc w:val="left"/>
      </w:pPr>
      <w:r>
        <w:rPr>
          <w:rFonts w:ascii="宋体" w:eastAsia="宋体" w:hAnsi="宋体"/>
          <w:sz w:val="28"/>
        </w:rPr>
        <w:t>工作经费无保障。乡镇妇联要在女性素质及女性维权服务，条件，都需要有的经费作保障；《中华全国妇女联合会章程》也规定各级妇联的行政经费、活动和事业发展经费主要由拨款，列入各级财政预算。但绝大多数乡镇没有将妇女工作经费纳入年度财政预算，更没有保障此项开支的硬性措施和规定，活动时向专题申请活动经费，这就对基层妇联工作的约束和被动，自主地工作。缺少专项工作经费，活动和培训的，使妇女工作生机和活力，有组织无活动无培训的。妇联干部在工作中，经费无保障，产生畏难、抵触情绪，阻碍了妇联工作的发展。</w:t>
      </w:r>
    </w:p>
    <w:p>
      <w:pPr>
        <w:spacing w:before="100" w:after="200" w:line="360" w:lineRule="auto"/>
        <w:jc w:val="left"/>
      </w:pPr>
      <w:r>
        <w:rPr>
          <w:rFonts w:ascii="宋体 (中文正文)" w:eastAsia="宋体" w:hAnsi="宋体 (中文正文)"/>
          <w:b/>
          <w:sz w:val="28"/>
        </w:rPr>
        <w:t>三、几点对策和建议</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要健全党建带妇建的工作机制。党建带妇建，在“建”，关键在“带”。妇联基层组织建设和党建工作一起规划，一起，一起，要把妇女工作纳入党政议事日程，妇女工作的例会制度。将妇女工作纳入党建工作年度管理考核体系，其党政自然会思考、支持妇联工作，让妇联组织在新下的“党政所急，妇女所需，妇联所能”的工作宗旨，的服务。要多渠道、多乡村妇女干部的政治、经济待遇，工资待遇，或所兼工作项目，稳定基层妇女干部队伍。</w:t>
      </w:r>
    </w:p>
    <w:p>
      <w:pPr>
        <w:spacing w:before="100" w:after="200" w:line="360" w:lineRule="auto"/>
        <w:ind w:firstLine="576"/>
        <w:jc w:val="left"/>
      </w:pPr>
      <w:r>
        <w:rPr>
          <w:rFonts w:ascii="宋体" w:eastAsia="宋体" w:hAnsi="宋体"/>
          <w:sz w:val="28"/>
        </w:rPr>
        <w:t>要营造男女平国策的宣传。要各级党政对男女平国策的认识，地将性别意识纳入决策主流，要纳入到党校培训的内容，使各级党政干部是高层干部培训，从和行动上，以便在工作中对妇女工作的和支持。</w:t>
      </w:r>
    </w:p>
    <w:p>
      <w:pPr>
        <w:spacing w:before="100" w:after="200" w:line="360" w:lineRule="auto"/>
        <w:ind w:firstLine="576"/>
        <w:jc w:val="left"/>
      </w:pPr>
      <w:r>
        <w:rPr>
          <w:rFonts w:ascii="宋体" w:eastAsia="宋体" w:hAnsi="宋体"/>
          <w:sz w:val="28"/>
        </w:rPr>
        <w:t>要妇联干部队伍的能力建设。当前，乡镇妇女工作任务繁重，要求妇女干部知识面要广，工作能力要强，而且越来越需要服务型、引导型、示范型的干部。对乡镇妇联干部的培训。与党校、组织，把乡镇妇联干部的培训纳入各级党校干部培训和农业、科技的培训计划，党校办主体班时，规定乡镇妇干所占的比例或举办的乡镇妇干培训班，并条件，组织妇干参加妇统培训及外出学习考察。要引导、教育乡镇妇干好专兼职工作的关系，明晰自身工作的主要职责，兼职的优势，工作。</w:t>
      </w:r>
    </w:p>
    <w:p>
      <w:pPr>
        <w:spacing w:before="100" w:after="200" w:line="360" w:lineRule="auto"/>
        <w:ind w:firstLine="576"/>
        <w:jc w:val="left"/>
      </w:pPr>
      <w:r>
        <w:rPr>
          <w:rFonts w:ascii="宋体" w:eastAsia="宋体" w:hAnsi="宋体"/>
          <w:sz w:val="28"/>
        </w:rPr>
        <w:t>对妇联工作的考核验收。考核验收历来是工作的主要方法，工作的手段。要对基层妇联工作的管理和监督，规范工作考核，规定硬指标，严措施，“软”工作“硬”考核。</w:t>
      </w:r>
    </w:p>
    <w:p>
      <w:pPr>
        <w:spacing w:before="100" w:after="200" w:line="360" w:lineRule="auto"/>
        <w:ind w:firstLine="576"/>
        <w:jc w:val="left"/>
      </w:pPr>
      <w:r>
        <w:rPr>
          <w:rFonts w:ascii="宋体" w:eastAsia="宋体" w:hAnsi="宋体"/>
          <w:sz w:val="28"/>
        </w:rPr>
        <w:t>要妇联工作的创新发展。妇女工作放到建设新农村中去把握，把工作定位到发展城乡经济，引导城乡妇女增收致富，妇女工作的创新与发展。要着眼于农村发展，在统筹城乡发展上想办法、做文章，将城乡妇女工作对接和有机地融合，构建“城乡互动、统筹发展、进步”的妇女发展工作格局，基层妇联工作迈上新的。</w:t>
      </w:r>
    </w:p>
    <w:p>
      <w:pPr>
        <w:spacing w:before="100" w:after="200" w:line="360" w:lineRule="auto"/>
        <w:ind w:firstLine="576"/>
        <w:jc w:val="left"/>
      </w:pPr>
      <w:r>
        <w:rPr>
          <w:rFonts w:ascii="宋体" w:eastAsia="宋体" w:hAnsi="宋体"/>
          <w:sz w:val="28"/>
        </w:rPr>
        <w:t>基层妇联工作现状</w:t>
      </w:r>
    </w:p>
    <w:p>
      <w:pPr>
        <w:spacing w:before="100" w:after="200" w:line="360" w:lineRule="auto"/>
        <w:ind w:firstLine="576"/>
        <w:jc w:val="left"/>
      </w:pPr>
      <w:r>
        <w:rPr>
          <w:rFonts w:ascii="宋体" w:eastAsia="宋体" w:hAnsi="宋体"/>
          <w:sz w:val="28"/>
        </w:rPr>
        <w:t>关于基层工商所行政执法现状及应对措施分析</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基层工商所是县级以上工商行政管理机关的派出机构，是工商行政管理队伍的基础，是履行行政执法，市场监管职能的窗口部门，是整个工商局的门面，而在这个门面里，工作人员的一言一行都代表着大众对整个工商系统的认知，因此基层工商所的工作，是整个工商系统工作中的重中之重，而行政执法又是基层工商所的一重要职能，作为一名基层工商所工作人员，对于基层工商所行政执法现状及应对，有如下粗浅体会与认识：</w:t>
      </w:r>
    </w:p>
    <w:p>
      <w:pPr>
        <w:spacing w:before="100" w:after="200" w:line="360" w:lineRule="auto"/>
        <w:jc w:val="left"/>
      </w:pPr>
      <w:r>
        <w:rPr>
          <w:rFonts w:ascii="宋体 (中文正文)" w:eastAsia="宋体" w:hAnsi="宋体 (中文正文)"/>
          <w:b/>
          <w:sz w:val="28"/>
        </w:rPr>
        <w:t>一、外部执法环境</w:t>
      </w:r>
    </w:p>
    <w:p>
      <w:pPr>
        <w:spacing w:before="100" w:after="200" w:line="360" w:lineRule="auto"/>
        <w:ind w:firstLine="576"/>
        <w:jc w:val="left"/>
      </w:pPr>
      <w:r>
        <w:rPr>
          <w:rFonts w:ascii="宋体" w:eastAsia="宋体" w:hAnsi="宋体"/>
          <w:sz w:val="28"/>
        </w:rPr>
        <w:t>国家提出了有法可依、有法必依、执法必严、违法必究的法制方针后，要求各执法机关都必须严格遵守这一大的准则，在这个建立法制社会的大环境下，国家对于工商行政执法有着高标准、高要求，同时工商行政执法受社会、舆论、司法机关，及上级部门等诸多监督，更进一步督促了工商行政执法水平的提高。现今，基层工商所基本杜绝了乱收费、乱罚款、乱摊派的“三乱”行为,从以前的不合法、不规范，转变成了以事实为依据，以法律为准绳为宗旨办案，力争个个是铁案。</w:t>
      </w:r>
    </w:p>
    <w:p>
      <w:pPr>
        <w:spacing w:before="100" w:after="200" w:line="360" w:lineRule="auto"/>
        <w:ind w:firstLine="576"/>
        <w:jc w:val="left"/>
      </w:pPr>
      <w:r>
        <w:rPr>
          <w:rFonts w:ascii="宋体" w:eastAsia="宋体" w:hAnsi="宋体"/>
          <w:sz w:val="28"/>
        </w:rPr>
        <w:t>但是在众多监督下，大众也应该看到工商行政管理机关在行政执法过程中,遇到了许多问题和困难。一方面,国家逐步走向法制化的轨道使我国工商行政执法环境得到了很大提高，但是中国行政执法的本身就是具有范围广、数量大、任务重、执法依据的层次和种类多等特点，特别是基层工商所在行政执法中，面对和接触的有部分法律知识缺乏，对于工商的职能不了解的当事人，执法人员时常会面临言语污辱及打击报复的言论威协，甚至暴力抗法的情况。而舆论环境中也有部分不明真相、跟随起哄的群众以及一些不负责任，为吸引大众眼球，报道偏颇的媒体。这些因素构成了目前压力大的、条件艰苦的执法环境。</w:t>
      </w:r>
    </w:p>
    <w:p>
      <w:pPr>
        <w:spacing w:before="100" w:after="200" w:line="360" w:lineRule="auto"/>
        <w:jc w:val="left"/>
      </w:pPr>
      <w:r>
        <w:rPr>
          <w:rFonts w:ascii="宋体 (中文正文)" w:eastAsia="宋体" w:hAnsi="宋体 (中文正文)"/>
          <w:b/>
          <w:sz w:val="28"/>
        </w:rPr>
        <w:t>二、内部执法现状</w:t>
      </w:r>
    </w:p>
    <w:p>
      <w:pPr>
        <w:spacing w:before="100" w:after="200" w:line="360" w:lineRule="auto"/>
        <w:ind w:firstLine="576"/>
        <w:jc w:val="left"/>
      </w:pPr>
      <w:r>
        <w:rPr>
          <w:rFonts w:ascii="宋体" w:eastAsia="宋体" w:hAnsi="宋体"/>
          <w:sz w:val="28"/>
        </w:rPr>
        <w:t>（一）指导力度不统一</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https://d.book118.com/938075032107006046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38075032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