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谢谢</w:t>
      </w:r>
      <w:r>
        <w:t xml:space="preserve"> 干杯</w:t>
        <w:br/>
        <w:t>Thank</w:t>
      </w:r>
      <w:r>
        <w:t xml:space="preserve"> you.</w:t>
      </w:r>
      <w:r>
        <w:t xml:space="preserve"> Cheers.</w:t>
        <w:br/>
        <w:t>谢谢</w:t>
        <w:br/>
        <w:t>Thank</w:t>
      </w:r>
      <w:r>
        <w:t xml:space="preserve"> you</w:t>
      </w:r>
      <w:r>
        <w:t xml:space="preserve"> very</w:t>
      </w:r>
      <w:r>
        <w:t xml:space="preserve"> much.</w:t>
      </w:r>
      <w:r>
        <w:t xml:space="preserve"> </w:t>
        <w:br/>
        <w:t>给</w:t>
        <w:br/>
        <w:t>Here</w:t>
      </w:r>
      <w:r>
        <w:t xml:space="preserve"> you</w:t>
      </w:r>
      <w:r>
        <w:t xml:space="preserve"> go.</w:t>
        <w:br/>
        <w:t>给这咖啡多加点糖</w:t>
        <w:br/>
        <w:t>You</w:t>
      </w:r>
      <w:r>
        <w:t xml:space="preserve"> know,</w:t>
      </w:r>
      <w:r>
        <w:t xml:space="preserve"> if</w:t>
      </w:r>
      <w:r>
        <w:t xml:space="preserve"> I</w:t>
      </w:r>
      <w:r>
        <w:t xml:space="preserve"> turn</w:t>
      </w:r>
      <w:r>
        <w:t xml:space="preserve"> my</w:t>
      </w:r>
      <w:r>
        <w:t xml:space="preserve"> coffee</w:t>
      </w:r>
      <w:r>
        <w:t xml:space="preserve"> into</w:t>
      </w:r>
      <w:r>
        <w:t xml:space="preserve"> a</w:t>
      </w:r>
      <w:r>
        <w:t xml:space="preserve"> dessert,</w:t>
        <w:br/>
        <w:t>也许就没那么难以下咽了</w:t>
        <w:br/>
        <w:t>it</w:t>
      </w:r>
      <w:r>
        <w:t xml:space="preserve"> just</w:t>
      </w:r>
      <w:r>
        <w:t xml:space="preserve"> might</w:t>
      </w:r>
      <w:r>
        <w:t xml:space="preserve"> be</w:t>
      </w:r>
      <w:r>
        <w:t xml:space="preserve"> drinkable.</w:t>
        <w:br/>
        <w:t>给我</w:t>
        <w:br/>
        <w:t>Gimme.</w:t>
      </w:r>
      <w:r>
        <w:t xml:space="preserve"> </w:t>
        <w:br/>
        <w:t>抱歉</w:t>
        <w:br/>
        <w:t>Oh.</w:t>
      </w:r>
      <w:r>
        <w:t xml:space="preserve"> Sorry.</w:t>
        <w:br/>
        <w:t>Traci</w:t>
      </w:r>
      <w:r>
        <w:t xml:space="preserve"> 稍等一下</w:t>
      </w:r>
      <w:r>
        <w:t xml:space="preserve"> 稍等一下</w:t>
        <w:br/>
        <w:t>Hey,</w:t>
      </w:r>
      <w:r>
        <w:t xml:space="preserve"> Traci,</w:t>
      </w:r>
      <w:r>
        <w:t xml:space="preserve"> one</w:t>
      </w:r>
      <w:r>
        <w:t xml:space="preserve"> second.</w:t>
      </w:r>
      <w:r>
        <w:t xml:space="preserve"> One</w:t>
      </w:r>
      <w:r>
        <w:t xml:space="preserve"> second.</w:t>
      </w:r>
      <w:r>
        <w:t xml:space="preserve"> One</w:t>
      </w:r>
      <w:r>
        <w:t xml:space="preserve"> second.</w:t>
        <w:br/>
        <w:t>听我说</w:t>
      </w:r>
      <w:r>
        <w:t xml:space="preserve"> 别那么紧张</w:t>
        <w:br/>
        <w:t>Just...</w:t>
      </w:r>
      <w:r>
        <w:t xml:space="preserve"> just...</w:t>
      </w:r>
      <w:r>
        <w:t xml:space="preserve"> listen.</w:t>
      </w:r>
      <w:r>
        <w:t xml:space="preserve"> Try</w:t>
      </w:r>
      <w:r>
        <w:t xml:space="preserve"> to</w:t>
      </w:r>
      <w:r>
        <w:t xml:space="preserve"> relax.</w:t>
        <w:br/>
        <w:t>咦</w:t>
        <w:br/>
        <w:t>Oh,</w:t>
      </w:r>
      <w:r>
        <w:t xml:space="preserve"> yeah.</w:t>
        <w:br/>
        <w:t>这个好看</w:t>
      </w:r>
      <w:r>
        <w:t xml:space="preserve"> 你看起来很美</w:t>
        <w:br/>
        <w:t>That's</w:t>
      </w:r>
      <w:r>
        <w:t xml:space="preserve"> nice.</w:t>
      </w:r>
      <w:r>
        <w:t xml:space="preserve"> Yeah,</w:t>
      </w:r>
      <w:r>
        <w:t xml:space="preserve"> looks</w:t>
      </w:r>
      <w:r>
        <w:t xml:space="preserve"> good.</w:t>
      </w:r>
      <w:r>
        <w:t xml:space="preserve"> </w:t>
        <w:br/>
        <w:t>我挺喜欢的</w:t>
        <w:br/>
        <w:t>I</w:t>
      </w:r>
      <w:r>
        <w:t xml:space="preserve"> love</w:t>
      </w:r>
      <w:r>
        <w:t xml:space="preserve"> it.</w:t>
        <w:br/>
        <w:t>你不用这样的</w:t>
        <w:br/>
        <w:t>You</w:t>
      </w:r>
      <w:r>
        <w:t xml:space="preserve"> didn't</w:t>
      </w:r>
      <w:r>
        <w:t xml:space="preserve"> really</w:t>
      </w:r>
      <w:r>
        <w:t xml:space="preserve"> need</w:t>
      </w:r>
      <w:r>
        <w:t xml:space="preserve"> to</w:t>
      </w:r>
      <w:r>
        <w:t xml:space="preserve"> do</w:t>
      </w:r>
      <w:r>
        <w:t xml:space="preserve"> that.</w:t>
      </w:r>
      <w:r>
        <w:t xml:space="preserve"> </w:t>
        <w:br/>
        <w:t>这个嘛...</w:t>
        <w:br/>
        <w:t>Well...</w:t>
        <w:br/>
        <w:t>肯定都会顺顺利利的</w:t>
        <w:br/>
        <w:t>Everything</w:t>
      </w:r>
      <w:r>
        <w:t xml:space="preserve"> is</w:t>
      </w:r>
      <w:r>
        <w:t xml:space="preserve"> gonna</w:t>
      </w:r>
      <w:r>
        <w:t xml:space="preserve"> be</w:t>
      </w:r>
      <w:r>
        <w:t xml:space="preserve"> fine.</w:t>
        <w:br/>
        <w:t>这是我第一次突袭</w:t>
      </w:r>
      <w:r>
        <w:t xml:space="preserve"> </w:t>
        <w:br/>
        <w:t>Yeah,</w:t>
      </w:r>
      <w:r>
        <w:t xml:space="preserve"> I</w:t>
      </w:r>
      <w:r>
        <w:t xml:space="preserve"> just...</w:t>
      </w:r>
      <w:r>
        <w:t xml:space="preserve"> it's</w:t>
      </w:r>
      <w:r>
        <w:t xml:space="preserve"> my</w:t>
      </w:r>
      <w:r>
        <w:t xml:space="preserve"> first</w:t>
      </w:r>
      <w:r>
        <w:t xml:space="preserve"> raid.</w:t>
      </w:r>
      <w:r>
        <w:t xml:space="preserve"> </w:t>
        <w:br/>
        <w:t>我就是有点担心</w:t>
        <w:br/>
        <w:t>I'm</w:t>
      </w:r>
      <w:r>
        <w:t xml:space="preserve"> worried.</w:t>
        <w:br/>
        <w:t>担心我们浩浩荡荡赶过去</w:t>
        <w:br/>
        <w:t>I'm</w:t>
      </w:r>
      <w:r>
        <w:t xml:space="preserve"> worried</w:t>
      </w:r>
      <w:r>
        <w:t xml:space="preserve"> we're</w:t>
      </w:r>
      <w:r>
        <w:t xml:space="preserve"> gonna</w:t>
      </w:r>
      <w:r>
        <w:t xml:space="preserve"> show</w:t>
      </w:r>
      <w:r>
        <w:t xml:space="preserve"> up</w:t>
      </w:r>
      <w:r>
        <w:t xml:space="preserve"> </w:t>
        <w:br/>
        <w:t>结果那里没人</w:t>
        <w:br/>
        <w:t>and</w:t>
      </w:r>
      <w:r>
        <w:t xml:space="preserve"> there's</w:t>
      </w:r>
      <w:r>
        <w:t xml:space="preserve"> gonna</w:t>
      </w:r>
      <w:r>
        <w:t xml:space="preserve"> be</w:t>
      </w:r>
      <w:r>
        <w:t xml:space="preserve"> nobody</w:t>
      </w:r>
      <w:r>
        <w:t xml:space="preserve"> there.</w:t>
        <w:br/>
        <w:t>或者更惨</w:t>
        <w:br/>
        <w:t>Or</w:t>
      </w:r>
      <w:r>
        <w:t xml:space="preserve"> worse...</w:t>
      </w:r>
      <w:r>
        <w:t xml:space="preserve"> </w:t>
        <w:br/>
        <w:t>我们赶过去</w:t>
      </w:r>
      <w:r>
        <w:t xml:space="preserve"> 结果哪一步没走对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害人受伤</w:t>
        <w:br/>
        <w:t>we'll</w:t>
      </w:r>
      <w:r>
        <w:t xml:space="preserve"> get</w:t>
      </w:r>
      <w:r>
        <w:t xml:space="preserve"> there</w:t>
      </w:r>
      <w:r>
        <w:t xml:space="preserve"> and</w:t>
      </w:r>
      <w:r>
        <w:t xml:space="preserve"> something</w:t>
      </w:r>
      <w:r>
        <w:t xml:space="preserve"> will</w:t>
      </w:r>
      <w:r>
        <w:t xml:space="preserve"> go</w:t>
      </w:r>
      <w:r>
        <w:t xml:space="preserve"> wrong,</w:t>
      </w:r>
      <w:r>
        <w:t xml:space="preserve"> </w:t>
      </w:r>
      <w:r>
        <w:t xml:space="preserve"> somebody</w:t>
      </w:r>
      <w:r>
        <w:t xml:space="preserve"> will</w:t>
      </w:r>
      <w:r>
        <w:t xml:space="preserve"> get</w:t>
      </w:r>
      <w:r>
        <w:t xml:space="preserve"> hurt.</w:t>
        <w:br/>
        <w:t>那些家伙手段可狠毒了</w:t>
        <w:br/>
        <w:t>These</w:t>
      </w:r>
      <w:r>
        <w:t xml:space="preserve"> guys</w:t>
      </w:r>
      <w:r>
        <w:t xml:space="preserve"> are</w:t>
      </w:r>
      <w:r>
        <w:t xml:space="preserve"> ruthless.</w:t>
      </w:r>
      <w:r>
        <w:t xml:space="preserve"> </w:t>
        <w:br/>
        <w:t>可你已经准备得很完美了</w:t>
        <w:br/>
        <w:t>But</w:t>
      </w:r>
      <w:r>
        <w:t xml:space="preserve"> you</w:t>
      </w:r>
      <w:r>
        <w:t xml:space="preserve"> couldn't</w:t>
      </w:r>
      <w:r>
        <w:t xml:space="preserve"> be</w:t>
      </w:r>
      <w:r>
        <w:t xml:space="preserve"> more</w:t>
      </w:r>
      <w:r>
        <w:t xml:space="preserve"> prepared.</w:t>
        <w:br/>
        <w:t>今天我们肯定能让街头少掉很多非法枪&amp;hearts;支&amp;hearts;</w:t>
        <w:br/>
        <w:t>And</w:t>
      </w:r>
      <w:r>
        <w:t xml:space="preserve"> we're</w:t>
      </w:r>
      <w:r>
        <w:t xml:space="preserve"> gonna</w:t>
      </w:r>
      <w:r>
        <w:t xml:space="preserve"> get</w:t>
      </w:r>
      <w:r>
        <w:t xml:space="preserve"> a</w:t>
      </w:r>
      <w:r>
        <w:t xml:space="preserve"> ton</w:t>
      </w:r>
      <w:r>
        <w:t xml:space="preserve"> of</w:t>
      </w:r>
      <w:r>
        <w:t xml:space="preserve"> guns</w:t>
      </w:r>
      <w:r>
        <w:t xml:space="preserve"> off</w:t>
      </w:r>
      <w:r>
        <w:t xml:space="preserve"> the</w:t>
      </w:r>
      <w:r>
        <w:t xml:space="preserve"> street</w:t>
      </w:r>
      <w:r>
        <w:t xml:space="preserve"> today.</w:t>
        <w:br/>
        <w:t>好吧?</w:t>
        <w:br/>
        <w:t>Okay?</w:t>
        <w:br/>
        <w:t>我会一直陪着你的</w:t>
      </w:r>
      <w:r>
        <w:t xml:space="preserve"> 现在嘛...</w:t>
        <w:br/>
        <w:t>And</w:t>
      </w:r>
      <w:r>
        <w:t xml:space="preserve"> I'm</w:t>
      </w:r>
      <w:r>
        <w:t xml:space="preserve"> gonna</w:t>
      </w:r>
      <w:r>
        <w:t xml:space="preserve"> be</w:t>
      </w:r>
      <w:r>
        <w:t xml:space="preserve"> there</w:t>
      </w:r>
      <w:r>
        <w:t xml:space="preserve"> right</w:t>
      </w:r>
      <w:r>
        <w:t xml:space="preserve"> beside</w:t>
      </w:r>
      <w:r>
        <w:t xml:space="preserve"> you.</w:t>
      </w:r>
      <w:r>
        <w:t xml:space="preserve"> Now...</w:t>
        <w:br/>
        <w:t>多来点咖&amp;hearts;啡&amp;hearts;因&amp;hearts;</w:t>
        <w:br/>
        <w:t>Caffeinate</w:t>
      </w:r>
      <w:r>
        <w:t xml:space="preserve"> me.</w:t>
      </w:r>
      <w:r>
        <w:t xml:space="preserve"> </w:t>
        <w:br/>
        <w:t>等等</w:t>
      </w:r>
      <w:r>
        <w:t xml:space="preserve"> 要么这样</w:t>
        <w:br/>
        <w:t>Hey,</w:t>
      </w:r>
      <w:r>
        <w:t xml:space="preserve"> wait.</w:t>
      </w:r>
      <w:r>
        <w:t xml:space="preserve"> Maybe...</w:t>
        <w:br/>
        <w:t>你绕着车跑两圈</w:t>
        <w:br/>
        <w:t>Ehhh...</w:t>
      </w:r>
      <w:r>
        <w:t xml:space="preserve"> Maybe</w:t>
      </w:r>
      <w:r>
        <w:t xml:space="preserve"> you</w:t>
      </w:r>
      <w:r>
        <w:t xml:space="preserve"> need</w:t>
      </w:r>
      <w:r>
        <w:t xml:space="preserve"> to</w:t>
      </w:r>
      <w:r>
        <w:t xml:space="preserve"> take</w:t>
      </w:r>
      <w:r>
        <w:t xml:space="preserve"> a</w:t>
      </w:r>
      <w:r>
        <w:t xml:space="preserve"> lap</w:t>
      </w:r>
      <w:r>
        <w:t xml:space="preserve"> around</w:t>
      </w:r>
      <w:r>
        <w:t xml:space="preserve"> the</w:t>
      </w:r>
      <w:r>
        <w:t xml:space="preserve"> car.</w:t>
        <w:br/>
        <w:t>放松一下</w:t>
      </w:r>
      <w:r>
        <w:t xml:space="preserve"> 把紧张都甩掉</w:t>
        <w:br/>
        <w:t>Just</w:t>
      </w:r>
      <w:r>
        <w:t xml:space="preserve"> to</w:t>
      </w:r>
      <w:r>
        <w:t xml:space="preserve"> loosen</w:t>
      </w:r>
      <w:r>
        <w:t xml:space="preserve"> up,</w:t>
      </w:r>
      <w:r>
        <w:t xml:space="preserve"> you</w:t>
      </w:r>
      <w:r>
        <w:t xml:space="preserve"> know?</w:t>
      </w:r>
      <w:r>
        <w:t xml:space="preserve"> You</w:t>
      </w:r>
      <w:r>
        <w:t xml:space="preserve"> shake</w:t>
      </w:r>
      <w:r>
        <w:t xml:space="preserve"> it</w:t>
      </w:r>
      <w:r>
        <w:t xml:space="preserve"> out.</w:t>
      </w:r>
      <w:r>
        <w:t xml:space="preserve"> </w:t>
        <w:br/>
        <w:t>你认真的吗?</w:t>
        <w:br/>
        <w:t>Are</w:t>
      </w:r>
      <w:r>
        <w:t xml:space="preserve"> you</w:t>
      </w:r>
      <w:r>
        <w:t xml:space="preserve"> serious?</w:t>
        <w:br/>
        <w:t>这是警探的小秘密</w:t>
      </w:r>
      <w:r>
        <w:t xml:space="preserve"> Nash</w:t>
        <w:br/>
        <w:t>Little</w:t>
      </w:r>
      <w:r>
        <w:t xml:space="preserve"> detective</w:t>
      </w:r>
      <w:r>
        <w:t xml:space="preserve"> secret</w:t>
      </w:r>
      <w:r>
        <w:t xml:space="preserve"> here,</w:t>
      </w:r>
      <w:r>
        <w:t xml:space="preserve"> Nash.</w:t>
      </w:r>
      <w:r>
        <w:t xml:space="preserve"> </w:t>
        <w:br/>
        <w:t>其实我现在还挺紧张的</w:t>
        <w:br/>
        <w:t>In</w:t>
      </w:r>
      <w:r>
        <w:t xml:space="preserve"> fact,</w:t>
      </w:r>
      <w:r>
        <w:t xml:space="preserve"> I'm</w:t>
      </w:r>
      <w:r>
        <w:t xml:space="preserve"> a</w:t>
      </w:r>
      <w:r>
        <w:t xml:space="preserve"> little</w:t>
      </w:r>
      <w:r>
        <w:t xml:space="preserve"> tense</w:t>
      </w:r>
      <w:r>
        <w:t xml:space="preserve"> right</w:t>
      </w:r>
      <w:r>
        <w:t xml:space="preserve"> now.</w:t>
        <w:br/>
        <w:t>我能先去吗?</w:t>
      </w:r>
      <w:r>
        <w:t xml:space="preserve"> 你介意不?</w:t>
        <w:br/>
        <w:t>Maybe...</w:t>
      </w:r>
      <w:r>
        <w:t xml:space="preserve"> can</w:t>
      </w:r>
      <w:r>
        <w:t xml:space="preserve"> I</w:t>
      </w:r>
      <w:r>
        <w:t xml:space="preserve"> go</w:t>
      </w:r>
      <w:r>
        <w:t xml:space="preserve"> first?</w:t>
      </w:r>
      <w:r>
        <w:t xml:space="preserve"> Do</w:t>
      </w:r>
      <w:r>
        <w:t xml:space="preserve"> you</w:t>
      </w:r>
      <w:r>
        <w:t xml:space="preserve"> mind?</w:t>
      </w:r>
      <w:r>
        <w:t xml:space="preserve"> </w:t>
        <w:br/>
        <w:t>真的挺有效的</w:t>
        <w:br/>
        <w:t>It</w:t>
      </w:r>
      <w:r>
        <w:t xml:space="preserve"> really</w:t>
      </w:r>
      <w:r>
        <w:t xml:space="preserve"> helps.</w:t>
        <w:br/>
        <w:t>那你去</w:t>
        <w:br/>
        <w:t>Okay.</w:t>
      </w:r>
      <w:r>
        <w:t xml:space="preserve"> </w:t>
        <w:br/>
        <w:t>好</w:t>
      </w:r>
      <w:r>
        <w:t xml:space="preserve"> 谢啦</w:t>
        <w:br/>
        <w:t>All</w:t>
      </w:r>
      <w:r>
        <w:t xml:space="preserve"> right.</w:t>
      </w:r>
      <w:r>
        <w:t xml:space="preserve"> Thanks.</w:t>
        <w:br/>
        <w:t>我去!</w:t>
        <w:br/>
        <w:t>Geez!</w:t>
        <w:br/>
        <w:t>我还真放松了点</w:t>
        <w:br/>
        <w:t>I</w:t>
      </w:r>
      <w:r>
        <w:t xml:space="preserve"> do</w:t>
      </w:r>
      <w:r>
        <w:t xml:space="preserve"> feel</w:t>
      </w:r>
      <w:r>
        <w:t xml:space="preserve"> more</w:t>
      </w:r>
      <w:r>
        <w:t xml:space="preserve"> relaxed.</w:t>
        <w:br/>
        <w:t>Dov</w:t>
      </w:r>
      <w:r>
        <w:t xml:space="preserve"> 凡事都要有度</w:t>
        <w:br/>
        <w:t>Dov,</w:t>
      </w:r>
      <w:r>
        <w:t xml:space="preserve"> moderation</w:t>
      </w:r>
      <w:r>
        <w:t xml:space="preserve"> is</w:t>
      </w:r>
      <w:r>
        <w:t xml:space="preserve"> key.</w:t>
        <w:br/>
        <w:t>我觉得他是想说你有毛病</w:t>
        <w:br/>
        <w:t>I</w:t>
      </w:r>
      <w:r>
        <w:t xml:space="preserve"> think</w:t>
      </w:r>
      <w:r>
        <w:t xml:space="preserve"> what</w:t>
      </w:r>
      <w:r>
        <w:t xml:space="preserve"> he's</w:t>
      </w:r>
      <w:r>
        <w:t xml:space="preserve"> trying</w:t>
      </w:r>
      <w:r>
        <w:t xml:space="preserve"> to</w:t>
      </w:r>
      <w:r>
        <w:t xml:space="preserve"> say</w:t>
      </w:r>
      <w:r>
        <w:t xml:space="preserve"> is</w:t>
      </w:r>
      <w:r>
        <w:t xml:space="preserve"> that</w:t>
      </w:r>
      <w:r>
        <w:t xml:space="preserve"> you</w:t>
      </w:r>
      <w:r>
        <w:t xml:space="preserve"> have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problem.</w:t>
        <w:br/>
        <w:t>明明是你们不肯给Nori海苔一个机会</w:t>
        <w:br/>
        <w:t>I'm</w:t>
      </w:r>
      <w:r>
        <w:t xml:space="preserve"> telling</w:t>
      </w:r>
      <w:r>
        <w:t xml:space="preserve"> you,</w:t>
      </w:r>
      <w:r>
        <w:t xml:space="preserve"> you</w:t>
      </w:r>
      <w:r>
        <w:t xml:space="preserve"> guys</w:t>
      </w:r>
      <w:r>
        <w:t xml:space="preserve"> haven't</w:t>
      </w:r>
      <w:r>
        <w:t xml:space="preserve"> given</w:t>
      </w:r>
      <w:r>
        <w:t xml:space="preserve"> Nori</w:t>
      </w:r>
      <w:r>
        <w:t xml:space="preserve"> a</w:t>
      </w:r>
      <w:r>
        <w:t xml:space="preserve"> chance.</w:t>
      </w:r>
      <w:r>
        <w:t xml:space="preserve"> </w:t>
        <w:br/>
        <w:t>你们知道这里面含多少铁元素吗?</w:t>
        <w:br/>
        <w:t>Do</w:t>
      </w:r>
      <w:r>
        <w:t xml:space="preserve"> you</w:t>
      </w:r>
      <w:r>
        <w:t xml:space="preserve"> have</w:t>
      </w:r>
      <w:r>
        <w:t xml:space="preserve"> any</w:t>
      </w:r>
      <w:r>
        <w:t xml:space="preserve"> idea</w:t>
      </w:r>
      <w:r>
        <w:t xml:space="preserve"> how</w:t>
      </w:r>
      <w:r>
        <w:t xml:space="preserve"> much</w:t>
      </w:r>
      <w:r>
        <w:t xml:space="preserve"> iron</w:t>
      </w:r>
      <w:r>
        <w:t xml:space="preserve"> is</w:t>
      </w:r>
      <w:r>
        <w:t xml:space="preserve"> in</w:t>
      </w:r>
      <w:r>
        <w:t xml:space="preserve"> this?</w:t>
        <w:br/>
        <w:t>Gail</w:t>
      </w:r>
      <w:r>
        <w:t xml:space="preserve"> 你该试试看</w:t>
      </w:r>
      <w:r>
        <w:t xml:space="preserve"> 你肯定缺</w:t>
        <w:br/>
        <w:t>Gail,</w:t>
      </w:r>
      <w:r>
        <w:t xml:space="preserve"> you</w:t>
      </w:r>
      <w:r>
        <w:t xml:space="preserve"> should</w:t>
      </w:r>
      <w:r>
        <w:t xml:space="preserve"> try</w:t>
      </w:r>
      <w:r>
        <w:t xml:space="preserve"> it.</w:t>
      </w:r>
      <w:r>
        <w:t xml:space="preserve"> I</w:t>
      </w:r>
      <w:r>
        <w:t xml:space="preserve"> bet</w:t>
      </w:r>
      <w:r>
        <w:t xml:space="preserve"> you're</w:t>
      </w:r>
      <w:r>
        <w:t xml:space="preserve"> deficient.</w:t>
        <w:br/>
        <w:t>你敢说我缺?</w:t>
        <w:br/>
        <w:t>What</w:t>
      </w:r>
      <w:r>
        <w:t xml:space="preserve"> did</w:t>
      </w:r>
      <w:r>
        <w:t xml:space="preserve"> you</w:t>
      </w:r>
      <w:r>
        <w:t xml:space="preserve"> just</w:t>
      </w:r>
      <w:r>
        <w:t xml:space="preserve"> call</w:t>
      </w:r>
      <w:r>
        <w:t xml:space="preserve"> me?</w:t>
      </w:r>
      <w:r>
        <w:t xml:space="preserve"> </w:t>
        <w:br/>
        <w:t>别呀</w:t>
      </w:r>
      <w:r>
        <w:t xml:space="preserve"> 这可在我车里</w:t>
        <w:br/>
        <w:t>Seriously?</w:t>
      </w:r>
      <w:r>
        <w:t xml:space="preserve"> In</w:t>
      </w:r>
      <w:r>
        <w:t xml:space="preserve"> the</w:t>
      </w:r>
      <w:r>
        <w:t xml:space="preserve"> truck?</w:t>
        <w:br/>
        <w:t>出去</w:t>
      </w:r>
      <w:r>
        <w:t xml:space="preserve"> 都出去</w:t>
      </w:r>
      <w:r>
        <w:t xml:space="preserve"> 赶紧出去</w:t>
        <w:br/>
        <w:t>Out.</w:t>
      </w:r>
      <w:r>
        <w:t xml:space="preserve"> Out.</w:t>
      </w:r>
      <w:r>
        <w:t xml:space="preserve"> Just...</w:t>
      </w:r>
      <w:r>
        <w:t xml:space="preserve"> just</w:t>
      </w:r>
      <w:r>
        <w:t xml:space="preserve"> get</w:t>
      </w:r>
      <w:r>
        <w:t xml:space="preserve"> out.</w:t>
        <w:br/>
        <w:t>我真觉得你一大早吃这么咸不好</w:t>
        <w:br/>
        <w:t>I</w:t>
      </w:r>
      <w:r>
        <w:t xml:space="preserve"> do</w:t>
      </w:r>
      <w:r>
        <w:t xml:space="preserve"> think</w:t>
      </w:r>
      <w:r>
        <w:t xml:space="preserve"> it's</w:t>
      </w:r>
      <w:r>
        <w:t xml:space="preserve"> a</w:t>
      </w:r>
      <w:r>
        <w:t xml:space="preserve"> little</w:t>
      </w:r>
      <w:r>
        <w:t xml:space="preserve"> early,</w:t>
      </w:r>
      <w:r>
        <w:t xml:space="preserve"> though,</w:t>
      </w:r>
      <w:r>
        <w:t xml:space="preserve"> for</w:t>
      </w:r>
      <w:r>
        <w:t xml:space="preserve"> that</w:t>
      </w:r>
      <w:r>
        <w:t xml:space="preserve"> much</w:t>
      </w:r>
      <w:r>
        <w:t xml:space="preserve"> sodium...</w:t>
      </w:r>
      <w:r>
        <w:t xml:space="preserve"> just</w:t>
      </w:r>
      <w:r>
        <w:t xml:space="preserve"> saying.</w:t>
        <w:br/>
        <w:t>怕啥</w:t>
      </w:r>
      <w:r>
        <w:t xml:space="preserve"> 我水喝得多</w:t>
        <w:br/>
        <w:t>Don't</w:t>
      </w:r>
      <w:r>
        <w:t xml:space="preserve"> worry.</w:t>
      </w:r>
      <w:r>
        <w:t xml:space="preserve"> I'm</w:t>
      </w:r>
      <w:r>
        <w:t xml:space="preserve"> guzzling</w:t>
      </w:r>
      <w:r>
        <w:t xml:space="preserve"> water.</w:t>
        <w:br/>
        <w:t>警报</w:t>
      </w:r>
      <w:r>
        <w:t xml:space="preserve"> Jamie出现了</w:t>
        <w:br/>
        <w:t>Uh...</w:t>
      </w:r>
      <w:r>
        <w:t xml:space="preserve"> Jamie</w:t>
      </w:r>
      <w:r>
        <w:t xml:space="preserve"> alert.</w:t>
        <w:br/>
        <w:t>你赶紧上手把这事处理了</w:t>
      </w:r>
      <w:r>
        <w:t xml:space="preserve"> </w:t>
        <w:br/>
        <w:t>You</w:t>
      </w:r>
      <w:r>
        <w:t xml:space="preserve"> should</w:t>
      </w:r>
      <w:r>
        <w:t xml:space="preserve"> probably</w:t>
      </w:r>
      <w:r>
        <w:t xml:space="preserve"> get</w:t>
      </w:r>
      <w:r>
        <w:t xml:space="preserve"> on</w:t>
      </w:r>
      <w:r>
        <w:t xml:space="preserve"> that.</w:t>
      </w:r>
      <w:r>
        <w:t xml:space="preserve"> </w:t>
        <w:br/>
        <w:t>我是说别真的上手</w:t>
        <w:br/>
        <w:t>I</w:t>
      </w:r>
      <w:r>
        <w:t xml:space="preserve"> mean,</w:t>
      </w:r>
      <w:r>
        <w:t xml:space="preserve"> get</w:t>
      </w:r>
      <w:r>
        <w:t xml:space="preserve"> rid</w:t>
      </w:r>
      <w:r>
        <w:t xml:space="preserve"> of</w:t>
      </w:r>
      <w:r>
        <w:t xml:space="preserve"> that.</w:t>
        <w:br/>
        <w:t>勾引女神的日常哈</w:t>
      </w:r>
      <w:r>
        <w:t xml:space="preserve"> Diaz</w:t>
        <w:br/>
        <w:t>Just</w:t>
      </w:r>
      <w:r>
        <w:t xml:space="preserve"> another</w:t>
      </w:r>
      <w:r>
        <w:t xml:space="preserve"> day</w:t>
      </w:r>
      <w:r>
        <w:t xml:space="preserve"> tempting</w:t>
      </w:r>
      <w:r>
        <w:t xml:space="preserve"> the</w:t>
      </w:r>
      <w:r>
        <w:t xml:space="preserve"> gods,</w:t>
      </w:r>
      <w:r>
        <w:t xml:space="preserve"> huh,</w:t>
      </w:r>
      <w:r>
        <w:t xml:space="preserve"> Diaz?</w:t>
        <w:br/>
        <w:t>走吧海草</w:t>
        <w:br/>
        <w:t>Come</w:t>
      </w:r>
      <w:r>
        <w:t xml:space="preserve"> on,</w:t>
      </w:r>
      <w:r>
        <w:t xml:space="preserve"> seaweed.</w:t>
        <w:br/>
        <w:t>你吃的这玩意儿闻起来跟汗似的</w:t>
        <w:br/>
        <w:t>You</w:t>
      </w:r>
      <w:r>
        <w:t xml:space="preserve"> know,</w:t>
      </w:r>
      <w:r>
        <w:t xml:space="preserve"> that</w:t>
      </w:r>
      <w:r>
        <w:t xml:space="preserve"> stuff</w:t>
      </w:r>
      <w:r>
        <w:t xml:space="preserve"> actually</w:t>
      </w:r>
      <w:r>
        <w:t xml:space="preserve"> smells</w:t>
      </w:r>
      <w:r>
        <w:t xml:space="preserve"> like</w:t>
      </w:r>
      <w:r>
        <w:t xml:space="preserve"> you're</w:t>
      </w:r>
      <w:r>
        <w:t xml:space="preserve"> eating</w:t>
      </w:r>
      <w:r>
        <w:t xml:space="preserve"> sweat.</w:t>
        <w:br/>
        <w:t>你要干嘛?</w:t>
        <w:br/>
        <w:t>What</w:t>
      </w:r>
      <w:r>
        <w:t xml:space="preserve"> are</w:t>
      </w:r>
      <w:r>
        <w:t xml:space="preserve"> you</w:t>
      </w:r>
      <w:r>
        <w:t xml:space="preserve"> doing?</w:t>
      </w:r>
      <w:r>
        <w:t xml:space="preserve"> </w:t>
        <w:br/>
        <w:t>翘班吧</w:t>
      </w:r>
      <w:r>
        <w:t xml:space="preserve"> 突袭有什么好去的</w:t>
        <w:br/>
        <w:t>Play</w:t>
      </w:r>
      <w:r>
        <w:t xml:space="preserve"> hooky</w:t>
      </w:r>
      <w:r>
        <w:t xml:space="preserve"> with</w:t>
      </w:r>
      <w:r>
        <w:t xml:space="preserve"> me.</w:t>
      </w:r>
      <w:r>
        <w:t xml:space="preserve"> You</w:t>
      </w:r>
      <w:r>
        <w:t xml:space="preserve"> can</w:t>
      </w:r>
      <w:r>
        <w:t xml:space="preserve"> skip</w:t>
      </w:r>
      <w:r>
        <w:t xml:space="preserve"> that</w:t>
      </w:r>
      <w:r>
        <w:t xml:space="preserve"> raid</w:t>
      </w:r>
      <w:r>
        <w:t xml:space="preserve"> thing.</w:t>
        <w:br/>
        <w:t>反正还没有人看到你上班</w:t>
        <w:br/>
        <w:t>No</w:t>
      </w:r>
      <w:r>
        <w:t xml:space="preserve"> one's</w:t>
      </w:r>
      <w:r>
        <w:t xml:space="preserve"> even</w:t>
      </w:r>
      <w:r>
        <w:t xml:space="preserve"> seen</w:t>
      </w:r>
      <w:r>
        <w:t xml:space="preserve"> you</w:t>
      </w:r>
      <w:r>
        <w:t xml:space="preserve"> come</w:t>
      </w:r>
      <w:r>
        <w:t xml:space="preserve"> in</w:t>
      </w:r>
      <w:r>
        <w:t xml:space="preserve"> yet.</w:t>
      </w:r>
      <w:r>
        <w:t xml:space="preserve"> </w:t>
        <w:br/>
        <w:t>你在说笑?</w:t>
        <w:br/>
        <w:t>Are</w:t>
      </w:r>
      <w:r>
        <w:t xml:space="preserve"> you</w:t>
      </w:r>
      <w:r>
        <w:t xml:space="preserve"> serious?</w:t>
        <w:br/>
        <w:t>没有</w:t>
      </w:r>
      <w:r>
        <w:t xml:space="preserve"> 就说去看心理医生了</w:t>
        <w:br/>
        <w:t>Yeah.</w:t>
      </w:r>
      <w:r>
        <w:t xml:space="preserve"> Call</w:t>
      </w:r>
      <w:r>
        <w:t xml:space="preserve"> it</w:t>
      </w:r>
      <w:r>
        <w:t xml:space="preserve"> a</w:t>
      </w:r>
      <w:r>
        <w:t xml:space="preserve"> mental-health</w:t>
      </w:r>
      <w:r>
        <w:t xml:space="preserve"> day.</w:t>
        <w:br/>
        <w:t>咱们可以躺床上撒谎</w:t>
      </w:r>
      <w:r>
        <w:t xml:space="preserve"> </w:t>
        <w:br/>
        <w:t>We</w:t>
      </w:r>
      <w:r>
        <w:t xml:space="preserve"> can</w:t>
      </w:r>
      <w:r>
        <w:t xml:space="preserve"> lie</w:t>
      </w:r>
      <w:r>
        <w:t xml:space="preserve"> around</w:t>
      </w:r>
      <w:r>
        <w:t xml:space="preserve"> in</w:t>
      </w:r>
      <w:r>
        <w:t xml:space="preserve"> bed,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</w:t>
        <w:br/>
        <w:t>你想做什么就做什么</w:t>
        <w:br/>
        <w:t>do</w:t>
      </w:r>
      <w:r>
        <w:t xml:space="preserve"> whatever</w:t>
      </w:r>
      <w:r>
        <w:t xml:space="preserve"> you</w:t>
      </w:r>
      <w:r>
        <w:t xml:space="preserve"> want.</w:t>
        <w:br/>
        <w:t>别</w:t>
        <w:br/>
        <w:t>Don't.</w:t>
      </w:r>
      <w:r>
        <w:t xml:space="preserve"> </w:t>
        <w:br/>
        <w:t>这工作压力很大的</w:t>
        <w:br/>
        <w:t>It's</w:t>
      </w:r>
      <w:r>
        <w:t xml:space="preserve"> a</w:t>
      </w:r>
      <w:r>
        <w:t xml:space="preserve"> stressful</w:t>
      </w:r>
      <w:r>
        <w:t xml:space="preserve"> job.</w:t>
        <w:br/>
        <w:t>今天真的很重要</w:t>
        <w:br/>
        <w:t>I</w:t>
      </w:r>
      <w:r>
        <w:t xml:space="preserve"> got</w:t>
      </w:r>
      <w:r>
        <w:t xml:space="preserve"> a</w:t>
      </w:r>
      <w:r>
        <w:t xml:space="preserve"> really</w:t>
      </w:r>
      <w:r>
        <w:t xml:space="preserve"> big</w:t>
      </w:r>
      <w:r>
        <w:t xml:space="preserve"> day</w:t>
      </w:r>
      <w:r>
        <w:t xml:space="preserve"> today.</w:t>
        <w:br/>
        <w:t>抱歉</w:t>
        <w:br/>
        <w:t>I'm</w:t>
      </w:r>
      <w:r>
        <w:t xml:space="preserve"> sorry,</w:t>
      </w:r>
      <w:r>
        <w:t xml:space="preserve"> okay?</w:t>
      </w:r>
      <w:r>
        <w:t xml:space="preserve"> </w:t>
        <w:br/>
        <w:t>别嘛</w:t>
      </w:r>
      <w:r>
        <w:t xml:space="preserve"> Chris</w:t>
        <w:br/>
        <w:t>Come</w:t>
      </w:r>
      <w:r>
        <w:t xml:space="preserve"> on,</w:t>
      </w:r>
      <w:r>
        <w:t xml:space="preserve"> Chris.</w:t>
        <w:br/>
        <w:t>我也希望我能去</w:t>
      </w:r>
      <w:r>
        <w:t xml:space="preserve"> 但...</w:t>
        <w:br/>
        <w:t>I</w:t>
      </w:r>
      <w:r>
        <w:t xml:space="preserve"> wish</w:t>
      </w:r>
      <w:r>
        <w:t xml:space="preserve"> I</w:t>
      </w:r>
      <w:r>
        <w:t xml:space="preserve"> could,</w:t>
      </w:r>
      <w:r>
        <w:t xml:space="preserve"> but</w:t>
      </w:r>
      <w:r>
        <w:t xml:space="preserve"> I...</w:t>
        <w:br/>
        <w:t>真的不行</w:t>
        <w:br/>
        <w:t>I-I</w:t>
      </w:r>
      <w:r>
        <w:t xml:space="preserve"> can't.</w:t>
        <w:br/>
        <w:t>真是疯了</w:t>
        <w:br/>
        <w:t>Crazy.</w:t>
        <w:br/>
        <w:t>我还是不敢相信</w:t>
      </w:r>
      <w:r>
        <w:t xml:space="preserve"> 你居然把后备闹钟给我关了</w:t>
        <w:br/>
        <w:t>I</w:t>
      </w:r>
      <w:r>
        <w:t xml:space="preserve"> still</w:t>
      </w:r>
      <w:r>
        <w:t xml:space="preserve"> can't</w:t>
      </w:r>
      <w:r>
        <w:t xml:space="preserve"> believe</w:t>
      </w:r>
      <w:r>
        <w:t xml:space="preserve"> you</w:t>
      </w:r>
      <w:r>
        <w:t xml:space="preserve"> turned</w:t>
      </w:r>
      <w:r>
        <w:t xml:space="preserve"> off</w:t>
      </w:r>
      <w:r>
        <w:t xml:space="preserve"> the</w:t>
      </w:r>
      <w:r>
        <w:t xml:space="preserve"> backup</w:t>
      </w:r>
      <w:r>
        <w:t xml:space="preserve"> alarm.</w:t>
        <w:br/>
        <w:t>你简直跟懒忍&amp;hearts;者一样</w:t>
        <w:br/>
        <w:t>You're</w:t>
      </w:r>
      <w:r>
        <w:t xml:space="preserve"> like</w:t>
      </w:r>
      <w:r>
        <w:t xml:space="preserve"> a</w:t>
      </w:r>
      <w:r>
        <w:t xml:space="preserve"> snooze</w:t>
      </w:r>
      <w:r>
        <w:t xml:space="preserve"> ninja.</w:t>
      </w:r>
      <w:r>
        <w:t xml:space="preserve"> </w:t>
        <w:br/>
        <w:t>心之所向</w:t>
      </w:r>
      <w:r>
        <w:t xml:space="preserve"> 身之所往</w:t>
        <w:br/>
        <w:t>The</w:t>
      </w:r>
      <w:r>
        <w:t xml:space="preserve"> heart</w:t>
      </w:r>
      <w:r>
        <w:t xml:space="preserve"> wants</w:t>
      </w:r>
      <w:r>
        <w:t xml:space="preserve"> what</w:t>
      </w:r>
      <w:r>
        <w:t xml:space="preserve"> it</w:t>
      </w:r>
      <w:r>
        <w:t xml:space="preserve"> wants,</w:t>
        <w:br/>
        <w:t>我的心向往着跟你瘫在床上</w:t>
        <w:br/>
        <w:t>and</w:t>
      </w:r>
      <w:r>
        <w:t xml:space="preserve"> it</w:t>
      </w:r>
      <w:r>
        <w:t xml:space="preserve"> wanted</w:t>
      </w:r>
      <w:r>
        <w:t xml:space="preserve"> to</w:t>
      </w:r>
      <w:r>
        <w:t xml:space="preserve"> stay</w:t>
      </w:r>
      <w:r>
        <w:t xml:space="preserve"> in</w:t>
      </w:r>
      <w:r>
        <w:t xml:space="preserve"> bed</w:t>
      </w:r>
      <w:r>
        <w:t xml:space="preserve"> with</w:t>
      </w:r>
      <w:r>
        <w:t xml:space="preserve"> you.</w:t>
        <w:br/>
        <w:t>油嘴滑舌</w:t>
        <w:br/>
        <w:t>Ooh.</w:t>
      </w:r>
      <w:r>
        <w:t xml:space="preserve"> Smooth.</w:t>
        <w:br/>
        <w:t>下不为例啊</w:t>
        <w:br/>
        <w:t>Never</w:t>
      </w:r>
      <w:r>
        <w:t xml:space="preserve"> again,</w:t>
      </w:r>
      <w:r>
        <w:t xml:space="preserve"> okay?</w:t>
      </w:r>
      <w:r>
        <w:t xml:space="preserve"> </w:t>
        <w:br/>
        <w:t>手&amp;hearts;机&amp;hearts;今晚要放在我床这边</w:t>
        <w:br/>
        <w:t>'Cause</w:t>
      </w:r>
      <w:r>
        <w:t xml:space="preserve"> the</w:t>
      </w:r>
      <w:r>
        <w:t xml:space="preserve"> phone's</w:t>
      </w:r>
      <w:r>
        <w:t xml:space="preserve"> staying</w:t>
      </w:r>
      <w:r>
        <w:t xml:space="preserve"> on</w:t>
      </w:r>
      <w:r>
        <w:t xml:space="preserve"> my</w:t>
      </w:r>
      <w:r>
        <w:t xml:space="preserve"> side</w:t>
      </w:r>
      <w:r>
        <w:t xml:space="preserve"> of</w:t>
      </w:r>
      <w:r>
        <w:t xml:space="preserve"> the</w:t>
      </w:r>
      <w:r>
        <w:t xml:space="preserve"> bed</w:t>
      </w:r>
      <w:r>
        <w:t xml:space="preserve"> tonight.</w:t>
        <w:br/>
        <w:t>好的</w:t>
        <w:br/>
        <w:t>Okay.</w:t>
      </w:r>
      <w:r>
        <w:t xml:space="preserve"> </w:t>
        <w:br/>
        <w:t>一起工作</w:t>
        <w:br/>
        <w:t>Working</w:t>
      </w:r>
      <w:r>
        <w:t xml:space="preserve"> together.</w:t>
        <w:br/>
        <w:t>从Dundas路抄近道</w:t>
        <w:br/>
        <w:t>Oh,</w:t>
      </w:r>
      <w:r>
        <w:t xml:space="preserve"> take</w:t>
      </w:r>
      <w:r>
        <w:t xml:space="preserve"> Dundas.</w:t>
      </w:r>
      <w:r>
        <w:t xml:space="preserve"> </w:t>
        <w:br/>
        <w:t>Traci的突袭我们可不敢迟到</w:t>
        <w:br/>
        <w:t>We</w:t>
      </w:r>
      <w:r>
        <w:t xml:space="preserve"> can't</w:t>
      </w:r>
      <w:r>
        <w:t xml:space="preserve"> be</w:t>
      </w:r>
      <w:r>
        <w:t xml:space="preserve"> late</w:t>
      </w:r>
      <w:r>
        <w:t xml:space="preserve"> for</w:t>
      </w:r>
      <w:r>
        <w:t xml:space="preserve"> Traci's</w:t>
      </w:r>
      <w:r>
        <w:t xml:space="preserve"> raid.</w:t>
        <w:br/>
        <w:t>咱们时间正正好</w:t>
        <w:br/>
        <w:t>We're</w:t>
      </w:r>
      <w:r>
        <w:t xml:space="preserve"> making</w:t>
      </w:r>
      <w:r>
        <w:t xml:space="preserve"> good</w:t>
      </w:r>
      <w:r>
        <w:t xml:space="preserve"> time.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</w:t>
        <w:br/>
        <w:t>我以为你想照着导航走呢</w:t>
      </w:r>
      <w:r>
        <w:t xml:space="preserve"> 副驾</w:t>
        <w:br/>
        <w:t>I</w:t>
      </w:r>
      <w:r>
        <w:t xml:space="preserve"> thought</w:t>
      </w:r>
      <w:r>
        <w:t xml:space="preserve"> you</w:t>
      </w:r>
      <w:r>
        <w:t xml:space="preserve"> wanted</w:t>
      </w:r>
      <w:r>
        <w:t xml:space="preserve"> to</w:t>
      </w:r>
      <w:r>
        <w:t xml:space="preserve"> follow</w:t>
      </w:r>
      <w:r>
        <w:t xml:space="preserve"> that</w:t>
      </w:r>
      <w:r>
        <w:t xml:space="preserve"> thing</w:t>
      </w:r>
      <w:r>
        <w:t xml:space="preserve"> there,</w:t>
      </w:r>
      <w:r>
        <w:t xml:space="preserve"> Copilot.</w:t>
        <w:br/>
        <w:t>你居然指望我不信自己的本能信那东西吗?</w:t>
        <w:br/>
        <w:t>Oh,</w:t>
      </w:r>
      <w:r>
        <w:t xml:space="preserve"> you</w:t>
      </w:r>
      <w:r>
        <w:t xml:space="preserve"> want</w:t>
      </w:r>
      <w:r>
        <w:t xml:space="preserve"> me</w:t>
      </w:r>
      <w:r>
        <w:t xml:space="preserve"> to</w:t>
      </w:r>
      <w:r>
        <w:t xml:space="preserve"> trust</w:t>
      </w:r>
      <w:r>
        <w:t xml:space="preserve"> this</w:t>
      </w:r>
      <w:r>
        <w:t xml:space="preserve"> red</w:t>
      </w:r>
      <w:r>
        <w:t xml:space="preserve"> line</w:t>
      </w:r>
      <w:r>
        <w:t xml:space="preserve"> over</w:t>
      </w:r>
      <w:r>
        <w:t xml:space="preserve"> my</w:t>
      </w:r>
      <w:r>
        <w:t xml:space="preserve"> own</w:t>
      </w:r>
      <w:r>
        <w:t xml:space="preserve"> instincts?</w:t>
      </w:r>
      <w:r>
        <w:t xml:space="preserve"> </w:t>
        <w:br/>
        <w:t>得啦</w:t>
        <w:br/>
        <w:t>Come</w:t>
      </w:r>
      <w:r>
        <w:t xml:space="preserve"> on.</w:t>
        <w:br/>
        <w:t>怎么</w:t>
      </w:r>
      <w:r>
        <w:t xml:space="preserve"> 您的本能也是靠高精度的</w:t>
        <w:br/>
        <w:t>Well,</w:t>
      </w:r>
      <w:r>
        <w:t xml:space="preserve"> are</w:t>
      </w:r>
      <w:r>
        <w:t xml:space="preserve"> your</w:t>
      </w:r>
      <w:r>
        <w:t xml:space="preserve"> instincts</w:t>
      </w:r>
      <w:r>
        <w:t xml:space="preserve"> backed</w:t>
      </w:r>
      <w:r>
        <w:t xml:space="preserve"> up</w:t>
      </w:r>
      <w:r>
        <w:t xml:space="preserve"> </w:t>
        <w:br/>
        <w:t>实时大数据支撑的吗?</w:t>
        <w:br/>
        <w:t>by</w:t>
      </w:r>
      <w:r>
        <w:t xml:space="preserve"> mass</w:t>
      </w:r>
      <w:r>
        <w:t xml:space="preserve"> amounts</w:t>
      </w:r>
      <w:r>
        <w:t xml:space="preserve"> of</w:t>
      </w:r>
      <w:r>
        <w:t xml:space="preserve"> highly</w:t>
      </w:r>
      <w:r>
        <w:t xml:space="preserve"> accurate</w:t>
      </w:r>
      <w:r>
        <w:t xml:space="preserve"> real-time</w:t>
      </w:r>
      <w:r>
        <w:t xml:space="preserve"> data?</w:t>
        <w:br/>
        <w:t>这上面说Dundas路堵得厉害</w:t>
        <w:br/>
        <w:t>Okay,</w:t>
      </w:r>
      <w:r>
        <w:t xml:space="preserve"> so,</w:t>
      </w:r>
      <w:r>
        <w:t xml:space="preserve"> it</w:t>
      </w:r>
      <w:r>
        <w:t xml:space="preserve"> turns</w:t>
      </w:r>
      <w:r>
        <w:t xml:space="preserve"> out</w:t>
      </w:r>
      <w:r>
        <w:t xml:space="preserve"> Dundas</w:t>
      </w:r>
      <w:r>
        <w:t xml:space="preserve"> is</w:t>
      </w:r>
      <w:r>
        <w:t xml:space="preserve"> packed.</w:t>
        <w:br/>
        <w:t>还是走Queen街好了</w:t>
        <w:br/>
        <w:t>Maybe</w:t>
      </w:r>
      <w:r>
        <w:t xml:space="preserve"> take</w:t>
      </w:r>
      <w:r>
        <w:t xml:space="preserve"> Queen.</w:t>
      </w:r>
      <w:r>
        <w:t xml:space="preserve"> </w:t>
        <w:br/>
        <w:t>好吧</w:t>
        <w:br/>
        <w:t>Oh,</w:t>
      </w:r>
      <w:r>
        <w:t xml:space="preserve"> okay.</w:t>
        <w:br/>
        <w:t>咱俩这不是挺好</w:t>
      </w:r>
      <w:r>
        <w:t xml:space="preserve"> </w:t>
        <w:br/>
        <w:t>See,</w:t>
      </w:r>
      <w:r>
        <w:t xml:space="preserve"> look</w:t>
      </w:r>
      <w:r>
        <w:t xml:space="preserve"> at</w:t>
      </w:r>
      <w:r>
        <w:t xml:space="preserve"> us...</w:t>
      </w:r>
      <w:r>
        <w:t xml:space="preserve"> </w:t>
        <w:br/>
        <w:t>学习</w:t>
      </w:r>
      <w:r>
        <w:t xml:space="preserve"> 成长</w:t>
      </w:r>
      <w:r>
        <w:t xml:space="preserve"> 共事</w:t>
        <w:br/>
        <w:t>learning,</w:t>
      </w:r>
      <w:r>
        <w:t xml:space="preserve"> growing,</w:t>
      </w:r>
      <w:r>
        <w:t xml:space="preserve"> working</w:t>
      </w:r>
      <w:r>
        <w:t xml:space="preserve"> together.</w:t>
        <w:br/>
        <w:t>我也觉得</w:t>
      </w:r>
      <w:r>
        <w:t xml:space="preserve"> 来击个掌</w:t>
        <w:br/>
        <w:t>I</w:t>
      </w:r>
      <w:r>
        <w:t xml:space="preserve"> know.</w:t>
      </w:r>
      <w:r>
        <w:t xml:space="preserve"> High</w:t>
      </w:r>
      <w:r>
        <w:t xml:space="preserve"> five.</w:t>
        <w:br/>
        <w:t>这个还得再练练</w:t>
        <w:br/>
        <w:t>Okay,</w:t>
      </w:r>
      <w:r>
        <w:t xml:space="preserve"> we'll</w:t>
      </w:r>
      <w:r>
        <w:t xml:space="preserve"> work</w:t>
      </w:r>
      <w:r>
        <w:t xml:space="preserve"> up</w:t>
      </w:r>
      <w:r>
        <w:t xml:space="preserve"> to</w:t>
      </w:r>
      <w:r>
        <w:t xml:space="preserve"> that,</w:t>
      </w:r>
      <w:r>
        <w:t xml:space="preserve"> yeah?</w:t>
        <w:br/>
        <w:t>今天天气这么好</w:t>
      </w:r>
      <w:r>
        <w:t xml:space="preserve"> 正适合搞突袭</w:t>
        <w:br/>
        <w:t>All</w:t>
      </w:r>
      <w:r>
        <w:t xml:space="preserve"> right,</w:t>
      </w:r>
      <w:r>
        <w:t xml:space="preserve"> it</w:t>
      </w:r>
      <w:r>
        <w:t xml:space="preserve"> is</w:t>
      </w:r>
      <w:r>
        <w:t xml:space="preserve"> a</w:t>
      </w:r>
      <w:r>
        <w:t xml:space="preserve"> beautiful</w:t>
      </w:r>
      <w:r>
        <w:t xml:space="preserve"> day</w:t>
      </w:r>
      <w:r>
        <w:t xml:space="preserve"> for</w:t>
      </w:r>
      <w:r>
        <w:t xml:space="preserve"> a</w:t>
      </w:r>
      <w:r>
        <w:t xml:space="preserve"> raid.</w:t>
        <w:br/>
        <w:t>不管是麦片粥还是麦草思慕雪</w:t>
        <w:br/>
        <w:t>I</w:t>
      </w:r>
      <w:r>
        <w:t xml:space="preserve"> hope</w:t>
      </w:r>
      <w:r>
        <w:t xml:space="preserve"> you've</w:t>
      </w:r>
      <w:r>
        <w:t xml:space="preserve"> had</w:t>
      </w:r>
      <w:r>
        <w:t xml:space="preserve"> your</w:t>
      </w:r>
      <w:r>
        <w:t xml:space="preserve"> Wheaties</w:t>
      </w:r>
      <w:r>
        <w:t xml:space="preserve"> or</w:t>
      </w:r>
      <w:r>
        <w:t xml:space="preserve"> Wheatgrass</w:t>
      </w:r>
      <w:r>
        <w:t xml:space="preserve"> Smoothies...</w:t>
        <w:br/>
        <w:t>只要能让你们精力充足的</w:t>
      </w:r>
      <w:r>
        <w:t xml:space="preserve"> </w:t>
        <w:br/>
        <w:t>whatever</w:t>
      </w:r>
      <w:r>
        <w:t xml:space="preserve"> it</w:t>
      </w:r>
      <w:r>
        <w:t xml:space="preserve"> is</w:t>
      </w:r>
      <w:r>
        <w:t xml:space="preserve"> you</w:t>
      </w:r>
      <w:r>
        <w:t xml:space="preserve"> use</w:t>
      </w:r>
      <w:r>
        <w:t xml:space="preserve"> </w:t>
        <w:br/>
        <w:t>希望你们统统都吃好了</w:t>
        <w:br/>
        <w:t>to</w:t>
      </w:r>
      <w:r>
        <w:t xml:space="preserve"> fill</w:t>
      </w:r>
      <w:r>
        <w:t xml:space="preserve"> your</w:t>
      </w:r>
      <w:r>
        <w:t xml:space="preserve"> proverbial</w:t>
      </w:r>
      <w:r>
        <w:t xml:space="preserve"> tanks.</w:t>
        <w:br/>
        <w:t>这次的负责人是Nash警探</w:t>
        <w:br/>
        <w:t>Uh,</w:t>
      </w:r>
      <w:r>
        <w:t xml:space="preserve"> Detective</w:t>
      </w:r>
      <w:r>
        <w:t xml:space="preserve"> Nash</w:t>
      </w:r>
      <w:r>
        <w:t xml:space="preserve"> has</w:t>
      </w:r>
      <w:r>
        <w:t xml:space="preserve"> the</w:t>
      </w:r>
      <w:r>
        <w:t xml:space="preserve"> helm,</w:t>
      </w:r>
      <w:r>
        <w:t xml:space="preserve"> </w:t>
        <w:br/>
        <w:t>现在我就把话筒传给她了</w:t>
        <w:br/>
        <w:t>so,</w:t>
      </w:r>
      <w:r>
        <w:t xml:space="preserve"> uh,</w:t>
      </w:r>
      <w:r>
        <w:t xml:space="preserve"> I'm</w:t>
      </w:r>
      <w:r>
        <w:t xml:space="preserve"> just</w:t>
      </w:r>
      <w:r>
        <w:t xml:space="preserve"> gonna</w:t>
      </w:r>
      <w:r>
        <w:t xml:space="preserve"> pass</w:t>
      </w:r>
      <w:r>
        <w:t xml:space="preserve"> it</w:t>
      </w:r>
      <w:r>
        <w:t xml:space="preserve"> off</w:t>
      </w:r>
      <w:r>
        <w:t xml:space="preserve"> to</w:t>
      </w:r>
      <w:r>
        <w:t xml:space="preserve"> her.</w:t>
        <w:br/>
        <w:t>上啊</w:t>
      </w:r>
      <w:r>
        <w:t xml:space="preserve"> Nash!</w:t>
      </w:r>
      <w:r>
        <w:t xml:space="preserve"> 这次你是大爷</w:t>
      </w:r>
      <w:r>
        <w:t xml:space="preserve"> 妹子!</w:t>
        <w:br/>
        <w:t>Go,</w:t>
      </w:r>
      <w:r>
        <w:t xml:space="preserve"> Nash!</w:t>
      </w:r>
      <w:r>
        <w:t xml:space="preserve"> You're</w:t>
      </w:r>
      <w:r>
        <w:t xml:space="preserve"> the</w:t>
      </w:r>
      <w:r>
        <w:t xml:space="preserve"> man,</w:t>
      </w:r>
      <w:r>
        <w:t xml:space="preserve"> girl!</w:t>
        <w:br/>
        <w:t>我们等这一天已经等了很久</w:t>
        <w:br/>
        <w:t>All</w:t>
      </w:r>
      <w:r>
        <w:t xml:space="preserve"> right,</w:t>
      </w:r>
      <w:r>
        <w:t xml:space="preserve"> today</w:t>
      </w:r>
      <w:r>
        <w:t xml:space="preserve"> has</w:t>
      </w:r>
      <w:r>
        <w:t xml:space="preserve"> been</w:t>
      </w:r>
      <w:r>
        <w:t xml:space="preserve"> a</w:t>
      </w:r>
      <w:r>
        <w:t xml:space="preserve"> long</w:t>
      </w:r>
      <w:r>
        <w:t xml:space="preserve"> time</w:t>
      </w:r>
      <w:r>
        <w:t xml:space="preserve"> coming.</w:t>
        <w:br/>
        <w:t>目标是Thom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Kozik...老派军&amp;hearts;火&amp;hearts;贩</w:t>
        <w:br/>
        <w:t>The</w:t>
      </w:r>
      <w:r>
        <w:t xml:space="preserve"> target</w:t>
      </w:r>
      <w:r>
        <w:t xml:space="preserve"> is</w:t>
      </w:r>
      <w:r>
        <w:t xml:space="preserve"> Thom</w:t>
      </w:r>
      <w:r>
        <w:t xml:space="preserve"> Kozik...</w:t>
      </w:r>
      <w:r>
        <w:t xml:space="preserve"> old-school</w:t>
      </w:r>
      <w:r>
        <w:t xml:space="preserve"> gun</w:t>
      </w:r>
      <w:r>
        <w:t xml:space="preserve"> dealer.</w:t>
        <w:br/>
        <w:t>Kozik以他在Newcastle的订制金属店为幌子</w:t>
        <w:br/>
        <w:t>Kozik's</w:t>
      </w:r>
      <w:r>
        <w:t xml:space="preserve"> trafficking</w:t>
      </w:r>
      <w:r>
        <w:t xml:space="preserve"> illegal,</w:t>
      </w:r>
      <w:r>
        <w:t xml:space="preserve"> untraceable</w:t>
      </w:r>
      <w:r>
        <w:t xml:space="preserve"> firearms</w:t>
        <w:br/>
        <w:t>非法贩卖&amp;hearts;&amp;hearts;未标记枪&amp;hearts;支&amp;hearts;</w:t>
        <w:br/>
        <w:t>through</w:t>
      </w:r>
      <w:r>
        <w:t xml:space="preserve"> his</w:t>
      </w:r>
      <w:r>
        <w:t xml:space="preserve"> custom</w:t>
      </w:r>
      <w:r>
        <w:t xml:space="preserve"> metal</w:t>
      </w:r>
      <w:r>
        <w:t xml:space="preserve"> shop</w:t>
      </w:r>
      <w:r>
        <w:t xml:space="preserve"> on</w:t>
      </w:r>
      <w:r>
        <w:t xml:space="preserve"> Newcastle.</w:t>
        <w:br/>
        <w:t>订单越来越大</w:t>
      </w:r>
      <w:r>
        <w:t xml:space="preserve"> 交易也越来越频繁</w:t>
        <w:br/>
        <w:t>Shipments</w:t>
      </w:r>
      <w:r>
        <w:t xml:space="preserve"> are</w:t>
      </w:r>
      <w:r>
        <w:t xml:space="preserve"> getting</w:t>
      </w:r>
      <w:r>
        <w:t xml:space="preserve"> larger,</w:t>
      </w:r>
      <w:r>
        <w:t xml:space="preserve"> more</w:t>
      </w:r>
      <w:r>
        <w:t xml:space="preserve"> frequent,</w:t>
        <w:br/>
        <w:t>现在还会加特制的物品</w:t>
        <w:br/>
        <w:t>and</w:t>
      </w:r>
      <w:r>
        <w:t xml:space="preserve"> now</w:t>
      </w:r>
      <w:r>
        <w:t xml:space="preserve"> come</w:t>
      </w:r>
      <w:r>
        <w:t xml:space="preserve"> with</w:t>
      </w:r>
      <w:r>
        <w:t xml:space="preserve"> specialized</w:t>
      </w:r>
      <w:r>
        <w:t xml:space="preserve"> parts,</w:t>
        <w:br/>
        <w:t>比如自&amp;hearts;制&amp;hearts;的小工具</w:t>
      </w:r>
      <w:r>
        <w:t xml:space="preserve"> 能将半自动的变成自动的</w:t>
        <w:br/>
        <w:t>Including</w:t>
      </w:r>
      <w:r>
        <w:t xml:space="preserve"> D.I.Y.</w:t>
      </w:r>
      <w:r>
        <w:t xml:space="preserve"> kits</w:t>
      </w:r>
      <w:r>
        <w:t xml:space="preserve"> to</w:t>
      </w:r>
      <w:r>
        <w:t xml:space="preserve"> turn</w:t>
      </w:r>
      <w:r>
        <w:t xml:space="preserve"> semis</w:t>
      </w:r>
      <w:r>
        <w:t xml:space="preserve"> into</w:t>
      </w:r>
      <w:r>
        <w:t xml:space="preserve"> fully</w:t>
      </w:r>
      <w:r>
        <w:t xml:space="preserve"> automatics.</w:t>
        <w:br/>
        <w:t>我们为了这案子盯梢好久</w:t>
        <w:br/>
        <w:t>All</w:t>
      </w:r>
      <w:r>
        <w:t xml:space="preserve"> right,</w:t>
      </w:r>
      <w:r>
        <w:t xml:space="preserve"> so,</w:t>
      </w:r>
      <w:r>
        <w:t xml:space="preserve"> this</w:t>
      </w:r>
      <w:r>
        <w:t xml:space="preserve"> has</w:t>
      </w:r>
      <w:r>
        <w:t xml:space="preserve"> taken</w:t>
      </w:r>
      <w:r>
        <w:t xml:space="preserve"> a</w:t>
      </w:r>
      <w:r>
        <w:t xml:space="preserve"> lot</w:t>
      </w:r>
      <w:r>
        <w:t xml:space="preserve"> of</w:t>
      </w:r>
      <w:r>
        <w:t xml:space="preserve"> surveillance,</w:t>
      </w:r>
      <w:r>
        <w:t xml:space="preserve"> </w:t>
        <w:br/>
        <w:t>花费了大量的时间和精力</w:t>
        <w:br/>
        <w:t>time,</w:t>
      </w:r>
      <w:r>
        <w:t xml:space="preserve"> and</w:t>
      </w:r>
      <w:r>
        <w:t xml:space="preserve"> hard</w:t>
      </w:r>
      <w:r>
        <w:t xml:space="preserve"> work,</w:t>
        <w:br/>
        <w:t>但现在我们手里有搜查Kozik店的搜查证</w:t>
        <w:br/>
        <w:t>but</w:t>
      </w:r>
      <w:r>
        <w:t xml:space="preserve"> we</w:t>
      </w:r>
      <w:r>
        <w:t xml:space="preserve"> have</w:t>
      </w:r>
      <w:r>
        <w:t xml:space="preserve"> a</w:t>
      </w:r>
      <w:r>
        <w:t xml:space="preserve"> search</w:t>
      </w:r>
      <w:r>
        <w:t xml:space="preserve"> warrant</w:t>
      </w:r>
      <w:r>
        <w:t xml:space="preserve"> for</w:t>
      </w:r>
      <w:r>
        <w:t xml:space="preserve"> Kozik's</w:t>
      </w:r>
      <w:r>
        <w:t xml:space="preserve"> shop</w:t>
        <w:br/>
        <w:t>以及逮捕他全部手下的逮捕令</w:t>
        <w:br/>
        <w:t>and</w:t>
      </w:r>
      <w:r>
        <w:t xml:space="preserve"> arrest</w:t>
      </w:r>
      <w:r>
        <w:t xml:space="preserve"> warrants</w:t>
      </w:r>
      <w:r>
        <w:t xml:space="preserve"> for</w:t>
      </w:r>
      <w:r>
        <w:t xml:space="preserve"> him</w:t>
      </w:r>
      <w:r>
        <w:t xml:space="preserve"> and</w:t>
      </w:r>
      <w:r>
        <w:t xml:space="preserve"> all</w:t>
      </w:r>
      <w:r>
        <w:t xml:space="preserve"> of</w:t>
      </w:r>
      <w:r>
        <w:t xml:space="preserve"> his</w:t>
      </w:r>
      <w:r>
        <w:t xml:space="preserve"> pals.</w:t>
        <w:br/>
        <w:t>他今天的货是早上10点到</w:t>
        <w:br/>
        <w:t>Today's</w:t>
      </w:r>
      <w:r>
        <w:t xml:space="preserve"> shipment</w:t>
      </w:r>
      <w:r>
        <w:t xml:space="preserve"> is</w:t>
      </w:r>
      <w:r>
        <w:t xml:space="preserve"> due</w:t>
      </w:r>
      <w:r>
        <w:t xml:space="preserve"> at</w:t>
      </w:r>
      <w:r>
        <w:t xml:space="preserve"> 10:00</w:t>
      </w:r>
      <w:r>
        <w:t xml:space="preserve"> A.M.</w:t>
        <w:br/>
        <w:t>我们在那边等着</w:t>
        <w:br/>
        <w:t>We'll</w:t>
      </w:r>
      <w:r>
        <w:t xml:space="preserve"> watch</w:t>
      </w:r>
      <w:r>
        <w:t xml:space="preserve"> for</w:t>
      </w:r>
      <w:r>
        <w:t xml:space="preserve"> it</w:t>
      </w:r>
      <w:r>
        <w:t xml:space="preserve"> </w:t>
        <w:br/>
        <w:t>它一到我们就把他们一网打尽</w:t>
        <w:br/>
        <w:t>and</w:t>
      </w:r>
      <w:r>
        <w:t xml:space="preserve"> take</w:t>
      </w:r>
      <w:r>
        <w:t xml:space="preserve"> them</w:t>
      </w:r>
      <w:r>
        <w:t xml:space="preserve"> all</w:t>
      </w:r>
      <w:r>
        <w:t xml:space="preserve"> down</w:t>
      </w:r>
      <w:r>
        <w:t xml:space="preserve"> the</w:t>
      </w:r>
      <w:r>
        <w:t xml:space="preserve"> second</w:t>
      </w:r>
      <w:r>
        <w:t xml:space="preserve"> it</w:t>
      </w:r>
      <w:r>
        <w:t xml:space="preserve"> arrives.</w:t>
        <w:br/>
        <w:t>都装备好</w:t>
      </w:r>
      <w:r>
        <w:t xml:space="preserve"> 准备踹门了</w:t>
        <w:br/>
        <w:t>Let's</w:t>
      </w:r>
      <w:r>
        <w:t xml:space="preserve"> gear</w:t>
      </w:r>
      <w:r>
        <w:t xml:space="preserve"> up,</w:t>
      </w:r>
      <w:r>
        <w:t xml:space="preserve"> kick</w:t>
      </w:r>
      <w:r>
        <w:t xml:space="preserve"> in</w:t>
      </w:r>
      <w:r>
        <w:t xml:space="preserve"> some</w:t>
      </w:r>
      <w:r>
        <w:t xml:space="preserve"> doors.</w:t>
      </w:r>
      <w:r>
        <w:t xml:space="preserve"> </w:t>
        <w:br/>
        <w:t>希望午饭前能收拾好哈</w:t>
        <w:br/>
        <w:t>All</w:t>
      </w:r>
      <w:r>
        <w:t xml:space="preserve"> right,</w:t>
      </w:r>
      <w:r>
        <w:t xml:space="preserve"> hopefully</w:t>
      </w:r>
      <w:r>
        <w:t xml:space="preserve"> get</w:t>
      </w:r>
      <w:r>
        <w:t xml:space="preserve"> it</w:t>
      </w:r>
      <w:r>
        <w:t xml:space="preserve"> wrapped</w:t>
      </w:r>
      <w:r>
        <w:t xml:space="preserve"> up</w:t>
      </w:r>
      <w:r>
        <w:t xml:space="preserve"> by</w:t>
      </w:r>
      <w:r>
        <w:t xml:space="preserve"> lunch.</w:t>
        <w:br/>
        <w:t>不好意思</w:t>
      </w:r>
      <w:r>
        <w:t xml:space="preserve"> 长官</w:t>
        <w:br/>
        <w:t>Excuse</w:t>
      </w:r>
      <w:r>
        <w:t xml:space="preserve"> me,</w:t>
      </w:r>
      <w:r>
        <w:t xml:space="preserve"> sir.</w:t>
      </w:r>
      <w:r>
        <w:t xml:space="preserve"> </w:t>
        <w:br/>
        <w:t>McNally</w:t>
      </w:r>
      <w:r>
        <w:t xml:space="preserve"> 你跟Peck一组</w:t>
      </w:r>
      <w:r>
        <w:t xml:space="preserve"> 去吧</w:t>
        <w:br/>
        <w:t>McNally,</w:t>
      </w:r>
      <w:r>
        <w:t xml:space="preserve"> you're</w:t>
      </w:r>
      <w:r>
        <w:t xml:space="preserve"> with</w:t>
      </w:r>
      <w:r>
        <w:t xml:space="preserve"> Peck.</w:t>
      </w:r>
      <w:r>
        <w:t xml:space="preserve"> Go</w:t>
      </w:r>
      <w:r>
        <w:t xml:space="preserve"> ahead.</w:t>
        <w:br/>
        <w:t>Epstein</w:t>
      </w:r>
      <w:r>
        <w:t xml:space="preserve"> 吃啥呢?</w:t>
      </w:r>
      <w:r>
        <w:t xml:space="preserve"> </w:t>
        <w:br/>
        <w:t>Epstein,</w:t>
      </w:r>
      <w:r>
        <w:t xml:space="preserve"> what</w:t>
      </w:r>
      <w:r>
        <w:t xml:space="preserve"> are</w:t>
      </w:r>
      <w:r>
        <w:t xml:space="preserve"> you</w:t>
      </w:r>
      <w:r>
        <w:t xml:space="preserve"> eating?</w:t>
      </w:r>
      <w:r>
        <w:t xml:space="preserve"> </w:t>
        <w:br/>
        <w:t>恶心死了</w:t>
        <w:br/>
        <w:t>It's</w:t>
      </w:r>
      <w:r>
        <w:t xml:space="preserve"> really</w:t>
      </w:r>
      <w:r>
        <w:t xml:space="preserve"> gross.</w:t>
        <w:br/>
        <w:t>干嘛要在我这儿吃?</w:t>
        <w:br/>
        <w:t>Why</w:t>
      </w:r>
      <w:r>
        <w:t xml:space="preserve"> are</w:t>
      </w:r>
      <w:r>
        <w:t xml:space="preserve"> you</w:t>
      </w:r>
      <w:r>
        <w:t xml:space="preserve"> doing</w:t>
      </w:r>
      <w:r>
        <w:t xml:space="preserve"> it</w:t>
      </w:r>
      <w:r>
        <w:t xml:space="preserve"> in</w:t>
      </w:r>
      <w:r>
        <w:t xml:space="preserve"> my</w:t>
      </w:r>
      <w:r>
        <w:t xml:space="preserve"> parade?</w:t>
        <w:br/>
        <w:t>她连绕车跑圈都不用呢!</w:t>
        <w:br/>
        <w:t>And</w:t>
      </w:r>
      <w:r>
        <w:t xml:space="preserve"> she</w:t>
      </w:r>
      <w:r>
        <w:t xml:space="preserve"> didn't</w:t>
      </w:r>
      <w:r>
        <w:t xml:space="preserve"> even</w:t>
      </w:r>
      <w:r>
        <w:t xml:space="preserve"> jog</w:t>
      </w:r>
      <w:r>
        <w:t xml:space="preserve"> around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car!</w:t>
        <w:br/>
        <w:t>我去叫我弟兄做准备</w:t>
        <w:br/>
        <w:t>I'm</w:t>
      </w:r>
      <w:r>
        <w:t xml:space="preserve"> gonna</w:t>
      </w:r>
      <w:r>
        <w:t xml:space="preserve"> go</w:t>
      </w:r>
      <w:r>
        <w:t xml:space="preserve"> get</w:t>
      </w:r>
      <w:r>
        <w:t xml:space="preserve"> my</w:t>
      </w:r>
      <w:r>
        <w:t xml:space="preserve"> guys</w:t>
      </w:r>
      <w:r>
        <w:t xml:space="preserve"> in</w:t>
      </w:r>
      <w:r>
        <w:t xml:space="preserve"> order.</w:t>
        <w:br/>
        <w:t>会顺利的</w:t>
        <w:br/>
        <w:t>It's</w:t>
      </w:r>
      <w:r>
        <w:t xml:space="preserve"> gonna</w:t>
      </w:r>
      <w:r>
        <w:t xml:space="preserve"> be</w:t>
      </w:r>
      <w:r>
        <w:t xml:space="preserve"> great.</w:t>
        <w:br/>
        <w:t>好</w:t>
        <w:br/>
        <w:t>Great.</w:t>
        <w:br/>
        <w:t>哟</w:t>
      </w:r>
      <w:r>
        <w:t xml:space="preserve"> 大拿</w:t>
      </w:r>
      <w:r>
        <w:t xml:space="preserve"> 准备好突袭了吗?</w:t>
        <w:br/>
        <w:t>Hey,</w:t>
      </w:r>
      <w:r>
        <w:t xml:space="preserve"> Hotshot.</w:t>
      </w:r>
      <w:r>
        <w:t xml:space="preserve"> You</w:t>
      </w:r>
      <w:r>
        <w:t xml:space="preserve"> ready</w:t>
      </w:r>
      <w:r>
        <w:t xml:space="preserve"> to</w:t>
      </w:r>
      <w:r>
        <w:t xml:space="preserve"> raid?</w:t>
      </w:r>
      <w:r>
        <w:t xml:space="preserve"> </w:t>
        <w:br/>
        <w:t>你太牛了</w:t>
      </w:r>
      <w:r>
        <w:t xml:space="preserve"> 把这些线索都拼在一起</w:t>
        <w:br/>
        <w:t>This</w:t>
      </w:r>
      <w:r>
        <w:t xml:space="preserve"> is</w:t>
      </w:r>
      <w:r>
        <w:t xml:space="preserve"> incredible,</w:t>
      </w:r>
      <w:r>
        <w:t xml:space="preserve"> what</w:t>
      </w:r>
      <w:r>
        <w:t xml:space="preserve"> you</w:t>
      </w:r>
      <w:r>
        <w:t xml:space="preserve"> put</w:t>
      </w:r>
      <w:r>
        <w:t xml:space="preserve"> together.</w:t>
        <w:br/>
        <w:t>工作量很大的</w:t>
        <w:br/>
        <w:t>This</w:t>
      </w:r>
      <w:r>
        <w:t xml:space="preserve"> is</w:t>
      </w:r>
      <w:r>
        <w:t xml:space="preserve"> a</w:t>
      </w:r>
      <w:r>
        <w:t xml:space="preserve"> lot</w:t>
      </w:r>
      <w:r>
        <w:t xml:space="preserve"> of</w:t>
      </w:r>
      <w:r>
        <w:t xml:space="preserve"> work.</w:t>
      </w:r>
      <w:r>
        <w:t xml:space="preserve"> </w:t>
        <w:br/>
        <w:t>Leo学校给我留信息了</w:t>
        <w:br/>
        <w:t>I</w:t>
      </w:r>
      <w:r>
        <w:t xml:space="preserve"> just</w:t>
      </w:r>
      <w:r>
        <w:t xml:space="preserve"> got</w:t>
      </w:r>
      <w:r>
        <w:t xml:space="preserve"> a</w:t>
      </w:r>
      <w:r>
        <w:t xml:space="preserve"> message</w:t>
      </w:r>
      <w:r>
        <w:t xml:space="preserve"> from</w:t>
      </w:r>
      <w:r>
        <w:t xml:space="preserve"> Leo's</w:t>
      </w:r>
      <w:r>
        <w:t xml:space="preserve"> school.</w:t>
        <w:br/>
        <w:br/>
        <w:t>说孩子病了</w:t>
      </w:r>
      <w:r>
        <w:t xml:space="preserve"> 要马上过去接</w:t>
        <w:br/>
        <w:t>Apparently,</w:t>
      </w:r>
      <w:r>
        <w:t xml:space="preserve"> he's</w:t>
      </w:r>
      <w:r>
        <w:t xml:space="preserve"> sick...</w:t>
      </w:r>
      <w:r>
        <w:t xml:space="preserve"> needs</w:t>
      </w:r>
      <w:r>
        <w:t xml:space="preserve"> to</w:t>
      </w:r>
      <w:r>
        <w:t xml:space="preserve"> be</w:t>
      </w:r>
      <w:r>
        <w:t xml:space="preserve"> picked</w:t>
      </w:r>
      <w:r>
        <w:t xml:space="preserve"> up</w:t>
      </w:r>
      <w:r>
        <w:t xml:space="preserve"> right</w:t>
      </w:r>
      <w:r>
        <w:t xml:space="preserve"> now.</w:t>
        <w:br/>
        <w:t>Dex呢?</w:t>
        <w:br/>
        <w:t>Where's</w:t>
      </w:r>
      <w:r>
        <w:t xml:space="preserve"> Dex?</w:t>
      </w:r>
      <w:r>
        <w:t xml:space="preserve"> </w:t>
        <w:br/>
        <w:t>不在城里</w:t>
        <w:br/>
        <w:t>He's</w:t>
      </w:r>
      <w:r>
        <w:t xml:space="preserve"> out</w:t>
      </w:r>
      <w:r>
        <w:t xml:space="preserve"> of</w:t>
      </w:r>
      <w:r>
        <w:t xml:space="preserve"> town.</w:t>
        <w:br/>
        <w:t>猜到了</w:t>
        <w:br/>
        <w:t>Of</w:t>
      </w:r>
      <w:r>
        <w:t xml:space="preserve"> course</w:t>
      </w:r>
      <w:r>
        <w:t xml:space="preserve"> he</w:t>
      </w:r>
      <w:r>
        <w:t xml:space="preserve"> is.</w:t>
        <w:br/>
        <w:t>我工作的顶峰时刻遇上儿子在校车里呕吐</w:t>
        <w:br/>
        <w:t>Highlight</w:t>
      </w:r>
      <w:r>
        <w:t xml:space="preserve"> of</w:t>
      </w:r>
      <w:r>
        <w:t xml:space="preserve"> my</w:t>
      </w:r>
      <w:r>
        <w:t xml:space="preserve"> career</w:t>
      </w:r>
      <w:r>
        <w:t xml:space="preserve"> meets</w:t>
      </w:r>
      <w:r>
        <w:t xml:space="preserve"> my</w:t>
      </w:r>
      <w:r>
        <w:t xml:space="preserve"> kid</w:t>
      </w:r>
      <w:r>
        <w:t xml:space="preserve"> puking</w:t>
      </w:r>
      <w:r>
        <w:t xml:space="preserve"> on</w:t>
      </w:r>
      <w:r>
        <w:t xml:space="preserve"> the</w:t>
      </w:r>
      <w:r>
        <w:t xml:space="preserve"> bus.</w:t>
        <w:br/>
        <w:t>要么我们谁去帮你接他</w:t>
        <w:br/>
        <w:t>Okay,</w:t>
      </w:r>
      <w:r>
        <w:t xml:space="preserve"> well,</w:t>
      </w:r>
      <w:r>
        <w:t xml:space="preserve"> maybe</w:t>
      </w:r>
      <w:r>
        <w:t xml:space="preserve"> one</w:t>
      </w:r>
      <w:r>
        <w:t xml:space="preserve"> of</w:t>
      </w:r>
      <w:r>
        <w:t xml:space="preserve"> us</w:t>
      </w:r>
      <w:r>
        <w:t xml:space="preserve"> can</w:t>
      </w:r>
      <w:r>
        <w:t xml:space="preserve"> grab</w:t>
      </w:r>
      <w:r>
        <w:t xml:space="preserve"> him.</w:t>
        <w:br/>
        <w:t>那你们得先填个表</w:t>
        <w:br/>
        <w:t>Well,</w:t>
      </w:r>
      <w:r>
        <w:t xml:space="preserve"> there's</w:t>
      </w:r>
      <w:r>
        <w:t xml:space="preserve"> a</w:t>
      </w:r>
      <w:r>
        <w:t xml:space="preserve"> form</w:t>
      </w:r>
      <w:r>
        <w:t xml:space="preserve"> you</w:t>
      </w:r>
      <w:r>
        <w:t xml:space="preserve"> need</w:t>
      </w:r>
      <w:r>
        <w:t xml:space="preserve"> to</w:t>
      </w:r>
      <w:r>
        <w:t xml:space="preserve"> fill</w:t>
      </w:r>
      <w:r>
        <w:t xml:space="preserve"> out,</w:t>
      </w:r>
      <w:r>
        <w:t xml:space="preserve"> </w:t>
        <w:br/>
        <w:t>要是他真的病得很厉害</w:t>
      </w:r>
      <w:r>
        <w:t xml:space="preserve"> 我就...</w:t>
        <w:br/>
        <w:t>and</w:t>
      </w:r>
      <w:r>
        <w:t xml:space="preserve"> if</w:t>
      </w:r>
      <w:r>
        <w:t xml:space="preserve"> he's</w:t>
      </w:r>
      <w:r>
        <w:t xml:space="preserve"> really</w:t>
      </w:r>
      <w:r>
        <w:t xml:space="preserve"> sick,</w:t>
      </w:r>
      <w:r>
        <w:t xml:space="preserve"> I</w:t>
      </w:r>
      <w:r>
        <w:t xml:space="preserve"> just...</w:t>
        <w:br/>
        <w:t>算了</w:t>
      </w:r>
      <w:r>
        <w:t xml:space="preserve"> 我还是把他接到保姆家</w:t>
        <w:br/>
        <w:t>Okay,</w:t>
      </w:r>
      <w:r>
        <w:t xml:space="preserve"> I'm</w:t>
      </w:r>
      <w:r>
        <w:t xml:space="preserve"> gonna</w:t>
      </w:r>
      <w:r>
        <w:t xml:space="preserve"> drop</w:t>
      </w:r>
      <w:r>
        <w:t xml:space="preserve"> him</w:t>
      </w:r>
      <w:r>
        <w:t xml:space="preserve"> off</w:t>
      </w:r>
      <w:r>
        <w:t xml:space="preserve"> at</w:t>
      </w:r>
      <w:r>
        <w:t xml:space="preserve"> the</w:t>
      </w:r>
      <w:r>
        <w:t xml:space="preserve"> sitter's.</w:t>
        <w:br/>
        <w:t>20分钟就回来</w:t>
      </w:r>
      <w:r>
        <w:t xml:space="preserve"> 别告诉别人</w:t>
        <w:br/>
        <w:t>I'll</w:t>
      </w:r>
      <w:r>
        <w:t xml:space="preserve"> be</w:t>
      </w:r>
      <w:r>
        <w:t xml:space="preserve"> back</w:t>
      </w:r>
      <w:r>
        <w:t xml:space="preserve"> in</w:t>
      </w:r>
      <w:r>
        <w:t xml:space="preserve"> 20</w:t>
      </w:r>
      <w:r>
        <w:t xml:space="preserve"> minutes.</w:t>
      </w:r>
      <w:r>
        <w:t xml:space="preserve"> Don't</w:t>
      </w:r>
      <w:r>
        <w:t xml:space="preserve"> tell</w:t>
      </w:r>
      <w:r>
        <w:t xml:space="preserve"> anyone.</w:t>
        <w:br/>
        <w:t>要么以后他们不肯让单亲妈妈带队突袭了</w:t>
        <w:br/>
        <w:t>It'd</w:t>
      </w:r>
      <w:r>
        <w:t xml:space="preserve"> be</w:t>
      </w:r>
      <w:r>
        <w:t xml:space="preserve"> the</w:t>
      </w:r>
      <w:r>
        <w:t xml:space="preserve"> last</w:t>
      </w:r>
      <w:r>
        <w:t xml:space="preserve"> time</w:t>
      </w:r>
      <w:r>
        <w:t xml:space="preserve"> a</w:t>
      </w:r>
      <w:r>
        <w:t xml:space="preserve"> single</w:t>
      </w:r>
      <w:r>
        <w:t xml:space="preserve"> mother</w:t>
      </w:r>
      <w:r>
        <w:t xml:space="preserve"> gets</w:t>
      </w:r>
      <w:r>
        <w:t xml:space="preserve"> to</w:t>
      </w:r>
      <w:r>
        <w:t xml:space="preserve"> coordinate</w:t>
      </w:r>
      <w:r>
        <w:t xml:space="preserve"> a</w:t>
      </w:r>
      <w:r>
        <w:t xml:space="preserve"> raid,</w:t>
      </w:r>
      <w:r>
        <w:t xml:space="preserve"> </w:t>
        <w:br/>
        <w:t>上升到哲学高度我可忍&amp;hearts;不了</w:t>
        <w:br/>
        <w:t>which</w:t>
      </w:r>
      <w:r>
        <w:t xml:space="preserve"> I</w:t>
      </w:r>
      <w:r>
        <w:t xml:space="preserve"> really</w:t>
      </w:r>
      <w:r>
        <w:t xml:space="preserve"> can't</w:t>
      </w:r>
      <w:r>
        <w:t xml:space="preserve"> live</w:t>
      </w:r>
      <w:r>
        <w:t xml:space="preserve"> with</w:t>
      </w:r>
      <w:r>
        <w:t xml:space="preserve"> on</w:t>
      </w:r>
      <w:r>
        <w:t xml:space="preserve"> a</w:t>
      </w:r>
      <w:r>
        <w:t xml:space="preserve"> philosophical</w:t>
      </w:r>
      <w:r>
        <w:t xml:space="preserve"> level,</w:t>
        <w:br/>
        <w:t>我肯定回来</w:t>
        <w:br/>
        <w:t>so</w:t>
      </w:r>
      <w:r>
        <w:t xml:space="preserve"> I'll</w:t>
      </w:r>
      <w:r>
        <w:t xml:space="preserve"> be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back.</w:t>
        <w:br/>
        <w:t>祝成功</w:t>
        <w:br/>
        <w:t>Godspeed.</w:t>
      </w:r>
      <w:r>
        <w:t xml:space="preserve"> </w:t>
        <w:br/>
        <w:t>好的</w:t>
        <w:br/>
        <w:t>Okay.</w:t>
        <w:br/>
        <w:t>Ward警官</w:t>
      </w:r>
      <w:r>
        <w:t xml:space="preserve"> 气色不错啊</w:t>
        <w:br/>
        <w:t>Officer</w:t>
      </w:r>
      <w:r>
        <w:t xml:space="preserve"> Ward.</w:t>
      </w:r>
      <w:r>
        <w:t xml:space="preserve"> You're</w:t>
      </w:r>
      <w:r>
        <w:t xml:space="preserve"> looking</w:t>
      </w:r>
      <w:r>
        <w:t xml:space="preserve"> fresh.</w:t>
        <w:br/>
        <w:t>谢谢你</w:t>
      </w:r>
      <w:r>
        <w:t xml:space="preserve"> 我卧床时间比较久</w:t>
        <w:br/>
        <w:t>Thank</w:t>
      </w:r>
      <w:r>
        <w:t xml:space="preserve"> you.</w:t>
      </w:r>
      <w:r>
        <w:t xml:space="preserve"> I've</w:t>
      </w:r>
      <w:r>
        <w:t xml:space="preserve"> been</w:t>
      </w:r>
      <w:r>
        <w:t xml:space="preserve"> in</w:t>
      </w:r>
      <w:r>
        <w:t xml:space="preserve"> bed</w:t>
      </w:r>
      <w:r>
        <w:t xml:space="preserve"> a</w:t>
      </w:r>
      <w:r>
        <w:t xml:space="preserve"> lot.</w:t>
        <w:br/>
        <w:t>是吗?</w:t>
      </w:r>
      <w:r>
        <w:t xml:space="preserve"> 肯定结结实实睡了八小时吧</w:t>
        <w:br/>
        <w:t>Really?</w:t>
      </w:r>
      <w:r>
        <w:t xml:space="preserve"> Guess</w:t>
      </w:r>
      <w:r>
        <w:t xml:space="preserve"> you're</w:t>
      </w:r>
      <w:r>
        <w:t xml:space="preserve"> getting</w:t>
      </w:r>
      <w:r>
        <w:t xml:space="preserve"> a</w:t>
      </w:r>
      <w:r>
        <w:t xml:space="preserve"> solid</w:t>
      </w:r>
      <w:r>
        <w:t xml:space="preserve"> eight</w:t>
      </w:r>
      <w:r>
        <w:t xml:space="preserve"> hours.</w:t>
        <w:br/>
        <w:t>特别...结实</w:t>
        <w:br/>
        <w:t>Very...</w:t>
      </w:r>
      <w:r>
        <w:t xml:space="preserve"> Solid.</w:t>
        <w:br/>
        <w:t>希望你在那儿也能好睡</w:t>
        <w:br/>
        <w:t>Well,</w:t>
      </w:r>
      <w:r>
        <w:t xml:space="preserve"> I</w:t>
      </w:r>
      <w:r>
        <w:t xml:space="preserve"> hope</w:t>
      </w:r>
      <w:r>
        <w:t xml:space="preserve"> you're</w:t>
      </w:r>
      <w:r>
        <w:t xml:space="preserve"> getting</w:t>
      </w:r>
      <w:r>
        <w:t xml:space="preserve"> some</w:t>
      </w:r>
      <w:r>
        <w:t xml:space="preserve"> sleep</w:t>
      </w:r>
      <w:r>
        <w:t xml:space="preserve"> in</w:t>
      </w:r>
      <w:r>
        <w:t xml:space="preserve"> there,</w:t>
      </w:r>
      <w:r>
        <w:t xml:space="preserve"> too.</w:t>
        <w:br/>
        <w:t>是你的响还是我的响?</w:t>
        <w:br/>
        <w:t>Is</w:t>
      </w:r>
      <w:r>
        <w:t xml:space="preserve"> that</w:t>
      </w:r>
      <w:r>
        <w:t xml:space="preserve"> you</w:t>
      </w:r>
      <w:r>
        <w:t xml:space="preserve"> or</w:t>
      </w:r>
      <w:r>
        <w:t xml:space="preserve"> me?</w:t>
        <w:br/>
        <w:t>那个</w:t>
      </w:r>
      <w:r>
        <w:t xml:space="preserve"> 这电&amp;hearts;话&amp;hearts;我得接一下</w:t>
      </w:r>
      <w:r>
        <w:t xml:space="preserve"> 失陪</w:t>
        <w:br/>
        <w:t>Oh,</w:t>
      </w:r>
      <w:r>
        <w:t xml:space="preserve"> you</w:t>
      </w:r>
      <w:r>
        <w:t xml:space="preserve"> know</w:t>
      </w:r>
      <w:r>
        <w:t xml:space="preserve"> what?</w:t>
      </w:r>
      <w:r>
        <w:t xml:space="preserve"> I</w:t>
      </w:r>
      <w:r>
        <w:t xml:space="preserve"> just...</w:t>
      </w:r>
      <w:r>
        <w:t xml:space="preserve"> I</w:t>
      </w:r>
      <w:r>
        <w:t xml:space="preserve"> have</w:t>
      </w:r>
      <w:r>
        <w:t xml:space="preserve"> to</w:t>
      </w:r>
      <w:r>
        <w:t xml:space="preserve"> take</w:t>
      </w:r>
      <w:r>
        <w:t xml:space="preserve"> this.</w:t>
      </w:r>
      <w:r>
        <w:t xml:space="preserve"> Excuse</w:t>
      </w:r>
      <w:r>
        <w:t xml:space="preserve"> me.</w:t>
        <w:br/>
        <w:t>对不起</w:t>
        <w:br/>
        <w:t>Look,</w:t>
      </w:r>
      <w:r>
        <w:t xml:space="preserve"> I'm</w:t>
      </w:r>
      <w:r>
        <w:t xml:space="preserve"> sorry,</w:t>
      </w:r>
      <w:r>
        <w:t xml:space="preserve"> all</w:t>
      </w:r>
      <w:r>
        <w:t xml:space="preserve"> right?</w:t>
        <w:br/>
        <w:t>我知道我该跟你报到</w:t>
        <w:br/>
        <w:t>I</w:t>
      </w:r>
      <w:r>
        <w:t xml:space="preserve"> know</w:t>
      </w:r>
      <w:r>
        <w:t xml:space="preserve"> that</w:t>
      </w:r>
      <w:r>
        <w:t xml:space="preserve"> I</w:t>
      </w:r>
      <w:r>
        <w:t xml:space="preserve"> should</w:t>
      </w:r>
      <w:r>
        <w:t xml:space="preserve"> have</w:t>
      </w:r>
      <w:r>
        <w:t xml:space="preserve"> checked</w:t>
      </w:r>
      <w:r>
        <w:t xml:space="preserve"> in,</w:t>
      </w:r>
      <w:r>
        <w:t xml:space="preserve"> </w:t>
        <w:br/>
        <w:t>但这边真的是忙疯了</w:t>
        <w:br/>
        <w:t>but</w:t>
      </w:r>
      <w:r>
        <w:t xml:space="preserve"> it's</w:t>
      </w:r>
      <w:r>
        <w:t xml:space="preserve"> just...</w:t>
      </w:r>
      <w:r>
        <w:t xml:space="preserve"> it's</w:t>
      </w:r>
      <w:r>
        <w:t xml:space="preserve"> been</w:t>
      </w:r>
      <w:r>
        <w:t xml:space="preserve"> crazy</w:t>
      </w:r>
      <w:r>
        <w:t xml:space="preserve"> around</w:t>
      </w:r>
      <w:r>
        <w:t xml:space="preserve"> here,</w:t>
      </w:r>
      <w:r>
        <w:t xml:space="preserve"> all</w:t>
      </w:r>
      <w:r>
        <w:t xml:space="preserve"> right?</w:t>
        <w:br/>
        <w:t>我们正要去突袭</w:t>
      </w:r>
      <w:r>
        <w:t xml:space="preserve"> 然后...</w:t>
        <w:br/>
        <w:t>We're</w:t>
      </w:r>
      <w:r>
        <w:t xml:space="preserve"> planning</w:t>
      </w:r>
      <w:r>
        <w:t xml:space="preserve"> a</w:t>
      </w:r>
      <w:r>
        <w:t xml:space="preserve"> raid,</w:t>
      </w:r>
      <w:r>
        <w:t xml:space="preserve"> and...</w:t>
        <w:br/>
        <w:t>我理解</w:t>
      </w:r>
      <w:r>
        <w:t xml:space="preserve"> 但这边实在是事太多</w:t>
        <w:br/>
        <w:t>I-I</w:t>
      </w:r>
      <w:r>
        <w:t xml:space="preserve"> understand,</w:t>
      </w:r>
      <w:r>
        <w:t xml:space="preserve"> but</w:t>
      </w:r>
      <w:r>
        <w:t xml:space="preserve"> it's</w:t>
      </w:r>
      <w:r>
        <w:t xml:space="preserve"> just...</w:t>
      </w:r>
      <w:r>
        <w:t xml:space="preserve"> it's</w:t>
      </w:r>
      <w:r>
        <w:t xml:space="preserve"> a</w:t>
      </w:r>
      <w:r>
        <w:t xml:space="preserve"> lot</w:t>
      </w:r>
      <w:r>
        <w:t xml:space="preserve"> to</w:t>
      </w:r>
      <w:r>
        <w:t xml:space="preserve"> juggle</w:t>
      </w:r>
      <w:r>
        <w:t xml:space="preserve"> right</w:t>
      </w:r>
      <w:r>
        <w:t xml:space="preserve"> now.</w:t>
        <w:br/>
        <w:t>是</w:t>
        <w:br/>
        <w:t>Yes.</w:t>
        <w:br/>
        <w:t>是</w:t>
      </w:r>
      <w:r>
        <w:t xml:space="preserve"> 下不为例</w:t>
        <w:br/>
        <w:t>Yes,</w:t>
      </w:r>
      <w:r>
        <w:t xml:space="preserve"> well...</w:t>
      </w:r>
      <w:r>
        <w:t xml:space="preserve"> won't</w:t>
      </w:r>
      <w:r>
        <w:t xml:space="preserve"> happen</w:t>
      </w:r>
      <w:r>
        <w:t xml:space="preserve"> again.</w:t>
        <w:br/>
        <w:t>当值完我马上报道</w:t>
        <w:br/>
        <w:t>I</w:t>
      </w:r>
      <w:r>
        <w:t xml:space="preserve"> will</w:t>
      </w:r>
      <w:r>
        <w:t xml:space="preserve"> check</w:t>
      </w:r>
      <w:r>
        <w:t xml:space="preserve"> in</w:t>
      </w:r>
      <w:r>
        <w:t xml:space="preserve"> after</w:t>
      </w:r>
      <w:r>
        <w:t xml:space="preserve"> shift.</w:t>
        <w:br/>
        <w:t>好</w:t>
        <w:br/>
        <w:t>Okay.</w:t>
        <w:br/>
        <w:t>嘿</w:t>
      </w:r>
      <w:r>
        <w:t xml:space="preserve"> Trish</w:t>
      </w:r>
      <w:r>
        <w:t xml:space="preserve"> Leo准备好了吗?</w:t>
        <w:br/>
        <w:t>Hey,</w:t>
      </w:r>
      <w:r>
        <w:t xml:space="preserve"> Trish.</w:t>
      </w:r>
      <w:r>
        <w:t xml:space="preserve"> Is</w:t>
      </w:r>
      <w:r>
        <w:t xml:space="preserve"> Leo</w:t>
      </w:r>
      <w:r>
        <w:t xml:space="preserve"> ready?</w:t>
        <w:br/>
        <w:t>Traci</w:t>
      </w:r>
      <w:r>
        <w:t xml:space="preserve"> 你好</w:t>
        <w:br/>
        <w:t>Traci,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hi.</w:t>
        <w:br/>
        <w:t>Leo应该在上课</w:t>
        <w:br/>
        <w:t>Uh,</w:t>
      </w:r>
      <w:r>
        <w:t xml:space="preserve"> Leo's</w:t>
      </w:r>
      <w:r>
        <w:t xml:space="preserve"> in</w:t>
      </w:r>
      <w:r>
        <w:t xml:space="preserve"> class,</w:t>
      </w:r>
      <w:r>
        <w:t xml:space="preserve"> as</w:t>
      </w:r>
      <w:r>
        <w:t xml:space="preserve"> far</w:t>
      </w:r>
      <w:r>
        <w:t xml:space="preserve"> as</w:t>
      </w:r>
      <w:r>
        <w:t xml:space="preserve"> I</w:t>
      </w:r>
      <w:r>
        <w:t xml:space="preserve"> know.</w:t>
      </w:r>
      <w:r>
        <w:t xml:space="preserve"> </w:t>
        <w:br/>
        <w:t>他跟你约好了要见面吗?</w:t>
        <w:br/>
        <w:t>Is</w:t>
      </w:r>
      <w:r>
        <w:t xml:space="preserve"> he</w:t>
      </w:r>
      <w:r>
        <w:t xml:space="preserve"> supposed</w:t>
      </w:r>
      <w:r>
        <w:t xml:space="preserve"> to</w:t>
      </w:r>
      <w:r>
        <w:t xml:space="preserve"> be</w:t>
      </w:r>
      <w:r>
        <w:t xml:space="preserve"> meeting</w:t>
      </w:r>
      <w:r>
        <w:t xml:space="preserve"> you</w:t>
      </w:r>
      <w:r>
        <w:t xml:space="preserve"> here?</w:t>
        <w:br/>
        <w:t>我不知道</w:t>
      </w:r>
      <w:r>
        <w:t xml:space="preserve"> 我收到信息说他病了</w:t>
        <w:br/>
        <w:t>I</w:t>
      </w:r>
      <w:r>
        <w:t xml:space="preserve"> don't</w:t>
      </w:r>
      <w:r>
        <w:t xml:space="preserve"> know.</w:t>
      </w:r>
      <w:r>
        <w:t xml:space="preserve"> I</w:t>
      </w:r>
      <w:r>
        <w:t xml:space="preserve"> got</w:t>
      </w:r>
      <w:r>
        <w:t xml:space="preserve"> a</w:t>
      </w:r>
      <w:r>
        <w:t xml:space="preserve"> message</w:t>
      </w:r>
      <w:r>
        <w:t xml:space="preserve"> saying</w:t>
      </w:r>
      <w:r>
        <w:t xml:space="preserve"> he</w:t>
      </w:r>
      <w:r>
        <w:t xml:space="preserve"> was</w:t>
      </w:r>
      <w:r>
        <w:t xml:space="preserve"> sick.</w:t>
      </w:r>
      <w:r>
        <w:t xml:space="preserve"> </w:t>
        <w:br/>
        <w:t>稍等</w:t>
      </w:r>
      <w:r>
        <w:t xml:space="preserve"> 我确认一下</w:t>
        <w:br/>
        <w:t>One</w:t>
      </w:r>
      <w:r>
        <w:t xml:space="preserve"> moment.</w:t>
      </w:r>
      <w:r>
        <w:t xml:space="preserve"> I'll</w:t>
      </w:r>
      <w:r>
        <w:t xml:space="preserve"> call</w:t>
      </w:r>
      <w:r>
        <w:t xml:space="preserve"> down.</w:t>
        <w:br/>
        <w:t>喂</w:t>
      </w:r>
      <w:r>
        <w:t xml:space="preserve"> Leo</w:t>
      </w:r>
      <w:r>
        <w:t xml:space="preserve"> Nash在教室里吗?</w:t>
        <w:br/>
        <w:t>Hey,</w:t>
      </w:r>
      <w:r>
        <w:t xml:space="preserve"> Leo</w:t>
      </w:r>
      <w:r>
        <w:t xml:space="preserve"> Nash...</w:t>
      </w:r>
      <w:r>
        <w:t xml:space="preserve"> is</w:t>
      </w:r>
      <w:r>
        <w:t xml:space="preserve"> he</w:t>
      </w:r>
      <w:r>
        <w:t xml:space="preserve"> in</w:t>
      </w:r>
      <w:r>
        <w:t xml:space="preserve"> class?</w:t>
        <w:br/>
        <w:t>身体没什么不舒服吧?</w:t>
        <w:br/>
        <w:t>Feeling</w:t>
      </w:r>
      <w:r>
        <w:t xml:space="preserve"> okay?</w:t>
        <w:br/>
        <w:t>好的</w:t>
      </w:r>
      <w:r>
        <w:t xml:space="preserve"> 谢谢</w:t>
        <w:br/>
        <w:t>Great.</w:t>
      </w:r>
      <w:r>
        <w:t xml:space="preserve"> Thanks.</w:t>
        <w:br/>
        <w:t>Leo没事</w:t>
      </w:r>
      <w:r>
        <w:t xml:space="preserve"> 你知道信息是谁留的吗?</w:t>
        <w:br/>
        <w:t>Leo's</w:t>
      </w:r>
      <w:r>
        <w:t xml:space="preserve"> fine.</w:t>
      </w:r>
      <w:r>
        <w:t xml:space="preserve"> Do</w:t>
      </w:r>
      <w:r>
        <w:t xml:space="preserve"> you</w:t>
      </w:r>
      <w:r>
        <w:t xml:space="preserve"> know</w:t>
      </w:r>
      <w:r>
        <w:t xml:space="preserve"> who</w:t>
      </w:r>
      <w:r>
        <w:t xml:space="preserve"> left</w:t>
      </w:r>
      <w:r>
        <w:t xml:space="preserve"> the</w:t>
      </w:r>
      <w:r>
        <w:t xml:space="preserve"> message?</w:t>
        <w:br/>
        <w:t>没有</w:t>
      </w:r>
      <w:r>
        <w:t xml:space="preserve"> 我当时赶时间</w:t>
      </w:r>
      <w:r>
        <w:t xml:space="preserve"> 直接接的电&amp;hearts;话&amp;hearts;</w:t>
        <w:br/>
        <w:t>No,</w:t>
      </w:r>
      <w:r>
        <w:t xml:space="preserve"> I</w:t>
      </w:r>
      <w:r>
        <w:t xml:space="preserve"> just</w:t>
      </w:r>
      <w:r>
        <w:t xml:space="preserve"> picked</w:t>
      </w:r>
      <w:r>
        <w:t xml:space="preserve"> it</w:t>
      </w:r>
      <w:r>
        <w:t xml:space="preserve"> up.</w:t>
      </w:r>
      <w:r>
        <w:t xml:space="preserve"> I</w:t>
      </w:r>
      <w:r>
        <w:t xml:space="preserve"> was</w:t>
      </w:r>
      <w:r>
        <w:t xml:space="preserve"> in</w:t>
      </w:r>
      <w:r>
        <w:t xml:space="preserve"> a</w:t>
      </w:r>
      <w:r>
        <w:t xml:space="preserve"> rush.</w:t>
        <w:br/>
        <w:t>我不知道该说什么</w:t>
        <w:br/>
        <w:t>I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to</w:t>
      </w:r>
      <w:r>
        <w:t xml:space="preserve"> say.</w:t>
      </w:r>
      <w:r>
        <w:t xml:space="preserve"> </w:t>
        <w:br/>
        <w:t>有时候是会发生这种事</w:t>
        <w:br/>
        <w:t>Mix-ups</w:t>
      </w:r>
      <w:r>
        <w:t xml:space="preserve"> do</w:t>
      </w:r>
      <w:r>
        <w:t xml:space="preserve"> happen,</w:t>
      </w:r>
      <w:r>
        <w:t xml:space="preserve"> unfortunately.</w:t>
        <w:br/>
        <w:t>要我帮你听听看留言吗?</w:t>
        <w:br/>
        <w:t>Do...</w:t>
      </w:r>
      <w:r>
        <w:t xml:space="preserve"> do</w:t>
      </w:r>
      <w:r>
        <w:t xml:space="preserve"> you</w:t>
      </w:r>
      <w:r>
        <w:t xml:space="preserve"> want</w:t>
      </w:r>
      <w:r>
        <w:t xml:space="preserve"> me</w:t>
      </w:r>
      <w:r>
        <w:t xml:space="preserve"> to</w:t>
      </w:r>
      <w:r>
        <w:t xml:space="preserve"> listen</w:t>
      </w:r>
      <w:r>
        <w:t xml:space="preserve"> to</w:t>
      </w:r>
      <w:r>
        <w:t xml:space="preserve"> the</w:t>
      </w:r>
      <w:r>
        <w:t xml:space="preserve"> message?</w:t>
      </w:r>
      <w:r>
        <w:t xml:space="preserve"> </w:t>
        <w:br/>
        <w:t>不用了</w:t>
      </w:r>
      <w:r>
        <w:t xml:space="preserve"> 我的手&amp;hearts;机&amp;hearts;在车里</w:t>
        <w:br/>
        <w:t>No,</w:t>
      </w:r>
      <w:r>
        <w:t xml:space="preserve"> uh,</w:t>
      </w:r>
      <w:r>
        <w:t xml:space="preserve"> my</w:t>
      </w:r>
      <w:r>
        <w:t xml:space="preserve"> phone's</w:t>
      </w:r>
      <w:r>
        <w:t xml:space="preserve"> in</w:t>
      </w:r>
      <w:r>
        <w:t xml:space="preserve"> my</w:t>
      </w:r>
      <w:r>
        <w:t xml:space="preserve"> car.</w:t>
        <w:br/>
        <w:t>其实没事</w:t>
      </w:r>
      <w:r>
        <w:t xml:space="preserve"> 挺好的</w:t>
      </w:r>
      <w:r>
        <w:t xml:space="preserve"> 真的</w:t>
        <w:br/>
        <w:t>You</w:t>
      </w:r>
      <w:r>
        <w:t xml:space="preserve"> know</w:t>
      </w:r>
      <w:r>
        <w:t xml:space="preserve"> what?</w:t>
      </w:r>
      <w:r>
        <w:t xml:space="preserve"> It's</w:t>
      </w:r>
      <w:r>
        <w:t xml:space="preserve"> fine.</w:t>
      </w:r>
      <w:r>
        <w:t xml:space="preserve"> It's</w:t>
      </w:r>
      <w:r>
        <w:t xml:space="preserve"> great,</w:t>
      </w:r>
      <w:r>
        <w:t xml:space="preserve"> actually.</w:t>
        <w:br/>
        <w:t>我得回去工作了</w:t>
        <w:br/>
        <w:t>I</w:t>
      </w:r>
      <w:r>
        <w:t xml:space="preserve"> got</w:t>
      </w:r>
      <w:r>
        <w:t xml:space="preserve"> to</w:t>
      </w:r>
      <w:r>
        <w:t xml:space="preserve"> get</w:t>
      </w:r>
      <w:r>
        <w:t xml:space="preserve"> back</w:t>
      </w:r>
      <w:r>
        <w:t xml:space="preserve"> to</w:t>
      </w:r>
      <w:r>
        <w:t xml:space="preserve"> work.</w:t>
        <w:br/>
        <w:t>现在开始跑了</w:t>
        <w:br/>
        <w:t>I'm</w:t>
      </w:r>
      <w:r>
        <w:t xml:space="preserve"> jogging</w:t>
      </w:r>
      <w:r>
        <w:t xml:space="preserve"> now.</w:t>
        <w:br/>
        <w:t>Nash呢?</w:t>
        <w:br/>
        <w:t>Where's</w:t>
      </w:r>
      <w:r>
        <w:t xml:space="preserve"> Nash?</w:t>
      </w:r>
      <w:r>
        <w:t xml:space="preserve"> </w:t>
        <w:br/>
        <w:t>Nash呢?</w:t>
        <w:br/>
        <w:t>Where's</w:t>
      </w:r>
      <w:r>
        <w:t xml:space="preserve"> Nash?</w:t>
        <w:br/>
        <w:t>倒大霉!</w:t>
        <w:br/>
        <w:t>Jinx!</w:t>
      </w:r>
      <w:r>
        <w:t xml:space="preserve"> </w:t>
        <w:br/>
        <w:t>要俩人同时说一样的话才叫倒大霉好吧</w:t>
        <w:br/>
        <w:t>Uh,</w:t>
      </w:r>
      <w:r>
        <w:t xml:space="preserve"> technically,</w:t>
      </w:r>
      <w:r>
        <w:t xml:space="preserve"> you</w:t>
      </w:r>
      <w:r>
        <w:t xml:space="preserve"> have</w:t>
      </w:r>
      <w:r>
        <w:t xml:space="preserve"> to</w:t>
      </w:r>
      <w:r>
        <w:t xml:space="preserve"> say</w:t>
      </w:r>
      <w:r>
        <w:t xml:space="preserve"> it</w:t>
      </w:r>
      <w:r>
        <w:t xml:space="preserve"> at</w:t>
      </w:r>
      <w:r>
        <w:t xml:space="preserve"> the</w:t>
      </w:r>
      <w:r>
        <w:t xml:space="preserve"> same</w:t>
      </w:r>
      <w:r>
        <w:t xml:space="preserve"> time.</w:t>
        <w:br/>
        <w:t>真的</w:t>
      </w:r>
      <w:r>
        <w:t xml:space="preserve"> 我们得走了</w:t>
        <w:br/>
        <w:t>Seriously,</w:t>
      </w:r>
      <w:r>
        <w:t xml:space="preserve"> we</w:t>
      </w:r>
      <w:r>
        <w:t xml:space="preserve"> got</w:t>
      </w:r>
      <w:r>
        <w:t xml:space="preserve"> to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go.</w:t>
        <w:br/>
        <w:t>她在休息室</w:t>
        <w:br/>
        <w:t>She's</w:t>
      </w:r>
      <w:r>
        <w:t xml:space="preserve"> in</w:t>
      </w:r>
      <w:r>
        <w:t xml:space="preserve"> the</w:t>
      </w:r>
      <w:r>
        <w:t xml:space="preserve"> lounge.</w:t>
      </w:r>
      <w:r>
        <w:t xml:space="preserve"> </w:t>
        <w:br/>
        <w:t>她在洗手...间</w:t>
        <w:br/>
        <w:t>She's</w:t>
      </w:r>
      <w:r>
        <w:t xml:space="preserve"> in</w:t>
      </w:r>
      <w:r>
        <w:t xml:space="preserve"> the</w:t>
      </w:r>
      <w:r>
        <w:t xml:space="preserve"> wash...</w:t>
      </w:r>
      <w:r>
        <w:t xml:space="preserve"> room.</w:t>
        <w:br/>
        <w:t>怎么着</w:t>
      </w:r>
      <w:r>
        <w:t xml:space="preserve"> 她在洗手间休息?</w:t>
        <w:br/>
        <w:t>What,</w:t>
      </w:r>
      <w:r>
        <w:t xml:space="preserve"> she's</w:t>
      </w:r>
      <w:r>
        <w:t xml:space="preserve"> lounging</w:t>
      </w:r>
      <w:r>
        <w:t xml:space="preserve"> in</w:t>
      </w:r>
      <w:r>
        <w:t xml:space="preserve"> the</w:t>
      </w:r>
      <w:r>
        <w:t xml:space="preserve"> washroom?</w:t>
      </w:r>
      <w:r>
        <w:t xml:space="preserve"> </w:t>
        <w:br/>
        <w:t>我就常这么干</w:t>
        <w:br/>
        <w:t>I</w:t>
      </w:r>
      <w:r>
        <w:t xml:space="preserve"> do</w:t>
      </w:r>
      <w:r>
        <w:t xml:space="preserve"> it</w:t>
      </w:r>
      <w:r>
        <w:t xml:space="preserve"> all</w:t>
      </w:r>
      <w:r>
        <w:t xml:space="preserve"> the</w:t>
      </w:r>
      <w:r>
        <w:t xml:space="preserve"> time.</w:t>
        <w:br/>
        <w:t>你还真是这样</w:t>
        <w:br/>
        <w:t>Yeah,</w:t>
      </w:r>
      <w:r>
        <w:t xml:space="preserve"> you</w:t>
      </w:r>
      <w:r>
        <w:t xml:space="preserve"> do.</w:t>
      </w:r>
      <w:r>
        <w:t xml:space="preserve"> </w:t>
        <w:br/>
        <w:t>Andy</w:t>
      </w:r>
      <w:r>
        <w:t xml:space="preserve"> 这不好笑</w:t>
      </w:r>
      <w:r>
        <w:t xml:space="preserve"> 她在哪儿?</w:t>
        <w:br/>
        <w:t>Andy,</w:t>
      </w:r>
      <w:r>
        <w:t xml:space="preserve"> it's</w:t>
      </w:r>
      <w:r>
        <w:t xml:space="preserve"> not</w:t>
      </w:r>
      <w:r>
        <w:t xml:space="preserve"> funny.</w:t>
      </w:r>
      <w:r>
        <w:t xml:space="preserve"> Where</w:t>
      </w:r>
      <w:r>
        <w:t xml:space="preserve"> is</w:t>
      </w:r>
      <w:r>
        <w:t xml:space="preserve"> she?</w:t>
        <w:br/>
        <w:t>我知道这不好笑</w:t>
      </w:r>
      <w:r>
        <w:t xml:space="preserve"> 因为Leo病了</w:t>
        <w:br/>
        <w:t>I</w:t>
      </w:r>
      <w:r>
        <w:t xml:space="preserve"> know...</w:t>
      </w:r>
      <w:r>
        <w:t xml:space="preserve"> it's</w:t>
      </w:r>
      <w:r>
        <w:t xml:space="preserve"> not</w:t>
      </w:r>
      <w:r>
        <w:t xml:space="preserve"> funny,</w:t>
      </w:r>
      <w:r>
        <w:t xml:space="preserve"> because</w:t>
      </w:r>
      <w:r>
        <w:t xml:space="preserve"> Leo's</w:t>
      </w:r>
      <w:r>
        <w:t xml:space="preserve"> sick,</w:t>
        <w:br/>
        <w:t>她去接孩子</w:t>
      </w:r>
      <w:r>
        <w:t xml:space="preserve"> 然后送他去保姆家</w:t>
        <w:br/>
        <w:t>and</w:t>
      </w:r>
      <w:r>
        <w:t xml:space="preserve"> so</w:t>
      </w:r>
      <w:r>
        <w:t xml:space="preserve"> she</w:t>
      </w:r>
      <w:r>
        <w:t xml:space="preserve"> picked</w:t>
      </w:r>
      <w:r>
        <w:t xml:space="preserve"> him</w:t>
      </w:r>
      <w:r>
        <w:t xml:space="preserve"> up</w:t>
      </w:r>
      <w:r>
        <w:t xml:space="preserve"> and</w:t>
      </w:r>
      <w:r>
        <w:t xml:space="preserve"> took</w:t>
      </w:r>
      <w:r>
        <w:t xml:space="preserve"> him</w:t>
      </w:r>
      <w:r>
        <w:t xml:space="preserve"> to</w:t>
      </w:r>
      <w:r>
        <w:t xml:space="preserve"> the</w:t>
      </w:r>
      <w:r>
        <w:t xml:space="preserve"> sitter.</w:t>
      </w:r>
      <w:r>
        <w:t xml:space="preserve"> </w:t>
        <w:br/>
        <w:t>你认真的吗?</w:t>
        <w:br/>
        <w:t>Are</w:t>
      </w:r>
      <w:r>
        <w:t xml:space="preserve"> you</w:t>
      </w:r>
      <w:r>
        <w:t xml:space="preserve"> serious?</w:t>
        <w:br/>
        <w:t>对</w:t>
      </w:r>
      <w:r>
        <w:t xml:space="preserve"> 她说她20分钟就回来</w:t>
        <w:br/>
        <w:t>Yeah.</w:t>
      </w:r>
      <w:r>
        <w:t xml:space="preserve"> She</w:t>
      </w:r>
      <w:r>
        <w:t xml:space="preserve"> said</w:t>
      </w:r>
      <w:r>
        <w:t xml:space="preserve"> she'd</w:t>
      </w:r>
      <w:r>
        <w:t xml:space="preserve"> be</w:t>
      </w:r>
      <w:r>
        <w:t xml:space="preserve"> back</w:t>
      </w:r>
      <w:r>
        <w:t xml:space="preserve"> in</w:t>
      </w:r>
      <w:r>
        <w:t xml:space="preserve"> 20</w:t>
      </w:r>
      <w:r>
        <w:t xml:space="preserve"> minutes.</w:t>
        <w:br/>
        <w:t>行</w:t>
      </w:r>
      <w:r>
        <w:t xml:space="preserve"> 那咱这就出发</w:t>
        <w:br/>
        <w:t>Okay,</w:t>
      </w:r>
      <w:r>
        <w:t xml:space="preserve"> fine.</w:t>
      </w:r>
      <w:r>
        <w:t xml:space="preserve"> Let's</w:t>
      </w:r>
      <w:r>
        <w:t xml:space="preserve"> get</w:t>
      </w:r>
      <w:r>
        <w:t xml:space="preserve"> this</w:t>
      </w:r>
      <w:r>
        <w:t xml:space="preserve"> show</w:t>
      </w:r>
      <w:r>
        <w:t xml:space="preserve"> on</w:t>
      </w:r>
      <w:r>
        <w:t xml:space="preserve"> the</w:t>
      </w:r>
      <w:r>
        <w:t xml:space="preserve"> road.</w:t>
      </w:r>
      <w:r>
        <w:t xml:space="preserve"> </w:t>
        <w:br/>
        <w:t>McNally</w:t>
      </w:r>
      <w:r>
        <w:t xml:space="preserve"> 让她到目的地找我们</w:t>
        <w:br/>
        <w:t>McNally,</w:t>
      </w:r>
      <w:r>
        <w:t xml:space="preserve"> tell</w:t>
      </w:r>
      <w:r>
        <w:t xml:space="preserve"> her</w:t>
      </w:r>
      <w:r>
        <w:t xml:space="preserve"> to</w:t>
      </w:r>
      <w:r>
        <w:t xml:space="preserve"> meet</w:t>
      </w:r>
      <w:r>
        <w:t xml:space="preserve"> us</w:t>
      </w:r>
      <w:r>
        <w:t xml:space="preserve"> on</w:t>
      </w:r>
      <w:r>
        <w:t xml:space="preserve"> location.</w:t>
        <w:br/>
        <w:t>她是最了解情况的人</w:t>
        <w:br/>
        <w:t>She's</w:t>
      </w:r>
      <w:r>
        <w:t xml:space="preserve"> the</w:t>
      </w:r>
      <w:r>
        <w:t xml:space="preserve"> one</w:t>
      </w:r>
      <w:r>
        <w:t xml:space="preserve"> who</w:t>
      </w:r>
      <w:r>
        <w:t xml:space="preserve"> knows</w:t>
      </w:r>
      <w:r>
        <w:t xml:space="preserve"> this</w:t>
      </w:r>
      <w:r>
        <w:t xml:space="preserve"> thing</w:t>
      </w:r>
      <w:r>
        <w:t xml:space="preserve"> back</w:t>
      </w:r>
      <w:r>
        <w:t xml:space="preserve"> to</w:t>
      </w:r>
      <w:r>
        <w:t xml:space="preserve"> front,</w:t>
        <w:br/>
        <w:t>她到之前我们最好还是不要贸然闯进去</w:t>
        <w:br/>
        <w:t>so</w:t>
      </w:r>
      <w:r>
        <w:t xml:space="preserve"> we</w:t>
      </w:r>
      <w:r>
        <w:t xml:space="preserve"> really</w:t>
      </w:r>
      <w:r>
        <w:t xml:space="preserve"> don't</w:t>
      </w:r>
      <w:r>
        <w:t xml:space="preserve"> want</w:t>
      </w:r>
      <w:r>
        <w:t xml:space="preserve"> to</w:t>
      </w:r>
      <w:r>
        <w:t xml:space="preserve"> be</w:t>
      </w:r>
      <w:r>
        <w:t xml:space="preserve"> busting</w:t>
      </w:r>
      <w:r>
        <w:t xml:space="preserve"> in</w:t>
      </w:r>
      <w:r>
        <w:t xml:space="preserve"> there</w:t>
      </w:r>
      <w:r>
        <w:t xml:space="preserve"> without</w:t>
      </w:r>
      <w:r>
        <w:t xml:space="preserve"> her.</w:t>
        <w:br/>
        <w:t>好的</w:t>
        <w:br/>
        <w:t>All</w:t>
      </w:r>
      <w:r>
        <w:t xml:space="preserve"> right.</w:t>
      </w:r>
      <w:r>
        <w:t xml:space="preserve"> </w:t>
        <w:br/>
        <w:t>我会联&amp;hearts;系&amp;hearts;她</w:t>
      </w:r>
      <w:r>
        <w:t xml:space="preserve"> 出发吧</w:t>
        <w:br/>
        <w:t>Okay,</w:t>
      </w:r>
      <w:r>
        <w:t xml:space="preserve"> I'll</w:t>
      </w:r>
      <w:r>
        <w:t xml:space="preserve"> call</w:t>
      </w:r>
      <w:r>
        <w:t xml:space="preserve"> her.</w:t>
      </w:r>
      <w:r>
        <w:t xml:space="preserve"> Let's</w:t>
      </w:r>
      <w:r>
        <w:t xml:space="preserve"> roll.</w:t>
        <w:br/>
        <w:t>特警已经出发了</w:t>
        <w:br/>
        <w:t>Okay,</w:t>
      </w:r>
      <w:r>
        <w:t xml:space="preserve"> ETF</w:t>
      </w:r>
      <w:r>
        <w:t xml:space="preserve"> is</w:t>
      </w:r>
      <w:r>
        <w:t xml:space="preserve"> en</w:t>
      </w:r>
      <w:r>
        <w:t xml:space="preserve"> route.</w:t>
      </w:r>
      <w:r>
        <w:t xml:space="preserve"> </w:t>
        <w:br/>
        <w:t>咱俩可真会保密</w:t>
        <w:br/>
        <w:t>Way</w:t>
      </w:r>
      <w:r>
        <w:t xml:space="preserve"> to</w:t>
      </w:r>
      <w:r>
        <w:t xml:space="preserve"> keep</w:t>
      </w:r>
      <w:r>
        <w:t xml:space="preserve"> a</w:t>
      </w:r>
      <w:r>
        <w:t xml:space="preserve"> secret.</w:t>
        <w:br/>
        <w:t>Collins和Price盯好灰色那辆皮卡</w:t>
        <w:br/>
        <w:t>Collins,</w:t>
      </w:r>
      <w:r>
        <w:t xml:space="preserve"> Price,</w:t>
      </w:r>
      <w:r>
        <w:t xml:space="preserve"> keep</w:t>
      </w:r>
      <w:r>
        <w:t xml:space="preserve"> your</w:t>
      </w:r>
      <w:r>
        <w:t xml:space="preserve"> eyes</w:t>
      </w:r>
      <w:r>
        <w:t xml:space="preserve"> peeled</w:t>
      </w:r>
      <w:r>
        <w:t xml:space="preserve"> for</w:t>
      </w:r>
      <w:r>
        <w:t xml:space="preserve"> that</w:t>
      </w:r>
      <w:r>
        <w:t xml:space="preserve"> gray</w:t>
      </w:r>
      <w:r>
        <w:t xml:space="preserve"> pickup.</w:t>
        <w:br/>
        <w:t>收到</w:t>
        <w:br/>
        <w:t>Copy</w:t>
      </w:r>
      <w:r>
        <w:t xml:space="preserve"> that.</w:t>
      </w:r>
      <w:r>
        <w:t xml:space="preserve"> </w:t>
        <w:br/>
        <w:t>Swarek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情况怎样了?</w:t>
        <w:br/>
        <w:t>Swarek,</w:t>
      </w:r>
      <w:r>
        <w:t xml:space="preserve"> how's</w:t>
      </w:r>
      <w:r>
        <w:t xml:space="preserve"> it</w:t>
      </w:r>
      <w:r>
        <w:t xml:space="preserve"> going?</w:t>
        <w:br/>
        <w:t>今天带队的不是Nash么</w:t>
        <w:br/>
        <w:t>I</w:t>
      </w:r>
      <w:r>
        <w:t xml:space="preserve"> thought</w:t>
      </w:r>
      <w:r>
        <w:t xml:space="preserve"> Nash</w:t>
      </w:r>
      <w:r>
        <w:t xml:space="preserve"> was</w:t>
      </w:r>
      <w:r>
        <w:t xml:space="preserve"> coordinating</w:t>
      </w:r>
      <w:r>
        <w:t xml:space="preserve"> today.</w:t>
      </w:r>
      <w:r>
        <w:t xml:space="preserve"> </w:t>
        <w:br/>
        <w:t>是</w:t>
      </w:r>
      <w:r>
        <w:t xml:space="preserve"> 估计她在我们卡车里</w:t>
        <w:br/>
        <w:t>Yeah,</w:t>
      </w:r>
      <w:r>
        <w:t xml:space="preserve"> she</w:t>
      </w:r>
      <w:r>
        <w:t xml:space="preserve"> should</w:t>
      </w:r>
      <w:r>
        <w:t xml:space="preserve"> be</w:t>
      </w:r>
      <w:r>
        <w:t xml:space="preserve"> in</w:t>
      </w:r>
      <w:r>
        <w:t xml:space="preserve"> our</w:t>
      </w:r>
      <w:r>
        <w:t xml:space="preserve"> truck.</w:t>
        <w:br/>
        <w:t>Nash</w:t>
      </w:r>
      <w:r>
        <w:t xml:space="preserve"> 我是Swarek</w:t>
      </w:r>
      <w:r>
        <w:t xml:space="preserve"> 你在哪?</w:t>
        <w:br/>
        <w:t>Nash,</w:t>
      </w:r>
      <w:r>
        <w:t xml:space="preserve"> it's</w:t>
      </w:r>
      <w:r>
        <w:t xml:space="preserve"> Swarek.</w:t>
      </w:r>
      <w:r>
        <w:t xml:space="preserve"> What's</w:t>
      </w:r>
      <w:r>
        <w:t xml:space="preserve"> your</w:t>
      </w:r>
      <w:r>
        <w:t xml:space="preserve"> 20?</w:t>
        <w:br/>
        <w:t>Nash?</w:t>
      </w:r>
      <w:r>
        <w:t xml:space="preserve"> 你在吗?</w:t>
        <w:br/>
        <w:t>Nash?</w:t>
      </w:r>
      <w:r>
        <w:t xml:space="preserve"> You</w:t>
      </w:r>
      <w:r>
        <w:t xml:space="preserve"> there?</w:t>
      </w:r>
      <w:r>
        <w:t xml:space="preserve"> </w:t>
        <w:br/>
        <w:t>Swarek</w:t>
      </w:r>
      <w:r>
        <w:t xml:space="preserve"> 我是Peck</w:t>
        <w:br/>
        <w:t>Swarek,</w:t>
      </w:r>
      <w:r>
        <w:t xml:space="preserve"> it's</w:t>
      </w:r>
      <w:r>
        <w:t xml:space="preserve"> Peck.</w:t>
        <w:br/>
        <w:t>我不知道她在哪儿</w:t>
      </w:r>
      <w:r>
        <w:t xml:space="preserve"> 一直不接电&amp;hearts;话&amp;hearts;</w:t>
        <w:br/>
        <w:t>I</w:t>
      </w:r>
      <w:r>
        <w:t xml:space="preserve"> don't</w:t>
      </w:r>
      <w:r>
        <w:t xml:space="preserve"> know</w:t>
      </w:r>
      <w:r>
        <w:t xml:space="preserve"> where</w:t>
      </w:r>
      <w:r>
        <w:t xml:space="preserve"> she</w:t>
      </w:r>
      <w:r>
        <w:t xml:space="preserve"> is.</w:t>
      </w:r>
      <w:r>
        <w:t xml:space="preserve"> She's</w:t>
      </w:r>
      <w:r>
        <w:t xml:space="preserve"> not</w:t>
      </w:r>
      <w:r>
        <w:t xml:space="preserve"> answering.</w:t>
      </w:r>
      <w:r>
        <w:t xml:space="preserve"> </w:t>
        <w:br/>
        <w:t>定好的时间是十点</w:t>
        <w:br/>
        <w:t>Well,</w:t>
      </w:r>
      <w:r>
        <w:t xml:space="preserve"> it's</w:t>
      </w:r>
      <w:r>
        <w:t xml:space="preserve"> 10:00</w:t>
      </w:r>
      <w:r>
        <w:t xml:space="preserve"> A.M.</w:t>
        <w:br/>
        <w:t>时间到了</w:t>
      </w:r>
      <w:r>
        <w:t xml:space="preserve"> 有没有Nash我都得带人上</w:t>
        <w:br/>
        <w:t>I</w:t>
      </w:r>
      <w:r>
        <w:t xml:space="preserve"> got</w:t>
      </w:r>
      <w:r>
        <w:t xml:space="preserve"> to</w:t>
      </w:r>
      <w:r>
        <w:t xml:space="preserve"> call</w:t>
      </w:r>
      <w:r>
        <w:t xml:space="preserve"> it</w:t>
      </w:r>
      <w:r>
        <w:t xml:space="preserve"> when</w:t>
      </w:r>
      <w:r>
        <w:t xml:space="preserve"> it</w:t>
      </w:r>
      <w:r>
        <w:t xml:space="preserve"> comes,</w:t>
      </w:r>
      <w:r>
        <w:t xml:space="preserve"> with</w:t>
      </w:r>
      <w:r>
        <w:t xml:space="preserve"> or</w:t>
      </w:r>
      <w:r>
        <w:t xml:space="preserve"> without</w:t>
      </w:r>
      <w:r>
        <w:t xml:space="preserve"> Nash.</w:t>
      </w:r>
      <w:r>
        <w:t xml:space="preserve"> </w:t>
        <w:br/>
        <w:t>我知道</w:t>
        <w:br/>
        <w:t>Yeah,</w:t>
      </w:r>
      <w:r>
        <w:t xml:space="preserve"> I</w:t>
      </w:r>
      <w:r>
        <w:t xml:space="preserve"> know.</w:t>
        <w:br/>
        <w:t>你听有没有声音?</w:t>
        <w:br/>
        <w:t>Hey,</w:t>
      </w:r>
      <w:r>
        <w:t xml:space="preserve"> do</w:t>
      </w:r>
      <w:r>
        <w:t xml:space="preserve"> you</w:t>
      </w:r>
      <w:r>
        <w:t xml:space="preserve"> hear</w:t>
      </w:r>
      <w:r>
        <w:t xml:space="preserve"> anything?</w:t>
      </w:r>
      <w:r>
        <w:t xml:space="preserve"> </w:t>
        <w:br/>
        <w:t>你干嘛呢?</w:t>
        <w:br/>
        <w:t>What</w:t>
      </w:r>
      <w:r>
        <w:t xml:space="preserve"> are</w:t>
      </w:r>
      <w:r>
        <w:t xml:space="preserve"> you</w:t>
      </w:r>
      <w:r>
        <w:t xml:space="preserve"> doing?</w:t>
        <w:br/>
        <w:t>有没有丁零当啷钥匙串的声音?</w:t>
        <w:br/>
        <w:t>Any</w:t>
      </w:r>
      <w:r>
        <w:t xml:space="preserve"> jangling?</w:t>
      </w:r>
      <w:r>
        <w:t xml:space="preserve"> Uh,</w:t>
      </w:r>
      <w:r>
        <w:t xml:space="preserve"> keys?</w:t>
      </w:r>
      <w:r>
        <w:t xml:space="preserve"> </w:t>
        <w:br/>
        <w:t>我可不想当破坏行动的冤大头</w:t>
        <w:br/>
        <w:t>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be</w:t>
      </w:r>
      <w:r>
        <w:t xml:space="preserve"> the</w:t>
      </w:r>
      <w:r>
        <w:t xml:space="preserve"> one</w:t>
      </w:r>
      <w:r>
        <w:t xml:space="preserve"> that</w:t>
      </w:r>
      <w:r>
        <w:t xml:space="preserve"> blows</w:t>
      </w:r>
      <w:r>
        <w:t xml:space="preserve"> our</w:t>
      </w:r>
      <w:r>
        <w:t xml:space="preserve"> entry.</w:t>
        <w:br/>
        <w:t>天哪</w:t>
        <w:br/>
        <w:t>Oh,</w:t>
      </w:r>
      <w:r>
        <w:t xml:space="preserve"> my</w:t>
      </w:r>
      <w:r>
        <w:t xml:space="preserve"> God.</w:t>
        <w:br/>
        <w:t>她究竟啥情况?</w:t>
        <w:br/>
        <w:t>What</w:t>
      </w:r>
      <w:r>
        <w:t xml:space="preserve"> is,</w:t>
      </w:r>
      <w:r>
        <w:t xml:space="preserve"> uh,</w:t>
      </w:r>
      <w:r>
        <w:t xml:space="preserve"> what</w:t>
      </w:r>
      <w:r>
        <w:t xml:space="preserve"> is</w:t>
      </w:r>
      <w:r>
        <w:t xml:space="preserve"> going</w:t>
      </w:r>
      <w:r>
        <w:t xml:space="preserve"> on</w:t>
      </w:r>
      <w:r>
        <w:t xml:space="preserve"> with</w:t>
      </w:r>
      <w:r>
        <w:t xml:space="preserve"> her?</w:t>
      </w:r>
      <w:r>
        <w:t xml:space="preserve"> </w:t>
        <w:br/>
        <w:t>我不知道</w:t>
      </w:r>
      <w:r>
        <w:t xml:space="preserve"> 她说她会回来的</w:t>
        <w:br/>
        <w:t>I-I</w:t>
      </w:r>
      <w:r>
        <w:t xml:space="preserve"> don't</w:t>
      </w:r>
      <w:r>
        <w:t xml:space="preserve"> know.</w:t>
      </w:r>
      <w:r>
        <w:t xml:space="preserve"> I</w:t>
      </w:r>
      <w:r>
        <w:t xml:space="preserve"> don't</w:t>
      </w:r>
      <w:r>
        <w:t xml:space="preserve"> know.</w:t>
      </w:r>
      <w:r>
        <w:t xml:space="preserve"> She</w:t>
      </w:r>
      <w:r>
        <w:t xml:space="preserve"> said</w:t>
      </w:r>
      <w:r>
        <w:t xml:space="preserve"> she</w:t>
      </w:r>
      <w:r>
        <w:t xml:space="preserve"> would</w:t>
      </w:r>
      <w:r>
        <w:t xml:space="preserve"> be</w:t>
      </w:r>
      <w:r>
        <w:t xml:space="preserve"> back.</w:t>
        <w:br/>
        <w:t>她没回来</w:t>
        <w:br/>
        <w:t>Well,</w:t>
      </w:r>
      <w:r>
        <w:t xml:space="preserve"> she's</w:t>
      </w:r>
      <w:r>
        <w:t xml:space="preserve"> not</w:t>
      </w:r>
      <w:r>
        <w:t xml:space="preserve"> back.</w:t>
      </w:r>
      <w:r>
        <w:t xml:space="preserve"> </w:t>
        <w:br/>
        <w:t>我知道</w:t>
      </w:r>
      <w:r>
        <w:t xml:space="preserve"> 我再联&amp;hearts;系&amp;hearts;她一次</w:t>
      </w:r>
      <w:r>
        <w:t xml:space="preserve"> 好吗?</w:t>
        <w:br/>
        <w:t>I</w:t>
      </w:r>
      <w:r>
        <w:t xml:space="preserve"> know.</w:t>
      </w:r>
      <w:r>
        <w:t xml:space="preserve"> I'm</w:t>
      </w:r>
      <w:r>
        <w:t xml:space="preserve"> gonna</w:t>
      </w:r>
      <w:r>
        <w:t xml:space="preserve"> call</w:t>
      </w:r>
      <w:r>
        <w:t xml:space="preserve"> her</w:t>
      </w:r>
      <w:r>
        <w:t xml:space="preserve"> one</w:t>
      </w:r>
      <w:r>
        <w:t xml:space="preserve"> more</w:t>
      </w:r>
      <w:r>
        <w:t xml:space="preserve"> time,</w:t>
      </w:r>
      <w:r>
        <w:t xml:space="preserve"> okay?</w:t>
        <w:br/>
        <w:t>Collins</w:t>
      </w:r>
      <w:r>
        <w:t xml:space="preserve"> 好像就是这辆</w:t>
        <w:br/>
        <w:t>Collins,</w:t>
      </w:r>
      <w:r>
        <w:t xml:space="preserve"> I</w:t>
      </w:r>
      <w:r>
        <w:t xml:space="preserve"> think</w:t>
      </w:r>
      <w:r>
        <w:t xml:space="preserve"> this</w:t>
      </w:r>
      <w:r>
        <w:t xml:space="preserve"> is</w:t>
      </w:r>
      <w:r>
        <w:t xml:space="preserve"> the</w:t>
      </w:r>
      <w:r>
        <w:t xml:space="preserve"> one.</w:t>
        <w:br/>
        <w:t>还真是</w:t>
        <w:br/>
        <w:t>Yeah,</w:t>
      </w:r>
      <w:r>
        <w:t xml:space="preserve"> that's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it.</w:t>
        <w:br/>
        <w:t>我是Collins</w:t>
      </w:r>
      <w:r>
        <w:t xml:space="preserve"> 卡车驶向Newcastle</w:t>
        <w:br/>
        <w:t>This</w:t>
      </w:r>
      <w:r>
        <w:t xml:space="preserve"> is</w:t>
      </w:r>
      <w:r>
        <w:t xml:space="preserve"> Collins.</w:t>
      </w:r>
      <w:r>
        <w:t xml:space="preserve"> Truck</w:t>
      </w:r>
      <w:r>
        <w:t xml:space="preserve"> just</w:t>
      </w:r>
      <w:r>
        <w:t xml:space="preserve"> turned</w:t>
      </w:r>
      <w:r>
        <w:t xml:space="preserve"> onto</w:t>
      </w:r>
      <w:r>
        <w:t xml:space="preserve"> Newcastle.</w:t>
      </w:r>
      <w:r>
        <w:t xml:space="preserve"> </w:t>
        <w:br/>
        <w:t>重复</w:t>
      </w:r>
      <w:r>
        <w:t xml:space="preserve"> 货已向你们方向驶去</w:t>
        <w:br/>
        <w:t>Repeat...</w:t>
      </w:r>
      <w:r>
        <w:t xml:space="preserve"> shipment's</w:t>
      </w:r>
      <w:r>
        <w:t xml:space="preserve"> headed</w:t>
      </w:r>
      <w:r>
        <w:t xml:space="preserve"> to</w:t>
      </w:r>
      <w:r>
        <w:t xml:space="preserve"> you.</w:t>
        <w:br/>
        <w:t>Trace</w:t>
      </w:r>
      <w:r>
        <w:t xml:space="preserve"> 我是Andy</w:t>
        <w:br/>
        <w:t>Trace,</w:t>
      </w:r>
      <w:r>
        <w:t xml:space="preserve"> it's,</w:t>
      </w:r>
      <w:r>
        <w:t xml:space="preserve"> uh,</w:t>
      </w:r>
      <w:r>
        <w:t xml:space="preserve"> it's</w:t>
      </w:r>
      <w:r>
        <w:t xml:space="preserve"> Andy.</w:t>
        <w:br/>
        <w:t>你那边到底什么情况</w:t>
        <w:br/>
        <w:t>I-I</w:t>
      </w:r>
      <w:r>
        <w:t xml:space="preserve"> don't</w:t>
      </w:r>
      <w:r>
        <w:t xml:space="preserve"> know</w:t>
      </w:r>
      <w:r>
        <w:t xml:space="preserve"> what's</w:t>
      </w:r>
      <w:r>
        <w:t xml:space="preserve"> happening</w:t>
      </w:r>
      <w:r>
        <w:t xml:space="preserve"> with</w:t>
      </w:r>
      <w:r>
        <w:t xml:space="preserve"> you</w:t>
      </w:r>
      <w:r>
        <w:t xml:space="preserve"> right</w:t>
      </w:r>
      <w:r>
        <w:t xml:space="preserve"> now,</w:t>
      </w:r>
      <w:r>
        <w:t xml:space="preserve"> </w:t>
        <w:br/>
        <w:t>赶紧回我电&amp;hearts;话&amp;hearts;</w:t>
        <w:br/>
        <w:t>but</w:t>
      </w:r>
      <w:r>
        <w:t xml:space="preserve"> you</w:t>
      </w:r>
      <w:r>
        <w:t xml:space="preserve"> got</w:t>
      </w:r>
      <w:r>
        <w:t xml:space="preserve"> to</w:t>
      </w:r>
      <w:r>
        <w:t xml:space="preserve"> call</w:t>
      </w:r>
      <w:r>
        <w:t xml:space="preserve"> me</w:t>
      </w:r>
      <w:r>
        <w:t xml:space="preserve"> back,</w:t>
      </w:r>
      <w:r>
        <w:t xml:space="preserve"> okay?</w:t>
        <w:br/>
        <w:t>货已经到了</w:t>
      </w:r>
      <w:r>
        <w:t xml:space="preserve"> 再见</w:t>
        <w:br/>
        <w:t>The</w:t>
      </w:r>
      <w:r>
        <w:t xml:space="preserve"> shipment's</w:t>
      </w:r>
      <w:r>
        <w:t xml:space="preserve"> here.</w:t>
      </w:r>
      <w:r>
        <w:t xml:space="preserve"> Bye.</w:t>
        <w:br/>
        <w:t>好了</w:t>
      </w:r>
      <w:r>
        <w:t xml:space="preserve"> 我们该走了</w:t>
      </w:r>
      <w:r>
        <w:t xml:space="preserve"> Peck</w:t>
      </w:r>
      <w:r>
        <w:t xml:space="preserve"> 车绕到后面准备停下了</w:t>
        <w:br/>
        <w:t>All</w:t>
      </w:r>
      <w:r>
        <w:t xml:space="preserve"> right,</w:t>
      </w:r>
      <w:r>
        <w:t xml:space="preserve"> we</w:t>
      </w:r>
      <w:r>
        <w:t xml:space="preserve"> got</w:t>
      </w:r>
      <w:r>
        <w:t xml:space="preserve"> to</w:t>
      </w:r>
      <w:r>
        <w:t xml:space="preserve"> go.</w:t>
      </w:r>
      <w:r>
        <w:t xml:space="preserve"> Peck,</w:t>
      </w:r>
      <w:r>
        <w:t xml:space="preserve"> it's</w:t>
      </w:r>
      <w:r>
        <w:t xml:space="preserve"> pulling</w:t>
      </w:r>
      <w:r>
        <w:t xml:space="preserve"> around</w:t>
      </w:r>
      <w:r>
        <w:t xml:space="preserve"> back.</w:t>
        <w:br/>
        <w:t>朝你们那边去了</w:t>
        <w:br/>
        <w:t>Coming</w:t>
      </w:r>
      <w:r>
        <w:t xml:space="preserve"> to</w:t>
      </w:r>
      <w:r>
        <w:t xml:space="preserve"> you.</w:t>
      </w:r>
      <w:r>
        <w:t xml:space="preserve"> </w:t>
        <w:br/>
        <w:t>收到</w:t>
        <w:br/>
        <w:t>Copy</w:t>
      </w:r>
      <w:r>
        <w:t xml:space="preserve"> that.</w:t>
        <w:br/>
        <w:t>Bailey</w:t>
      </w:r>
      <w:r>
        <w:t xml:space="preserve"> 准备好了吗?</w:t>
        <w:br/>
        <w:t>Bailey,</w:t>
      </w:r>
      <w:r>
        <w:t xml:space="preserve"> you</w:t>
      </w:r>
      <w:r>
        <w:t xml:space="preserve"> ready?</w:t>
      </w:r>
      <w:r>
        <w:t xml:space="preserve"> </w:t>
        <w:br/>
        <w:t>是</w:t>
      </w:r>
      <w:r>
        <w:t xml:space="preserve"> 长官</w:t>
        <w:br/>
        <w:t>Yes,</w:t>
      </w:r>
      <w:r>
        <w:t xml:space="preserve"> sir.</w:t>
        <w:br/>
        <w:t>各单位注意</w:t>
      </w:r>
      <w:r>
        <w:t xml:space="preserve"> 关掉对讲机</w:t>
      </w:r>
      <w:r>
        <w:t xml:space="preserve"> 跟着特警走</w:t>
        <w:br/>
        <w:t>All</w:t>
      </w:r>
      <w:r>
        <w:t xml:space="preserve"> units,</w:t>
      </w:r>
      <w:r>
        <w:t xml:space="preserve"> stay</w:t>
      </w:r>
      <w:r>
        <w:t xml:space="preserve"> off</w:t>
      </w:r>
      <w:r>
        <w:t xml:space="preserve"> the</w:t>
      </w:r>
      <w:r>
        <w:t xml:space="preserve"> radio.</w:t>
      </w:r>
      <w:r>
        <w:t xml:space="preserve"> Over</w:t>
      </w:r>
      <w:r>
        <w:t xml:space="preserve"> to</w:t>
      </w:r>
      <w:r>
        <w:t xml:space="preserve"> ETF.</w:t>
        <w:br/>
        <w:t>T1已就位</w:t>
      </w:r>
      <w:r>
        <w:t xml:space="preserve"> T2报告情况</w:t>
        <w:br/>
        <w:t>Tango</w:t>
      </w:r>
      <w:r>
        <w:t xml:space="preserve"> 1</w:t>
      </w:r>
      <w:r>
        <w:t xml:space="preserve"> is</w:t>
      </w:r>
      <w:r>
        <w:t xml:space="preserve"> in</w:t>
      </w:r>
      <w:r>
        <w:t xml:space="preserve"> position.</w:t>
      </w:r>
      <w:r>
        <w:t xml:space="preserve"> Tango</w:t>
      </w:r>
      <w:r>
        <w:t xml:space="preserve"> 2?</w:t>
        <w:br/>
        <w:t>T2准备好了</w:t>
        <w:br/>
        <w:t>Tango</w:t>
      </w:r>
      <w:r>
        <w:t xml:space="preserve"> 2</w:t>
      </w:r>
      <w:r>
        <w:t xml:space="preserve"> is</w:t>
      </w:r>
      <w:r>
        <w:t xml:space="preserve"> ready.</w:t>
      </w:r>
      <w:r>
        <w:t xml:space="preserve"> </w:t>
        <w:br/>
        <w:t>行动</w:t>
        <w:br/>
        <w:t>Go.</w:t>
        <w:br/>
        <w:t>警&amp;hearts;察&amp;hearts;!</w:t>
      </w:r>
      <w:r>
        <w:t xml:space="preserve"> 熄火!</w:t>
      </w:r>
      <w:r>
        <w:t xml:space="preserve"> 快!</w:t>
        <w:br/>
        <w:t>Police!</w:t>
      </w:r>
      <w:r>
        <w:t xml:space="preserve"> Turn</w:t>
      </w:r>
      <w:r>
        <w:t xml:space="preserve"> off</w:t>
      </w:r>
      <w:r>
        <w:t xml:space="preserve"> the</w:t>
      </w:r>
      <w:r>
        <w:t xml:space="preserve"> vehicle!</w:t>
      </w:r>
      <w:r>
        <w:t xml:space="preserve"> Do</w:t>
      </w:r>
      <w:r>
        <w:t xml:space="preserve"> it</w:t>
      </w:r>
      <w:r>
        <w:t xml:space="preserve"> now!</w:t>
        <w:br/>
        <w:t>好的!</w:t>
      </w:r>
      <w:r>
        <w:t xml:space="preserve"> 好!</w:t>
        <w:br/>
        <w:t>Okay!</w:t>
      </w:r>
      <w:r>
        <w:t xml:space="preserve"> Okay!</w:t>
      </w:r>
      <w:r>
        <w:t xml:space="preserve"> </w:t>
        <w:br/>
        <w:t>引擎关掉!</w:t>
        <w:br/>
        <w:t>Engine's</w:t>
      </w:r>
      <w:r>
        <w:t xml:space="preserve"> off!</w:t>
        <w:br/>
        <w:t>下车!</w:t>
      </w:r>
      <w:r>
        <w:t xml:space="preserve"> 趴在地上!</w:t>
      </w:r>
      <w:r>
        <w:t xml:space="preserve"> 快!</w:t>
        <w:br/>
        <w:t>Get</w:t>
      </w:r>
      <w:r>
        <w:t xml:space="preserve"> out</w:t>
      </w:r>
      <w:r>
        <w:t xml:space="preserve"> of</w:t>
      </w:r>
      <w:r>
        <w:t xml:space="preserve"> the</w:t>
      </w:r>
      <w:r>
        <w:t xml:space="preserve"> truck</w:t>
      </w:r>
      <w:r>
        <w:t xml:space="preserve"> now!</w:t>
      </w:r>
      <w:r>
        <w:t xml:space="preserve"> Down</w:t>
      </w:r>
      <w:r>
        <w:t xml:space="preserve"> on</w:t>
      </w:r>
      <w:r>
        <w:t xml:space="preserve"> the</w:t>
      </w:r>
      <w:r>
        <w:t xml:space="preserve"> ground!</w:t>
      </w:r>
      <w:r>
        <w:t xml:space="preserve"> Now!</w:t>
        <w:br/>
        <w:t>把手放在明处!</w:t>
        <w:br/>
        <w:t>Hands</w:t>
      </w:r>
      <w:r>
        <w:t xml:space="preserve"> where</w:t>
      </w:r>
      <w:r>
        <w:t xml:space="preserve"> I</w:t>
      </w:r>
      <w:r>
        <w:t xml:space="preserve"> can</w:t>
      </w:r>
      <w:r>
        <w:t xml:space="preserve"> see</w:t>
      </w:r>
      <w:r>
        <w:t xml:space="preserve"> them!</w:t>
        <w:br/>
        <w:t>叫你下车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听不懂吗!</w:t>
        <w:br/>
        <w:t>I</w:t>
      </w:r>
      <w:r>
        <w:t xml:space="preserve"> said,</w:t>
      </w:r>
      <w:r>
        <w:t xml:space="preserve"> "get</w:t>
      </w:r>
      <w:r>
        <w:t xml:space="preserve"> out</w:t>
      </w:r>
      <w:r>
        <w:t xml:space="preserve"> of</w:t>
      </w:r>
      <w:r>
        <w:t xml:space="preserve"> the</w:t>
      </w:r>
      <w:r>
        <w:t xml:space="preserve"> truck!"</w:t>
        <w:br/>
        <w:t>所有人跪下!</w:t>
      </w:r>
      <w:r>
        <w:t xml:space="preserve"> 不许往前走了!</w:t>
        <w:br/>
        <w:t>Down</w:t>
      </w:r>
      <w:r>
        <w:t xml:space="preserve"> on</w:t>
      </w:r>
      <w:r>
        <w:t xml:space="preserve"> your</w:t>
      </w:r>
      <w:r>
        <w:t xml:space="preserve"> knees,</w:t>
      </w:r>
      <w:r>
        <w:t xml:space="preserve"> everyone!</w:t>
      </w:r>
      <w:r>
        <w:t xml:space="preserve"> Stop</w:t>
      </w:r>
      <w:r>
        <w:t xml:space="preserve"> where</w:t>
      </w:r>
      <w:r>
        <w:t xml:space="preserve"> you</w:t>
      </w:r>
      <w:r>
        <w:t xml:space="preserve"> are!</w:t>
        <w:br/>
        <w:t>不许动!</w:t>
      </w:r>
      <w:r>
        <w:t xml:space="preserve"> 不许动!</w:t>
        <w:br/>
        <w:t>Don't</w:t>
      </w:r>
      <w:r>
        <w:t xml:space="preserve"> move!</w:t>
      </w:r>
      <w:r>
        <w:t xml:space="preserve"> Don't</w:t>
      </w:r>
      <w:r>
        <w:t xml:space="preserve"> move!</w:t>
        <w:br/>
        <w:t>很好</w:t>
        <w:br/>
        <w:t>Good.</w:t>
        <w:br/>
        <w:t>瞧瞧这个</w:t>
        <w:br/>
        <w:t>Look</w:t>
      </w:r>
      <w:r>
        <w:t xml:space="preserve"> at</w:t>
      </w:r>
      <w:r>
        <w:t xml:space="preserve"> that.</w:t>
        <w:br/>
        <w:t>还有...</w:t>
        <w:br/>
        <w:t>Oh,</w:t>
      </w:r>
      <w:r>
        <w:t xml:space="preserve"> and...</w:t>
        <w:br/>
        <w:t>瞧瞧这个</w:t>
        <w:br/>
        <w:t>Look</w:t>
      </w:r>
      <w:r>
        <w:t xml:space="preserve"> at</w:t>
      </w:r>
      <w:r>
        <w:t xml:space="preserve"> that.</w:t>
        <w:br/>
        <w:t>Thom</w:t>
      </w:r>
      <w:r>
        <w:t xml:space="preserve"> Kozik</w:t>
        <w:br/>
        <w:t>Thom</w:t>
      </w:r>
      <w:r>
        <w:t xml:space="preserve"> Kozik.</w:t>
        <w:br/>
        <w:t>我要看搜查证</w:t>
      </w:r>
      <w:r>
        <w:t xml:space="preserve"> 谢谢</w:t>
        <w:br/>
        <w:t>I'd</w:t>
      </w:r>
      <w:r>
        <w:t xml:space="preserve"> like</w:t>
      </w:r>
      <w:r>
        <w:t xml:space="preserve"> to</w:t>
      </w:r>
      <w:r>
        <w:t xml:space="preserve"> have</w:t>
      </w:r>
      <w:r>
        <w:t xml:space="preserve"> a</w:t>
      </w:r>
      <w:r>
        <w:t xml:space="preserve"> look</w:t>
      </w:r>
      <w:r>
        <w:t xml:space="preserve"> at</w:t>
      </w:r>
      <w:r>
        <w:t xml:space="preserve"> that</w:t>
      </w:r>
      <w:r>
        <w:t xml:space="preserve"> warrant,</w:t>
      </w:r>
      <w:r>
        <w:t xml:space="preserve"> please...</w:t>
        <w:br/>
        <w:t>离我的脸最好不要太近</w:t>
        <w:br/>
        <w:t>preferably</w:t>
      </w:r>
      <w:r>
        <w:t xml:space="preserve"> not</w:t>
      </w:r>
      <w:r>
        <w:t xml:space="preserve"> held</w:t>
      </w:r>
      <w:r>
        <w:t xml:space="preserve"> an</w:t>
      </w:r>
      <w:r>
        <w:t xml:space="preserve"> inch</w:t>
      </w:r>
      <w:r>
        <w:t xml:space="preserve"> from</w:t>
      </w:r>
      <w:r>
        <w:t xml:space="preserve"> my</w:t>
      </w:r>
      <w:r>
        <w:t xml:space="preserve"> face.</w:t>
        <w:br/>
        <w:t>好吧</w:t>
        <w:br/>
        <w:t>Okay.</w:t>
        <w:br/>
        <w:t>"Traci</w:t>
      </w:r>
      <w:r>
        <w:t xml:space="preserve"> Nash警探"</w:t>
        <w:br/>
        <w:t>"Detective</w:t>
      </w:r>
      <w:r>
        <w:t xml:space="preserve"> Traci</w:t>
      </w:r>
      <w:r>
        <w:t xml:space="preserve"> Nash."</w:t>
        <w:br/>
        <w:t>就是你吗?</w:t>
        <w:br/>
        <w:t>That's</w:t>
      </w:r>
      <w:r>
        <w:t xml:space="preserve"> you,</w:t>
      </w:r>
      <w:r>
        <w:t xml:space="preserve"> I</w:t>
      </w:r>
      <w:r>
        <w:t xml:space="preserve"> presume?</w:t>
      </w:r>
      <w:r>
        <w:t xml:space="preserve"> </w:t>
        <w:br/>
        <w:t>很好笑</w:t>
        <w:br/>
        <w:t>That's</w:t>
      </w:r>
      <w:r>
        <w:t xml:space="preserve"> funny.</w:t>
        <w:br/>
        <w:t>好了</w:t>
      </w:r>
      <w:r>
        <w:t xml:space="preserve"> Diaz</w:t>
      </w:r>
      <w:r>
        <w:t xml:space="preserve"> 把这家伙押到车里</w:t>
        <w:br/>
        <w:t>All</w:t>
      </w:r>
      <w:r>
        <w:t xml:space="preserve"> right.</w:t>
      </w:r>
      <w:r>
        <w:t xml:space="preserve"> Diaz,</w:t>
      </w:r>
      <w:r>
        <w:t xml:space="preserve"> let's</w:t>
      </w:r>
      <w:r>
        <w:t xml:space="preserve"> get</w:t>
      </w:r>
      <w:r>
        <w:t xml:space="preserve"> this</w:t>
      </w:r>
      <w:r>
        <w:t xml:space="preserve"> guy</w:t>
      </w:r>
      <w:r>
        <w:t xml:space="preserve"> in</w:t>
      </w:r>
      <w:r>
        <w:t xml:space="preserve"> a</w:t>
      </w:r>
      <w:r>
        <w:t xml:space="preserve"> car.</w:t>
        <w:br/>
        <w:br/>
        <w:t>Nash有消息吗?</w:t>
        <w:br/>
        <w:t>Anything</w:t>
      </w:r>
      <w:r>
        <w:t xml:space="preserve"> from</w:t>
      </w:r>
      <w:r>
        <w:t xml:space="preserve"> Nash?</w:t>
        <w:br/>
        <w:t>什么都没有</w:t>
      </w:r>
      <w:r>
        <w:t xml:space="preserve"> 你呢?</w:t>
        <w:br/>
        <w:t>No,</w:t>
      </w:r>
      <w:r>
        <w:t xml:space="preserve"> haven't</w:t>
      </w:r>
      <w:r>
        <w:t xml:space="preserve"> heard</w:t>
      </w:r>
      <w:r>
        <w:t xml:space="preserve"> anything.</w:t>
      </w:r>
      <w:r>
        <w:t xml:space="preserve"> You?</w:t>
      </w:r>
      <w:r>
        <w:t xml:space="preserve"> </w:t>
        <w:br/>
        <w:t>没有</w:t>
        <w:br/>
        <w:t>Nothing.</w:t>
        <w:br/>
        <w:t>我和Gail去Leo学校看看</w:t>
        <w:br/>
        <w:t>Okay,</w:t>
      </w:r>
      <w:r>
        <w:t xml:space="preserve"> well,</w:t>
      </w:r>
      <w:r>
        <w:t xml:space="preserve"> I</w:t>
      </w:r>
      <w:r>
        <w:t xml:space="preserve"> guess</w:t>
      </w:r>
      <w:r>
        <w:t xml:space="preserve"> Gail</w:t>
      </w:r>
      <w:r>
        <w:t xml:space="preserve"> and</w:t>
      </w:r>
      <w:r>
        <w:t xml:space="preserve"> I</w:t>
      </w:r>
      <w:r>
        <w:t xml:space="preserve"> will</w:t>
      </w:r>
      <w:r>
        <w:t xml:space="preserve"> head</w:t>
      </w:r>
      <w:r>
        <w:t xml:space="preserve"> over</w:t>
      </w:r>
      <w:r>
        <w:t xml:space="preserve"> to</w:t>
      </w:r>
      <w:r>
        <w:t xml:space="preserve"> Leo's</w:t>
      </w:r>
      <w:r>
        <w:t xml:space="preserve"> school.</w:t>
        <w:br/>
        <w:t>说不定她有事绊住了</w:t>
        <w:br/>
        <w:t>Maybe</w:t>
      </w:r>
      <w:r>
        <w:t xml:space="preserve"> she</w:t>
      </w:r>
      <w:r>
        <w:t xml:space="preserve"> got</w:t>
      </w:r>
      <w:r>
        <w:t xml:space="preserve"> held</w:t>
      </w:r>
      <w:r>
        <w:t xml:space="preserve"> up</w:t>
      </w:r>
      <w:r>
        <w:t xml:space="preserve"> there.</w:t>
      </w:r>
      <w:r>
        <w:t xml:space="preserve"> </w:t>
        <w:br/>
        <w:t>好</w:t>
      </w:r>
      <w:r>
        <w:t xml:space="preserve"> 就这样吧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有消息告诉我啊</w:t>
        <w:br/>
        <w:t>Yeah,</w:t>
      </w:r>
      <w:r>
        <w:t xml:space="preserve"> that's</w:t>
      </w:r>
      <w:r>
        <w:t xml:space="preserve"> a</w:t>
      </w:r>
      <w:r>
        <w:t xml:space="preserve"> good</w:t>
      </w:r>
      <w:r>
        <w:t xml:space="preserve"> idea.</w:t>
      </w:r>
      <w:r>
        <w:t xml:space="preserve"> Okay,</w:t>
      </w:r>
      <w:r>
        <w:t xml:space="preserve"> let</w:t>
      </w:r>
      <w:r>
        <w:t xml:space="preserve"> me</w:t>
      </w:r>
      <w:r>
        <w:t xml:space="preserve"> know,</w:t>
      </w:r>
      <w:r>
        <w:t xml:space="preserve"> okay?</w:t>
        <w:br/>
        <w:t>当然了</w:t>
        <w:br/>
        <w:t>Yeah.</w:t>
      </w:r>
      <w:r>
        <w:t xml:space="preserve"> Of</w:t>
      </w:r>
      <w:r>
        <w:t xml:space="preserve"> course.</w:t>
      </w:r>
      <w:r>
        <w:t xml:space="preserve"> </w:t>
        <w:br/>
        <w:t>谢谢</w:t>
        <w:br/>
        <w:t>Thank</w:t>
      </w:r>
      <w:r>
        <w:t xml:space="preserve"> you.</w:t>
        <w:br/>
        <w:t>那玩意开着吗?</w:t>
        <w:br/>
        <w:t>Is</w:t>
      </w:r>
      <w:r>
        <w:t xml:space="preserve"> that</w:t>
      </w:r>
      <w:r>
        <w:t xml:space="preserve"> thing</w:t>
      </w:r>
      <w:r>
        <w:t xml:space="preserve"> on?</w:t>
      </w:r>
      <w:r>
        <w:t xml:space="preserve"> </w:t>
        <w:br/>
        <w:t>开着啊</w:t>
      </w:r>
      <w:r>
        <w:t xml:space="preserve"> 一直都开着</w:t>
        <w:br/>
        <w:t>Yeah,</w:t>
      </w:r>
      <w:r>
        <w:t xml:space="preserve"> that</w:t>
      </w:r>
      <w:r>
        <w:t xml:space="preserve"> thing's</w:t>
      </w:r>
      <w:r>
        <w:t xml:space="preserve"> on.</w:t>
      </w:r>
      <w:r>
        <w:t xml:space="preserve"> It's</w:t>
      </w:r>
      <w:r>
        <w:t xml:space="preserve"> always</w:t>
      </w:r>
      <w:r>
        <w:t xml:space="preserve"> on.</w:t>
        <w:br/>
        <w:t>你觉得聚光灯怎么样?</w:t>
        <w:br/>
        <w:t>So,</w:t>
      </w:r>
      <w:r>
        <w:t xml:space="preserve"> how</w:t>
      </w:r>
      <w:r>
        <w:t xml:space="preserve"> does</w:t>
      </w:r>
      <w:r>
        <w:t xml:space="preserve"> the</w:t>
      </w:r>
      <w:r>
        <w:t xml:space="preserve"> spotlight</w:t>
      </w:r>
      <w:r>
        <w:t xml:space="preserve"> feel?</w:t>
        <w:br/>
        <w:t>有点暖</w:t>
        <w:br/>
        <w:t>A</w:t>
      </w:r>
      <w:r>
        <w:t xml:space="preserve"> little</w:t>
      </w:r>
      <w:r>
        <w:t xml:space="preserve"> warm.</w:t>
        <w:br/>
        <w:t>我们没收了你一车武器</w:t>
        <w:br/>
        <w:t>Well,</w:t>
      </w:r>
      <w:r>
        <w:t xml:space="preserve"> we...</w:t>
      </w:r>
      <w:r>
        <w:t xml:space="preserve"> we</w:t>
      </w:r>
      <w:r>
        <w:t xml:space="preserve"> seized</w:t>
      </w:r>
      <w:r>
        <w:t xml:space="preserve"> a</w:t>
      </w:r>
      <w:r>
        <w:t xml:space="preserve"> truck</w:t>
      </w:r>
      <w:r>
        <w:t xml:space="preserve"> of</w:t>
      </w:r>
      <w:r>
        <w:t xml:space="preserve"> your</w:t>
      </w:r>
      <w:r>
        <w:t xml:space="preserve"> firearms,</w:t>
        <w:br/>
        <w:t>你还是想办法自己坐舒服点吧</w:t>
        <w:br/>
        <w:t>so</w:t>
      </w:r>
      <w:r>
        <w:t xml:space="preserve"> you</w:t>
      </w:r>
      <w:r>
        <w:t xml:space="preserve"> might</w:t>
      </w:r>
      <w:r>
        <w:t xml:space="preserve"> as</w:t>
      </w:r>
      <w:r>
        <w:t xml:space="preserve"> well</w:t>
      </w:r>
      <w:r>
        <w:t xml:space="preserve"> settle</w:t>
      </w:r>
      <w:r>
        <w:t xml:space="preserve"> in</w:t>
      </w:r>
      <w:r>
        <w:t xml:space="preserve"> and</w:t>
      </w:r>
      <w:r>
        <w:t xml:space="preserve"> get</w:t>
      </w:r>
      <w:r>
        <w:t xml:space="preserve"> comfortable.</w:t>
        <w:br/>
        <w:t>Nash警探怎么样了?</w:t>
        <w:br/>
        <w:t>How</w:t>
      </w:r>
      <w:r>
        <w:t xml:space="preserve"> is,</w:t>
      </w:r>
      <w:r>
        <w:t xml:space="preserve"> uh,</w:t>
      </w:r>
      <w:r>
        <w:t xml:space="preserve"> Detective</w:t>
      </w:r>
      <w:r>
        <w:t xml:space="preserve"> Nash?</w:t>
        <w:br/>
        <w:t>她是病了吗?</w:t>
      </w:r>
      <w:r>
        <w:t xml:space="preserve"> 大家都很担心的样子</w:t>
        <w:br/>
        <w:t>Is</w:t>
      </w:r>
      <w:r>
        <w:t xml:space="preserve"> she</w:t>
      </w:r>
      <w:r>
        <w:t xml:space="preserve"> sick</w:t>
      </w:r>
      <w:r>
        <w:t xml:space="preserve"> or</w:t>
      </w:r>
      <w:r>
        <w:t xml:space="preserve"> something?</w:t>
      </w:r>
      <w:r>
        <w:t xml:space="preserve"> Everyone</w:t>
      </w:r>
      <w:r>
        <w:t xml:space="preserve"> seems</w:t>
      </w:r>
      <w:r>
        <w:t xml:space="preserve"> quite</w:t>
      </w:r>
      <w:r>
        <w:t xml:space="preserve"> concerned.</w:t>
        <w:br/>
        <w:t>你很关心她吗?</w:t>
        <w:br/>
        <w:t>Are</w:t>
      </w:r>
      <w:r>
        <w:t xml:space="preserve"> you</w:t>
      </w:r>
      <w:r>
        <w:t xml:space="preserve"> concerned?</w:t>
        <w:br/>
        <w:t>没有</w:t>
      </w:r>
      <w:r>
        <w:t xml:space="preserve"> 我就是有几个问题想问她</w:t>
        <w:br/>
        <w:t>No,</w:t>
      </w:r>
      <w:r>
        <w:t xml:space="preserve"> I</w:t>
      </w:r>
      <w:r>
        <w:t xml:space="preserve"> just</w:t>
      </w:r>
      <w:r>
        <w:t xml:space="preserve"> have...</w:t>
      </w:r>
      <w:r>
        <w:t xml:space="preserve"> A</w:t>
      </w:r>
      <w:r>
        <w:t xml:space="preserve"> couple</w:t>
      </w:r>
      <w:r>
        <w:t xml:space="preserve"> of</w:t>
      </w:r>
      <w:r>
        <w:t xml:space="preserve"> questions</w:t>
      </w:r>
      <w:r>
        <w:t xml:space="preserve"> for</w:t>
      </w:r>
      <w:r>
        <w:t xml:space="preserve"> her.</w:t>
        <w:br/>
        <w:t>没别的了</w:t>
      </w:r>
      <w:r>
        <w:t xml:space="preserve"> 一些不准确的地方</w:t>
      </w:r>
      <w:r>
        <w:t xml:space="preserve"> 我需要找她澄清一下</w:t>
        <w:br/>
        <w:t>That's</w:t>
      </w:r>
      <w:r>
        <w:t xml:space="preserve"> all.</w:t>
      </w:r>
      <w:r>
        <w:t xml:space="preserve"> A</w:t>
      </w:r>
      <w:r>
        <w:t xml:space="preserve"> few</w:t>
      </w:r>
      <w:r>
        <w:t xml:space="preserve"> inaccuracies</w:t>
      </w:r>
      <w:r>
        <w:t xml:space="preserve"> that</w:t>
      </w:r>
      <w:r>
        <w:t xml:space="preserve"> I</w:t>
      </w:r>
      <w:r>
        <w:t xml:space="preserve"> would</w:t>
      </w:r>
      <w:r>
        <w:t xml:space="preserve"> like</w:t>
      </w:r>
      <w:r>
        <w:t xml:space="preserve"> to</w:t>
      </w:r>
      <w:r>
        <w:t xml:space="preserve"> clear</w:t>
      </w:r>
      <w:r>
        <w:t xml:space="preserve"> up.</w:t>
        <w:br/>
        <w:t>我这叫...</w:t>
        <w:br/>
        <w:t>It's...</w:t>
        <w:br/>
        <w:t>叫"Kozik家的定制金属"</w:t>
      </w:r>
      <w:r>
        <w:t xml:space="preserve"> 不是"Kozik的定制金属"</w:t>
        <w:br/>
        <w:t>It's</w:t>
      </w:r>
      <w:r>
        <w:t xml:space="preserve"> "Kozik's</w:t>
      </w:r>
      <w:r>
        <w:t xml:space="preserve"> Custom</w:t>
      </w:r>
      <w:r>
        <w:t xml:space="preserve"> Metal,"</w:t>
      </w:r>
      <w:r>
        <w:t xml:space="preserve"> not</w:t>
      </w:r>
      <w:r>
        <w:t xml:space="preserve"> "Kozik</w:t>
      </w:r>
      <w:r>
        <w:t xml:space="preserve"> Custom</w:t>
      </w:r>
      <w:r>
        <w:t xml:space="preserve"> Metal."</w:t>
        <w:br/>
        <w:t>物主代词</w:t>
        <w:br/>
        <w:t>Possessive.</w:t>
        <w:br/>
        <w:t>不过不要紧</w:t>
        <w:br/>
        <w:t>But</w:t>
      </w:r>
      <w:r>
        <w:t xml:space="preserve"> you</w:t>
      </w:r>
      <w:r>
        <w:t xml:space="preserve"> know</w:t>
      </w:r>
      <w:r>
        <w:t xml:space="preserve"> what?</w:t>
      </w:r>
      <w:r>
        <w:t xml:space="preserve"> Forget</w:t>
      </w:r>
      <w:r>
        <w:t xml:space="preserve"> about...</w:t>
        <w:br/>
        <w:t>语法不是大问题</w:t>
      </w:r>
      <w:r>
        <w:t xml:space="preserve"> 我就是担心你们警&amp;hearts;察&amp;hearts;</w:t>
        <w:br/>
        <w:t>Forget</w:t>
      </w:r>
      <w:r>
        <w:t xml:space="preserve"> about</w:t>
      </w:r>
      <w:r>
        <w:t xml:space="preserve"> the</w:t>
      </w:r>
      <w:r>
        <w:t xml:space="preserve"> grammar.</w:t>
      </w:r>
      <w:r>
        <w:t xml:space="preserve"> I'm</w:t>
      </w:r>
      <w:r>
        <w:t xml:space="preserve"> just</w:t>
      </w:r>
      <w:r>
        <w:t xml:space="preserve"> worried</w:t>
      </w:r>
      <w:r>
        <w:t xml:space="preserve"> for</w:t>
      </w:r>
      <w:r>
        <w:t xml:space="preserve"> your</w:t>
      </w:r>
      <w:r>
        <w:t xml:space="preserve"> officer.</w:t>
        <w:br/>
        <w:t>你们干这行这么危险</w:t>
        <w:br/>
        <w:t>You</w:t>
      </w:r>
      <w:r>
        <w:t xml:space="preserve"> people</w:t>
      </w:r>
      <w:r>
        <w:t xml:space="preserve"> put</w:t>
      </w:r>
      <w:r>
        <w:t xml:space="preserve"> yourselves</w:t>
      </w:r>
      <w:r>
        <w:t xml:space="preserve"> in</w:t>
      </w:r>
      <w:r>
        <w:t xml:space="preserve"> such</w:t>
      </w:r>
      <w:r>
        <w:t xml:space="preserve"> danger</w:t>
      </w:r>
      <w:r>
        <w:t xml:space="preserve"> for</w:t>
      </w:r>
      <w:r>
        <w:t xml:space="preserve"> this</w:t>
      </w:r>
      <w:r>
        <w:t xml:space="preserve"> job.</w:t>
        <w:br/>
        <w:t>谢谢你关心</w:t>
      </w:r>
      <w:r>
        <w:t xml:space="preserve"> Thom</w:t>
      </w:r>
      <w:r>
        <w:t xml:space="preserve"> 你真有绅士风度</w:t>
        <w:br/>
        <w:t>Thanks</w:t>
      </w:r>
      <w:r>
        <w:t xml:space="preserve"> for</w:t>
      </w:r>
      <w:r>
        <w:t xml:space="preserve"> your</w:t>
      </w:r>
      <w:r>
        <w:t xml:space="preserve"> concern,</w:t>
      </w:r>
      <w:r>
        <w:t xml:space="preserve"> Thom.</w:t>
      </w:r>
      <w:r>
        <w:t xml:space="preserve"> You're</w:t>
      </w:r>
      <w:r>
        <w:t xml:space="preserve"> a...</w:t>
      </w:r>
      <w:r>
        <w:t xml:space="preserve"> you're</w:t>
      </w:r>
      <w:r>
        <w:t xml:space="preserve"> a</w:t>
      </w:r>
      <w:r>
        <w:t xml:space="preserve"> real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gentleman.</w:t>
        <w:br/>
        <w:t>谢谢</w:t>
        <w:br/>
        <w:t>Thank</w:t>
      </w:r>
      <w:r>
        <w:t xml:space="preserve"> you.</w:t>
      </w:r>
      <w:r>
        <w:t xml:space="preserve"> </w:t>
        <w:br/>
        <w:t>警探</w:t>
      </w:r>
      <w:r>
        <w:t xml:space="preserve"> 有时间吗?</w:t>
        <w:br/>
        <w:t>Detective,</w:t>
      </w:r>
      <w:r>
        <w:t xml:space="preserve"> you</w:t>
      </w:r>
      <w:r>
        <w:t xml:space="preserve"> got</w:t>
      </w:r>
      <w:r>
        <w:t xml:space="preserve"> a</w:t>
      </w:r>
      <w:r>
        <w:t xml:space="preserve"> minute?</w:t>
        <w:br/>
        <w:t>McNally打电&amp;hearts;话&amp;hearts;过来了</w:t>
        <w:br/>
        <w:t>McNally</w:t>
      </w:r>
      <w:r>
        <w:t xml:space="preserve"> just</w:t>
      </w:r>
      <w:r>
        <w:t xml:space="preserve"> called.</w:t>
        <w:br/>
        <w:t>她在路上联&amp;hearts;系&amp;hearts;到了Leo学校</w:t>
        <w:br/>
        <w:t>She</w:t>
      </w:r>
      <w:r>
        <w:t xml:space="preserve"> talked</w:t>
      </w:r>
      <w:r>
        <w:t xml:space="preserve"> to</w:t>
      </w:r>
      <w:r>
        <w:t xml:space="preserve"> Leo's</w:t>
      </w:r>
      <w:r>
        <w:t xml:space="preserve"> school</w:t>
      </w:r>
      <w:r>
        <w:t xml:space="preserve"> on</w:t>
      </w:r>
      <w:r>
        <w:t xml:space="preserve"> the</w:t>
      </w:r>
      <w:r>
        <w:t xml:space="preserve"> way.</w:t>
      </w:r>
      <w:r>
        <w:t xml:space="preserve"> </w:t>
        <w:br/>
        <w:t>怎么说?</w:t>
        <w:br/>
        <w:t>And?</w:t>
        <w:br/>
        <w:t>Leo没病</w:t>
      </w:r>
      <w:r>
        <w:t xml:space="preserve"> 学校也没留言</w:t>
        <w:br/>
        <w:t>And</w:t>
      </w:r>
      <w:r>
        <w:t xml:space="preserve"> Leo's</w:t>
      </w:r>
      <w:r>
        <w:t xml:space="preserve"> not</w:t>
      </w:r>
      <w:r>
        <w:t xml:space="preserve"> sick,</w:t>
      </w:r>
      <w:r>
        <w:t xml:space="preserve"> and</w:t>
      </w:r>
      <w:r>
        <w:t xml:space="preserve"> the</w:t>
      </w:r>
      <w:r>
        <w:t xml:space="preserve"> school</w:t>
      </w:r>
      <w:r>
        <w:t xml:space="preserve"> did</w:t>
      </w:r>
      <w:r>
        <w:t xml:space="preserve"> not</w:t>
      </w:r>
      <w:r>
        <w:t xml:space="preserve"> leave</w:t>
      </w:r>
      <w:r>
        <w:t xml:space="preserve"> that</w:t>
      </w:r>
      <w:r>
        <w:t xml:space="preserve"> message.</w:t>
        <w:br/>
        <w:t>他们不知道今早是谁打电&amp;hearts;话&amp;hearts;给Traci</w:t>
        <w:br/>
        <w:t>They</w:t>
      </w:r>
      <w:r>
        <w:t xml:space="preserve"> have</w:t>
      </w:r>
      <w:r>
        <w:t xml:space="preserve"> no</w:t>
      </w:r>
      <w:r>
        <w:t xml:space="preserve"> idea</w:t>
      </w:r>
      <w:r>
        <w:t xml:space="preserve"> who</w:t>
      </w:r>
      <w:r>
        <w:t xml:space="preserve"> would</w:t>
      </w:r>
      <w:r>
        <w:t xml:space="preserve"> have</w:t>
      </w:r>
      <w:r>
        <w:t xml:space="preserve"> called</w:t>
      </w:r>
      <w:r>
        <w:t xml:space="preserve"> Traci's</w:t>
      </w:r>
      <w:r>
        <w:t xml:space="preserve"> cellphone</w:t>
      </w:r>
      <w:r>
        <w:t xml:space="preserve"> this</w:t>
      </w:r>
      <w:r>
        <w:t xml:space="preserve"> morning.</w:t>
        <w:br/>
        <w:t>Nash去学校了吗?</w:t>
        <w:br/>
        <w:t>Did</w:t>
      </w:r>
      <w:r>
        <w:t xml:space="preserve"> Nash</w:t>
      </w:r>
      <w:r>
        <w:t xml:space="preserve"> go</w:t>
      </w:r>
      <w:r>
        <w:t xml:space="preserve"> to</w:t>
      </w:r>
      <w:r>
        <w:t xml:space="preserve"> the</w:t>
      </w:r>
      <w:r>
        <w:t xml:space="preserve"> school?</w:t>
      </w:r>
      <w:r>
        <w:t xml:space="preserve"> </w:t>
        <w:br/>
        <w:t>她去了</w:t>
        <w:br/>
        <w:t>She</w:t>
      </w:r>
      <w:r>
        <w:t xml:space="preserve"> did.</w:t>
      </w:r>
      <w:r>
        <w:t xml:space="preserve"> She</w:t>
      </w:r>
      <w:r>
        <w:t xml:space="preserve"> did.</w:t>
        <w:br/>
        <w:t>两小时前就从那儿走了</w:t>
        <w:br/>
        <w:t>She</w:t>
      </w:r>
      <w:r>
        <w:t xml:space="preserve"> left</w:t>
      </w:r>
      <w:r>
        <w:t xml:space="preserve"> the</w:t>
      </w:r>
      <w:r>
        <w:t xml:space="preserve"> front</w:t>
      </w:r>
      <w:r>
        <w:t xml:space="preserve"> office</w:t>
      </w:r>
      <w:r>
        <w:t xml:space="preserve"> like</w:t>
      </w:r>
      <w:r>
        <w:t xml:space="preserve"> two</w:t>
      </w:r>
      <w:r>
        <w:t xml:space="preserve"> hours</w:t>
      </w:r>
      <w:r>
        <w:t xml:space="preserve"> ago.</w:t>
        <w:br/>
        <w:t>Peck和McNally正在想办法查她去了哪里</w:t>
        <w:br/>
        <w:t>Peck</w:t>
      </w:r>
      <w:r>
        <w:t xml:space="preserve"> and</w:t>
      </w:r>
      <w:r>
        <w:t xml:space="preserve"> McNally...</w:t>
      </w:r>
      <w:r>
        <w:t xml:space="preserve"> they're</w:t>
      </w:r>
      <w:r>
        <w:t xml:space="preserve"> there</w:t>
      </w:r>
      <w:r>
        <w:t xml:space="preserve"> trying</w:t>
      </w:r>
      <w:r>
        <w:t xml:space="preserve"> to</w:t>
      </w:r>
      <w:r>
        <w:t xml:space="preserve"> figure</w:t>
      </w:r>
      <w:r>
        <w:t xml:space="preserve"> out</w:t>
      </w:r>
      <w:r>
        <w:t xml:space="preserve"> where</w:t>
      </w:r>
      <w:r>
        <w:t xml:space="preserve"> she</w:t>
      </w:r>
      <w:r>
        <w:t xml:space="preserve"> was</w:t>
      </w:r>
      <w:r>
        <w:t xml:space="preserve"> headed.</w:t>
        <w:br/>
        <w:t>帮我看一下这家伙</w:t>
        <w:br/>
        <w:t>Watch</w:t>
      </w:r>
      <w:r>
        <w:t xml:space="preserve"> this</w:t>
      </w:r>
      <w:r>
        <w:t xml:space="preserve"> guy</w:t>
      </w:r>
      <w:r>
        <w:t xml:space="preserve"> for</w:t>
      </w:r>
      <w:r>
        <w:t xml:space="preserve"> a</w:t>
      </w:r>
      <w:r>
        <w:t xml:space="preserve"> second.</w:t>
      </w:r>
      <w:r>
        <w:t xml:space="preserve"> </w:t>
        <w:br/>
        <w:t>好</w:t>
        <w:br/>
        <w:t>Okay.</w:t>
        <w:br/>
        <w:t>到底怎么回事?</w:t>
        <w:br/>
        <w:t>So,</w:t>
      </w:r>
      <w:r>
        <w:t xml:space="preserve"> what's</w:t>
      </w:r>
      <w:r>
        <w:t xml:space="preserve"> going</w:t>
      </w:r>
      <w:r>
        <w:t xml:space="preserve"> on?</w:t>
      </w:r>
      <w:r>
        <w:t xml:space="preserve"> </w:t>
        <w:br/>
        <w:t>跟以前一样啊</w:t>
        <w:br/>
        <w:t>Same</w:t>
      </w:r>
      <w:r>
        <w:t xml:space="preserve"> as</w:t>
      </w:r>
      <w:r>
        <w:t xml:space="preserve"> it</w:t>
      </w:r>
      <w:r>
        <w:t xml:space="preserve"> ever</w:t>
      </w:r>
      <w:r>
        <w:t xml:space="preserve"> was.</w:t>
        <w:br/>
        <w:t>你什么计划?</w:t>
      </w:r>
      <w:r>
        <w:t xml:space="preserve"> 你有计划的吧?</w:t>
        <w:br/>
        <w:t>No,</w:t>
      </w:r>
      <w:r>
        <w:t xml:space="preserve"> what's</w:t>
      </w:r>
      <w:r>
        <w:t xml:space="preserve"> your</w:t>
      </w:r>
      <w:r>
        <w:t xml:space="preserve"> plan?</w:t>
      </w:r>
      <w:r>
        <w:t xml:space="preserve"> You</w:t>
      </w:r>
      <w:r>
        <w:t xml:space="preserve"> got</w:t>
      </w:r>
      <w:r>
        <w:t xml:space="preserve"> a</w:t>
      </w:r>
      <w:r>
        <w:t xml:space="preserve"> plan?</w:t>
        <w:br/>
        <w:t>想交易?</w:t>
      </w:r>
      <w:r>
        <w:t xml:space="preserve"> 想玩?</w:t>
        <w:br/>
        <w:t>You</w:t>
      </w:r>
      <w:r>
        <w:t xml:space="preserve"> want</w:t>
      </w:r>
      <w:r>
        <w:t xml:space="preserve"> to</w:t>
      </w:r>
      <w:r>
        <w:t xml:space="preserve"> trade?</w:t>
      </w:r>
      <w:r>
        <w:t xml:space="preserve"> You</w:t>
      </w:r>
      <w:r>
        <w:t xml:space="preserve"> want</w:t>
      </w:r>
      <w:r>
        <w:t xml:space="preserve"> to</w:t>
      </w:r>
      <w:r>
        <w:t xml:space="preserve"> play?</w:t>
      </w:r>
      <w:r>
        <w:t xml:space="preserve"> </w:t>
        <w:br/>
        <w:t>我就在这儿</w:t>
      </w:r>
      <w:r>
        <w:t xml:space="preserve"> 来玩啊</w:t>
        <w:br/>
        <w:t>I'm</w:t>
      </w:r>
      <w:r>
        <w:t xml:space="preserve"> right</w:t>
      </w:r>
      <w:r>
        <w:t xml:space="preserve"> here.</w:t>
      </w:r>
      <w:r>
        <w:t xml:space="preserve"> Let's</w:t>
      </w:r>
      <w:r>
        <w:t xml:space="preserve"> play.</w:t>
        <w:br/>
        <w:t>好吧</w:t>
        <w:br/>
        <w:t>Okay.</w:t>
      </w:r>
      <w:r>
        <w:t xml:space="preserve"> </w:t>
        <w:br/>
        <w:t>好</w:t>
        <w:br/>
        <w:t>Okay.</w:t>
        <w:br/>
        <w:t>我抓了你所有兄弟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对吧?</w:t>
        <w:br/>
        <w:t>I</w:t>
      </w:r>
      <w:r>
        <w:t xml:space="preserve"> got</w:t>
      </w:r>
      <w:r>
        <w:t xml:space="preserve"> all</w:t>
      </w:r>
      <w:r>
        <w:t xml:space="preserve"> of</w:t>
      </w:r>
      <w:r>
        <w:t xml:space="preserve"> your</w:t>
      </w:r>
      <w:r>
        <w:t xml:space="preserve"> guys,</w:t>
      </w:r>
      <w:r>
        <w:t xml:space="preserve"> right?</w:t>
        <w:br/>
        <w:t>我哪知道</w:t>
      </w:r>
      <w:r>
        <w:t xml:space="preserve"> 这得问你啊</w:t>
        <w:br/>
        <w:t>I</w:t>
      </w:r>
      <w:r>
        <w:t xml:space="preserve"> don't</w:t>
      </w:r>
      <w:r>
        <w:t xml:space="preserve"> know.</w:t>
      </w:r>
      <w:r>
        <w:t xml:space="preserve"> You</w:t>
      </w:r>
      <w:r>
        <w:t xml:space="preserve"> tell</w:t>
      </w:r>
      <w:r>
        <w:t xml:space="preserve"> me.</w:t>
      </w:r>
      <w:r>
        <w:t xml:space="preserve"> </w:t>
        <w:br/>
        <w:t>我这不是告诉你吗</w:t>
      </w:r>
      <w:r>
        <w:t xml:space="preserve"> 你兄弟都在我这儿</w:t>
        <w:br/>
        <w:t>I'm</w:t>
      </w:r>
      <w:r>
        <w:t xml:space="preserve"> telling</w:t>
      </w:r>
      <w:r>
        <w:t xml:space="preserve"> you...</w:t>
      </w:r>
      <w:r>
        <w:t xml:space="preserve"> I</w:t>
      </w:r>
      <w:r>
        <w:t xml:space="preserve"> have</w:t>
      </w:r>
      <w:r>
        <w:t xml:space="preserve"> all</w:t>
      </w:r>
      <w:r>
        <w:t xml:space="preserve"> your</w:t>
      </w:r>
      <w:r>
        <w:t xml:space="preserve"> guys.</w:t>
        <w:br/>
        <w:t>你有抓我的人吗?</w:t>
        <w:br/>
        <w:t>Do</w:t>
      </w:r>
      <w:r>
        <w:t xml:space="preserve"> you</w:t>
      </w:r>
      <w:r>
        <w:t xml:space="preserve"> have</w:t>
      </w:r>
      <w:r>
        <w:t xml:space="preserve"> one</w:t>
      </w:r>
      <w:r>
        <w:t xml:space="preserve"> of</w:t>
      </w:r>
      <w:r>
        <w:t xml:space="preserve"> mine?</w:t>
      </w:r>
      <w:r>
        <w:t xml:space="preserve"> </w:t>
        <w:br/>
        <w:t>什么情况?</w:t>
        <w:br/>
        <w:t>Hey,</w:t>
      </w:r>
      <w:r>
        <w:t xml:space="preserve"> what's</w:t>
      </w:r>
      <w:r>
        <w:t xml:space="preserve"> going</w:t>
      </w:r>
      <w:r>
        <w:t xml:space="preserve"> on?</w:t>
        <w:br/>
        <w:t>听不懂你说什么</w:t>
        <w:br/>
        <w:t>I'm</w:t>
      </w:r>
      <w:r>
        <w:t xml:space="preserve"> not</w:t>
      </w:r>
      <w:r>
        <w:t xml:space="preserve"> sure</w:t>
      </w:r>
      <w:r>
        <w:t xml:space="preserve"> what</w:t>
      </w:r>
      <w:r>
        <w:t xml:space="preserve"> you're</w:t>
      </w:r>
      <w:r>
        <w:t xml:space="preserve"> asking</w:t>
      </w:r>
      <w:r>
        <w:t xml:space="preserve"> about.</w:t>
      </w:r>
      <w:r>
        <w:t xml:space="preserve"> </w:t>
        <w:br/>
        <w:t>Traci</w:t>
        <w:br/>
        <w:t>Traci.</w:t>
        <w:br/>
        <w:t>所谓Leo学校发来的信息是假的</w:t>
        <w:br/>
        <w:t>The</w:t>
      </w:r>
      <w:r>
        <w:t xml:space="preserve"> call</w:t>
      </w:r>
      <w:r>
        <w:t xml:space="preserve"> from</w:t>
      </w:r>
      <w:r>
        <w:t xml:space="preserve"> Leo's</w:t>
      </w:r>
      <w:r>
        <w:t xml:space="preserve"> school...</w:t>
      </w:r>
      <w:r>
        <w:t xml:space="preserve"> that</w:t>
      </w:r>
      <w:r>
        <w:t xml:space="preserve"> was</w:t>
      </w:r>
      <w:r>
        <w:t xml:space="preserve"> a</w:t>
      </w:r>
      <w:r>
        <w:t xml:space="preserve"> crank.</w:t>
        <w:br/>
        <w:t>不是他们学校发的</w:t>
        <w:br/>
        <w:t>It</w:t>
      </w:r>
      <w:r>
        <w:t xml:space="preserve"> didn't</w:t>
      </w:r>
      <w:r>
        <w:t xml:space="preserve"> come</w:t>
      </w:r>
      <w:r>
        <w:t xml:space="preserve"> from</w:t>
      </w:r>
      <w:r>
        <w:t xml:space="preserve"> there.</w:t>
      </w:r>
      <w:r>
        <w:t xml:space="preserve"> </w:t>
        <w:br/>
        <w:t>什么意思?</w:t>
        <w:br/>
        <w:t>What</w:t>
      </w:r>
      <w:r>
        <w:t xml:space="preserve"> are</w:t>
      </w:r>
      <w:r>
        <w:t xml:space="preserve"> you</w:t>
      </w:r>
      <w:r>
        <w:t xml:space="preserve"> saying?</w:t>
        <w:br/>
        <w:t>就是我们现在还什么都不知道的意思</w:t>
        <w:br/>
        <w:t>What</w:t>
      </w:r>
      <w:r>
        <w:t xml:space="preserve"> I'm</w:t>
      </w:r>
      <w:r>
        <w:t xml:space="preserve"> saying</w:t>
      </w:r>
      <w:r>
        <w:t xml:space="preserve"> is</w:t>
      </w:r>
      <w:r>
        <w:t xml:space="preserve"> we</w:t>
      </w:r>
      <w:r>
        <w:t xml:space="preserve"> don't</w:t>
      </w:r>
      <w:r>
        <w:t xml:space="preserve"> know</w:t>
      </w:r>
      <w:r>
        <w:t xml:space="preserve"> anything</w:t>
      </w:r>
      <w:r>
        <w:t xml:space="preserve"> yet.</w:t>
        <w:br/>
        <w:t>让Swarek好好工作</w:t>
        <w:br/>
        <w:t>Hey,</w:t>
      </w:r>
      <w:r>
        <w:t xml:space="preserve"> let</w:t>
      </w:r>
      <w:r>
        <w:t xml:space="preserve"> Swarek</w:t>
      </w:r>
      <w:r>
        <w:t xml:space="preserve"> do</w:t>
      </w:r>
      <w:r>
        <w:t xml:space="preserve"> his</w:t>
      </w:r>
      <w:r>
        <w:t xml:space="preserve"> work.</w:t>
        <w:br/>
        <w:t>你别进去</w:t>
        <w:br/>
        <w:t>You're</w:t>
      </w:r>
      <w:r>
        <w:t xml:space="preserve"> not</w:t>
      </w:r>
      <w:r>
        <w:t xml:space="preserve"> going</w:t>
      </w:r>
      <w:r>
        <w:t xml:space="preserve"> in</w:t>
      </w:r>
      <w:r>
        <w:t xml:space="preserve"> there.</w:t>
        <w:br/>
        <w:t>没有</w:t>
      </w:r>
      <w:r>
        <w:t xml:space="preserve"> 我就打算随便问他几个问题</w:t>
        <w:br/>
        <w:t>No,</w:t>
      </w:r>
      <w:r>
        <w:t xml:space="preserve"> I</w:t>
      </w:r>
      <w:r>
        <w:t xml:space="preserve"> was</w:t>
      </w:r>
      <w:r>
        <w:t xml:space="preserve"> gonna</w:t>
      </w:r>
      <w:r>
        <w:t xml:space="preserve"> ask</w:t>
      </w:r>
      <w:r>
        <w:t xml:space="preserve"> him</w:t>
      </w:r>
      <w:r>
        <w:t xml:space="preserve"> a</w:t>
      </w:r>
      <w:r>
        <w:t xml:space="preserve"> couple...</w:t>
      </w:r>
      <w:r>
        <w:t xml:space="preserve"> couple</w:t>
      </w:r>
      <w:r>
        <w:t xml:space="preserve"> questions,</w:t>
      </w:r>
      <w:r>
        <w:t xml:space="preserve"> that's</w:t>
      </w:r>
      <w:r>
        <w:t xml:space="preserve"> all.</w:t>
        <w:br/>
        <w:t>这是我的工作</w:t>
      </w:r>
      <w:r>
        <w:t xml:space="preserve"> 就几个问题</w:t>
      </w:r>
      <w:r>
        <w:t xml:space="preserve"> 没别的</w:t>
        <w:br/>
        <w:t>It's</w:t>
      </w:r>
      <w:r>
        <w:t xml:space="preserve"> my</w:t>
      </w:r>
      <w:r>
        <w:t xml:space="preserve"> job.</w:t>
      </w:r>
      <w:r>
        <w:t xml:space="preserve"> Couple</w:t>
      </w:r>
      <w:r>
        <w:t xml:space="preserve"> of</w:t>
      </w:r>
      <w:r>
        <w:t xml:space="preserve"> questions.</w:t>
      </w:r>
      <w:r>
        <w:t xml:space="preserve"> That's</w:t>
      </w:r>
      <w:r>
        <w:t xml:space="preserve"> it.</w:t>
        <w:br/>
        <w:t>你很冷静?</w:t>
        <w:br/>
        <w:t>You're</w:t>
      </w:r>
      <w:r>
        <w:t xml:space="preserve"> cool?</w:t>
      </w:r>
      <w:r>
        <w:t xml:space="preserve"> </w:t>
        <w:br/>
        <w:t>当然</w:t>
        <w:br/>
        <w:t>Yep.</w:t>
        <w:br/>
        <w:t>那行</w:t>
        <w:br/>
        <w:t>Okay.</w:t>
      </w:r>
      <w:r>
        <w:t xml:space="preserve"> </w:t>
        <w:br/>
        <w:t>好</w:t>
        <w:br/>
        <w:t>Yep.</w:t>
        <w:br/>
        <w:t>抱歉</w:t>
      </w:r>
      <w:r>
        <w:t xml:space="preserve"> 我帮不了你</w:t>
      </w:r>
      <w:r>
        <w:t xml:space="preserve"> 警探</w:t>
        <w:br/>
        <w:t>I'm</w:t>
      </w:r>
      <w:r>
        <w:t xml:space="preserve"> sorry,</w:t>
      </w:r>
      <w:r>
        <w:t xml:space="preserve"> but</w:t>
      </w:r>
      <w:r>
        <w:t xml:space="preserve"> I</w:t>
      </w:r>
      <w:r>
        <w:t xml:space="preserve"> don't</w:t>
      </w:r>
      <w:r>
        <w:t xml:space="preserve"> think</w:t>
      </w:r>
      <w:r>
        <w:t xml:space="preserve"> I</w:t>
      </w:r>
      <w:r>
        <w:t xml:space="preserve"> can</w:t>
      </w:r>
      <w:r>
        <w:t xml:space="preserve"> help</w:t>
      </w:r>
      <w:r>
        <w:t xml:space="preserve"> you,</w:t>
      </w:r>
      <w:r>
        <w:t xml:space="preserve"> Detective.</w:t>
        <w:br/>
        <w:t>该我了</w:t>
        <w:br/>
        <w:t>It's</w:t>
      </w:r>
      <w:r>
        <w:t xml:space="preserve"> my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turn.</w:t>
        <w:br/>
        <w:t>Swarek</w:t>
      </w:r>
      <w:r>
        <w:t xml:space="preserve"> 没事的</w:t>
      </w:r>
      <w:r>
        <w:t xml:space="preserve"> 不要紧</w:t>
        <w:br/>
        <w:t>Swarek,</w:t>
      </w:r>
      <w:r>
        <w:t xml:space="preserve"> it's</w:t>
      </w:r>
      <w:r>
        <w:t xml:space="preserve"> all</w:t>
      </w:r>
      <w:r>
        <w:t xml:space="preserve"> right.</w:t>
      </w:r>
      <w:r>
        <w:t xml:space="preserve"> It's</w:t>
      </w:r>
      <w:r>
        <w:t xml:space="preserve"> fine.</w:t>
        <w:br/>
        <w:t>这么多人来来去去的</w:t>
      </w:r>
      <w:r>
        <w:t xml:space="preserve"> 我都昏头了</w:t>
        <w:br/>
        <w:t>All</w:t>
      </w:r>
      <w:r>
        <w:t xml:space="preserve"> these</w:t>
      </w:r>
      <w:r>
        <w:t xml:space="preserve"> different</w:t>
      </w:r>
      <w:r>
        <w:t xml:space="preserve"> people...</w:t>
      </w:r>
      <w:r>
        <w:t xml:space="preserve"> I'm</w:t>
      </w:r>
      <w:r>
        <w:t xml:space="preserve"> starting</w:t>
      </w:r>
      <w:r>
        <w:t xml:space="preserve"> to</w:t>
      </w:r>
      <w:r>
        <w:t xml:space="preserve"> feel</w:t>
      </w:r>
      <w:r>
        <w:t xml:space="preserve"> quite</w:t>
      </w:r>
      <w:r>
        <w:t xml:space="preserve"> turned</w:t>
      </w:r>
      <w:r>
        <w:t xml:space="preserve"> around.</w:t>
        <w:br/>
        <w:t>你是不是希望我们没带她就来突袭?</w:t>
        <w:br/>
        <w:t>Were</w:t>
      </w:r>
      <w:r>
        <w:t xml:space="preserve"> you</w:t>
      </w:r>
      <w:r>
        <w:t xml:space="preserve"> hoping</w:t>
      </w:r>
      <w:r>
        <w:t xml:space="preserve"> we</w:t>
      </w:r>
      <w:r>
        <w:t xml:space="preserve"> weren't</w:t>
      </w:r>
      <w:r>
        <w:t xml:space="preserve"> gonna</w:t>
      </w:r>
      <w:r>
        <w:t xml:space="preserve"> do</w:t>
      </w:r>
      <w:r>
        <w:t xml:space="preserve"> the</w:t>
      </w:r>
      <w:r>
        <w:t xml:space="preserve"> raid</w:t>
      </w:r>
      <w:r>
        <w:t xml:space="preserve"> without</w:t>
      </w:r>
      <w:r>
        <w:t xml:space="preserve"> her?</w:t>
        <w:br/>
        <w:t>那你可真是做梦</w:t>
        <w:br/>
        <w:t>'Cause,</w:t>
      </w:r>
      <w:r>
        <w:t xml:space="preserve"> clearly,</w:t>
      </w:r>
      <w:r>
        <w:t xml:space="preserve"> that</w:t>
      </w:r>
      <w:r>
        <w:t xml:space="preserve"> didn't</w:t>
      </w:r>
      <w:r>
        <w:t xml:space="preserve"> work</w:t>
      </w:r>
      <w:r>
        <w:t xml:space="preserve"> out.</w:t>
        <w:br/>
        <w:t>你现在没立场跟我们讨价还价</w:t>
        <w:br/>
        <w:t>And</w:t>
      </w:r>
      <w:r>
        <w:t xml:space="preserve"> now</w:t>
      </w:r>
      <w:r>
        <w:t xml:space="preserve"> there's</w:t>
      </w:r>
      <w:r>
        <w:t xml:space="preserve"> no</w:t>
      </w:r>
      <w:r>
        <w:t xml:space="preserve"> bargain</w:t>
      </w:r>
      <w:r>
        <w:t xml:space="preserve"> to</w:t>
      </w:r>
      <w:r>
        <w:t xml:space="preserve"> be</w:t>
      </w:r>
      <w:r>
        <w:t xml:space="preserve"> made</w:t>
      </w:r>
      <w:r>
        <w:t xml:space="preserve"> where</w:t>
      </w:r>
      <w:r>
        <w:t xml:space="preserve"> you</w:t>
      </w:r>
      <w:r>
        <w:t xml:space="preserve"> walk,</w:t>
        <w:br/>
        <w:t>我觉得你是时候告诉我们</w:t>
        <w:br/>
        <w:t>so</w:t>
      </w:r>
      <w:r>
        <w:t xml:space="preserve"> I</w:t>
      </w:r>
      <w:r>
        <w:t xml:space="preserve"> think</w:t>
      </w:r>
      <w:r>
        <w:t xml:space="preserve"> it's</w:t>
      </w:r>
      <w:r>
        <w:t xml:space="preserve"> time</w:t>
      </w:r>
      <w:r>
        <w:t xml:space="preserve"> you</w:t>
      </w:r>
      <w:r>
        <w:t xml:space="preserve"> tell</w:t>
      </w:r>
      <w:r>
        <w:t xml:space="preserve"> us</w:t>
        <w:br/>
        <w:t>是谁抓了她</w:t>
      </w:r>
      <w:r>
        <w:t xml:space="preserve"> 藏在哪里</w:t>
        <w:br/>
        <w:t>which</w:t>
      </w:r>
      <w:r>
        <w:t xml:space="preserve"> one</w:t>
      </w:r>
      <w:r>
        <w:t xml:space="preserve"> of</w:t>
      </w:r>
      <w:r>
        <w:t xml:space="preserve"> your</w:t>
      </w:r>
      <w:r>
        <w:t xml:space="preserve"> guys</w:t>
      </w:r>
      <w:r>
        <w:t xml:space="preserve"> has</w:t>
      </w:r>
      <w:r>
        <w:t xml:space="preserve"> her</w:t>
      </w:r>
      <w:r>
        <w:t xml:space="preserve"> and</w:t>
      </w:r>
      <w:r>
        <w:t xml:space="preserve"> where.</w:t>
        <w:br/>
        <w:t>说</w:t>
        <w:br/>
        <w:t>Now.</w:t>
        <w:br/>
        <w:t>你要清楚</w:t>
      </w:r>
      <w:r>
        <w:t xml:space="preserve"> 你所处的情况只能更糟</w:t>
        <w:br/>
        <w:t>You</w:t>
      </w:r>
      <w:r>
        <w:t xml:space="preserve"> know,</w:t>
      </w:r>
      <w:r>
        <w:t xml:space="preserve"> this</w:t>
      </w:r>
      <w:r>
        <w:t xml:space="preserve"> could</w:t>
      </w:r>
      <w:r>
        <w:t xml:space="preserve"> go</w:t>
      </w:r>
      <w:r>
        <w:t xml:space="preserve"> a</w:t>
      </w:r>
      <w:r>
        <w:t xml:space="preserve"> lot</w:t>
      </w:r>
      <w:r>
        <w:t xml:space="preserve"> worse</w:t>
      </w:r>
      <w:r>
        <w:t xml:space="preserve"> for</w:t>
      </w:r>
      <w:r>
        <w:t xml:space="preserve"> you.</w:t>
        <w:br/>
        <w:t>听懂了吗?</w:t>
      </w:r>
      <w:r>
        <w:t xml:space="preserve"> 相信我</w:t>
        <w:br/>
        <w:t>You</w:t>
      </w:r>
      <w:r>
        <w:t xml:space="preserve"> understand</w:t>
      </w:r>
      <w:r>
        <w:t xml:space="preserve"> that?</w:t>
      </w:r>
      <w:r>
        <w:t xml:space="preserve"> Believe</w:t>
      </w:r>
      <w:r>
        <w:t xml:space="preserve"> me.</w:t>
        <w:br/>
        <w:t>希望那娘儿们值得你如此大费周章</w:t>
      </w:r>
      <w:r>
        <w:t xml:space="preserve"> 警探</w:t>
        <w:br/>
        <w:t>I</w:t>
      </w:r>
      <w:r>
        <w:t xml:space="preserve"> hope</w:t>
      </w:r>
      <w:r>
        <w:t xml:space="preserve"> that</w:t>
      </w:r>
      <w:r>
        <w:t xml:space="preserve"> broad</w:t>
      </w:r>
      <w:r>
        <w:t xml:space="preserve"> is</w:t>
      </w:r>
      <w:r>
        <w:t xml:space="preserve"> worth</w:t>
      </w:r>
      <w:r>
        <w:t xml:space="preserve"> the</w:t>
      </w:r>
      <w:r>
        <w:t xml:space="preserve"> trouble,</w:t>
      </w:r>
      <w:r>
        <w:t xml:space="preserve"> Detective.</w:t>
        <w:br/>
        <w:t>审讯结束!</w:t>
        <w:br/>
        <w:t>Interview</w:t>
      </w:r>
      <w:r>
        <w:t xml:space="preserve"> is</w:t>
      </w:r>
      <w:r>
        <w:t xml:space="preserve"> over!</w:t>
        <w:br/>
        <w:t>喂</w:t>
      </w:r>
      <w:r>
        <w:t xml:space="preserve"> Peck!</w:t>
      </w:r>
      <w:r>
        <w:t xml:space="preserve"> 不要!</w:t>
        <w:br/>
        <w:t>Whoa,</w:t>
      </w:r>
      <w:r>
        <w:t xml:space="preserve"> whoa,</w:t>
      </w:r>
      <w:r>
        <w:t xml:space="preserve"> Peck!</w:t>
      </w:r>
      <w:r>
        <w:t xml:space="preserve"> No!</w:t>
      </w:r>
      <w:r>
        <w:t xml:space="preserve"> </w:t>
        <w:br/>
        <w:t>她在哪儿?!</w:t>
        <w:br/>
        <w:t>Where</w:t>
      </w:r>
      <w:r>
        <w:t xml:space="preserve"> is</w:t>
      </w:r>
      <w:r>
        <w:t xml:space="preserve"> she?!</w:t>
        <w:br/>
        <w:t>行了</w:t>
      </w:r>
      <w:r>
        <w:t xml:space="preserve"> 够了!</w:t>
        <w:br/>
        <w:t>All</w:t>
      </w:r>
      <w:r>
        <w:t xml:space="preserve"> right,</w:t>
      </w:r>
      <w:r>
        <w:t xml:space="preserve"> all</w:t>
      </w:r>
      <w:r>
        <w:t xml:space="preserve"> right,</w:t>
      </w:r>
      <w:r>
        <w:t xml:space="preserve"> all</w:t>
      </w:r>
      <w:r>
        <w:t xml:space="preserve"> right!</w:t>
        <w:br/>
        <w:t>Peck!</w:t>
      </w:r>
      <w:r>
        <w:t xml:space="preserve"> 够了!</w:t>
        <w:br/>
        <w:t>Peck!</w:t>
      </w:r>
      <w:r>
        <w:t xml:space="preserve"> All</w:t>
      </w:r>
      <w:r>
        <w:t xml:space="preserve"> right!</w:t>
        <w:br/>
        <w:t>给我出去</w:t>
      </w:r>
      <w:r>
        <w:t xml:space="preserve"> Peck!</w:t>
        <w:br/>
        <w:t>Get</w:t>
      </w:r>
      <w:r>
        <w:t xml:space="preserve"> out</w:t>
      </w:r>
      <w:r>
        <w:t xml:space="preserve"> of</w:t>
      </w:r>
      <w:r>
        <w:t xml:space="preserve"> here,</w:t>
      </w:r>
      <w:r>
        <w:t xml:space="preserve"> Peck!</w:t>
        <w:br/>
        <w:t>对不起</w:t>
        <w:br/>
        <w:t>I'm</w:t>
      </w:r>
      <w:r>
        <w:t xml:space="preserve"> sorry.</w:t>
      </w:r>
      <w:r>
        <w:t xml:space="preserve"> </w:t>
        <w:br/>
        <w:t>出去!</w:t>
        <w:br/>
        <w:t>Out!</w:t>
        <w:br/>
        <w:t>那玩意儿还在录吗?</w:t>
        <w:br/>
        <w:t>Is</w:t>
      </w:r>
      <w:r>
        <w:t xml:space="preserve"> that</w:t>
      </w:r>
      <w:r>
        <w:t xml:space="preserve"> thing</w:t>
      </w:r>
      <w:r>
        <w:t xml:space="preserve"> still</w:t>
      </w:r>
      <w:r>
        <w:t xml:space="preserve"> rolling?</w:t>
      </w:r>
      <w:r>
        <w:t xml:space="preserve"> Huh?</w:t>
      </w:r>
    </w:p>
    <w:p>
      <w:r>
        <w:t xml:space="preserve"> </w:t>
        <w:br/>
        <w:t>现在是做交易么?</w:t>
        <w:br/>
        <w:t>What</w:t>
      </w:r>
      <w:r>
        <w:t xml:space="preserve"> was</w:t>
      </w:r>
      <w:r>
        <w:t xml:space="preserve"> that</w:t>
      </w:r>
      <w:r>
        <w:t xml:space="preserve"> about</w:t>
      </w:r>
      <w:r>
        <w:t xml:space="preserve"> a</w:t>
      </w:r>
      <w:r>
        <w:t xml:space="preserve"> bargain?</w:t>
        <w:br/>
        <w:t>够了啊!</w:t>
      </w:r>
      <w:r>
        <w:t xml:space="preserve"> 我们会找到她的</w:t>
        <w:br/>
        <w:t>Come</w:t>
      </w:r>
      <w:r>
        <w:t xml:space="preserve"> on!</w:t>
      </w:r>
      <w:r>
        <w:t xml:space="preserve"> We're</w:t>
      </w:r>
      <w:r>
        <w:t xml:space="preserve"> gonna</w:t>
      </w:r>
      <w:r>
        <w:t xml:space="preserve"> find</w:t>
      </w:r>
      <w:r>
        <w:t xml:space="preserve"> her,</w:t>
      </w:r>
      <w:r>
        <w:t xml:space="preserve"> </w:t>
        <w:br/>
        <w:t>但这事你不能再插手了</w:t>
        <w:br/>
        <w:t>but</w:t>
      </w:r>
      <w:r>
        <w:t xml:space="preserve"> you're</w:t>
      </w:r>
      <w:r>
        <w:t xml:space="preserve"> benched.</w:t>
        <w:br/>
        <w:t>你不能再插手了</w:t>
      </w:r>
      <w:r>
        <w:t xml:space="preserve"> 警探!</w:t>
        <w:br/>
        <w:t>You're</w:t>
      </w:r>
      <w:r>
        <w:t xml:space="preserve"> benched,</w:t>
      </w:r>
      <w:r>
        <w:t xml:space="preserve"> Detective!</w:t>
        <w:br/>
        <w:t>她不可能被他抓了</w:t>
      </w:r>
      <w:r>
        <w:t xml:space="preserve"> 绝对不可能</w:t>
        <w:br/>
        <w:t>There's</w:t>
      </w:r>
      <w:r>
        <w:t xml:space="preserve"> no</w:t>
      </w:r>
      <w:r>
        <w:t xml:space="preserve"> way</w:t>
      </w:r>
      <w:r>
        <w:t xml:space="preserve"> he's</w:t>
      </w:r>
      <w:r>
        <w:t xml:space="preserve"> got</w:t>
      </w:r>
      <w:r>
        <w:t xml:space="preserve"> her.</w:t>
      </w:r>
      <w:r>
        <w:t xml:space="preserve"> Okay?</w:t>
      </w:r>
      <w:r>
        <w:t xml:space="preserve"> There's</w:t>
      </w:r>
      <w:r>
        <w:t xml:space="preserve"> no</w:t>
      </w:r>
      <w:r>
        <w:t xml:space="preserve"> way.</w:t>
        <w:br/>
        <w:t>因为那意味着他事先知道突袭的事</w:t>
        <w:br/>
        <w:t>That</w:t>
      </w:r>
      <w:r>
        <w:t xml:space="preserve"> would</w:t>
      </w:r>
      <w:r>
        <w:t xml:space="preserve"> mean</w:t>
      </w:r>
      <w:r>
        <w:t xml:space="preserve"> he</w:t>
      </w:r>
      <w:r>
        <w:t xml:space="preserve"> knew</w:t>
      </w:r>
      <w:r>
        <w:t xml:space="preserve"> about</w:t>
      </w:r>
      <w:r>
        <w:t xml:space="preserve"> the</w:t>
      </w:r>
      <w:r>
        <w:t xml:space="preserve"> raid</w:t>
      </w:r>
      <w:r>
        <w:t xml:space="preserve"> in</w:t>
      </w:r>
      <w:r>
        <w:t xml:space="preserve"> advance.</w:t>
        <w:br/>
        <w:t>他会取消那批货的</w:t>
        <w:br/>
        <w:t>He</w:t>
      </w:r>
      <w:r>
        <w:t xml:space="preserve"> would</w:t>
      </w:r>
      <w:r>
        <w:t xml:space="preserve"> have</w:t>
      </w:r>
      <w:r>
        <w:t xml:space="preserve"> canceled</w:t>
      </w:r>
      <w:r>
        <w:t xml:space="preserve"> the</w:t>
      </w:r>
      <w:r>
        <w:t xml:space="preserve"> shipment.</w:t>
      </w:r>
      <w:r>
        <w:t xml:space="preserve"> </w:t>
        <w:br/>
        <w:t>没错</w:t>
      </w:r>
      <w:r>
        <w:t xml:space="preserve"> 你知道他盼着啥吗?</w:t>
        <w:br/>
        <w:t>That's</w:t>
      </w:r>
      <w:r>
        <w:t xml:space="preserve"> right.</w:t>
      </w:r>
      <w:r>
        <w:t xml:space="preserve"> You</w:t>
      </w:r>
      <w:r>
        <w:t xml:space="preserve"> know</w:t>
      </w:r>
      <w:r>
        <w:t xml:space="preserve"> what</w:t>
      </w:r>
      <w:r>
        <w:t xml:space="preserve"> he</w:t>
      </w:r>
      <w:r>
        <w:t xml:space="preserve"> was</w:t>
      </w:r>
      <w:r>
        <w:t xml:space="preserve"> looking</w:t>
      </w:r>
      <w:r>
        <w:t xml:space="preserve"> for?</w:t>
        <w:br/>
        <w:t>他就盼着惹怒我们呢</w:t>
        <w:br/>
        <w:t>He</w:t>
      </w:r>
      <w:r>
        <w:t xml:space="preserve"> was</w:t>
      </w:r>
      <w:r>
        <w:t xml:space="preserve"> looking</w:t>
      </w:r>
      <w:r>
        <w:t xml:space="preserve"> to</w:t>
      </w:r>
      <w:r>
        <w:t xml:space="preserve"> rile</w:t>
      </w:r>
      <w:r>
        <w:t xml:space="preserve"> us</w:t>
      </w:r>
      <w:r>
        <w:t xml:space="preserve"> up.</w:t>
      </w:r>
      <w:r>
        <w:t xml:space="preserve"> </w:t>
        <w:br/>
        <w:t>就等着有人揍他</w:t>
        <w:br/>
        <w:t>He</w:t>
      </w:r>
      <w:r>
        <w:t xml:space="preserve"> was</w:t>
      </w:r>
      <w:r>
        <w:t xml:space="preserve"> looking</w:t>
      </w:r>
      <w:r>
        <w:t xml:space="preserve"> to</w:t>
      </w:r>
      <w:r>
        <w:t xml:space="preserve"> get</w:t>
      </w:r>
      <w:r>
        <w:t xml:space="preserve"> a</w:t>
      </w:r>
      <w:r>
        <w:t xml:space="preserve"> shot</w:t>
      </w:r>
      <w:r>
        <w:t xml:space="preserve"> in</w:t>
      </w:r>
      <w:r>
        <w:t xml:space="preserve"> the</w:t>
      </w:r>
      <w:r>
        <w:t xml:space="preserve"> head</w:t>
      </w:r>
      <w:r>
        <w:t xml:space="preserve"> </w:t>
        <w:br/>
        <w:t>他好以此要挟我们做交易</w:t>
        <w:br/>
        <w:t>so</w:t>
      </w:r>
      <w:r>
        <w:t xml:space="preserve"> he</w:t>
      </w:r>
      <w:r>
        <w:t xml:space="preserve"> can</w:t>
      </w:r>
      <w:r>
        <w:t xml:space="preserve"> cut</w:t>
      </w:r>
      <w:r>
        <w:t xml:space="preserve"> a</w:t>
      </w:r>
      <w:r>
        <w:t xml:space="preserve"> deal.</w:t>
        <w:br/>
        <w:t>希望我们不用到那一步吧</w:t>
        <w:br/>
        <w:t>Well,</w:t>
      </w:r>
      <w:r>
        <w:t xml:space="preserve"> hopefully,</w:t>
      </w:r>
      <w:r>
        <w:t xml:space="preserve"> we</w:t>
      </w:r>
      <w:r>
        <w:t xml:space="preserve"> don't</w:t>
      </w:r>
      <w:r>
        <w:t xml:space="preserve"> have</w:t>
      </w:r>
      <w:r>
        <w:t xml:space="preserve"> to</w:t>
      </w:r>
      <w:r>
        <w:t xml:space="preserve"> do</w:t>
      </w:r>
      <w:r>
        <w:t xml:space="preserve"> that.</w:t>
        <w:br/>
        <w:t>Andy?</w:t>
        <w:br/>
        <w:t>Andy?</w:t>
        <w:br/>
        <w:t>Traci的手&amp;hearts;机&amp;hearts;在这儿</w:t>
        <w:br/>
        <w:t>Traci's</w:t>
      </w:r>
      <w:r>
        <w:t xml:space="preserve"> phone</w:t>
      </w:r>
      <w:r>
        <w:t xml:space="preserve"> is</w:t>
      </w:r>
      <w:r>
        <w:t xml:space="preserve"> here.</w:t>
      </w:r>
      <w:r>
        <w:t xml:space="preserve"> </w:t>
        <w:br/>
        <w:t>Gail?</w:t>
        <w:br/>
        <w:t>Gail?</w:t>
        <w:br/>
        <w:t>怎么了?</w:t>
        <w:br/>
        <w:t>What?</w:t>
        <w:br/>
        <w:t>是他</w:t>
        <w:br/>
        <w:t>He's</w:t>
      </w:r>
      <w:r>
        <w:t xml:space="preserve"> back.</w:t>
        <w:br/>
        <w:t>这些人是谁?</w:t>
        <w:br/>
        <w:t>Who</w:t>
      </w:r>
      <w:r>
        <w:t xml:space="preserve"> are</w:t>
      </w:r>
      <w:r>
        <w:t xml:space="preserve"> all</w:t>
      </w:r>
      <w:r>
        <w:t xml:space="preserve"> these</w:t>
      </w:r>
      <w:r>
        <w:t xml:space="preserve"> people?</w:t>
      </w:r>
      <w:r>
        <w:t xml:space="preserve"> </w:t>
        <w:br/>
        <w:t>其他分局想来帮忙的警&amp;hearts;察&amp;hearts;</w:t>
        <w:br/>
        <w:t>Other</w:t>
      </w:r>
      <w:r>
        <w:t xml:space="preserve"> platoons...</w:t>
      </w:r>
      <w:r>
        <w:t xml:space="preserve"> officers</w:t>
      </w:r>
      <w:r>
        <w:t xml:space="preserve"> that</w:t>
      </w:r>
      <w:r>
        <w:t xml:space="preserve"> want</w:t>
      </w:r>
      <w:r>
        <w:t xml:space="preserve"> to</w:t>
      </w:r>
      <w:r>
        <w:t xml:space="preserve"> help.</w:t>
        <w:br/>
        <w:t>好像是袭击了Andy的那个人</w:t>
        <w:br/>
        <w:t>Sounds</w:t>
      </w:r>
      <w:r>
        <w:t xml:space="preserve"> like</w:t>
      </w:r>
      <w:r>
        <w:t xml:space="preserve"> it's</w:t>
      </w:r>
      <w:r>
        <w:t xml:space="preserve"> the</w:t>
      </w:r>
      <w:r>
        <w:t xml:space="preserve"> same</w:t>
      </w:r>
      <w:r>
        <w:t xml:space="preserve"> guy</w:t>
      </w:r>
      <w:r>
        <w:t xml:space="preserve"> that</w:t>
      </w:r>
      <w:r>
        <w:t xml:space="preserve"> attacked</w:t>
      </w:r>
      <w:r>
        <w:t xml:space="preserve"> Andy.</w:t>
        <w:br/>
        <w:t>欺负到自己人头上了</w:t>
      </w:r>
      <w:r>
        <w:t xml:space="preserve"> 大家都会出动的</w:t>
        <w:br/>
        <w:t>Everyone</w:t>
      </w:r>
      <w:r>
        <w:t xml:space="preserve"> comes</w:t>
      </w:r>
      <w:r>
        <w:t xml:space="preserve"> out</w:t>
      </w:r>
      <w:r>
        <w:t xml:space="preserve"> when</w:t>
      </w:r>
      <w:r>
        <w:t xml:space="preserve"> something</w:t>
      </w:r>
      <w:r>
        <w:t xml:space="preserve"> like</w:t>
      </w:r>
      <w:r>
        <w:t xml:space="preserve"> that</w:t>
      </w:r>
      <w:r>
        <w:t xml:space="preserve"> happens.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https://d.book118.com/938126026000006042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8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3812602600000604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