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我要去纽约了</w:t>
        <w:br/>
        <w:t>I'm</w:t>
      </w:r>
      <w:r>
        <w:t xml:space="preserve"> going</w:t>
      </w:r>
      <w:r>
        <w:t xml:space="preserve"> to</w:t>
      </w:r>
      <w:r>
        <w:t xml:space="preserve"> New</w:t>
      </w:r>
      <w:r>
        <w:t xml:space="preserve"> York.</w:t>
        <w:br/>
        <w:t>你要去一年</w:t>
        <w:br/>
        <w:t>For</w:t>
      </w:r>
      <w:r>
        <w:t xml:space="preserve"> a</w:t>
      </w:r>
      <w:r>
        <w:t xml:space="preserve"> year?</w:t>
        <w:br/>
        <w:t>这不是告别</w:t>
      </w:r>
      <w:r>
        <w:t xml:space="preserve"> 只是暂时离开</w:t>
        <w:br/>
        <w:t>This</w:t>
      </w:r>
      <w:r>
        <w:t xml:space="preserve"> isn't</w:t>
      </w:r>
      <w:r>
        <w:t xml:space="preserve"> goodbye</w:t>
      </w:r>
      <w:r>
        <w:t xml:space="preserve"> it's</w:t>
      </w:r>
      <w:r>
        <w:t xml:space="preserve"> goodbye</w:t>
      </w:r>
      <w:r>
        <w:t xml:space="preserve"> for</w:t>
      </w:r>
      <w:r>
        <w:t xml:space="preserve"> now.</w:t>
        <w:br/>
        <w:t>你要接替威灵顿督查吗</w:t>
        <w:br/>
        <w:t>You're</w:t>
      </w:r>
      <w:r>
        <w:t xml:space="preserve"> taking</w:t>
      </w:r>
      <w:r>
        <w:t xml:space="preserve"> over</w:t>
      </w:r>
      <w:r>
        <w:t xml:space="preserve"> from</w:t>
      </w:r>
      <w:r>
        <w:t xml:space="preserve"> Inspector</w:t>
      </w:r>
      <w:r>
        <w:t xml:space="preserve"> Wellington?</w:t>
        <w:br/>
        <w:t>就等签字盖章了</w:t>
        <w:br/>
        <w:t>Just</w:t>
      </w:r>
      <w:r>
        <w:t xml:space="preserve"> needs</w:t>
      </w:r>
      <w:r>
        <w:t xml:space="preserve"> to</w:t>
      </w:r>
      <w:r>
        <w:t xml:space="preserve"> be</w:t>
      </w:r>
      <w:r>
        <w:t xml:space="preserve"> rubber-stamped.</w:t>
        <w:br/>
        <w:t>如果我们把功劳归给菲尔普斯</w:t>
        <w:br/>
        <w:t>If</w:t>
      </w:r>
      <w:r>
        <w:t xml:space="preserve"> we</w:t>
      </w:r>
      <w:r>
        <w:t xml:space="preserve"> give</w:t>
      </w:r>
      <w:r>
        <w:t xml:space="preserve"> Phelps</w:t>
      </w:r>
      <w:r>
        <w:t xml:space="preserve"> the</w:t>
      </w:r>
      <w:r>
        <w:t xml:space="preserve"> credit,</w:t>
        <w:br/>
        <w:t>可能会帮他升职</w:t>
        <w:br/>
        <w:t>it</w:t>
      </w:r>
      <w:r>
        <w:t xml:space="preserve"> could</w:t>
      </w:r>
      <w:r>
        <w:t xml:space="preserve"> seal</w:t>
      </w:r>
      <w:r>
        <w:t xml:space="preserve"> his</w:t>
      </w:r>
      <w:r>
        <w:t xml:space="preserve"> promotion.</w:t>
        <w:br/>
        <w:t>如果你要负责这家办事处</w:t>
        <w:br/>
        <w:t>If</w:t>
      </w:r>
      <w:r>
        <w:t xml:space="preserve"> you</w:t>
      </w:r>
      <w:r>
        <w:t xml:space="preserve"> are</w:t>
      </w:r>
      <w:r>
        <w:t xml:space="preserve"> to</w:t>
      </w:r>
      <w:r>
        <w:t xml:space="preserve"> run</w:t>
      </w:r>
      <w:r>
        <w:t xml:space="preserve"> this</w:t>
      </w:r>
      <w:r>
        <w:t xml:space="preserve"> agency,</w:t>
        <w:br/>
        <w:t>你首先要学会的就是如何做一个生意人</w:t>
        <w:br/>
        <w:t>you</w:t>
      </w:r>
      <w:r>
        <w:t xml:space="preserve"> must,</w:t>
      </w:r>
      <w:r>
        <w:t xml:space="preserve"> first</w:t>
      </w:r>
      <w:r>
        <w:t xml:space="preserve"> and</w:t>
      </w:r>
      <w:r>
        <w:t xml:space="preserve"> foremost,</w:t>
      </w:r>
      <w:r>
        <w:t xml:space="preserve"> be</w:t>
      </w:r>
      <w:r>
        <w:t xml:space="preserve"> a</w:t>
      </w:r>
      <w:r>
        <w:t xml:space="preserve"> businesswoman.</w:t>
        <w:br/>
        <w:t>除非你能劝说我相信这一点</w:t>
        <w:br/>
        <w:t>I</w:t>
      </w:r>
      <w:r>
        <w:t xml:space="preserve"> will</w:t>
      </w:r>
      <w:r>
        <w:t xml:space="preserve"> not</w:t>
      </w:r>
      <w:r>
        <w:t xml:space="preserve"> be</w:t>
      </w:r>
      <w:r>
        <w:t xml:space="preserve"> returning</w:t>
      </w:r>
      <w:r>
        <w:t xml:space="preserve"> to</w:t>
      </w:r>
      <w:r>
        <w:t xml:space="preserve"> Paris</w:t>
      </w:r>
      <w:r>
        <w:t xml:space="preserve"> until</w:t>
      </w:r>
      <w:r>
        <w:t xml:space="preserve"> you</w:t>
      </w:r>
      <w:r>
        <w:t xml:space="preserve"> convince</w:t>
      </w:r>
      <w:r>
        <w:t xml:space="preserve"> me</w:t>
        <w:br/>
        <w:t>否则我是不会回巴黎的</w:t>
        <w:br/>
        <w:t>you</w:t>
      </w:r>
      <w:r>
        <w:t xml:space="preserve"> understand</w:t>
      </w:r>
      <w:r>
        <w:t xml:space="preserve"> this.</w:t>
        <w:br/>
        <w:t>又不是我的错</w:t>
        <w:br/>
        <w:t>It's</w:t>
      </w:r>
      <w:r>
        <w:t xml:space="preserve"> not</w:t>
      </w:r>
      <w:r>
        <w:t xml:space="preserve"> my</w:t>
      </w:r>
      <w:r>
        <w:t xml:space="preserve"> fault!</w:t>
        <w:br/>
        <w:t>全都怪你</w:t>
        <w:br/>
        <w:t>All</w:t>
      </w:r>
      <w:r>
        <w:t xml:space="preserve"> this</w:t>
      </w:r>
      <w:r>
        <w:t xml:space="preserve"> is</w:t>
      </w:r>
      <w:r>
        <w:t xml:space="preserve"> your</w:t>
      </w:r>
      <w:r>
        <w:t xml:space="preserve"> fault!</w:t>
        <w:br/>
        <w:t>行</w:t>
      </w:r>
      <w:r>
        <w:t xml:space="preserve"> 那就怪我吧</w:t>
        <w:br/>
        <w:t>Fine,</w:t>
      </w:r>
      <w:r>
        <w:t xml:space="preserve"> it's</w:t>
      </w:r>
      <w:r>
        <w:t xml:space="preserve"> my</w:t>
      </w:r>
      <w:r>
        <w:t xml:space="preserve"> fault!</w:t>
        <w:br/>
        <w:t>你确定这是出去的路吗</w:t>
        <w:br/>
        <w:t>Are</w:t>
      </w:r>
      <w:r>
        <w:t xml:space="preserve"> you</w:t>
      </w:r>
      <w:r>
        <w:t xml:space="preserve"> sure</w:t>
      </w:r>
      <w:r>
        <w:t xml:space="preserve"> this</w:t>
      </w:r>
      <w:r>
        <w:t xml:space="preserve"> is</w:t>
      </w:r>
      <w:r>
        <w:t xml:space="preserve"> the</w:t>
      </w:r>
      <w:r>
        <w:t xml:space="preserve"> way</w:t>
      </w:r>
      <w:r>
        <w:t xml:space="preserve"> out?</w:t>
        <w:br/>
        <w:t>不确定</w:t>
        <w:br/>
        <w:t>Not</w:t>
      </w:r>
      <w:r>
        <w:t xml:space="preserve"> remotely.</w:t>
        <w:br/>
        <w:t>我还以为你来过这里</w:t>
        <w:br/>
        <w:t>I</w:t>
      </w:r>
      <w:r>
        <w:t xml:space="preserve"> thought</w:t>
      </w:r>
      <w:r>
        <w:t xml:space="preserve"> you</w:t>
      </w:r>
      <w:r>
        <w:t xml:space="preserve"> said</w:t>
      </w:r>
      <w:r>
        <w:t xml:space="preserve"> you'd</w:t>
      </w:r>
      <w:r>
        <w:t xml:space="preserve"> been</w:t>
      </w:r>
      <w:r>
        <w:t xml:space="preserve"> here</w:t>
      </w:r>
      <w:r>
        <w:t xml:space="preserve"> before.</w:t>
        <w:br/>
        <w:t>不</w:t>
      </w:r>
      <w:r>
        <w:t xml:space="preserve"> 我说的是我坐着马车路过这</w:t>
        <w:br/>
        <w:t>No,</w:t>
      </w:r>
      <w:r>
        <w:t xml:space="preserve"> I</w:t>
      </w:r>
      <w:r>
        <w:t xml:space="preserve"> said</w:t>
      </w:r>
      <w:r>
        <w:t xml:space="preserve"> I'd</w:t>
      </w:r>
      <w:r>
        <w:t xml:space="preserve"> ridden</w:t>
      </w:r>
      <w:r>
        <w:t xml:space="preserve"> past</w:t>
      </w:r>
      <w:r>
        <w:t xml:space="preserve"> it</w:t>
      </w:r>
      <w:r>
        <w:t xml:space="preserve"> in</w:t>
      </w:r>
      <w:r>
        <w:t xml:space="preserve"> a</w:t>
      </w:r>
      <w:r>
        <w:t xml:space="preserve"> carriage.</w:t>
        <w:br/>
        <w:t>这是什么地方啊</w:t>
        <w:br/>
        <w:t>What</w:t>
      </w:r>
      <w:r>
        <w:t xml:space="preserve"> is</w:t>
      </w:r>
      <w:r>
        <w:t xml:space="preserve"> this</w:t>
      </w:r>
      <w:r>
        <w:t xml:space="preserve"> place?</w:t>
        <w:br/>
        <w:t>一个逃犯的绝佳藏身之处</w:t>
        <w:br/>
        <w:t>A</w:t>
      </w:r>
      <w:r>
        <w:t xml:space="preserve"> good</w:t>
      </w:r>
      <w:r>
        <w:t xml:space="preserve"> place</w:t>
      </w:r>
      <w:r>
        <w:t xml:space="preserve"> for</w:t>
      </w:r>
      <w:r>
        <w:t xml:space="preserve"> a</w:t>
      </w:r>
      <w:r>
        <w:t xml:space="preserve"> wanted</w:t>
      </w:r>
      <w:r>
        <w:t xml:space="preserve"> man</w:t>
      </w:r>
      <w:r>
        <w:t xml:space="preserve"> to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hide.</w:t>
        <w:br/>
        <w:t>这是什么粉末</w:t>
        <w:br/>
        <w:t>What</w:t>
      </w:r>
      <w:r>
        <w:t xml:space="preserve"> is</w:t>
      </w:r>
      <w:r>
        <w:t xml:space="preserve"> this</w:t>
      </w:r>
      <w:r>
        <w:t xml:space="preserve"> powder?</w:t>
        <w:br/>
        <w:t>到处都是-他们以前在这里</w:t>
        <w:br/>
        <w:t>It's'everywhere.</w:t>
      </w:r>
      <w:r>
        <w:t xml:space="preserve"> They</w:t>
      </w:r>
      <w:r>
        <w:t xml:space="preserve"> used</w:t>
      </w:r>
      <w:r>
        <w:t xml:space="preserve"> to</w:t>
      </w:r>
      <w:r>
        <w:t xml:space="preserve"> make</w:t>
      </w:r>
      <w:r>
        <w:t xml:space="preserve"> some</w:t>
      </w:r>
      <w:r>
        <w:t xml:space="preserve"> kind</w:t>
        <w:br/>
        <w:t>制&amp;hearts;造&amp;hearts;某种化学试剂</w:t>
      </w:r>
      <w:r>
        <w:t xml:space="preserve"> 我不记得是什么了</w:t>
        <w:br/>
        <w:t>of</w:t>
      </w:r>
      <w:r>
        <w:t xml:space="preserve"> chemical</w:t>
      </w:r>
      <w:r>
        <w:t xml:space="preserve"> here,</w:t>
      </w:r>
      <w:r>
        <w:t xml:space="preserve"> I</w:t>
      </w:r>
      <w:r>
        <w:t xml:space="preserve"> can't</w:t>
      </w:r>
      <w:r>
        <w:t xml:space="preserve"> remember</w:t>
      </w:r>
      <w:r>
        <w:t xml:space="preserve"> what.</w:t>
        <w:br/>
        <w:t>有毒吗</w:t>
        <w:br/>
        <w:t>Is</w:t>
      </w:r>
      <w:r>
        <w:t xml:space="preserve"> it</w:t>
      </w:r>
      <w:r>
        <w:t xml:space="preserve"> toxic?</w:t>
        <w:br/>
        <w:t>现在哪有空操心这事儿</w:t>
        <w:br/>
        <w:t>That</w:t>
      </w:r>
      <w:r>
        <w:t xml:space="preserve"> may</w:t>
      </w:r>
      <w:r>
        <w:t xml:space="preserve"> be</w:t>
      </w:r>
      <w:r>
        <w:t xml:space="preserve"> the</w:t>
      </w:r>
      <w:r>
        <w:t xml:space="preserve"> least</w:t>
      </w:r>
      <w:r>
        <w:t xml:space="preserve"> of</w:t>
      </w:r>
      <w:r>
        <w:t xml:space="preserve"> our</w:t>
      </w:r>
      <w:r>
        <w:t xml:space="preserve"> worries.</w:t>
        <w:br/>
        <w:t>我很肯定我们甩掉他了</w:t>
        <w:br/>
        <w:t>I'm</w:t>
      </w:r>
      <w:r>
        <w:t xml:space="preserve"> fairly</w:t>
      </w:r>
      <w:r>
        <w:t xml:space="preserve"> sure</w:t>
      </w:r>
      <w:r>
        <w:t xml:space="preserve"> we</w:t>
      </w:r>
      <w:r>
        <w:t xml:space="preserve"> lost</w:t>
      </w:r>
      <w:r>
        <w:t xml:space="preserve"> him.</w:t>
        <w:br/>
        <w:t>真的吗</w:t>
      </w:r>
      <w:r>
        <w:t xml:space="preserve"> 我可不敢说</w:t>
        <w:br/>
        <w:t>Really?</w:t>
      </w:r>
      <w:r>
        <w:t xml:space="preserve"> I'm</w:t>
      </w:r>
      <w:r>
        <w:t xml:space="preserve"> not.</w:t>
        <w:br/>
        <w:t>我也是</w:t>
        <w:br/>
        <w:t>Neither</w:t>
      </w:r>
      <w:r>
        <w:t xml:space="preserve"> am</w:t>
      </w:r>
      <w:r>
        <w:t xml:space="preserve"> I.</w:t>
        <w:br/>
        <w:t>这能从里面锁上吗</w:t>
        <w:br/>
        <w:t>Will</w:t>
      </w:r>
      <w:r>
        <w:t xml:space="preserve"> that</w:t>
      </w:r>
      <w:r>
        <w:t xml:space="preserve"> lock</w:t>
      </w:r>
      <w:r>
        <w:t xml:space="preserve"> from</w:t>
      </w:r>
      <w:r>
        <w:t xml:space="preserve"> the</w:t>
      </w:r>
      <w:r>
        <w:t xml:space="preserve"> inside?</w:t>
        <w:br/>
        <w:t>我以为你给他下过药了啊</w:t>
        <w:br/>
        <w:t>I</w:t>
      </w:r>
      <w:r>
        <w:t xml:space="preserve"> thought</w:t>
      </w:r>
      <w:r>
        <w:t xml:space="preserve"> you'd</w:t>
      </w:r>
      <w:r>
        <w:t xml:space="preserve"> drugged</w:t>
      </w:r>
      <w:r>
        <w:t xml:space="preserve"> him.</w:t>
        <w:br/>
        <w:t>我下了</w:t>
      </w:r>
      <w:r>
        <w:t xml:space="preserve"> 但他块头太大了</w:t>
        <w:br/>
        <w:t>I</w:t>
      </w:r>
      <w:r>
        <w:t xml:space="preserve"> did,</w:t>
      </w:r>
      <w:r>
        <w:t xml:space="preserve"> but</w:t>
      </w:r>
      <w:r>
        <w:t xml:space="preserve"> he's</w:t>
      </w:r>
      <w:r>
        <w:t xml:space="preserve"> rather</w:t>
      </w:r>
      <w:r>
        <w:t xml:space="preserve"> large.</w:t>
        <w:br/>
        <w:t>药生效可能还要点时间</w:t>
        <w:br/>
        <w:t>It</w:t>
      </w:r>
      <w:r>
        <w:t xml:space="preserve"> may</w:t>
      </w:r>
      <w:r>
        <w:t xml:space="preserve"> take</w:t>
      </w:r>
      <w:r>
        <w:t xml:space="preserve"> some</w:t>
      </w:r>
      <w:r>
        <w:t xml:space="preserve"> time</w:t>
      </w:r>
      <w:r>
        <w:t xml:space="preserve"> to</w:t>
      </w:r>
      <w:r>
        <w:t xml:space="preserve"> have</w:t>
      </w:r>
      <w:r>
        <w:t xml:space="preserve"> an</w:t>
      </w:r>
      <w:r>
        <w:t xml:space="preserve"> effect.</w:t>
        <w:br/>
        <w:t>衣服</w:t>
      </w:r>
      <w:r>
        <w:t xml:space="preserve"> 想起来了</w:t>
        <w:br/>
        <w:t>Clothing,</w:t>
      </w:r>
      <w:r>
        <w:t xml:space="preserve"> that</w:t>
      </w:r>
      <w:r>
        <w:t xml:space="preserve"> was</w:t>
      </w:r>
      <w:r>
        <w:t xml:space="preserve"> it.</w:t>
        <w:br/>
        <w:t>他们以前在这里染衣服</w:t>
        <w:br/>
        <w:t>They</w:t>
      </w:r>
      <w:r>
        <w:t xml:space="preserve"> used</w:t>
      </w:r>
      <w:r>
        <w:t xml:space="preserve"> to</w:t>
      </w:r>
      <w:r>
        <w:t xml:space="preserve"> dye</w:t>
      </w:r>
      <w:r>
        <w:t xml:space="preserve"> clothes</w:t>
      </w:r>
      <w:r>
        <w:t xml:space="preserve"> here.</w:t>
        <w:br/>
        <w:t>关于这还有个有意思的故事</w:t>
        <w:br/>
        <w:t>There's</w:t>
      </w:r>
      <w:r>
        <w:t xml:space="preserve"> an</w:t>
      </w:r>
      <w:r>
        <w:t xml:space="preserve"> interesting</w:t>
      </w:r>
      <w:r>
        <w:t xml:space="preserve"> story</w:t>
      </w:r>
      <w:r>
        <w:t xml:space="preserve"> about</w:t>
      </w:r>
      <w:r>
        <w:t xml:space="preserve"> that…</w:t>
        <w:br/>
        <w:t>你真的确定</w:t>
        <w:br/>
        <w:t>You're</w:t>
      </w:r>
      <w:r>
        <w:t xml:space="preserve"> absolutely</w:t>
      </w:r>
      <w:r>
        <w:t xml:space="preserve"> sure</w:t>
        <w:br/>
        <w:t>你给他下鸦&amp;hearts;片&amp;hearts;酊了吗</w:t>
        <w:br/>
        <w:t>you</w:t>
      </w:r>
      <w:r>
        <w:t xml:space="preserve"> gave</w:t>
      </w:r>
      <w:r>
        <w:t xml:space="preserve"> him</w:t>
      </w:r>
      <w:r>
        <w:t xml:space="preserve"> that</w:t>
      </w:r>
      <w:r>
        <w:t xml:space="preserve"> laudanum?</w:t>
        <w:br/>
        <w:t>还要说多少遍</w:t>
      </w:r>
      <w:r>
        <w:t xml:space="preserve"> 是的</w:t>
      </w:r>
      <w:r>
        <w:t xml:space="preserve"> 我很确定</w:t>
        <w:br/>
        <w:t>How</w:t>
      </w:r>
      <w:r>
        <w:t xml:space="preserve"> many</w:t>
      </w:r>
      <w:r>
        <w:t xml:space="preserve"> times?</w:t>
      </w:r>
      <w:r>
        <w:t xml:space="preserve"> Yes,</w:t>
      </w:r>
      <w:r>
        <w:t xml:space="preserve"> I'm</w:t>
      </w:r>
      <w:r>
        <w:t xml:space="preserve"> sure.</w:t>
        <w:br/>
        <w:t>伊莱沙</w:t>
        <w:br/>
        <w:t>Eliza!</w:t>
        <w:br/>
        <w:t>又没说具体要下多少</w:t>
      </w:r>
      <w:r>
        <w:t xml:space="preserve"> 我不想杀了他</w:t>
        <w:br/>
        <w:t>It's</w:t>
      </w:r>
      <w:r>
        <w:t xml:space="preserve"> not</w:t>
      </w:r>
      <w:r>
        <w:t xml:space="preserve"> an</w:t>
      </w:r>
      <w:r>
        <w:t xml:space="preserve"> exact</w:t>
      </w:r>
      <w:r>
        <w:t xml:space="preserve"> science-</w:t>
      </w:r>
      <w:r>
        <w:t xml:space="preserve"> I</w:t>
      </w:r>
      <w:r>
        <w:t xml:space="preserve"> didn't</w:t>
      </w:r>
      <w:r>
        <w:t xml:space="preserve"> want</w:t>
      </w:r>
      <w:r>
        <w:t xml:space="preserve"> to</w:t>
      </w:r>
      <w:r>
        <w:t xml:space="preserve"> kill</w:t>
      </w:r>
      <w:r>
        <w:t xml:space="preserve"> him.</w:t>
        <w:br/>
        <w:t>别担心</w:t>
        <w:br/>
        <w:t>Don't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worry.</w:t>
        <w:br/>
        <w:t>我以前为威克洛郡打过拳击</w:t>
        <w:br/>
        <w:t>I</w:t>
      </w:r>
      <w:r>
        <w:t xml:space="preserve"> used</w:t>
      </w:r>
      <w:r>
        <w:t xml:space="preserve"> to</w:t>
      </w:r>
      <w:r>
        <w:t xml:space="preserve"> box</w:t>
      </w:r>
      <w:r>
        <w:t xml:space="preserve"> for</w:t>
      </w:r>
      <w:r>
        <w:t xml:space="preserve"> County</w:t>
      </w:r>
      <w:r>
        <w:t xml:space="preserve"> Wicklow.</w:t>
        <w:br/>
        <w:t>级别高吗</w:t>
      </w:r>
      <w:r>
        <w:t xml:space="preserve"> 还是说</w:t>
        <w:br/>
        <w:t>Well,</w:t>
      </w:r>
      <w:r>
        <w:t xml:space="preserve"> is</w:t>
      </w:r>
      <w:r>
        <w:t xml:space="preserve"> that</w:t>
      </w:r>
      <w:r>
        <w:t xml:space="preserve"> a</w:t>
      </w:r>
      <w:r>
        <w:t xml:space="preserve"> high</w:t>
      </w:r>
      <w:r>
        <w:t xml:space="preserve"> standard,</w:t>
      </w:r>
      <w:r>
        <w:t xml:space="preserve"> or…</w:t>
        <w:br/>
        <w:t>是的</w:t>
      </w:r>
      <w:r>
        <w:t xml:space="preserve"> 级别可高了</w:t>
        <w:br/>
        <w:t>Yes,</w:t>
      </w:r>
      <w:r>
        <w:t xml:space="preserve"> it's</w:t>
      </w:r>
      <w:r>
        <w:t xml:space="preserve"> a</w:t>
      </w:r>
      <w:r>
        <w:t xml:space="preserve"> high</w:t>
      </w:r>
      <w:r>
        <w:t xml:space="preserve"> standard!</w:t>
        <w:br/>
        <w:t>干得好</w:t>
        <w:br/>
        <w:t>Good</w:t>
      </w:r>
      <w:r>
        <w:t xml:space="preserve"> work.</w:t>
        <w:br/>
        <w:t>纳什父子</w:t>
        <w:br/>
        <w:t>谢谢</w:t>
      </w:r>
      <w:r>
        <w:t xml:space="preserve"> 先生们</w:t>
      </w:r>
      <w:r>
        <w:t xml:space="preserve"> 谢谢</w:t>
        <w:br/>
        <w:t>Thank</w:t>
      </w:r>
      <w:r>
        <w:t xml:space="preserve"> you,</w:t>
      </w:r>
      <w:r>
        <w:t xml:space="preserve"> gentlemen,</w:t>
      </w:r>
      <w:r>
        <w:t xml:space="preserve"> thank</w:t>
      </w:r>
      <w:r>
        <w:t xml:space="preserve"> you.</w:t>
        <w:br/>
        <w:t>但我们也要感谢纳什先生</w:t>
        <w:br/>
        <w:t>But</w:t>
      </w:r>
      <w:r>
        <w:t xml:space="preserve"> we</w:t>
      </w:r>
      <w:r>
        <w:t xml:space="preserve"> must</w:t>
      </w:r>
      <w:r>
        <w:t xml:space="preserve"> also</w:t>
      </w:r>
      <w:r>
        <w:t xml:space="preserve"> thank</w:t>
      </w:r>
      <w:r>
        <w:t xml:space="preserve"> Mr.</w:t>
      </w:r>
      <w:r>
        <w:t xml:space="preserve"> Nash.</w:t>
        <w:br/>
        <w:t>他和我一起逮捕了逃犯</w:t>
        <w:br/>
        <w:t>He</w:t>
      </w:r>
      <w:r>
        <w:t xml:space="preserve"> and</w:t>
      </w:r>
      <w:r>
        <w:t xml:space="preserve"> I</w:t>
      </w:r>
      <w:r>
        <w:t xml:space="preserve"> apprehended</w:t>
      </w:r>
      <w:r>
        <w:t xml:space="preserve"> the</w:t>
      </w:r>
      <w:r>
        <w:t xml:space="preserve"> fugitive</w:t>
      </w:r>
      <w:r>
        <w:t xml:space="preserve"> together.</w:t>
        <w:br/>
        <w:t>换句话说</w:t>
      </w:r>
      <w:r>
        <w:t xml:space="preserve"> 我们能找到他</w:t>
        <w:br/>
        <w:t>That</w:t>
      </w:r>
      <w:r>
        <w:t xml:space="preserve"> said,</w:t>
      </w:r>
      <w:r>
        <w:t xml:space="preserve"> we</w:t>
      </w:r>
      <w:r>
        <w:t xml:space="preserve"> only</w:t>
      </w:r>
      <w:r>
        <w:t xml:space="preserve"> found</w:t>
      </w:r>
      <w:r>
        <w:t xml:space="preserve"> him</w:t>
        <w:br/>
        <w:t>多亏了你们的努力</w:t>
        <w:br/>
        <w:t>thanks</w:t>
      </w:r>
      <w:r>
        <w:t xml:space="preserve"> to</w:t>
      </w:r>
      <w:r>
        <w:t xml:space="preserve"> your</w:t>
      </w:r>
      <w:r>
        <w:t xml:space="preserve"> hard</w:t>
      </w:r>
      <w:r>
        <w:t xml:space="preserve"> work.</w:t>
        <w:br/>
        <w:t>而且</w:t>
      </w:r>
      <w:r>
        <w:t xml:space="preserve"> 这不仅是</w:t>
        <w:br/>
        <w:t>And,</w:t>
      </w:r>
      <w:r>
        <w:t xml:space="preserve"> not</w:t>
      </w:r>
      <w:r>
        <w:t xml:space="preserve"> only</w:t>
      </w:r>
      <w:r>
        <w:t xml:space="preserve"> is</w:t>
      </w:r>
      <w:r>
        <w:t xml:space="preserve"> this</w:t>
        <w:br/>
        <w:t>我掌管这里以来报酬最高的案件</w:t>
        <w:br/>
        <w:t>the</w:t>
      </w:r>
      <w:r>
        <w:t xml:space="preserve"> highest-paid</w:t>
      </w:r>
      <w:r>
        <w:t xml:space="preserve"> case</w:t>
      </w:r>
      <w:r>
        <w:t xml:space="preserve"> we've</w:t>
      </w:r>
      <w:r>
        <w:t xml:space="preserve"> had</w:t>
        <w:br/>
        <w:t>还是知名度最高的</w:t>
        <w:br/>
        <w:t>since</w:t>
      </w:r>
      <w:r>
        <w:t xml:space="preserve"> I</w:t>
      </w:r>
      <w:r>
        <w:t xml:space="preserve"> took</w:t>
      </w:r>
      <w:r>
        <w:t xml:space="preserve"> charge,</w:t>
      </w:r>
      <w:r>
        <w:t xml:space="preserve"> but</w:t>
      </w:r>
      <w:r>
        <w:t xml:space="preserve"> it</w:t>
      </w:r>
      <w:r>
        <w:t xml:space="preserve"> is</w:t>
      </w:r>
      <w:r>
        <w:t xml:space="preserve"> also</w:t>
      </w:r>
      <w:r>
        <w:t xml:space="preserve"> the</w:t>
      </w:r>
      <w:r>
        <w:t xml:space="preserve"> highest-profile.</w:t>
        <w:br/>
        <w:t>因此</w:t>
      </w:r>
      <w:r>
        <w:t xml:space="preserve"> 我很高兴地说有更多新客户</w:t>
        <w:br/>
        <w:t>As</w:t>
      </w:r>
      <w:r>
        <w:t xml:space="preserve"> such,</w:t>
      </w:r>
      <w:r>
        <w:t xml:space="preserve"> I</w:t>
      </w:r>
      <w:r>
        <w:t xml:space="preserve"> am</w:t>
      </w:r>
      <w:r>
        <w:t xml:space="preserve"> pleased</w:t>
      </w:r>
      <w:r>
        <w:t xml:space="preserve"> to</w:t>
      </w:r>
      <w:r>
        <w:t xml:space="preserve"> say</w:t>
      </w:r>
      <w:r>
        <w:t xml:space="preserve"> that</w:t>
      </w:r>
      <w:r>
        <w:t xml:space="preserve"> even</w:t>
      </w:r>
      <w:r>
        <w:t xml:space="preserve"> more</w:t>
      </w:r>
      <w:r>
        <w:t xml:space="preserve"> new</w:t>
      </w:r>
      <w:r>
        <w:t xml:space="preserve"> clients</w:t>
        <w:br/>
        <w:t>选择了我们的服务</w:t>
        <w:br/>
        <w:t>have</w:t>
      </w:r>
      <w:r>
        <w:t xml:space="preserve"> engaged</w:t>
      </w:r>
      <w:r>
        <w:t xml:space="preserve"> our</w:t>
      </w:r>
      <w:r>
        <w:t xml:space="preserve"> services.</w:t>
        <w:br/>
        <w:t>这一来再加上我们目前正在</w:t>
        <w:br/>
        <w:t>This,</w:t>
      </w:r>
      <w:r>
        <w:t xml:space="preserve"> in</w:t>
      </w:r>
      <w:r>
        <w:t xml:space="preserve"> addition</w:t>
      </w:r>
      <w:r>
        <w:t xml:space="preserve"> to</w:t>
      </w:r>
      <w:r>
        <w:t xml:space="preserve"> the</w:t>
      </w:r>
      <w:r>
        <w:t xml:space="preserve"> other</w:t>
      </w:r>
      <w:r>
        <w:t xml:space="preserve"> cases</w:t>
        <w:br/>
        <w:t>处理的其他案子</w:t>
      </w:r>
      <w:r>
        <w:t xml:space="preserve"> 意味着</w:t>
        <w:br/>
        <w:t>we're</w:t>
      </w:r>
      <w:r>
        <w:t xml:space="preserve"> currently</w:t>
      </w:r>
      <w:r>
        <w:t xml:space="preserve"> working,</w:t>
      </w:r>
      <w:r>
        <w:t xml:space="preserve"> will</w:t>
      </w:r>
      <w:r>
        <w:t xml:space="preserve"> mean</w:t>
        <w:br/>
        <w:t>我们的工作时间会变长</w:t>
      </w:r>
      <w:r>
        <w:t xml:space="preserve"> 而且可能还要加班</w:t>
        <w:br/>
        <w:t>longer</w:t>
      </w:r>
      <w:r>
        <w:t xml:space="preserve"> days</w:t>
      </w:r>
      <w:r>
        <w:t xml:space="preserve"> and</w:t>
      </w:r>
      <w:r>
        <w:t xml:space="preserve"> longer</w:t>
      </w:r>
      <w:r>
        <w:t xml:space="preserve"> hours,</w:t>
      </w:r>
      <w:r>
        <w:t xml:space="preserve"> but</w:t>
      </w:r>
      <w:r>
        <w:t xml:space="preserve"> it</w:t>
      </w:r>
      <w:r>
        <w:t xml:space="preserve"> will</w:t>
      </w:r>
      <w:r>
        <w:t xml:space="preserve"> also</w:t>
      </w:r>
      <w:r>
        <w:t xml:space="preserve"> mean</w:t>
      </w:r>
      <w:r>
        <w:t xml:space="preserve"> overtime.</w:t>
        <w:br/>
        <w:t>我们会比以前</w:t>
        <w:br/>
        <w:t>We're</w:t>
      </w:r>
      <w:r>
        <w:t xml:space="preserve"> going</w:t>
      </w:r>
      <w:r>
        <w:t xml:space="preserve"> to</w:t>
      </w:r>
      <w:r>
        <w:t xml:space="preserve"> be</w:t>
      </w:r>
      <w:r>
        <w:t xml:space="preserve"> busier</w:t>
        <w:br/>
        <w:t>更忙</w:t>
      </w:r>
      <w:r>
        <w:t xml:space="preserve"> 先生们</w:t>
        <w:br/>
        <w:t>than</w:t>
      </w:r>
      <w:r>
        <w:t xml:space="preserve"> ever,</w:t>
      </w:r>
      <w:r>
        <w:t xml:space="preserve"> gentlemen.</w:t>
        <w:br/>
        <w:t>再次感谢你们</w:t>
        <w:br/>
        <w:t>Thank</w:t>
      </w:r>
      <w:r>
        <w:t xml:space="preserve"> you</w:t>
      </w:r>
      <w:r>
        <w:t xml:space="preserve"> once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again.</w:t>
        <w:br/>
        <w:t>所有人</w:t>
        <w:br/>
        <w:t>All</w:t>
      </w:r>
      <w:r>
        <w:t xml:space="preserve"> of</w:t>
      </w:r>
      <w:r>
        <w:t xml:space="preserve"> you.</w:t>
        <w:br/>
        <w:t>干得好</w:t>
      </w:r>
      <w:r>
        <w:t xml:space="preserve"> 斯嘉丽小姐</w:t>
      </w:r>
      <w:r>
        <w:t xml:space="preserve"> 干得好</w:t>
        <w:br/>
        <w:t>Well</w:t>
      </w:r>
      <w:r>
        <w:t xml:space="preserve"> done,</w:t>
      </w:r>
      <w:r>
        <w:t xml:space="preserve"> Miss</w:t>
      </w:r>
      <w:r>
        <w:t xml:space="preserve"> Scarlet.</w:t>
      </w:r>
      <w:r>
        <w:t xml:space="preserve"> Well</w:t>
      </w:r>
      <w:r>
        <w:t xml:space="preserve"> done!</w:t>
        <w:br/>
        <w:t>这是我们迄今为止业务最好的一个季度</w:t>
        <w:br/>
        <w:t>It's</w:t>
      </w:r>
      <w:r>
        <w:t xml:space="preserve"> been</w:t>
      </w:r>
      <w:r>
        <w:t xml:space="preserve"> our</w:t>
      </w:r>
      <w:r>
        <w:t xml:space="preserve"> strongest</w:t>
      </w:r>
      <w:r>
        <w:t xml:space="preserve"> quarter</w:t>
      </w:r>
      <w:r>
        <w:t xml:space="preserve"> yet.</w:t>
        <w:br/>
        <w:t>八起费用已结清的案子</w:t>
        <w:br/>
        <w:t>Eight-payments</w:t>
      </w:r>
      <w:r>
        <w:t xml:space="preserve"> of</w:t>
      </w:r>
      <w:r>
        <w:t xml:space="preserve"> completion,</w:t>
        <w:br/>
        <w:t>六起还在服务中</w:t>
        <w:br/>
        <w:t>six</w:t>
      </w:r>
      <w:r>
        <w:t xml:space="preserve"> engagements</w:t>
      </w:r>
      <w:r>
        <w:t xml:space="preserve"> of</w:t>
      </w:r>
      <w:r>
        <w:t xml:space="preserve"> service,</w:t>
        <w:br/>
        <w:t>这甚至还没包括三起</w:t>
        <w:br/>
        <w:t>and</w:t>
      </w:r>
      <w:r>
        <w:t xml:space="preserve"> that's</w:t>
      </w:r>
      <w:r>
        <w:t xml:space="preserve"> not</w:t>
      </w:r>
      <w:r>
        <w:t xml:space="preserve"> including</w:t>
      </w:r>
      <w:r>
        <w:t xml:space="preserve"> the</w:t>
      </w:r>
      <w:r>
        <w:t xml:space="preserve"> three</w:t>
        <w:br/>
        <w:t>今天早上刚接手的案子</w:t>
        <w:br/>
        <w:t>that</w:t>
      </w:r>
      <w:r>
        <w:t xml:space="preserve"> came</w:t>
      </w:r>
      <w:r>
        <w:t xml:space="preserve"> in</w:t>
      </w:r>
      <w:r>
        <w:t xml:space="preserve"> this</w:t>
      </w:r>
      <w:r>
        <w:t xml:space="preserve"> morning.</w:t>
        <w:br/>
        <w:t>你雇的人活都干的不错</w:t>
        <w:br/>
        <w:t>The</w:t>
      </w:r>
      <w:r>
        <w:t xml:space="preserve"> men</w:t>
      </w:r>
      <w:r>
        <w:t xml:space="preserve"> you've</w:t>
      </w:r>
      <w:r>
        <w:t xml:space="preserve"> hired</w:t>
      </w:r>
      <w:r>
        <w:t xml:space="preserve"> are</w:t>
      </w:r>
      <w:r>
        <w:t xml:space="preserve"> working</w:t>
      </w:r>
      <w:r>
        <w:t xml:space="preserve"> well.</w:t>
        <w:br/>
        <w:t>对了</w:t>
      </w:r>
      <w:r>
        <w:t xml:space="preserve"> 加班费真的有必要吗</w:t>
        <w:br/>
        <w:t>Yeah,</w:t>
      </w:r>
      <w:r>
        <w:t xml:space="preserve"> are</w:t>
      </w:r>
      <w:r>
        <w:t xml:space="preserve"> the</w:t>
      </w:r>
      <w:r>
        <w:t xml:space="preserve"> overtime</w:t>
      </w:r>
      <w:r>
        <w:t xml:space="preserve"> payments</w:t>
      </w:r>
      <w:r>
        <w:t xml:space="preserve"> strictly</w:t>
      </w:r>
      <w:r>
        <w:t xml:space="preserve"> necessary?</w:t>
        <w:br/>
        <w:t>这对鼓舞士气有好处</w:t>
        <w:br/>
        <w:t>Well,</w:t>
      </w:r>
      <w:r>
        <w:t xml:space="preserve"> it's</w:t>
      </w:r>
      <w:r>
        <w:t xml:space="preserve"> good</w:t>
      </w:r>
      <w:r>
        <w:t xml:space="preserve"> for</w:t>
      </w:r>
      <w:r>
        <w:t xml:space="preserve"> morale.</w:t>
        <w:br/>
        <w:t>而且你说过我们付得起的</w:t>
        <w:br/>
        <w:t>And</w:t>
      </w:r>
      <w:r>
        <w:t xml:space="preserve"> you</w:t>
      </w:r>
      <w:r>
        <w:t xml:space="preserve"> did</w:t>
      </w:r>
      <w:r>
        <w:t xml:space="preserve"> say</w:t>
      </w:r>
      <w:r>
        <w:t xml:space="preserve"> that</w:t>
      </w:r>
      <w:r>
        <w:t xml:space="preserve"> we</w:t>
      </w:r>
      <w:r>
        <w:t xml:space="preserve"> could</w:t>
      </w:r>
      <w:r>
        <w:t xml:space="preserve"> afford</w:t>
      </w:r>
      <w:r>
        <w:t xml:space="preserve"> it.</w:t>
        <w:br/>
        <w:t>我们是可以</w:t>
      </w:r>
      <w:r>
        <w:t xml:space="preserve"> 只是</w:t>
        <w:br/>
        <w:t>We</w:t>
      </w:r>
      <w:r>
        <w:t xml:space="preserve"> can,</w:t>
      </w:r>
      <w:r>
        <w:t xml:space="preserve"> just.</w:t>
        <w:br/>
        <w:t>他可没对我这么慷慨过</w:t>
        <w:br/>
        <w:t>He</w:t>
      </w:r>
      <w:r>
        <w:t xml:space="preserve"> was</w:t>
      </w:r>
      <w:r>
        <w:t xml:space="preserve"> never</w:t>
      </w:r>
      <w:r>
        <w:t xml:space="preserve"> this</w:t>
      </w:r>
      <w:r>
        <w:t xml:space="preserve"> generous</w:t>
      </w:r>
      <w:r>
        <w:t xml:space="preserve"> with</w:t>
      </w:r>
      <w:r>
        <w:t xml:space="preserve"> me.</w:t>
        <w:br/>
        <w:t>Mr.Scrooge</w:t>
      </w:r>
      <w:r>
        <w:t xml:space="preserve"> 狄更斯小说中《圣诞欢歌&amp;hearts;》的主角</w:t>
      </w:r>
      <w:r>
        <w:t xml:space="preserve"> 一个冷酷无情的守财奴</w:t>
        <w:br/>
        <w:t>你治好了我们的守财奴</w:t>
        <w:br/>
        <w:t>I</w:t>
      </w:r>
      <w:r>
        <w:t xml:space="preserve"> believe</w:t>
      </w:r>
      <w:r>
        <w:t xml:space="preserve"> you've</w:t>
      </w:r>
      <w:r>
        <w:t xml:space="preserve"> cured</w:t>
      </w:r>
      <w:r>
        <w:t xml:space="preserve"> our</w:t>
      </w:r>
      <w:r>
        <w:t xml:space="preserve"> Mr.</w:t>
      </w:r>
      <w:r>
        <w:t xml:space="preserve"> Scrooge.</w:t>
        <w:br/>
        <w:t>又或者三位已故会计师的</w:t>
        <w:br/>
        <w:t>Or</w:t>
      </w:r>
      <w:r>
        <w:t xml:space="preserve"> perhaps</w:t>
      </w:r>
      <w:r>
        <w:t xml:space="preserve"> you</w:t>
      </w:r>
      <w:r>
        <w:t xml:space="preserve"> were</w:t>
      </w:r>
      <w:r>
        <w:t xml:space="preserve"> visited</w:t>
        <w:br/>
        <w:t>鬼魂来找过你了</w:t>
        <w:br/>
        <w:t>by</w:t>
      </w:r>
      <w:r>
        <w:t xml:space="preserve"> the</w:t>
      </w:r>
      <w:r>
        <w:t xml:space="preserve"> ghosts</w:t>
      </w:r>
      <w:r>
        <w:t xml:space="preserve"> of</w:t>
      </w:r>
      <w:r>
        <w:t xml:space="preserve"> three</w:t>
      </w:r>
      <w:r>
        <w:t xml:space="preserve"> dead</w:t>
      </w:r>
      <w:r>
        <w:t xml:space="preserve"> accountants.</w:t>
        <w:br/>
        <w:t>呵呵</w:t>
      </w:r>
      <w:r>
        <w:t xml:space="preserve"> 还有其他事吗</w:t>
        <w:br/>
        <w:t>Any</w:t>
      </w:r>
      <w:r>
        <w:t xml:space="preserve"> other</w:t>
      </w:r>
      <w:r>
        <w:t xml:space="preserve"> business?</w:t>
        <w:br/>
        <w:t>有</w:t>
        <w:br/>
        <w:t>Yes.</w:t>
        <w:br/>
        <w:t>我已经决定这周末</w:t>
        <w:br/>
        <w:t>I've</w:t>
      </w:r>
      <w:r>
        <w:t xml:space="preserve"> decided</w:t>
      </w:r>
      <w:r>
        <w:t xml:space="preserve"> to</w:t>
      </w:r>
      <w:r>
        <w:t xml:space="preserve"> return</w:t>
      </w:r>
      <w:r>
        <w:t xml:space="preserve"> to</w:t>
      </w:r>
      <w:r>
        <w:t xml:space="preserve"> Paris</w:t>
        <w:br/>
        <w:t>回巴黎去了</w:t>
        <w:br/>
        <w:t>at</w:t>
      </w:r>
      <w:r>
        <w:t xml:space="preserve"> the</w:t>
      </w:r>
      <w:r>
        <w:t xml:space="preserve"> end</w:t>
      </w:r>
      <w:r>
        <w:t xml:space="preserve"> of</w:t>
      </w:r>
      <w:r>
        <w:t xml:space="preserve"> the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week.</w:t>
        <w:br/>
        <w:t>好吧</w:t>
      </w:r>
      <w:r>
        <w:t xml:space="preserve"> 我们会想你的</w:t>
      </w:r>
      <w:r>
        <w:t xml:space="preserve"> 帕特里克</w:t>
        <w:br/>
        <w:t>Well,</w:t>
      </w:r>
      <w:r>
        <w:t xml:space="preserve"> you</w:t>
      </w:r>
      <w:r>
        <w:t xml:space="preserve"> will,</w:t>
      </w:r>
      <w:r>
        <w:t xml:space="preserve"> of</w:t>
      </w:r>
      <w:r>
        <w:t xml:space="preserve"> course,</w:t>
      </w:r>
      <w:r>
        <w:t xml:space="preserve"> be</w:t>
      </w:r>
      <w:r>
        <w:t xml:space="preserve"> missed,</w:t>
      </w:r>
      <w:r>
        <w:t xml:space="preserve"> Patrick,</w:t>
        <w:br/>
        <w:t>但也感谢你对我有信心</w:t>
        <w:br/>
        <w:t>but</w:t>
      </w:r>
      <w:r>
        <w:t xml:space="preserve"> I</w:t>
      </w:r>
      <w:r>
        <w:t xml:space="preserve"> appreciate</w:t>
      </w:r>
      <w:r>
        <w:t xml:space="preserve"> the</w:t>
      </w:r>
      <w:r>
        <w:t xml:space="preserve"> show</w:t>
      </w:r>
      <w:r>
        <w:t xml:space="preserve"> of</w:t>
      </w:r>
      <w:r>
        <w:t xml:space="preserve"> faith.</w:t>
        <w:br/>
        <w:t>我会帮您预定好座位的</w:t>
        <w:br/>
        <w:t>I'll</w:t>
      </w:r>
      <w:r>
        <w:t xml:space="preserve"> make</w:t>
      </w:r>
      <w:r>
        <w:t xml:space="preserve"> your</w:t>
      </w:r>
      <w:r>
        <w:t xml:space="preserve"> travel</w:t>
      </w:r>
      <w:r>
        <w:t xml:space="preserve"> arrangements.</w:t>
        <w:br/>
        <w:t>您肯定要头等座</w:t>
      </w:r>
      <w:r>
        <w:t xml:space="preserve"> 作为-你说对了</w:t>
        <w:br/>
        <w:t>I</w:t>
      </w:r>
      <w:r>
        <w:t xml:space="preserve"> assume</w:t>
      </w:r>
      <w:r>
        <w:t xml:space="preserve"> it</w:t>
      </w:r>
      <w:r>
        <w:t xml:space="preserve"> must</w:t>
      </w:r>
      <w:r>
        <w:t xml:space="preserve"> be</w:t>
      </w:r>
      <w:r>
        <w:t xml:space="preserve"> first-class,</w:t>
      </w:r>
      <w:r>
        <w:t xml:space="preserve"> as-</w:t>
      </w:r>
      <w:r>
        <w:t xml:space="preserve"> correct.</w:t>
      </w:r>
      <w:r>
        <w:t xml:space="preserve"> You</w:t>
      </w:r>
      <w:r>
        <w:t xml:space="preserve"> assume</w:t>
      </w:r>
      <w:r>
        <w:t xml:space="preserve"> correctly.</w:t>
        <w:br/>
        <w:t>你看起来很累</w:t>
        <w:br/>
        <w:t>You</w:t>
      </w:r>
      <w:r>
        <w:t xml:space="preserve"> look</w:t>
      </w:r>
      <w:r>
        <w:t xml:space="preserve"> tired.</w:t>
        <w:br/>
        <w:t>谢谢你的关心-我一点也不惊讶</w:t>
        <w:br/>
        <w:t>Thank</w:t>
      </w:r>
      <w:r>
        <w:t xml:space="preserve"> you</w:t>
      </w:r>
      <w:r>
        <w:t xml:space="preserve"> for</w:t>
      </w:r>
      <w:r>
        <w:t xml:space="preserve"> that.</w:t>
      </w:r>
      <w:r>
        <w:t xml:space="preserve"> I'm</w:t>
      </w:r>
      <w:r>
        <w:t xml:space="preserve"> not</w:t>
      </w:r>
      <w:r>
        <w:t xml:space="preserve"> surprised.</w:t>
        <w:br/>
        <w:t>你前几个月一直</w:t>
        <w:br/>
        <w:t>You've</w:t>
      </w:r>
      <w:r>
        <w:t xml:space="preserve"> been</w:t>
      </w:r>
      <w:r>
        <w:t xml:space="preserve"> working</w:t>
      </w:r>
      <w:r>
        <w:t xml:space="preserve"> seven</w:t>
      </w:r>
      <w:r>
        <w:t xml:space="preserve"> days</w:t>
      </w:r>
      <w:r>
        <w:t xml:space="preserve"> a</w:t>
      </w:r>
      <w:r>
        <w:t xml:space="preserve"> week</w:t>
        <w:br/>
        <w:t>每周工作七天</w:t>
        <w:br/>
        <w:t>for</w:t>
      </w:r>
      <w:r>
        <w:t xml:space="preserve"> the</w:t>
      </w:r>
      <w:r>
        <w:t xml:space="preserve"> last</w:t>
      </w:r>
      <w:r>
        <w:t xml:space="preserve"> couple</w:t>
      </w:r>
      <w:r>
        <w:t xml:space="preserve"> of</w:t>
      </w:r>
      <w:r>
        <w:t xml:space="preserve"> months.</w:t>
        <w:br/>
        <w:t>你这个下午应该好好休息</w:t>
        <w:br/>
        <w:t>You</w:t>
      </w:r>
      <w:r>
        <w:t xml:space="preserve"> need</w:t>
      </w:r>
      <w:r>
        <w:t xml:space="preserve"> to</w:t>
      </w:r>
      <w:r>
        <w:t xml:space="preserve"> take</w:t>
      </w:r>
      <w:r>
        <w:t xml:space="preserve"> the</w:t>
      </w:r>
      <w:r>
        <w:t xml:space="preserve"> afternoon</w:t>
      </w:r>
      <w:r>
        <w:t xml:space="preserve"> off.</w:t>
        <w:br/>
        <w:t>我有很多事情要做</w:t>
        <w:br/>
        <w:t>I</w:t>
      </w:r>
      <w:r>
        <w:t xml:space="preserve"> have</w:t>
      </w:r>
      <w:r>
        <w:t xml:space="preserve"> too</w:t>
      </w:r>
      <w:r>
        <w:t xml:space="preserve"> much</w:t>
      </w:r>
      <w:r>
        <w:t xml:space="preserve"> work.</w:t>
        <w:br/>
        <w:t>瞎说</w:t>
        <w:br/>
        <w:t>Nonsense.</w:t>
        <w:br/>
        <w:t>你得找点乐子</w:t>
        <w:br/>
        <w:t>You</w:t>
      </w:r>
      <w:r>
        <w:t xml:space="preserve"> need</w:t>
      </w:r>
      <w:r>
        <w:t xml:space="preserve"> some</w:t>
      </w:r>
      <w:r>
        <w:t xml:space="preserve"> fun.</w:t>
        <w:br/>
        <w:t>我正好有票</w:t>
        <w:br/>
        <w:t>And</w:t>
      </w:r>
      <w:r>
        <w:t xml:space="preserve"> I</w:t>
      </w:r>
      <w:r>
        <w:t xml:space="preserve"> have</w:t>
      </w:r>
      <w:r>
        <w:t xml:space="preserve"> just</w:t>
      </w:r>
      <w:r>
        <w:t xml:space="preserve"> the</w:t>
      </w:r>
      <w:r>
        <w:t xml:space="preserve"> ticket.</w:t>
        <w:br/>
        <w:t>拿好你的东西</w:t>
      </w:r>
      <w:r>
        <w:t xml:space="preserve"> 我们要去看比赛</w:t>
        <w:br/>
        <w:t>Get</w:t>
      </w:r>
      <w:r>
        <w:t xml:space="preserve"> your</w:t>
      </w:r>
      <w:r>
        <w:t xml:space="preserve"> things-</w:t>
      </w:r>
      <w:r>
        <w:t xml:space="preserve"> we're</w:t>
      </w:r>
      <w:r>
        <w:t xml:space="preserve"> going</w:t>
      </w:r>
      <w:r>
        <w:t xml:space="preserve"> to</w:t>
      </w:r>
      <w:r>
        <w:t xml:space="preserve"> the</w:t>
      </w:r>
      <w:r>
        <w:t xml:space="preserve"> races.</w:t>
        <w:br/>
        <w:t>什么比赛</w:t>
        <w:br/>
        <w:t>The</w:t>
      </w:r>
      <w:r>
        <w:t xml:space="preserve"> races?</w:t>
        <w:br/>
        <w:t>赛马</w:t>
      </w:r>
      <w:r>
        <w:t xml:space="preserve"> 如果现在就走</w:t>
        <w:br/>
        <w:t>Horses-</w:t>
      </w:r>
      <w:r>
        <w:t xml:space="preserve"> if</w:t>
      </w:r>
      <w:r>
        <w:t xml:space="preserve"> we</w:t>
      </w:r>
      <w:r>
        <w:t xml:space="preserve"> leave</w:t>
      </w:r>
      <w:r>
        <w:t xml:space="preserve"> now,</w:t>
        <w:br/>
        <w:t>我们还能赶上埃普索姆2点举&amp;hearts;行&amp;hearts;的障碍赛</w:t>
        <w:br/>
        <w:t>we'll</w:t>
      </w:r>
      <w:r>
        <w:t xml:space="preserve"> get</w:t>
      </w:r>
      <w:r>
        <w:t xml:space="preserve"> to</w:t>
      </w:r>
      <w:r>
        <w:t xml:space="preserve"> Epsom</w:t>
      </w:r>
      <w:r>
        <w:t xml:space="preserve"> for</w:t>
      </w:r>
      <w:r>
        <w:t xml:space="preserve"> the</w:t>
      </w:r>
      <w:r>
        <w:t xml:space="preserve"> 2:</w:t>
      </w:r>
      <w:r>
        <w:t xml:space="preserve"> 00</w:t>
      </w:r>
      <w:r>
        <w:t xml:space="preserve"> steeplechase.</w:t>
        <w:br/>
        <w:t>不了</w:t>
      </w:r>
      <w:r>
        <w:t xml:space="preserve"> 我不喜欢赌博</w:t>
        <w:br/>
        <w:t>No-</w:t>
      </w:r>
      <w:r>
        <w:t xml:space="preserve"> I</w:t>
      </w:r>
      <w:r>
        <w:t xml:space="preserve"> don't</w:t>
      </w:r>
      <w:r>
        <w:t xml:space="preserve"> like</w:t>
      </w:r>
      <w:r>
        <w:t xml:space="preserve"> gambling.</w:t>
        <w:br/>
        <w:t>你是我见过最像一个天生赌徒的</w:t>
        <w:br/>
        <w:t>You</w:t>
      </w:r>
      <w:r>
        <w:t xml:space="preserve"> are</w:t>
      </w:r>
      <w:r>
        <w:t xml:space="preserve"> the</w:t>
      </w:r>
      <w:r>
        <w:t xml:space="preserve"> most</w:t>
      </w:r>
      <w:r>
        <w:t xml:space="preserve"> natural</w:t>
      </w:r>
      <w:r>
        <w:t xml:space="preserve"> gambler</w:t>
      </w:r>
      <w:r>
        <w:t xml:space="preserve"> I've</w:t>
      </w:r>
      <w:r>
        <w:t xml:space="preserve"> ever</w:t>
      </w:r>
      <w:r>
        <w:t xml:space="preserve"> met.</w:t>
        <w:br/>
        <w:t>赚了钱但不去输钱</w:t>
        <w:br/>
        <w:t>And</w:t>
      </w:r>
      <w:r>
        <w:t xml:space="preserve"> what's</w:t>
      </w:r>
      <w:r>
        <w:t xml:space="preserve"> the</w:t>
      </w:r>
      <w:r>
        <w:t xml:space="preserve"> point</w:t>
      </w:r>
      <w:r>
        <w:t xml:space="preserve"> in</w:t>
      </w:r>
      <w:r>
        <w:t xml:space="preserve"> earning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money</w:t>
        <w:br/>
        <w:t>那还有什么意义呢</w:t>
        <w:br/>
        <w:t>if</w:t>
      </w:r>
      <w:r>
        <w:t xml:space="preserve"> you</w:t>
      </w:r>
      <w:r>
        <w:t xml:space="preserve"> can't</w:t>
      </w:r>
      <w:r>
        <w:t xml:space="preserve"> lose</w:t>
      </w:r>
      <w:r>
        <w:t xml:space="preserve"> it?</w:t>
        <w:br/>
        <w:t>所以</w:t>
        <w:br/>
        <w:t>所以是件坏事</w:t>
        <w:br/>
        <w:t>So,</w:t>
      </w:r>
      <w:r>
        <w:t xml:space="preserve"> it's</w:t>
      </w:r>
      <w:r>
        <w:t xml:space="preserve"> a</w:t>
      </w:r>
      <w:r>
        <w:t xml:space="preserve"> bad</w:t>
      </w:r>
      <w:r>
        <w:t xml:space="preserve"> thing.</w:t>
        <w:br/>
        <w:t>我可没说是件坏事</w:t>
        <w:br/>
        <w:t>I</w:t>
      </w:r>
      <w:r>
        <w:t xml:space="preserve"> didn't</w:t>
      </w:r>
      <w:r>
        <w:t xml:space="preserve"> say</w:t>
      </w:r>
      <w:r>
        <w:t xml:space="preserve"> it</w:t>
      </w:r>
      <w:r>
        <w:t xml:space="preserve"> was</w:t>
      </w:r>
      <w:r>
        <w:t xml:space="preserve"> a</w:t>
      </w:r>
      <w:r>
        <w:t xml:space="preserve"> bad</w:t>
      </w:r>
      <w:r>
        <w:t xml:space="preserve"> thing,</w:t>
        <w:br/>
        <w:t>我只是说它不好</w:t>
        <w:br/>
        <w:t>I</w:t>
      </w:r>
      <w:r>
        <w:t xml:space="preserve"> just</w:t>
      </w:r>
      <w:r>
        <w:t xml:space="preserve"> said</w:t>
      </w:r>
      <w:r>
        <w:t xml:space="preserve"> it</w:t>
      </w:r>
      <w:r>
        <w:t xml:space="preserve"> wasn't</w:t>
      </w:r>
      <w:r>
        <w:t xml:space="preserve"> good.</w:t>
        <w:br/>
        <w:t>不是我想深究</w:t>
        <w:br/>
        <w:t>Forgive</w:t>
      </w:r>
      <w:r>
        <w:t xml:space="preserve"> the</w:t>
      </w:r>
      <w:r>
        <w:t xml:space="preserve"> pedantry,</w:t>
        <w:br/>
        <w:t>但这两者有什么区别呢</w:t>
        <w:br/>
        <w:t>but</w:t>
      </w:r>
      <w:r>
        <w:t xml:space="preserve"> what's</w:t>
      </w:r>
      <w:r>
        <w:t xml:space="preserve"> the</w:t>
      </w:r>
      <w:r>
        <w:t xml:space="preserve"> difference?</w:t>
        <w:br/>
        <w:t>件坏事就是你很确定</w:t>
        <w:br/>
        <w:t>A</w:t>
      </w:r>
      <w:r>
        <w:t xml:space="preserve"> bad</w:t>
      </w:r>
      <w:r>
        <w:t xml:space="preserve"> thing</w:t>
      </w:r>
      <w:r>
        <w:t xml:space="preserve"> is</w:t>
      </w:r>
      <w:r>
        <w:t xml:space="preserve"> when</w:t>
      </w:r>
      <w:r>
        <w:t xml:space="preserve"> you</w:t>
      </w:r>
      <w:r>
        <w:t xml:space="preserve"> know</w:t>
        <w:br/>
        <w:t>它是坏事</w:t>
      </w:r>
      <w:r>
        <w:t xml:space="preserve"> 你有证据</w:t>
        <w:br/>
        <w:t>for</w:t>
      </w:r>
      <w:r>
        <w:t xml:space="preserve"> certain</w:t>
      </w:r>
      <w:r>
        <w:t xml:space="preserve"> it's</w:t>
      </w:r>
      <w:r>
        <w:t xml:space="preserve"> bad,</w:t>
      </w:r>
      <w:r>
        <w:t xml:space="preserve"> you</w:t>
      </w:r>
      <w:r>
        <w:t xml:space="preserve"> have</w:t>
      </w:r>
      <w:r>
        <w:t xml:space="preserve"> proof.</w:t>
        <w:br/>
        <w:t>但如果是不好的事</w:t>
      </w:r>
      <w:r>
        <w:t xml:space="preserve"> 它有可能是坏事</w:t>
        <w:br/>
        <w:t>But</w:t>
      </w:r>
      <w:r>
        <w:t xml:space="preserve"> if</w:t>
      </w:r>
      <w:r>
        <w:t xml:space="preserve"> something</w:t>
      </w:r>
      <w:r>
        <w:t xml:space="preserve"> is</w:t>
      </w:r>
      <w:r>
        <w:t xml:space="preserve"> not</w:t>
      </w:r>
      <w:r>
        <w:t xml:space="preserve"> good,</w:t>
      </w:r>
      <w:r>
        <w:t xml:space="preserve"> it</w:t>
      </w:r>
      <w:r>
        <w:t xml:space="preserve"> means</w:t>
      </w:r>
      <w:r>
        <w:t xml:space="preserve"> it</w:t>
      </w:r>
      <w:r>
        <w:t xml:space="preserve"> might</w:t>
      </w:r>
      <w:r>
        <w:t xml:space="preserve"> be</w:t>
      </w:r>
      <w:r>
        <w:t xml:space="preserve"> bad,</w:t>
        <w:br/>
        <w:t>但它未必一定就是</w:t>
      </w:r>
      <w:r>
        <w:t xml:space="preserve"> 至少目前为止</w:t>
        <w:br/>
        <w:t>but</w:t>
      </w:r>
      <w:r>
        <w:t xml:space="preserve"> you</w:t>
      </w:r>
      <w:r>
        <w:t xml:space="preserve"> don't</w:t>
      </w:r>
      <w:r>
        <w:t xml:space="preserve"> know</w:t>
      </w:r>
      <w:r>
        <w:t xml:space="preserve"> for</w:t>
      </w:r>
      <w:r>
        <w:t xml:space="preserve"> sure-</w:t>
      </w:r>
      <w:r>
        <w:t xml:space="preserve"> yet.</w:t>
        <w:br/>
        <w:t>好吧</w:t>
      </w:r>
      <w:r>
        <w:t xml:space="preserve"> 这下说的通了</w:t>
      </w:r>
      <w:r>
        <w:t xml:space="preserve"> 可能吧</w:t>
        <w:br/>
        <w:t>Right,</w:t>
      </w:r>
      <w:r>
        <w:t xml:space="preserve"> that</w:t>
      </w:r>
      <w:r>
        <w:t xml:space="preserve"> makes</w:t>
      </w:r>
      <w:r>
        <w:t xml:space="preserve"> sense-</w:t>
      </w:r>
      <w:r>
        <w:t xml:space="preserve"> I</w:t>
      </w:r>
      <w:r>
        <w:t xml:space="preserve"> think.</w:t>
        <w:br/>
        <w:t>现在公爵已经消失了快两个月</w:t>
        <w:br/>
        <w:t>And</w:t>
      </w:r>
      <w:r>
        <w:t xml:space="preserve"> with</w:t>
      </w:r>
      <w:r>
        <w:t xml:space="preserve"> Duke</w:t>
      </w:r>
      <w:r>
        <w:t xml:space="preserve"> gone</w:t>
      </w:r>
      <w:r>
        <w:t xml:space="preserve"> for</w:t>
      </w:r>
      <w:r>
        <w:t xml:space="preserve"> the</w:t>
      </w:r>
      <w:r>
        <w:t xml:space="preserve"> best</w:t>
      </w:r>
      <w:r>
        <w:t xml:space="preserve"> part</w:t>
      </w:r>
      <w:r>
        <w:t xml:space="preserve"> of</w:t>
      </w:r>
      <w:r>
        <w:t xml:space="preserve"> two</w:t>
      </w:r>
      <w:r>
        <w:t xml:space="preserve"> months</w:t>
      </w:r>
      <w:r>
        <w:t xml:space="preserve"> now,</w:t>
        <w:br/>
        <w:t>他们还没说谁来顶替他</w:t>
      </w:r>
      <w:r>
        <w:t xml:space="preserve"> 这不妙啊</w:t>
        <w:br/>
        <w:t>it's</w:t>
      </w:r>
      <w:r>
        <w:t xml:space="preserve"> not</w:t>
      </w:r>
      <w:r>
        <w:t xml:space="preserve"> good</w:t>
      </w:r>
      <w:r>
        <w:t xml:space="preserve"> they</w:t>
      </w:r>
      <w:r>
        <w:t xml:space="preserve"> haven't</w:t>
      </w:r>
      <w:r>
        <w:t xml:space="preserve"> said</w:t>
      </w:r>
      <w:r>
        <w:t xml:space="preserve"> who's</w:t>
      </w:r>
      <w:r>
        <w:t xml:space="preserve"> covering</w:t>
      </w:r>
      <w:r>
        <w:t xml:space="preserve"> for</w:t>
      </w:r>
      <w:r>
        <w:t xml:space="preserve"> him.</w:t>
        <w:br/>
        <w:t>有消息说</w:t>
      </w:r>
      <w:r>
        <w:t xml:space="preserve"> 他们想用</w:t>
        <w:br/>
        <w:t>And</w:t>
      </w:r>
      <w:r>
        <w:t xml:space="preserve"> the</w:t>
      </w:r>
      <w:r>
        <w:t xml:space="preserve"> word</w:t>
      </w:r>
      <w:r>
        <w:t xml:space="preserve"> is,</w:t>
      </w:r>
      <w:r>
        <w:t xml:space="preserve"> they're</w:t>
      </w:r>
      <w:r>
        <w:t xml:space="preserve"> looking</w:t>
      </w:r>
      <w:r>
        <w:t xml:space="preserve"> at</w:t>
      </w:r>
      <w:r>
        <w:t xml:space="preserve"> someone</w:t>
        <w:br/>
        <w:t>不在部门里的人</w:t>
      </w:r>
      <w:r>
        <w:t xml:space="preserve"> 比如那个小白脸</w:t>
        <w:br/>
        <w:t>from</w:t>
      </w:r>
      <w:r>
        <w:t xml:space="preserve"> outside</w:t>
      </w:r>
      <w:r>
        <w:t xml:space="preserve"> the</w:t>
      </w:r>
      <w:r>
        <w:t xml:space="preserve"> department</w:t>
      </w:r>
      <w:r>
        <w:t xml:space="preserve"> like</w:t>
      </w:r>
      <w:r>
        <w:t xml:space="preserve"> that</w:t>
      </w:r>
      <w:r>
        <w:t xml:space="preserve"> posh</w:t>
      </w:r>
      <w:r>
        <w:t xml:space="preserve"> boy,</w:t>
        <w:br/>
        <w:t>从爱尔兰分部来的哈德森</w:t>
        <w:br/>
        <w:t>Hudson,</w:t>
      </w:r>
      <w:r>
        <w:t xml:space="preserve"> from</w:t>
      </w:r>
      <w:r>
        <w:t xml:space="preserve"> the</w:t>
      </w:r>
      <w:r>
        <w:t xml:space="preserve"> Irish</w:t>
      </w:r>
      <w:r>
        <w:t xml:space="preserve"> Branch.</w:t>
        <w:br/>
        <w:t>你说不会是哈德森吧</w:t>
        <w:br/>
        <w:t>You</w:t>
      </w:r>
      <w:r>
        <w:t xml:space="preserve"> don't</w:t>
      </w:r>
      <w:r>
        <w:t xml:space="preserve"> think</w:t>
      </w:r>
      <w:r>
        <w:t xml:space="preserve"> it'll</w:t>
      </w:r>
      <w:r>
        <w:t xml:space="preserve"> be</w:t>
      </w:r>
      <w:r>
        <w:t xml:space="preserve"> Hudson,</w:t>
      </w:r>
      <w:r>
        <w:t xml:space="preserve"> do</w:t>
      </w:r>
      <w:r>
        <w:t xml:space="preserve"> you?</w:t>
        <w:br/>
        <w:t>谁知道呢</w:t>
      </w:r>
      <w:r>
        <w:t xml:space="preserve"> 我只知道</w:t>
        <w:br/>
        <w:t>God</w:t>
      </w:r>
      <w:r>
        <w:t xml:space="preserve"> knows-</w:t>
      </w:r>
      <w:r>
        <w:t xml:space="preserve"> all</w:t>
      </w:r>
      <w:r>
        <w:t xml:space="preserve"> I</w:t>
      </w:r>
      <w:r>
        <w:t xml:space="preserve"> know</w:t>
      </w:r>
      <w:r>
        <w:t xml:space="preserve"> is,</w:t>
        <w:br/>
        <w:t>他们没找我顶替</w:t>
        <w:br/>
        <w:t>they</w:t>
      </w:r>
      <w:r>
        <w:t xml:space="preserve"> ain't</w:t>
      </w:r>
      <w:r>
        <w:t xml:space="preserve"> given</w:t>
      </w:r>
      <w:r>
        <w:t xml:space="preserve"> me</w:t>
      </w:r>
      <w:r>
        <w:t xml:space="preserve"> the</w:t>
      </w:r>
      <w:r>
        <w:t xml:space="preserve"> nod.</w:t>
        <w:br/>
        <w:t>the</w:t>
      </w:r>
      <w:r>
        <w:t xml:space="preserve"> Masons</w:t>
      </w:r>
      <w:r>
        <w:t xml:space="preserve"> 一个会所遍布全球的兄弟会组织</w:t>
      </w:r>
      <w:r>
        <w:t xml:space="preserve"> 1717年创立并起源于英格兰</w:t>
        <w:br/>
        <w:t>我就知道我应该加入共济会的</w:t>
        <w:br/>
        <w:t>I</w:t>
      </w:r>
      <w:r>
        <w:t xml:space="preserve"> knew</w:t>
      </w:r>
      <w:r>
        <w:t xml:space="preserve"> I</w:t>
      </w:r>
      <w:r>
        <w:t xml:space="preserve"> should've</w:t>
      </w:r>
      <w:r>
        <w:t xml:space="preserve"> joined</w:t>
      </w:r>
      <w:r>
        <w:t xml:space="preserve"> the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Masons.</w:t>
        <w:br/>
        <w:t>使用致命武器袭击追回被盗物品</w:t>
        <w:br/>
        <w:t>Assault</w:t>
      </w:r>
      <w:r>
        <w:t xml:space="preserve"> with</w:t>
      </w:r>
      <w:r>
        <w:t xml:space="preserve"> a</w:t>
      </w:r>
      <w:r>
        <w:t xml:space="preserve"> deadly</w:t>
      </w:r>
      <w:r>
        <w:t xml:space="preserve"> weapon,</w:t>
      </w:r>
      <w:r>
        <w:t xml:space="preserve"> retrieval</w:t>
      </w:r>
      <w:r>
        <w:t xml:space="preserve"> of</w:t>
      </w:r>
      <w:r>
        <w:t xml:space="preserve"> stolen</w:t>
      </w:r>
      <w:r>
        <w:t xml:space="preserve"> goods,</w:t>
        <w:br/>
        <w:t>和未回应法&amp;hearts;院&amp;hearts;传票</w:t>
        <w:br/>
        <w:t>and</w:t>
      </w:r>
      <w:r>
        <w:t xml:space="preserve"> failure</w:t>
      </w:r>
      <w:r>
        <w:t xml:space="preserve"> to</w:t>
      </w:r>
      <w:r>
        <w:t xml:space="preserve"> answer</w:t>
      </w:r>
      <w:r>
        <w:t xml:space="preserve"> a</w:t>
      </w:r>
      <w:r>
        <w:t xml:space="preserve"> court</w:t>
      </w:r>
      <w:r>
        <w:t xml:space="preserve"> summons.</w:t>
        <w:br/>
        <w:t>还有</w:t>
      </w:r>
      <w:r>
        <w:t xml:space="preserve"> 不知道你是否可以用这个起诉他</w:t>
        <w:br/>
        <w:t>And</w:t>
      </w:r>
      <w:r>
        <w:t xml:space="preserve"> I</w:t>
      </w:r>
      <w:r>
        <w:t xml:space="preserve"> don't</w:t>
      </w:r>
      <w:r>
        <w:t xml:space="preserve"> know</w:t>
      </w:r>
      <w:r>
        <w:t xml:space="preserve"> if</w:t>
      </w:r>
      <w:r>
        <w:t xml:space="preserve"> you</w:t>
      </w:r>
      <w:r>
        <w:t xml:space="preserve"> can</w:t>
      </w:r>
      <w:r>
        <w:t xml:space="preserve"> charge</w:t>
      </w:r>
      <w:r>
        <w:t xml:space="preserve"> him</w:t>
      </w:r>
      <w:r>
        <w:t xml:space="preserve"> with</w:t>
      </w:r>
      <w:r>
        <w:t xml:space="preserve"> this,</w:t>
        <w:br/>
        <w:t>他臭得像个夏天里的化粪池</w:t>
        <w:br/>
        <w:t>but</w:t>
      </w:r>
      <w:r>
        <w:t xml:space="preserve"> he</w:t>
      </w:r>
      <w:r>
        <w:t xml:space="preserve"> smells</w:t>
      </w:r>
      <w:r>
        <w:t xml:space="preserve"> like</w:t>
      </w:r>
      <w:r>
        <w:t xml:space="preserve"> a</w:t>
      </w:r>
      <w:r>
        <w:t xml:space="preserve"> cesspit</w:t>
      </w:r>
      <w:r>
        <w:t xml:space="preserve"> in</w:t>
      </w:r>
      <w:r>
        <w:t xml:space="preserve"> summer.</w:t>
        <w:br/>
        <w:t>你&amp;hearts;爸&amp;hearts;跟你提过这里负责人的工作给谁了吗</w:t>
        <w:br/>
        <w:t>You</w:t>
      </w:r>
      <w:r>
        <w:t xml:space="preserve"> heard</w:t>
      </w:r>
      <w:r>
        <w:t xml:space="preserve"> anything</w:t>
      </w:r>
      <w:r>
        <w:t xml:space="preserve"> about</w:t>
      </w:r>
      <w:r>
        <w:t xml:space="preserve"> that</w:t>
      </w:r>
      <w:r>
        <w:t xml:space="preserve"> skipper's</w:t>
      </w:r>
      <w:r>
        <w:t xml:space="preserve"> job</w:t>
      </w:r>
      <w:r>
        <w:t xml:space="preserve"> from</w:t>
      </w:r>
      <w:r>
        <w:t xml:space="preserve"> Daddy?</w:t>
        <w:br/>
        <w:t>我真的希望人们不要再问我关于我父亲的事了</w:t>
        <w:br/>
        <w:t>I</w:t>
      </w:r>
      <w:r>
        <w:t xml:space="preserve"> do</w:t>
      </w:r>
      <w:r>
        <w:t xml:space="preserve"> wish</w:t>
      </w:r>
      <w:r>
        <w:t xml:space="preserve"> people</w:t>
      </w:r>
      <w:r>
        <w:t xml:space="preserve"> would</w:t>
      </w:r>
      <w:r>
        <w:t xml:space="preserve"> cease</w:t>
      </w:r>
      <w:r>
        <w:t xml:space="preserve"> to</w:t>
      </w:r>
      <w:r>
        <w:t xml:space="preserve"> ask</w:t>
      </w:r>
      <w:r>
        <w:t xml:space="preserve"> me</w:t>
      </w:r>
      <w:r>
        <w:t xml:space="preserve"> about</w:t>
      </w:r>
      <w:r>
        <w:t xml:space="preserve"> my</w:t>
      </w:r>
      <w:r>
        <w:t xml:space="preserve"> father.</w:t>
        <w:br/>
        <w:t>不</w:t>
      </w:r>
      <w:r>
        <w:t xml:space="preserve"> 他什么也没提过</w:t>
        <w:br/>
        <w:t>No,</w:t>
      </w:r>
      <w:r>
        <w:t xml:space="preserve"> he</w:t>
      </w:r>
      <w:r>
        <w:t xml:space="preserve"> has</w:t>
      </w:r>
      <w:r>
        <w:t xml:space="preserve"> not</w:t>
      </w:r>
      <w:r>
        <w:t xml:space="preserve"> spoken</w:t>
      </w:r>
      <w:r>
        <w:t xml:space="preserve"> on</w:t>
      </w:r>
      <w:r>
        <w:t xml:space="preserve"> it.</w:t>
        <w:br/>
        <w:br/>
        <w:t>事实上</w:t>
      </w:r>
      <w:r>
        <w:t xml:space="preserve"> 我们很少说话</w:t>
        <w:br/>
        <w:t>In</w:t>
      </w:r>
      <w:r>
        <w:t xml:space="preserve"> truth,</w:t>
      </w:r>
      <w:r>
        <w:t xml:space="preserve"> we</w:t>
      </w:r>
      <w:r>
        <w:t xml:space="preserve"> rarely</w:t>
      </w:r>
      <w:r>
        <w:t xml:space="preserve"> talk.</w:t>
        <w:br/>
        <w:t>给你</w:t>
      </w:r>
      <w:r>
        <w:t xml:space="preserve"> 先生</w:t>
        <w:br/>
        <w:t>There</w:t>
      </w:r>
      <w:r>
        <w:t xml:space="preserve"> you</w:t>
      </w:r>
      <w:r>
        <w:t xml:space="preserve"> go,</w:t>
      </w:r>
      <w:r>
        <w:t xml:space="preserve"> sir.</w:t>
        <w:br/>
        <w:t>哈德森这事可能只是个谣言而已</w:t>
        <w:br/>
        <w:t>This</w:t>
      </w:r>
      <w:r>
        <w:t xml:space="preserve"> Hudson</w:t>
      </w:r>
      <w:r>
        <w:t xml:space="preserve"> thing</w:t>
      </w:r>
      <w:r>
        <w:t xml:space="preserve"> is</w:t>
      </w:r>
      <w:r>
        <w:t xml:space="preserve"> probably</w:t>
      </w:r>
      <w:r>
        <w:t xml:space="preserve"> just</w:t>
      </w:r>
      <w:r>
        <w:t xml:space="preserve"> a</w:t>
      </w:r>
      <w:r>
        <w:t xml:space="preserve"> rumor.</w:t>
        <w:br/>
        <w:t>不管是不是谣言</w:t>
      </w:r>
      <w:r>
        <w:t xml:space="preserve"> 都该死的让人恼火啊</w:t>
        <w:br/>
        <w:t>Well,</w:t>
      </w:r>
      <w:r>
        <w:t xml:space="preserve"> rumor</w:t>
      </w:r>
      <w:r>
        <w:t xml:space="preserve"> or</w:t>
      </w:r>
      <w:r>
        <w:t xml:space="preserve"> not,</w:t>
      </w:r>
      <w:r>
        <w:t xml:space="preserve"> it's</w:t>
      </w:r>
      <w:r>
        <w:t xml:space="preserve"> bloody</w:t>
      </w:r>
      <w:r>
        <w:t xml:space="preserve"> frustrating.</w:t>
        <w:br/>
        <w:t>有可能他们只是不喜欢你</w:t>
        <w:br/>
        <w:t>Maybe</w:t>
      </w:r>
      <w:r>
        <w:t xml:space="preserve"> they</w:t>
      </w:r>
      <w:r>
        <w:t xml:space="preserve"> just</w:t>
      </w:r>
      <w:r>
        <w:t xml:space="preserve"> don't</w:t>
      </w:r>
      <w:r>
        <w:t xml:space="preserve"> like</w:t>
      </w:r>
      <w:r>
        <w:t xml:space="preserve"> you.</w:t>
        <w:br/>
        <w:t>闭嘴吧</w:t>
      </w:r>
      <w:r>
        <w:t xml:space="preserve"> 你</w:t>
      </w:r>
      <w:r>
        <w:t xml:space="preserve"> 跟我来</w:t>
        <w:br/>
        <w:t>Shut</w:t>
      </w:r>
      <w:r>
        <w:t xml:space="preserve"> your</w:t>
      </w:r>
      <w:r>
        <w:t xml:space="preserve"> mouth,</w:t>
      </w:r>
      <w:r>
        <w:t xml:space="preserve"> you-</w:t>
      </w:r>
      <w:r>
        <w:t xml:space="preserve"> come</w:t>
      </w:r>
      <w:r>
        <w:t xml:space="preserve"> with</w:t>
      </w:r>
      <w:r>
        <w:t xml:space="preserve"> me!</w:t>
        <w:br/>
        <w:t>奥利弗</w:t>
        <w:br/>
        <w:t>Oliver.</w:t>
        <w:br/>
        <w:t>父亲</w:t>
      </w:r>
      <w:r>
        <w:t xml:space="preserve"> 我</w:t>
      </w:r>
      <w:r>
        <w:t xml:space="preserve"> 我不知道你今天要来</w:t>
        <w:br/>
        <w:t>Father,</w:t>
      </w:r>
      <w:r>
        <w:t xml:space="preserve"> I,</w:t>
      </w:r>
      <w:r>
        <w:t xml:space="preserve"> I</w:t>
      </w:r>
      <w:r>
        <w:t xml:space="preserve"> wasn't</w:t>
      </w:r>
      <w:r>
        <w:t xml:space="preserve"> aware</w:t>
      </w:r>
      <w:r>
        <w:t xml:space="preserve"> you</w:t>
      </w:r>
      <w:r>
        <w:t xml:space="preserve"> were</w:t>
      </w:r>
      <w:r>
        <w:t xml:space="preserve"> coming</w:t>
      </w:r>
      <w:r>
        <w:t xml:space="preserve"> in</w:t>
      </w:r>
      <w:r>
        <w:t xml:space="preserve"> today.</w:t>
        <w:br/>
        <w:t>有什么地方可以让我们谈一下的吗</w:t>
        <w:br/>
        <w:t>Is</w:t>
      </w:r>
      <w:r>
        <w:t xml:space="preserve"> there</w:t>
      </w:r>
      <w:r>
        <w:t xml:space="preserve"> somewhere</w:t>
      </w:r>
      <w:r>
        <w:t xml:space="preserve"> we</w:t>
      </w:r>
      <w:r>
        <w:t xml:space="preserve"> can</w:t>
      </w:r>
      <w:r>
        <w:t xml:space="preserve"> talk?</w:t>
        <w:br/>
        <w:t>谢谢</w:t>
        <w:br/>
        <w:t>Thank</w:t>
      </w:r>
      <w:r>
        <w:t xml:space="preserve"> you.</w:t>
        <w:br/>
        <w:t>你喜欢这地方</w:t>
        <w:br/>
        <w:t>You</w:t>
      </w:r>
      <w:r>
        <w:t xml:space="preserve"> like</w:t>
      </w:r>
      <w:r>
        <w:t xml:space="preserve"> this</w:t>
      </w:r>
      <w:r>
        <w:t xml:space="preserve"> place?</w:t>
        <w:br/>
        <w:t>额</w:t>
      </w:r>
      <w:r>
        <w:t xml:space="preserve"> 是有点粗糙</w:t>
      </w:r>
      <w:r>
        <w:t xml:space="preserve"> 但我确实喜欢</w:t>
        <w:br/>
        <w:t>Well,</w:t>
      </w:r>
      <w:r>
        <w:t xml:space="preserve"> it's</w:t>
      </w:r>
      <w:r>
        <w:t xml:space="preserve"> a</w:t>
      </w:r>
      <w:r>
        <w:t xml:space="preserve"> little</w:t>
      </w:r>
      <w:r>
        <w:t xml:space="preserve"> rough</w:t>
      </w:r>
      <w:r>
        <w:t xml:space="preserve"> around</w:t>
      </w:r>
      <w:r>
        <w:t xml:space="preserve"> the</w:t>
      </w:r>
      <w:r>
        <w:t xml:space="preserve"> edges,</w:t>
      </w:r>
      <w:r>
        <w:t xml:space="preserve"> but</w:t>
      </w:r>
      <w:r>
        <w:t xml:space="preserve"> I</w:t>
      </w:r>
      <w:r>
        <w:t xml:space="preserve"> do.</w:t>
        <w:br/>
        <w:t>我们下班后经常来这</w:t>
        <w:br/>
        <w:t>We</w:t>
      </w:r>
      <w:r>
        <w:t xml:space="preserve"> tend</w:t>
      </w:r>
      <w:r>
        <w:t xml:space="preserve"> to</w:t>
      </w:r>
      <w:r>
        <w:t xml:space="preserve"> come</w:t>
      </w:r>
      <w:r>
        <w:t xml:space="preserve"> here</w:t>
      </w:r>
      <w:r>
        <w:t xml:space="preserve"> after</w:t>
      </w:r>
      <w:r>
        <w:t xml:space="preserve"> a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shift.</w:t>
        <w:br/>
        <w:t>好吧</w:t>
        <w:br/>
        <w:t>Well…</w:t>
        <w:br/>
        <w:t>我就长话短说了</w:t>
        <w:br/>
        <w:t>I'll</w:t>
      </w:r>
      <w:r>
        <w:t xml:space="preserve"> make</w:t>
      </w:r>
      <w:r>
        <w:t xml:space="preserve"> it</w:t>
      </w:r>
      <w:r>
        <w:t xml:space="preserve"> brief.</w:t>
        <w:br/>
        <w:t>威灵顿督查人在纽约的时候</w:t>
        <w:br/>
        <w:t>While</w:t>
      </w:r>
      <w:r>
        <w:t xml:space="preserve"> Inspector</w:t>
      </w:r>
      <w:r>
        <w:t xml:space="preserve"> Wellington</w:t>
      </w:r>
      <w:r>
        <w:t xml:space="preserve"> is</w:t>
      </w:r>
      <w:r>
        <w:t xml:space="preserve"> in</w:t>
      </w:r>
      <w:r>
        <w:t xml:space="preserve"> New</w:t>
      </w:r>
      <w:r>
        <w:t xml:space="preserve"> York,</w:t>
        <w:br/>
        <w:t>我们需要一名合适的人选来顶替他的位置</w:t>
        <w:br/>
        <w:t>we</w:t>
      </w:r>
      <w:r>
        <w:t xml:space="preserve"> need</w:t>
      </w:r>
      <w:r>
        <w:t xml:space="preserve"> a</w:t>
      </w:r>
      <w:r>
        <w:t xml:space="preserve"> suitable</w:t>
      </w:r>
      <w:r>
        <w:t xml:space="preserve"> candidate</w:t>
      </w:r>
      <w:r>
        <w:t xml:space="preserve"> to</w:t>
      </w:r>
      <w:r>
        <w:t xml:space="preserve"> carry</w:t>
      </w:r>
      <w:r>
        <w:t xml:space="preserve"> on</w:t>
      </w:r>
      <w:r>
        <w:t xml:space="preserve"> his</w:t>
      </w:r>
      <w:r>
        <w:t xml:space="preserve"> duties.</w:t>
        <w:br/>
        <w:t>我们还没找到合适的人选</w:t>
        <w:br/>
        <w:t>We</w:t>
      </w:r>
      <w:r>
        <w:t xml:space="preserve"> are</w:t>
      </w:r>
      <w:r>
        <w:t xml:space="preserve"> yet</w:t>
      </w:r>
      <w:r>
        <w:t xml:space="preserve"> to</w:t>
      </w:r>
      <w:r>
        <w:t xml:space="preserve"> find</w:t>
      </w:r>
      <w:r>
        <w:t xml:space="preserve"> said</w:t>
      </w:r>
      <w:r>
        <w:t xml:space="preserve"> candidate.</w:t>
        <w:br/>
        <w:t>菲尔普斯警探之前还在说</w:t>
        <w:br/>
        <w:t>Well,</w:t>
      </w:r>
      <w:r>
        <w:t xml:space="preserve"> Detective</w:t>
      </w:r>
      <w:r>
        <w:t xml:space="preserve"> Phelps</w:t>
      </w:r>
      <w:r>
        <w:t xml:space="preserve"> was</w:t>
      </w:r>
      <w:r>
        <w:t xml:space="preserve"> just</w:t>
      </w:r>
      <w:r>
        <w:t xml:space="preserve"> saying…</w:t>
        <w:br/>
        <w:t>不</w:t>
      </w:r>
      <w:r>
        <w:t xml:space="preserve"> 我说需要一个合适的人选</w:t>
        <w:br/>
        <w:t>No,</w:t>
      </w:r>
      <w:r>
        <w:t xml:space="preserve"> I</w:t>
      </w:r>
      <w:r>
        <w:t xml:space="preserve"> said</w:t>
      </w:r>
      <w:r>
        <w:t xml:space="preserve"> a</w:t>
      </w:r>
      <w:r>
        <w:t xml:space="preserve"> suitable</w:t>
      </w:r>
      <w:r>
        <w:t xml:space="preserve"> candidate.</w:t>
        <w:br/>
        <w:t>指的可不是菲尔普斯</w:t>
        <w:br/>
        <w:t>That</w:t>
      </w:r>
      <w:r>
        <w:t xml:space="preserve"> does</w:t>
      </w:r>
      <w:r>
        <w:t xml:space="preserve"> not</w:t>
      </w:r>
      <w:r>
        <w:t xml:space="preserve"> mean</w:t>
      </w:r>
      <w:r>
        <w:t xml:space="preserve"> Phelps.</w:t>
        <w:br/>
        <w:t>但上次威灵顿督查不在的时候也是他暂代的</w:t>
        <w:br/>
        <w:t>But</w:t>
      </w:r>
      <w:r>
        <w:t xml:space="preserve"> he</w:t>
      </w:r>
      <w:r>
        <w:t xml:space="preserve"> acted</w:t>
      </w:r>
      <w:r>
        <w:t xml:space="preserve"> up</w:t>
      </w:r>
      <w:r>
        <w:t xml:space="preserve"> the</w:t>
      </w:r>
      <w:r>
        <w:t xml:space="preserve"> last</w:t>
      </w:r>
      <w:r>
        <w:t xml:space="preserve"> time</w:t>
      </w:r>
      <w:r>
        <w:t xml:space="preserve"> Inspector</w:t>
      </w:r>
      <w:r>
        <w:t xml:space="preserve"> Wellington</w:t>
      </w:r>
      <w:r>
        <w:t xml:space="preserve"> was</w:t>
      </w:r>
      <w:r>
        <w:t xml:space="preserve"> away.</w:t>
        <w:br/>
        <w:t>噢</w:t>
      </w:r>
      <w:r>
        <w:t xml:space="preserve"> 那只是几天</w:t>
      </w:r>
      <w:r>
        <w:t xml:space="preserve"> 这次是一年</w:t>
        <w:br/>
        <w:t>Oh,</w:t>
      </w:r>
      <w:r>
        <w:t xml:space="preserve"> that</w:t>
      </w:r>
      <w:r>
        <w:t xml:space="preserve"> was</w:t>
      </w:r>
      <w:r>
        <w:t xml:space="preserve"> for</w:t>
      </w:r>
      <w:r>
        <w:t xml:space="preserve"> a</w:t>
      </w:r>
      <w:r>
        <w:t xml:space="preserve"> few</w:t>
      </w:r>
      <w:r>
        <w:t xml:space="preserve"> days-</w:t>
      </w:r>
      <w:r>
        <w:t xml:space="preserve"> this</w:t>
      </w:r>
      <w:r>
        <w:t xml:space="preserve"> is</w:t>
      </w:r>
      <w:r>
        <w:t xml:space="preserve"> for</w:t>
      </w:r>
      <w:r>
        <w:t xml:space="preserve"> a</w:t>
      </w:r>
      <w:r>
        <w:t xml:space="preserve"> year.</w:t>
        <w:br/>
        <w:t>再说了</w:t>
      </w:r>
      <w:r>
        <w:t xml:space="preserve"> 这个工作现在和政&amp;hearts;治&amp;hearts;沾边了</w:t>
        <w:br/>
        <w:t>Besides,</w:t>
      </w:r>
      <w:r>
        <w:t xml:space="preserve"> the</w:t>
      </w:r>
      <w:r>
        <w:t xml:space="preserve"> job</w:t>
      </w:r>
      <w:r>
        <w:t xml:space="preserve"> is</w:t>
      </w:r>
      <w:r>
        <w:t xml:space="preserve"> political</w:t>
      </w:r>
      <w:r>
        <w:t xml:space="preserve"> now.</w:t>
        <w:br/>
        <w:t>预算审查</w:t>
      </w:r>
      <w:r>
        <w:t xml:space="preserve"> 给内政部做报告</w:t>
        <w:br/>
        <w:t>Budget</w:t>
      </w:r>
      <w:r>
        <w:t xml:space="preserve"> reviews,</w:t>
      </w:r>
      <w:r>
        <w:t xml:space="preserve"> presentations</w:t>
      </w:r>
      <w:r>
        <w:t xml:space="preserve"> to</w:t>
      </w:r>
      <w:r>
        <w:t xml:space="preserve"> the</w:t>
      </w:r>
      <w:r>
        <w:t xml:space="preserve"> Home</w:t>
      </w:r>
      <w:r>
        <w:t xml:space="preserve"> Office.</w:t>
        <w:br/>
        <w:t>你能想象菲尔普斯这样的人</w:t>
        <w:br/>
        <w:t>Can</w:t>
      </w:r>
      <w:r>
        <w:t xml:space="preserve"> you</w:t>
      </w:r>
      <w:r>
        <w:t xml:space="preserve"> imagine</w:t>
      </w:r>
      <w:r>
        <w:t xml:space="preserve"> a</w:t>
      </w:r>
      <w:r>
        <w:t xml:space="preserve"> man</w:t>
      </w:r>
      <w:r>
        <w:t xml:space="preserve"> like</w:t>
      </w:r>
      <w:r>
        <w:t xml:space="preserve"> Phelps</w:t>
        <w:br/>
        <w:t>和政&amp;hearts;府&amp;hearts;部长打交道吗</w:t>
        <w:br/>
        <w:t>dealing</w:t>
      </w:r>
      <w:r>
        <w:t xml:space="preserve"> with</w:t>
      </w:r>
      <w:r>
        <w:t xml:space="preserve"> government</w:t>
      </w:r>
      <w:r>
        <w:t xml:space="preserve"> ministers?</w:t>
        <w:br/>
        <w:t>不行</w:t>
      </w:r>
      <w:r>
        <w:t xml:space="preserve"> 所以我要找懂行的人</w:t>
        <w:br/>
        <w:t>No,</w:t>
      </w:r>
      <w:r>
        <w:t xml:space="preserve"> I</w:t>
      </w:r>
      <w:r>
        <w:t xml:space="preserve"> want</w:t>
      </w:r>
      <w:r>
        <w:t xml:space="preserve"> someone</w:t>
      </w:r>
      <w:r>
        <w:t xml:space="preserve"> who</w:t>
      </w:r>
      <w:r>
        <w:t xml:space="preserve"> understands</w:t>
      </w:r>
      <w:r>
        <w:t xml:space="preserve"> the</w:t>
      </w:r>
      <w:r>
        <w:t xml:space="preserve"> game.</w:t>
        <w:br/>
        <w:t>要一个真正合适的人选</w:t>
        <w:br/>
        <w:t>The</w:t>
      </w:r>
      <w:r>
        <w:t xml:space="preserve"> right</w:t>
      </w:r>
      <w:r>
        <w:t xml:space="preserve"> man</w:t>
      </w:r>
      <w:r>
        <w:t xml:space="preserve"> for</w:t>
      </w:r>
      <w:r>
        <w:t xml:space="preserve"> the</w:t>
      </w:r>
      <w:r>
        <w:t xml:space="preserve"> job.</w:t>
        <w:br/>
        <w:t>我们问过爱尔兰分部的哈德森</w:t>
        <w:br/>
        <w:t>We</w:t>
      </w:r>
      <w:r>
        <w:t xml:space="preserve"> offered</w:t>
      </w:r>
      <w:r>
        <w:t xml:space="preserve"> it</w:t>
      </w:r>
      <w:r>
        <w:t xml:space="preserve"> to</w:t>
      </w:r>
      <w:r>
        <w:t xml:space="preserve"> Hudson</w:t>
      </w:r>
      <w:r>
        <w:t xml:space="preserve"> in</w:t>
      </w:r>
      <w:r>
        <w:t xml:space="preserve"> Irish</w:t>
      </w:r>
      <w:r>
        <w:t xml:space="preserve"> Branch,</w:t>
        <w:br/>
        <w:t>但他拒绝了</w:t>
        <w:br/>
        <w:t>but</w:t>
      </w:r>
      <w:r>
        <w:t xml:space="preserve"> he</w:t>
      </w:r>
      <w:r>
        <w:t xml:space="preserve"> turned</w:t>
      </w:r>
      <w:r>
        <w:t xml:space="preserve"> it</w:t>
      </w:r>
      <w:r>
        <w:t xml:space="preserve"> down.</w:t>
        <w:br/>
        <w:t>其他四个</w:t>
      </w:r>
      <w:r>
        <w:t xml:space="preserve"> 不</w:t>
      </w:r>
      <w:r>
        <w:t xml:space="preserve"> 五个人都拒绝了</w:t>
        <w:br/>
        <w:t>As</w:t>
      </w:r>
      <w:r>
        <w:t xml:space="preserve"> did</w:t>
      </w:r>
      <w:r>
        <w:t xml:space="preserve"> four-</w:t>
      </w:r>
      <w:r>
        <w:t xml:space="preserve"> no,</w:t>
      </w:r>
      <w:r>
        <w:t xml:space="preserve"> five</w:t>
      </w:r>
      <w:r>
        <w:t xml:space="preserve"> others.</w:t>
        <w:br/>
        <w:t>没人想干这活</w:t>
        <w:br/>
        <w:t>No</w:t>
      </w:r>
      <w:r>
        <w:t xml:space="preserve"> one</w:t>
      </w:r>
      <w:r>
        <w:t xml:space="preserve"> wants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it.</w:t>
        <w:br/>
        <w:t>这该死的扩区把这工作变成一块烫手的山芋</w:t>
        <w:br/>
        <w:t>This</w:t>
      </w:r>
      <w:r>
        <w:t xml:space="preserve"> damned</w:t>
      </w:r>
      <w:r>
        <w:t xml:space="preserve"> expansion</w:t>
      </w:r>
      <w:r>
        <w:t xml:space="preserve"> has</w:t>
      </w:r>
      <w:r>
        <w:t xml:space="preserve"> turned</w:t>
      </w:r>
      <w:r>
        <w:t xml:space="preserve"> the</w:t>
      </w:r>
      <w:r>
        <w:t xml:space="preserve"> job</w:t>
      </w:r>
      <w:r>
        <w:t xml:space="preserve"> into</w:t>
      </w:r>
      <w:r>
        <w:t xml:space="preserve"> a</w:t>
      </w:r>
      <w:r>
        <w:t xml:space="preserve"> poisoned</w:t>
      </w:r>
      <w:r>
        <w:t xml:space="preserve"> chalice.</w:t>
        <w:br/>
        <w:t>所以我在考虑让你来</w:t>
        <w:br/>
        <w:t>Which</w:t>
      </w:r>
      <w:r>
        <w:t xml:space="preserve"> is</w:t>
      </w:r>
      <w:r>
        <w:t xml:space="preserve"> why</w:t>
      </w:r>
      <w:r>
        <w:t xml:space="preserve"> I'm</w:t>
      </w:r>
      <w:r>
        <w:t xml:space="preserve"> considering</w:t>
      </w:r>
      <w:r>
        <w:t xml:space="preserve"> you.</w:t>
        <w:br/>
        <w:t>我</w:t>
        <w:br/>
        <w:t>Me?</w:t>
        <w:br/>
        <w:t>我们有时候看法是不一致</w:t>
        <w:br/>
        <w:t>We</w:t>
      </w:r>
      <w:r>
        <w:t xml:space="preserve"> have</w:t>
      </w:r>
      <w:r>
        <w:t xml:space="preserve"> not</w:t>
      </w:r>
      <w:r>
        <w:t xml:space="preserve"> always</w:t>
      </w:r>
      <w:r>
        <w:t xml:space="preserve"> seen</w:t>
      </w:r>
      <w:r>
        <w:t xml:space="preserve"> eye</w:t>
      </w:r>
      <w:r>
        <w:t xml:space="preserve"> to</w:t>
      </w:r>
      <w:r>
        <w:t xml:space="preserve"> eye.</w:t>
        <w:br/>
        <w:t>事实上</w:t>
      </w:r>
      <w:r>
        <w:t xml:space="preserve"> 有时候</w:t>
        <w:br/>
        <w:t>And,</w:t>
      </w:r>
      <w:r>
        <w:t xml:space="preserve"> in</w:t>
      </w:r>
      <w:r>
        <w:t xml:space="preserve"> truth,</w:t>
      </w:r>
      <w:r>
        <w:t xml:space="preserve"> there</w:t>
      </w:r>
      <w:r>
        <w:t xml:space="preserve"> have</w:t>
      </w:r>
      <w:r>
        <w:t xml:space="preserve"> been</w:t>
      </w:r>
      <w:r>
        <w:t xml:space="preserve"> times</w:t>
        <w:br/>
        <w:t>我很乐意让你自生自灭</w:t>
        <w:br/>
        <w:t>when</w:t>
      </w:r>
      <w:r>
        <w:t xml:space="preserve"> I</w:t>
      </w:r>
      <w:r>
        <w:t xml:space="preserve"> would</w:t>
      </w:r>
      <w:r>
        <w:t xml:space="preserve"> have</w:t>
      </w:r>
      <w:r>
        <w:t xml:space="preserve"> gladly</w:t>
      </w:r>
      <w:r>
        <w:t xml:space="preserve"> set</w:t>
      </w:r>
      <w:r>
        <w:t xml:space="preserve"> you</w:t>
      </w:r>
      <w:r>
        <w:t xml:space="preserve"> adrift.</w:t>
        <w:br/>
        <w:t>但是</w:t>
      </w:r>
      <w:r>
        <w:t xml:space="preserve"> 最近</w:t>
        <w:br/>
        <w:t>However,</w:t>
      </w:r>
      <w:r>
        <w:t xml:space="preserve"> of</w:t>
      </w:r>
      <w:r>
        <w:t xml:space="preserve"> late,</w:t>
        <w:br/>
        <w:t>我对你的看法有点改变了</w:t>
        <w:br/>
        <w:t>my</w:t>
      </w:r>
      <w:r>
        <w:t xml:space="preserve"> opinion</w:t>
      </w:r>
      <w:r>
        <w:t xml:space="preserve"> has</w:t>
      </w:r>
      <w:r>
        <w:t xml:space="preserve"> begun</w:t>
      </w:r>
      <w:r>
        <w:t xml:space="preserve"> to</w:t>
      </w:r>
      <w:r>
        <w:t xml:space="preserve"> change.</w:t>
        <w:br/>
        <w:t>真的假的</w:t>
        <w:br/>
        <w:t>Has</w:t>
      </w:r>
      <w:r>
        <w:t xml:space="preserve"> it?</w:t>
        <w:br/>
        <w:t>我关注了你的进展</w:t>
        <w:br/>
        <w:t>I've</w:t>
      </w:r>
      <w:r>
        <w:t xml:space="preserve"> followed</w:t>
      </w:r>
      <w:r>
        <w:t xml:space="preserve"> your</w:t>
      </w:r>
      <w:r>
        <w:t xml:space="preserve"> progress.</w:t>
        <w:br/>
        <w:t>看起来你在侦探方面</w:t>
        <w:br/>
        <w:t>It</w:t>
      </w:r>
      <w:r>
        <w:t xml:space="preserve"> seems</w:t>
      </w:r>
      <w:r>
        <w:t xml:space="preserve"> that</w:t>
      </w:r>
      <w:r>
        <w:t xml:space="preserve"> you</w:t>
      </w:r>
      <w:r>
        <w:t xml:space="preserve"> have</w:t>
      </w:r>
      <w:r>
        <w:t xml:space="preserve"> some</w:t>
      </w:r>
      <w:r>
        <w:t xml:space="preserve"> aptitude</w:t>
        <w:br/>
        <w:t>有点天赋</w:t>
        <w:br/>
        <w:t>for</w:t>
      </w:r>
      <w:r>
        <w:t xml:space="preserve"> detective</w:t>
      </w:r>
      <w:r>
        <w:t xml:space="preserve"> work.</w:t>
        <w:br/>
        <w:t>谢谢</w:t>
      </w:r>
      <w:r>
        <w:t xml:space="preserve"> 父亲</w:t>
        <w:br/>
        <w:t>Thank</w:t>
      </w:r>
      <w:r>
        <w:t xml:space="preserve"> you,</w:t>
      </w:r>
      <w:r>
        <w:t xml:space="preserve"> Father.</w:t>
        <w:br/>
        <w:t>你总是缺乏野心</w:t>
        <w:br/>
        <w:t>You</w:t>
      </w:r>
      <w:r>
        <w:t xml:space="preserve"> always</w:t>
      </w:r>
      <w:r>
        <w:t xml:space="preserve"> lacked</w:t>
      </w:r>
      <w:r>
        <w:t xml:space="preserve"> ambition,</w:t>
        <w:br/>
        <w:t>就算小的时候也是</w:t>
        <w:br/>
        <w:t>even</w:t>
      </w:r>
      <w:r>
        <w:t xml:space="preserve"> as</w:t>
      </w:r>
      <w:r>
        <w:t xml:space="preserve"> a</w:t>
      </w:r>
      <w:r>
        <w:t xml:space="preserve"> child.</w:t>
        <w:br/>
        <w:t>尽管如此</w:t>
      </w:r>
      <w:r>
        <w:t xml:space="preserve"> 这对你而言是个绝佳的机会</w:t>
        <w:br/>
        <w:t>Nevertheless,</w:t>
      </w:r>
      <w:r>
        <w:t xml:space="preserve"> this</w:t>
      </w:r>
      <w:r>
        <w:t xml:space="preserve"> could</w:t>
      </w:r>
      <w:r>
        <w:t xml:space="preserve"> be</w:t>
      </w:r>
      <w:r>
        <w:t xml:space="preserve"> a</w:t>
      </w:r>
      <w:r>
        <w:t xml:space="preserve"> golden</w:t>
      </w:r>
      <w:r>
        <w:t xml:space="preserve"> opportunity</w:t>
      </w:r>
      <w:r>
        <w:t xml:space="preserve"> for</w:t>
      </w:r>
      <w:r>
        <w:t xml:space="preserve"> you,</w:t>
        <w:br/>
        <w:t>所以我竭力主张你要抓住这个机会</w:t>
        <w:br/>
        <w:t>and</w:t>
      </w:r>
      <w:r>
        <w:t xml:space="preserve"> I</w:t>
      </w:r>
      <w:r>
        <w:t xml:space="preserve"> urge</w:t>
      </w:r>
      <w:r>
        <w:t xml:space="preserve"> you</w:t>
      </w:r>
      <w:r>
        <w:t xml:space="preserve"> to</w:t>
      </w:r>
      <w:r>
        <w:t xml:space="preserve"> seize</w:t>
      </w:r>
      <w:r>
        <w:t xml:space="preserve"> it</w:t>
      </w:r>
      <w:r>
        <w:t xml:space="preserve"> with</w:t>
      </w:r>
      <w:r>
        <w:t xml:space="preserve"> both</w:t>
      </w:r>
      <w:r>
        <w:t xml:space="preserve"> hands.</w:t>
        <w:br/>
        <w:t>我已经下令让你主导</w:t>
        <w:br/>
        <w:t>I</w:t>
      </w:r>
      <w:r>
        <w:t xml:space="preserve"> have</w:t>
      </w:r>
      <w:r>
        <w:t xml:space="preserve"> given</w:t>
      </w:r>
      <w:r>
        <w:t xml:space="preserve"> orders</w:t>
      </w:r>
      <w:r>
        <w:t xml:space="preserve"> that</w:t>
      </w:r>
      <w:r>
        <w:t xml:space="preserve"> you</w:t>
      </w:r>
      <w:r>
        <w:t xml:space="preserve"> are</w:t>
      </w:r>
      <w:r>
        <w:t xml:space="preserve"> to</w:t>
      </w:r>
      <w:r>
        <w:t xml:space="preserve"> lead</w:t>
        <w:br/>
        <w:t>下一个接手的谋杀案调查了</w:t>
        <w:br/>
        <w:t>the</w:t>
      </w:r>
      <w:r>
        <w:t xml:space="preserve"> next</w:t>
      </w:r>
      <w:r>
        <w:t xml:space="preserve"> murder</w:t>
      </w:r>
      <w:r>
        <w:t xml:space="preserve"> investigation</w:t>
      </w:r>
      <w:r>
        <w:t xml:space="preserve"> that</w:t>
      </w:r>
      <w:r>
        <w:t xml:space="preserve"> comes</w:t>
      </w:r>
      <w:r>
        <w:t xml:space="preserve"> in.</w:t>
        <w:br/>
        <w:t>让我看到你能胜任这份工作</w:t>
        <w:br/>
        <w:t>Show</w:t>
      </w:r>
      <w:r>
        <w:t xml:space="preserve"> me</w:t>
      </w:r>
      <w:r>
        <w:t xml:space="preserve"> you've</w:t>
      </w:r>
      <w:r>
        <w:t xml:space="preserve"> got</w:t>
      </w:r>
      <w:r>
        <w:t xml:space="preserve"> what</w:t>
      </w:r>
      <w:r>
        <w:t xml:space="preserve"> it</w:t>
      </w:r>
      <w:r>
        <w:t xml:space="preserve"> takes.</w:t>
        <w:br/>
        <w:t>我们下次再聊</w:t>
        <w:br/>
        <w:t>We</w:t>
      </w:r>
      <w:r>
        <w:t xml:space="preserve"> II</w:t>
      </w:r>
      <w:r>
        <w:t xml:space="preserve"> talk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again.</w:t>
        <w:br/>
        <w:t>好的</w:t>
      </w:r>
      <w:r>
        <w:t xml:space="preserve"> 长官</w:t>
        <w:br/>
        <w:t>Yes,</w:t>
      </w:r>
      <w:r>
        <w:t xml:space="preserve"> sir.</w:t>
        <w:br/>
        <w:t>谢谢你</w:t>
      </w:r>
      <w:r>
        <w:t xml:space="preserve"> 长官</w:t>
        <w:br/>
        <w:t>Thank</w:t>
      </w:r>
      <w:r>
        <w:t xml:space="preserve"> you,</w:t>
      </w:r>
      <w:r>
        <w:t xml:space="preserve"> sir.</w:t>
        <w:br/>
        <w:t>我管这叫新手运气</w:t>
        <w:br/>
        <w:t>Well,</w:t>
      </w:r>
      <w:r>
        <w:t xml:space="preserve"> I</w:t>
      </w:r>
      <w:r>
        <w:t xml:space="preserve"> call</w:t>
      </w:r>
      <w:r>
        <w:t xml:space="preserve"> it</w:t>
      </w:r>
      <w:r>
        <w:t xml:space="preserve"> beginner's</w:t>
      </w:r>
      <w:r>
        <w:t xml:space="preserve"> luck.</w:t>
        <w:br/>
        <w:t>这不是运气</w:t>
        <w:br/>
        <w:t>It</w:t>
      </w:r>
      <w:r>
        <w:t xml:space="preserve"> wasn't</w:t>
      </w:r>
      <w:r>
        <w:t xml:space="preserve"> luck.</w:t>
        <w:br/>
        <w:t>我读了今天的《体育生活》</w:t>
      </w:r>
      <w:r>
        <w:t xml:space="preserve"> 研究了赛马的形势</w:t>
        <w:br/>
        <w:t>I</w:t>
      </w:r>
      <w:r>
        <w:t xml:space="preserve"> read</w:t>
      </w:r>
      <w:r>
        <w:t xml:space="preserve"> today's</w:t>
      </w:r>
      <w:r>
        <w:t xml:space="preserve"> copy</w:t>
      </w:r>
      <w:r>
        <w:t xml:space="preserve"> of</w:t>
      </w:r>
      <w:r>
        <w:t xml:space="preserve"> "Sporting</w:t>
      </w:r>
      <w:r>
        <w:t xml:space="preserve"> Life"</w:t>
      </w:r>
      <w:r>
        <w:t xml:space="preserve"> and</w:t>
      </w:r>
      <w:r>
        <w:t xml:space="preserve"> studied</w:t>
      </w:r>
      <w:r>
        <w:t xml:space="preserve"> the</w:t>
      </w:r>
      <w:r>
        <w:t xml:space="preserve"> form.</w:t>
        <w:br/>
        <w:t>赛马是凭直觉和即兴发挥的</w:t>
        <w:br/>
        <w:t>Racing</w:t>
      </w:r>
      <w:r>
        <w:t xml:space="preserve"> is</w:t>
      </w:r>
      <w:r>
        <w:t xml:space="preserve"> about</w:t>
      </w:r>
      <w:r>
        <w:t xml:space="preserve"> gut</w:t>
      </w:r>
      <w:r>
        <w:t xml:space="preserve"> instinct</w:t>
      </w:r>
      <w:r>
        <w:t xml:space="preserve"> and</w:t>
      </w:r>
      <w:r>
        <w:t xml:space="preserve"> spontaneity.</w:t>
        <w:br/>
        <w:t>去研究的话还有什么意思呢</w:t>
        <w:br/>
        <w:t>Where's</w:t>
      </w:r>
      <w:r>
        <w:t xml:space="preserve"> the</w:t>
      </w:r>
      <w:r>
        <w:t xml:space="preserve"> fun</w:t>
      </w:r>
      <w:r>
        <w:t xml:space="preserve"> in</w:t>
      </w:r>
      <w:r>
        <w:t xml:space="preserve"> studying</w:t>
      </w:r>
      <w:r>
        <w:t xml:space="preserve"> the</w:t>
      </w:r>
      <w:r>
        <w:t xml:space="preserve"> form?</w:t>
        <w:br/>
        <w:t>意思就在这里</w:t>
        <w:br/>
        <w:t>Oh,</w:t>
      </w:r>
      <w:r>
        <w:t xml:space="preserve"> I</w:t>
      </w:r>
      <w:r>
        <w:t xml:space="preserve"> think</w:t>
      </w:r>
      <w:r>
        <w:t xml:space="preserve"> it's</w:t>
      </w:r>
      <w:r>
        <w:t xml:space="preserve"> right</w:t>
      </w:r>
      <w:r>
        <w:t xml:space="preserve"> here.</w:t>
        <w:br/>
        <w:t>斯嘉丽小姐</w:t>
        <w:br/>
        <w:t>Miss</w:t>
      </w:r>
      <w:r>
        <w:t xml:space="preserve"> Scarlet,</w:t>
        <w:br/>
        <w:t>纳什先生</w:t>
      </w:r>
      <w:r>
        <w:t xml:space="preserve"> 赛马怎么样</w:t>
        <w:br/>
        <w:t>Mr.</w:t>
      </w:r>
      <w:r>
        <w:t xml:space="preserve"> Nash-</w:t>
      </w:r>
      <w:r>
        <w:t xml:space="preserve"> how</w:t>
      </w:r>
      <w:r>
        <w:t xml:space="preserve"> was</w:t>
      </w:r>
      <w:r>
        <w:t xml:space="preserve"> the</w:t>
      </w:r>
      <w:r>
        <w:t xml:space="preserve"> racing?</w:t>
        <w:br/>
        <w:t>很成功</w:t>
        <w:br/>
        <w:t>Successful.</w:t>
        <w:br/>
        <w:t>对有些人而言</w:t>
        <w:br/>
        <w:t>For</w:t>
      </w:r>
      <w:r>
        <w:t xml:space="preserve"> some</w:t>
      </w:r>
      <w:r>
        <w:t xml:space="preserve"> of</w:t>
      </w:r>
      <w:r>
        <w:t xml:space="preserve"> us.</w:t>
        <w:br/>
        <w:t>没有人喜欢自鸣得意的人</w:t>
        <w:br/>
        <w:t>You</w:t>
      </w:r>
      <w:r>
        <w:t xml:space="preserve"> know,</w:t>
      </w:r>
      <w:r>
        <w:t xml:space="preserve"> nobody</w:t>
      </w:r>
      <w:r>
        <w:t xml:space="preserve"> likes</w:t>
      </w:r>
      <w:r>
        <w:t xml:space="preserve"> a</w:t>
      </w:r>
      <w:r>
        <w:t xml:space="preserve"> gloater.</w:t>
        <w:br/>
        <w:t>没有人喜欢输家</w:t>
        <w:br/>
        <w:t>Nobody</w:t>
      </w:r>
      <w:r>
        <w:t xml:space="preserve"> likes</w:t>
      </w:r>
      <w:r>
        <w:t xml:space="preserve"> a</w:t>
      </w:r>
      <w:r>
        <w:t xml:space="preserve"> loser.</w:t>
        <w:br/>
        <w:t>额</w:t>
      </w:r>
      <w:r>
        <w:t xml:space="preserve"> 这个在您走之后不久送到了</w:t>
        <w:br/>
        <w:t>Right,</w:t>
      </w:r>
      <w:r>
        <w:t xml:space="preserve"> well,</w:t>
      </w:r>
      <w:r>
        <w:t xml:space="preserve"> um,</w:t>
      </w:r>
      <w:r>
        <w:t xml:space="preserve"> this</w:t>
      </w:r>
      <w:r>
        <w:t xml:space="preserve"> arrived</w:t>
      </w:r>
      <w:r>
        <w:t xml:space="preserve"> for</w:t>
      </w:r>
      <w:r>
        <w:t xml:space="preserve"> you</w:t>
      </w:r>
      <w:r>
        <w:t xml:space="preserve"> shortly</w:t>
      </w:r>
      <w:r>
        <w:t xml:space="preserve"> after</w:t>
      </w:r>
      <w:r>
        <w:t xml:space="preserve"> you</w:t>
      </w:r>
      <w:r>
        <w:t xml:space="preserve"> left.</w:t>
        <w:br/>
        <w:t>哈里森一案的合同已经送达了</w:t>
        <w:br/>
        <w:t>And</w:t>
      </w:r>
      <w:r>
        <w:t xml:space="preserve"> the</w:t>
      </w:r>
      <w:r>
        <w:t xml:space="preserve"> contracts</w:t>
      </w:r>
      <w:r>
        <w:t xml:space="preserve"> have</w:t>
      </w:r>
      <w:r>
        <w:t xml:space="preserve"> come</w:t>
      </w:r>
      <w:r>
        <w:t xml:space="preserve"> through</w:t>
      </w:r>
      <w:r>
        <w:t xml:space="preserve"> for</w:t>
      </w:r>
      <w:r>
        <w:t xml:space="preserve"> the</w:t>
      </w:r>
      <w:r>
        <w:t xml:space="preserve"> Harrison</w:t>
      </w:r>
      <w:r>
        <w:t xml:space="preserve"> case.</w:t>
        <w:br/>
        <w:t>您愿意现在签名的话</w:t>
        <w:br/>
        <w:t>If</w:t>
      </w:r>
      <w:r>
        <w:t xml:space="preserve"> you'd</w:t>
      </w:r>
      <w:r>
        <w:t xml:space="preserve"> be</w:t>
      </w:r>
      <w:r>
        <w:t xml:space="preserve"> so</w:t>
      </w:r>
      <w:r>
        <w:t xml:space="preserve"> good</w:t>
      </w:r>
      <w:r>
        <w:t xml:space="preserve"> as</w:t>
      </w:r>
      <w:r>
        <w:t xml:space="preserve"> to</w:t>
      </w:r>
      <w:r>
        <w:t xml:space="preserve"> sign.</w:t>
        <w:br/>
        <w:t>这里是两份复印件</w:t>
      </w:r>
      <w:r>
        <w:t xml:space="preserve"> 签在这里和这里</w:t>
        <w:br/>
        <w:t>There</w:t>
      </w:r>
      <w:r>
        <w:t xml:space="preserve"> are</w:t>
      </w:r>
      <w:r>
        <w:t xml:space="preserve"> two</w:t>
      </w:r>
      <w:r>
        <w:t xml:space="preserve"> copies:</w:t>
      </w:r>
      <w:r>
        <w:t xml:space="preserve"> here</w:t>
      </w:r>
      <w:r>
        <w:t xml:space="preserve"> and</w:t>
      </w:r>
      <w:r>
        <w:t xml:space="preserve"> here.</w:t>
        <w:br/>
        <w:t>您还好吗</w:t>
      </w:r>
      <w:r>
        <w:t xml:space="preserve"> 纳什先生</w:t>
        <w:br/>
        <w:t>Everything</w:t>
      </w:r>
      <w:r>
        <w:t xml:space="preserve"> all</w:t>
      </w:r>
      <w:r>
        <w:t xml:space="preserve"> right,</w:t>
      </w:r>
      <w:r>
        <w:t xml:space="preserve"> Mr.</w:t>
      </w:r>
      <w:r>
        <w:t xml:space="preserve"> Nash?</w:t>
        <w:br/>
        <w:t>别管他</w:t>
      </w:r>
      <w:r>
        <w:t xml:space="preserve"> 他在生闷气呢</w:t>
        <w:br/>
        <w:t>Just</w:t>
      </w:r>
      <w:r>
        <w:t xml:space="preserve"> ignore</w:t>
      </w:r>
      <w:r>
        <w:t xml:space="preserve"> him-</w:t>
      </w:r>
      <w:r>
        <w:t xml:space="preserve"> he's</w:t>
      </w:r>
      <w:r>
        <w:t xml:space="preserve"> in</w:t>
      </w:r>
      <w:r>
        <w:t xml:space="preserve"> a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sulk.</w:t>
        <w:br/>
        <w:t>还有</w:t>
        <w:br/>
        <w:t>And…</w:t>
        <w:br/>
        <w:t>帕特里克</w:t>
        <w:br/>
        <w:t>Patrick?</w:t>
        <w:br/>
        <w:t>天父</w:t>
        <w:br/>
        <w:t>Heavenly</w:t>
      </w:r>
      <w:r>
        <w:t xml:space="preserve"> Father,</w:t>
        <w:br/>
        <w:t>感谢这些礼物</w:t>
        <w:br/>
        <w:t>bless</w:t>
      </w:r>
      <w:r>
        <w:t xml:space="preserve"> these</w:t>
      </w:r>
      <w:r>
        <w:t xml:space="preserve"> gifts,</w:t>
        <w:br/>
        <w:t>这些我们从你丰富的恩赐中接受的</w:t>
        <w:br/>
        <w:t>which</w:t>
      </w:r>
      <w:r>
        <w:t xml:space="preserve"> we</w:t>
      </w:r>
      <w:r>
        <w:t xml:space="preserve"> receive</w:t>
      </w:r>
      <w:r>
        <w:t xml:space="preserve"> from</w:t>
      </w:r>
      <w:r>
        <w:t xml:space="preserve"> thy</w:t>
      </w:r>
      <w:r>
        <w:t xml:space="preserve"> bountiful</w:t>
      </w:r>
      <w:r>
        <w:t xml:space="preserve"> goodness.</w:t>
        <w:br/>
        <w:t>求你不要让我们失去你的国度</w:t>
        <w:br/>
        <w:t>Deprive</w:t>
      </w:r>
      <w:r>
        <w:t xml:space="preserve"> us</w:t>
      </w:r>
      <w:r>
        <w:t xml:space="preserve"> not</w:t>
      </w:r>
      <w:r>
        <w:t xml:space="preserve"> of</w:t>
      </w:r>
      <w:r>
        <w:t xml:space="preserve"> thy</w:t>
      </w:r>
      <w:r>
        <w:t xml:space="preserve"> kingdom,</w:t>
        <w:br/>
        <w:t>但求我们能与你共享美好的盛宴</w:t>
        <w:br/>
        <w:t>but</w:t>
      </w:r>
      <w:r>
        <w:t xml:space="preserve"> grant</w:t>
      </w:r>
      <w:r>
        <w:t xml:space="preserve"> that</w:t>
      </w:r>
      <w:r>
        <w:t xml:space="preserve"> we</w:t>
      </w:r>
      <w:r>
        <w:t xml:space="preserve"> may</w:t>
      </w:r>
      <w:r>
        <w:t xml:space="preserve"> feast</w:t>
      </w:r>
      <w:r>
        <w:t xml:space="preserve"> in</w:t>
      </w:r>
      <w:r>
        <w:t xml:space="preserve"> fellowship</w:t>
      </w:r>
      <w:r>
        <w:t xml:space="preserve"> with</w:t>
      </w:r>
      <w:r>
        <w:t xml:space="preserve"> thee,</w:t>
        <w:br/>
        <w:t>直到永远</w:t>
        <w:br/>
        <w:t>for</w:t>
      </w:r>
      <w:r>
        <w:t xml:space="preserve"> now,</w:t>
      </w:r>
      <w:r>
        <w:t xml:space="preserve"> and</w:t>
      </w:r>
      <w:r>
        <w:t xml:space="preserve"> forevermore.</w:t>
        <w:br/>
        <w:t>我们感谢</w:t>
        <w:br/>
        <w:t>And</w:t>
      </w:r>
      <w:r>
        <w:t xml:space="preserve"> we</w:t>
      </w:r>
      <w:r>
        <w:t xml:space="preserve"> give</w:t>
      </w:r>
      <w:r>
        <w:t xml:space="preserve"> thanks</w:t>
        <w:br/>
        <w:t>你无尽的慷慨</w:t>
        <w:br/>
        <w:t>for</w:t>
      </w:r>
      <w:r>
        <w:t xml:space="preserve"> thy</w:t>
      </w:r>
      <w:r>
        <w:t xml:space="preserve"> overflowing</w:t>
      </w:r>
      <w:r>
        <w:t xml:space="preserve"> generosity,</w:t>
        <w:br/>
        <w:t>并努力配上</w:t>
        <w:br/>
        <w:t>and</w:t>
      </w:r>
      <w:r>
        <w:t xml:space="preserve"> endeavor</w:t>
      </w:r>
      <w:r>
        <w:t xml:space="preserve"> to</w:t>
      </w:r>
      <w:r>
        <w:t xml:space="preserve"> be</w:t>
      </w:r>
      <w:r>
        <w:t xml:space="preserve"> truly</w:t>
      </w:r>
      <w:r>
        <w:t xml:space="preserve"> worthy</w:t>
        <w:br/>
        <w:t>你的仁慈</w:t>
        <w:br/>
        <w:t>of</w:t>
      </w:r>
      <w:r>
        <w:t xml:space="preserve"> thy</w:t>
      </w:r>
      <w:r>
        <w:t xml:space="preserve"> kindness.</w:t>
        <w:br/>
        <w:t>阿门</w:t>
        <w:br/>
        <w:t>Amen.</w:t>
        <w:br/>
        <w:t>阿门-阿门</w:t>
        <w:br/>
        <w:t>Amen.</w:t>
      </w:r>
      <w:r>
        <w:t xml:space="preserve"> Amen.</w:t>
        <w:br/>
        <w:t>抱歉</w:t>
      </w:r>
      <w:r>
        <w:t xml:space="preserve"> 波茨先生</w:t>
        <w:br/>
        <w:t>Apologies,</w:t>
      </w:r>
      <w:r>
        <w:t xml:space="preserve"> Mr.</w:t>
      </w:r>
      <w:r>
        <w:t xml:space="preserve"> Potts.</w:t>
        <w:br/>
        <w:t>我说祷告文不太熟练</w:t>
        <w:br/>
        <w:t>I'm</w:t>
      </w:r>
      <w:r>
        <w:t xml:space="preserve"> a</w:t>
      </w:r>
      <w:r>
        <w:t xml:space="preserve"> little</w:t>
      </w:r>
      <w:r>
        <w:t xml:space="preserve"> out</w:t>
      </w:r>
      <w:r>
        <w:t xml:space="preserve"> of</w:t>
      </w:r>
      <w:r>
        <w:t xml:space="preserve"> practice</w:t>
      </w:r>
      <w:r>
        <w:t xml:space="preserve"> when</w:t>
      </w:r>
      <w:r>
        <w:t xml:space="preserve"> it</w:t>
      </w:r>
      <w:r>
        <w:t xml:space="preserve"> comes</w:t>
      </w:r>
      <w:r>
        <w:t xml:space="preserve"> to</w:t>
      </w:r>
      <w:r>
        <w:t xml:space="preserve"> saying</w:t>
      </w:r>
      <w:r>
        <w:t xml:space="preserve"> grace.</w:t>
        <w:br/>
        <w:t>我坚信一个简单的祷告</w:t>
        <w:br/>
        <w:t>Well,</w:t>
      </w:r>
      <w:r>
        <w:t xml:space="preserve"> I've</w:t>
      </w:r>
      <w:r>
        <w:t xml:space="preserve"> always</w:t>
      </w:r>
      <w:r>
        <w:t xml:space="preserve"> believed</w:t>
        <w:br/>
        <w:t>能让人在一天的辛劳之后稍作小憩</w:t>
        <w:br/>
        <w:t>a</w:t>
      </w:r>
      <w:r>
        <w:t xml:space="preserve"> simple</w:t>
      </w:r>
      <w:r>
        <w:t xml:space="preserve"> blessing</w:t>
      </w:r>
      <w:r>
        <w:t xml:space="preserve"> gives</w:t>
      </w:r>
      <w:r>
        <w:t xml:space="preserve"> a</w:t>
      </w:r>
      <w:r>
        <w:t xml:space="preserve"> moment's</w:t>
      </w:r>
      <w:r>
        <w:t xml:space="preserve"> pause</w:t>
      </w:r>
      <w:r>
        <w:t xml:space="preserve"> after</w:t>
      </w:r>
      <w:r>
        <w:t xml:space="preserve"> a</w:t>
      </w:r>
      <w:r>
        <w:t xml:space="preserve"> long</w:t>
      </w:r>
      <w:r>
        <w:t xml:space="preserve"> day.</w:t>
        <w:br/>
        <w:t>听上去真不错</w:t>
      </w:r>
      <w:r>
        <w:t xml:space="preserve"> 巴纳巴斯</w:t>
        <w:br/>
        <w:t>Oh,</w:t>
      </w:r>
      <w:r>
        <w:t xml:space="preserve"> that's</w:t>
      </w:r>
      <w:r>
        <w:t xml:space="preserve"> so</w:t>
      </w:r>
      <w:r>
        <w:t xml:space="preserve"> lovely,</w:t>
      </w:r>
      <w:r>
        <w:t xml:space="preserve"> Barnabus.</w:t>
        <w:br/>
        <w:t>你的祷词说的真好</w:t>
        <w:br/>
        <w:t>You're</w:t>
      </w:r>
      <w:r>
        <w:t xml:space="preserve"> so</w:t>
      </w:r>
      <w:r>
        <w:t xml:space="preserve"> good</w:t>
      </w:r>
      <w:r>
        <w:t xml:space="preserve"> with</w:t>
      </w:r>
      <w:r>
        <w:t xml:space="preserve"> words.</w:t>
        <w:br/>
        <w:t>当你是我的灵感源泉时</w:t>
      </w:r>
      <w:r>
        <w:t xml:space="preserve"> 难免如此</w:t>
        <w:br/>
        <w:t>It's</w:t>
      </w:r>
      <w:r>
        <w:t xml:space="preserve"> hard</w:t>
      </w:r>
      <w:r>
        <w:t xml:space="preserve"> not</w:t>
      </w:r>
      <w:r>
        <w:t xml:space="preserve"> to</w:t>
      </w:r>
      <w:r>
        <w:t xml:space="preserve"> be</w:t>
      </w:r>
      <w:r>
        <w:t xml:space="preserve"> when</w:t>
      </w:r>
      <w:r>
        <w:t xml:space="preserve"> you</w:t>
      </w:r>
      <w:r>
        <w:t xml:space="preserve"> are</w:t>
      </w:r>
      <w:r>
        <w:t xml:space="preserve"> my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 xml:space="preserve"> muse.</w:t>
        <w:br/>
        <w:t>你最近有威灵顿督查的消息吗</w:t>
        <w:br/>
        <w:t>Have</w:t>
      </w:r>
      <w:r>
        <w:t xml:space="preserve"> you</w:t>
      </w:r>
      <w:r>
        <w:t xml:space="preserve"> heard</w:t>
      </w:r>
      <w:r>
        <w:t xml:space="preserve"> from</w:t>
      </w:r>
      <w:r>
        <w:t xml:space="preserve"> Inspector</w:t>
      </w:r>
      <w:r>
        <w:t xml:space="preserve"> Wellington</w:t>
      </w:r>
      <w:r>
        <w:t xml:space="preserve"> recently?</w:t>
        <w:br/>
        <w:t>有</w:t>
        <w:br/>
        <w:t>Yes.</w:t>
        <w:br/>
        <w:t>今早我收到了他的来信</w:t>
        <w:br/>
        <w:t>I-received</w:t>
      </w:r>
      <w:r>
        <w:t xml:space="preserve"> a</w:t>
      </w:r>
      <w:r>
        <w:t xml:space="preserve"> letter</w:t>
      </w:r>
      <w:r>
        <w:t xml:space="preserve"> from</w:t>
      </w:r>
      <w:r>
        <w:t xml:space="preserve"> him</w:t>
      </w:r>
      <w:r>
        <w:t xml:space="preserve"> this</w:t>
      </w:r>
      <w:r>
        <w:t xml:space="preserve"> morning.</w:t>
        <w:br/>
        <w:t>他搬到了警局附近的公&amp;hearts;寓&amp;hearts;</w:t>
        <w:br/>
        <w:t>He's</w:t>
      </w:r>
      <w:r>
        <w:t xml:space="preserve"> moved</w:t>
      </w:r>
      <w:r>
        <w:t xml:space="preserve"> into</w:t>
      </w:r>
      <w:r>
        <w:t xml:space="preserve"> lodgings</w:t>
      </w:r>
      <w:r>
        <w:t xml:space="preserve"> near</w:t>
      </w:r>
      <w:r>
        <w:t xml:space="preserve"> the</w:t>
      </w:r>
      <w:r>
        <w:t xml:space="preserve"> police</w:t>
      </w:r>
      <w:r>
        <w:t xml:space="preserve"> precinct</w:t>
        <w:br/>
        <w:t>听上去安顿得还不错</w:t>
        <w:br/>
        <w:t>and</w:t>
      </w:r>
      <w:r>
        <w:t xml:space="preserve"> seems</w:t>
      </w:r>
      <w:r>
        <w:t xml:space="preserve"> to</w:t>
      </w:r>
      <w:r>
        <w:t xml:space="preserve"> be</w:t>
      </w:r>
      <w:r>
        <w:t xml:space="preserve"> settling</w:t>
      </w:r>
      <w:r>
        <w:t xml:space="preserve"> in</w:t>
      </w:r>
      <w:r>
        <w:t xml:space="preserve"> well.</w:t>
        <w:br/>
        <w:t>我打算晚餐后给他写回信</w:t>
        <w:br/>
        <w:t>I</w:t>
      </w:r>
      <w:r>
        <w:t xml:space="preserve"> plan</w:t>
      </w:r>
      <w:r>
        <w:t xml:space="preserve"> to</w:t>
      </w:r>
      <w:r>
        <w:t xml:space="preserve"> write</w:t>
      </w:r>
      <w:r>
        <w:t xml:space="preserve"> back</w:t>
      </w:r>
      <w:r>
        <w:t xml:space="preserve"> to</w:t>
      </w:r>
      <w:r>
        <w:t xml:space="preserve"> him</w:t>
      </w:r>
      <w:r>
        <w:t xml:space="preserve"> after</w:t>
      </w:r>
      <w:r>
        <w:t xml:space="preserve"> dinner.</w:t>
        <w:br/>
        <w:t>噢</w:t>
      </w:r>
      <w:r>
        <w:t xml:space="preserve"> 如果你要写的话</w:t>
        <w:br/>
        <w:t>Ooh!</w:t>
      </w:r>
      <w:r>
        <w:t xml:space="preserve"> If</w:t>
      </w:r>
      <w:r>
        <w:t xml:space="preserve"> you</w:t>
      </w:r>
      <w:r>
        <w:t xml:space="preserve"> do…</w:t>
        <w:br/>
        <w:t>我有一件很好笑的事</w:t>
        <w:br/>
        <w:t>I</w:t>
      </w:r>
      <w:r>
        <w:t xml:space="preserve"> have</w:t>
      </w:r>
      <w:r>
        <w:t xml:space="preserve"> a</w:t>
      </w:r>
      <w:r>
        <w:t xml:space="preserve"> rather</w:t>
      </w:r>
      <w:r>
        <w:t xml:space="preserve"> amusing</w:t>
      </w:r>
      <w:r>
        <w:t xml:space="preserve"> anecdote</w:t>
        <w:br/>
        <w:t>你或许想把它写在回信里</w:t>
        <w:br/>
        <w:t>you</w:t>
      </w:r>
      <w:r>
        <w:t xml:space="preserve"> might</w:t>
      </w:r>
      <w:r>
        <w:t xml:space="preserve"> wish</w:t>
      </w:r>
      <w:r>
        <w:t xml:space="preserve"> to</w:t>
      </w:r>
      <w:r>
        <w:t xml:space="preserve"> include</w:t>
      </w:r>
      <w:r>
        <w:t xml:space="preserve"> in</w:t>
      </w:r>
      <w:r>
        <w:t xml:space="preserve"> your</w:t>
      </w:r>
      <w:r>
        <w:t xml:space="preserve"> correspondence.</w:t>
        <w:br/>
        <w:t>就那件我们在太平间里收到甲醇的事</w:t>
        <w:br/>
        <w:t>About</w:t>
      </w:r>
      <w:r>
        <w:t xml:space="preserve"> the</w:t>
      </w:r>
      <w:r>
        <w:t xml:space="preserve"> methanol</w:t>
      </w:r>
      <w:r>
        <w:t xml:space="preserve"> we</w:t>
      </w:r>
      <w:r>
        <w:t xml:space="preserve"> received</w:t>
      </w:r>
      <w:r>
        <w:t xml:space="preserve"> at</w:t>
      </w:r>
      <w:r>
        <w:t xml:space="preserve"> the</w:t>
      </w:r>
      <w:r>
        <w:t xml:space="preserve"> mortuary.</w:t>
        <w:br/>
        <w:t>你记得吗</w:t>
      </w:r>
      <w:r>
        <w:t xml:space="preserve"> 我跟你说过</w:t>
        <w:br/>
        <w:t>You</w:t>
      </w:r>
      <w:r>
        <w:t xml:space="preserve"> remember,</w:t>
      </w:r>
      <w:r>
        <w:t xml:space="preserve"> I</w:t>
      </w:r>
      <w:r>
        <w:t xml:space="preserve"> told</w:t>
      </w:r>
      <w:r>
        <w:t xml:space="preserve"> you</w:t>
      </w:r>
      <w:r>
        <w:t xml:space="preserve"> about</w:t>
      </w:r>
      <w:r>
        <w:t xml:space="preserve"> it?</w:t>
        <w:br/>
        <w:t>也许你能在他回来时亲口跟他说</w:t>
        <w:br/>
        <w:t>Perhaps</w:t>
      </w:r>
      <w:r>
        <w:t xml:space="preserve"> you</w:t>
      </w:r>
      <w:r>
        <w:t xml:space="preserve"> can</w:t>
      </w:r>
      <w:r>
        <w:t xml:space="preserve"> tell</w:t>
      </w:r>
      <w:r>
        <w:t xml:space="preserve"> him</w:t>
      </w:r>
      <w:r>
        <w:t xml:space="preserve"> yourself</w:t>
      </w:r>
      <w:r>
        <w:t xml:space="preserve"> on</w:t>
      </w:r>
      <w:r>
        <w:t xml:space="preserve"> his</w:t>
      </w:r>
      <w:r>
        <w:t xml:space="preserve"> return.</w:t>
        <w:br/>
        <w:t>噢</w:t>
      </w:r>
      <w:r>
        <w:t xml:space="preserve"> 不行不行</w:t>
        <w:br/>
        <w:t>Oh,</w:t>
      </w:r>
      <w:r>
        <w:t xml:space="preserve"> no,</w:t>
      </w:r>
      <w:r>
        <w:t xml:space="preserve"> no,</w:t>
      </w:r>
      <w:r>
        <w:t xml:space="preserve"> no.</w:t>
        <w:br/>
        <w:t>这么好笑的事可不能等他回来再说</w:t>
        <w:br/>
        <w:t>A</w:t>
      </w:r>
      <w:r>
        <w:t xml:space="preserve"> tale</w:t>
      </w:r>
      <w:r>
        <w:t xml:space="preserve"> this</w:t>
      </w:r>
      <w:r>
        <w:t xml:space="preserve"> hilarious</w:t>
      </w:r>
      <w:r>
        <w:t xml:space="preserve"> cannot</w:t>
      </w:r>
      <w:r>
        <w:t xml:space="preserve"> wait.</w:t>
        <w:br/>
        <w:t>我不确定我能称之为好笑</w:t>
        <w:br/>
        <w:t>I'm</w:t>
      </w:r>
      <w:r>
        <w:t xml:space="preserve"> not</w:t>
      </w:r>
      <w:r>
        <w:t xml:space="preserve"> sure</w:t>
      </w:r>
      <w:r>
        <w:t xml:space="preserve"> I'd</w:t>
      </w:r>
      <w:r>
        <w:t xml:space="preserve"> call</w:t>
      </w:r>
      <w:r>
        <w:t xml:space="preserve"> it</w:t>
      </w:r>
      <w:r>
        <w:t xml:space="preserve"> hilarious.</w:t>
        <w:br/>
        <w:t>你说这是你听到过最好笑的故事</w:t>
        <w:br/>
        <w:t>You</w:t>
      </w:r>
      <w:r>
        <w:t xml:space="preserve"> said</w:t>
      </w:r>
      <w:r>
        <w:t xml:space="preserve"> it</w:t>
      </w:r>
      <w:r>
        <w:t xml:space="preserve"> was</w:t>
      </w:r>
      <w:r>
        <w:t xml:space="preserve"> the</w:t>
      </w:r>
      <w:r>
        <w:t xml:space="preserve"> funniest</w:t>
      </w:r>
      <w:r>
        <w:t xml:space="preserve"> story</w:t>
      </w:r>
      <w:r>
        <w:t xml:space="preserve"> you'd</w:t>
      </w:r>
      <w:r>
        <w:t xml:space="preserve"> ever</w:t>
      </w:r>
      <w:r>
        <w:t xml:space="preserve"> heard.</w:t>
        <w:br/>
        <w:t>是你讲这件事的方式</w:t>
      </w:r>
      <w:r>
        <w:t xml:space="preserve"> 巴纳巴斯</w:t>
        <w:br/>
        <w:t>It</w:t>
      </w:r>
      <w:r>
        <w:t xml:space="preserve"> was</w:t>
      </w:r>
      <w:r>
        <w:t xml:space="preserve"> how</w:t>
      </w:r>
      <w:r>
        <w:t xml:space="preserve"> you</w:t>
      </w:r>
      <w:r>
        <w:t xml:space="preserve"> told</w:t>
      </w:r>
      <w:r>
        <w:t xml:space="preserve"> it</w:t>
      </w:r>
      <w:r>
        <w:t xml:space="preserve"> to</w:t>
      </w:r>
      <w:r>
        <w:t xml:space="preserve"> me,</w:t>
      </w:r>
      <w:r>
        <w:t xml:space="preserve"> Barnabus.</w:t>
        <w:br/>
        <w:t>我就是担心丽兹写下来</w:t>
        <w:br/>
        <w:t>My</w:t>
      </w:r>
      <w:r>
        <w:t xml:space="preserve"> fear</w:t>
      </w:r>
      <w:r>
        <w:t xml:space="preserve"> is</w:t>
      </w:r>
      <w:r>
        <w:t xml:space="preserve"> that</w:t>
      </w:r>
      <w:r>
        <w:t xml:space="preserve"> Lizzie</w:t>
      </w:r>
      <w:r>
        <w:t xml:space="preserve"> may</w:t>
      </w:r>
      <w:r>
        <w:t xml:space="preserve"> not</w:t>
      </w:r>
      <w:r>
        <w:t xml:space="preserve"> do</w:t>
      </w:r>
      <w:r>
        <w:t xml:space="preserve"> it</w:t>
      </w:r>
      <w:r>
        <w:t xml:space="preserve"> justice</w:t>
        <w:br/>
        <w:t>表达不出这种好笑</w:t>
        <w:br/>
        <w:t>by</w:t>
      </w:r>
      <w:r>
        <w:t xml:space="preserve"> writing</w:t>
      </w:r>
      <w:r>
        <w:t xml:space="preserve"> it</w:t>
      </w:r>
      <w:r>
        <w:t xml:space="preserve"> down.</w:t>
        <w:br/>
        <w:t>我去开门</w:t>
        <w:br/>
        <w:t>I'll</w:t>
      </w:r>
      <w:r>
        <w:t xml:space="preserve"> get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t xml:space="preserve"> that.</w:t>
        <w:br/>
        <w:t>真的很好笑</w:t>
        <w:br/>
        <w:t>It</w:t>
      </w:r>
      <w:r>
        <w:t xml:space="preserve"> was</w:t>
      </w:r>
      <w:r>
        <w:t xml:space="preserve"> very</w:t>
      </w:r>
      <w:r>
        <w:t xml:space="preserve"> funny.</w:t>
        <w:br/>
        <w:t>菲茨罗伊警探</w:t>
        <w:br/>
        <w:t>Detective</w:t>
      </w:r>
      <w:r>
        <w:t xml:space="preserve"> Fitzroy.</w:t>
        <w:br/>
        <w:t>有何贵干-我可以进来吗</w:t>
        <w:br/>
        <w:t>To</w:t>
      </w:r>
      <w:r>
        <w:t xml:space="preserve"> what</w:t>
      </w:r>
      <w:r>
        <w:t xml:space="preserve"> do</w:t>
      </w:r>
      <w:r>
        <w:t xml:space="preserve"> I</w:t>
      </w:r>
      <w:r>
        <w:t xml:space="preserve"> owe</w:t>
      </w:r>
      <w:r>
        <w:t xml:space="preserve"> this</w:t>
      </w:r>
      <w:r>
        <w:t xml:space="preserve"> pleasure?</w:t>
      </w:r>
      <w:r>
        <w:t xml:space="preserve"> May</w:t>
      </w:r>
      <w:r>
        <w:t xml:space="preserve"> I</w:t>
      </w:r>
      <w:r>
        <w:t xml:space="preserve"> come</w:t>
      </w:r>
      <w:r>
        <w:t xml:space="preserve"> in?</w:t>
        <w:br/>
        <w:t>有件有点难办的事</w:t>
        <w:br/>
        <w:t>It</w:t>
      </w:r>
      <w:r>
        <w:t xml:space="preserve"> is</w:t>
      </w:r>
      <w:r>
        <w:t xml:space="preserve"> a</w:t>
      </w:r>
      <w:r>
        <w:t xml:space="preserve"> somewhat</w:t>
      </w:r>
      <w:r>
        <w:t xml:space="preserve"> delicate</w:t>
      </w:r>
      <w:r>
        <w:t xml:space="preserve"> matter.</w:t>
        <w:br/>
        <w:t>请进</w:t>
        <w:br/>
        <w:t>Of</w:t>
      </w:r>
      <w:r>
        <w:t xml:space="preserve"> course.</w:t>
        <w:br/>
        <w:t>我在找纳什先生</w:t>
      </w:r>
      <w:r>
        <w:t xml:space="preserve"> 但我不知道他在哪里</w:t>
        <w:br/>
        <w:t>I'm</w:t>
      </w:r>
      <w:r>
        <w:t xml:space="preserve"> looking</w:t>
      </w:r>
      <w:r>
        <w:t xml:space="preserve"> for</w:t>
      </w:r>
      <w:r>
        <w:t xml:space="preserve"> Mr.</w:t>
      </w:r>
      <w:r>
        <w:t xml:space="preserve"> Nash,</w:t>
      </w:r>
      <w:r>
        <w:t xml:space="preserve"> but</w:t>
      </w:r>
      <w:r>
        <w:t xml:space="preserve"> I've</w:t>
      </w:r>
      <w:r>
        <w:t xml:space="preserve"> been</w:t>
      </w:r>
      <w:r>
        <w:t xml:space="preserve"> unable</w:t>
      </w:r>
      <w:r>
        <w:t xml:space="preserve"> to</w:t>
      </w:r>
      <w:r>
        <w:t xml:space="preserve"> locate</w:t>
      </w:r>
      <w:r>
        <w:t xml:space="preserve"> him.</w:t>
        <w:br/>
        <w:t>我在想他有可能在这里</w:t>
        <w:br/>
        <w:t>I</w:t>
      </w:r>
      <w:r>
        <w:t xml:space="preserve"> was</w:t>
      </w:r>
      <w:r>
        <w:t xml:space="preserve"> hoping</w:t>
      </w:r>
      <w:r>
        <w:t xml:space="preserve"> he</w:t>
      </w:r>
      <w:r>
        <w:t xml:space="preserve"> might</w:t>
      </w:r>
      <w:r>
        <w:t xml:space="preserve"> be</w:t>
      </w:r>
      <w:r>
        <w:t xml:space="preserve"> here?</w:t>
        <w:br/>
        <w:t>恐怕不在哦</w:t>
        <w:br/>
        <w:t>I'm</w:t>
      </w:r>
      <w:r>
        <w:t xml:space="preserve"> afraid</w:t>
      </w:r>
      <w:r>
        <w:t xml:space="preserve"> not.</w:t>
        <w:br/>
        <w:t>有什么我可以帮你的吗</w:t>
        <w:br/>
        <w:t>Is</w:t>
      </w:r>
      <w:r>
        <w:t xml:space="preserve"> it</w:t>
      </w:r>
      <w:r>
        <w:t xml:space="preserve"> something</w:t>
      </w:r>
      <w:r>
        <w:t xml:space="preserve"> I</w:t>
      </w:r>
      <w:r>
        <w:t xml:space="preserve"> could</w:t>
      </w:r>
      <w:r>
        <w:t xml:space="preserve"> help</w:t>
      </w:r>
      <w:r>
        <w:t xml:space="preserve"> with?</w:t>
        <w:br/>
        <w:t>发生了一起谋杀案</w:t>
        <w:br/>
        <w:t>There's</w:t>
      </w:r>
      <w:r>
        <w:t xml:space="preserve"> been</w:t>
      </w:r>
      <w:r>
        <w:t xml:space="preserve"> a</w:t>
      </w:r>
      <w:r>
        <w:t xml:space="preserve"> murder.</w:t>
        <w:br/>
        <w:t>受害者在阿尔德盖特的街头</w:t>
        <w:br/>
        <w:t>The</w:t>
      </w:r>
      <w:r>
        <w:t xml:space="preserve"> victim</w:t>
      </w:r>
      <w:r>
        <w:t xml:space="preserve"> was</w:t>
      </w:r>
      <w:r>
        <w:t xml:space="preserve"> stabbed</w:t>
      </w:r>
      <w:r>
        <w:t xml:space="preserve"> several</w:t>
      </w:r>
      <w:r>
        <w:t xml:space="preserve"> times</w:t>
      </w:r>
      <w:r>
        <w:t xml:space="preserve"> in</w:t>
      </w:r>
      <w:r>
        <w:t xml:space="preserve"> a</w:t>
      </w:r>
      <w:r>
        <w:t xml:space="preserve"> street</w:t>
        <w:br/>
        <w:t>被捅了数刀</w:t>
        <w:br/>
        <w:t>in</w:t>
      </w:r>
      <w:r>
        <w:t xml:space="preserve"> Aldgate.</w:t>
        <w:br/>
        <w:t>你是想要我们调查吗</w:t>
        <w:br/>
        <w:t>Do</w:t>
      </w:r>
      <w:r>
        <w:t xml:space="preserve"> you</w:t>
      </w:r>
      <w:r>
        <w:t xml:space="preserve"> wish</w:t>
      </w:r>
      <w:r>
        <w:t xml:space="preserve"> to</w:t>
      </w:r>
      <w:r>
        <w:t xml:space="preserve"> engage</w:t>
      </w:r>
      <w:r>
        <w:t xml:space="preserve"> our</w:t>
      </w:r>
      <w:r>
        <w:t xml:space="preserve"> services?</w:t>
        <w:br/>
        <w:t>纳什先生涉嫌谋杀</w:t>
        <w:br/>
        <w:t>Mr.</w:t>
      </w:r>
      <w:r>
        <w:t xml:space="preserve"> Nash</w:t>
      </w:r>
      <w:r>
        <w:t xml:space="preserve"> is</w:t>
      </w:r>
      <w:r>
        <w:t xml:space="preserve"> wanted</w:t>
      </w:r>
      <w:r>
        <w:t xml:space="preserve"> in</w:t>
      </w:r>
      <w:r>
        <w:t xml:space="preserve"> connection</w:t>
      </w:r>
      <w:r>
        <w:t xml:space="preserve"> with</w:t>
      </w:r>
      <w:r>
        <w:t xml:space="preserve"> the</w:t>
      </w:r>
      <w:r>
        <w:t xml:space="preserve"> murder.</w:t>
        <w:br/>
        <w:t>我有他的逮捕令</w:t>
        <w:br/>
        <w:t>I</w:t>
      </w:r>
      <w:r>
        <w:t xml:space="preserve"> have</w:t>
      </w:r>
      <w:r>
        <w:t xml:space="preserve"> a</w:t>
      </w:r>
      <w:r>
        <w:t xml:space="preserve"> warrant</w:t>
      </w:r>
      <w:r>
        <w:t xml:space="preserve"> for</w:t>
      </w:r>
      <w:r>
        <w:t xml:space="preserve"> his</w:t>
      </w:r>
      <w:r>
        <w:t xml:space="preserve"> arrest.</w:t>
        <w:br/>
        <w:br/>
        <w:t>她来这里干什么</w:t>
        <w:br/>
        <w:t>What's</w:t>
      </w:r>
      <w:r>
        <w:t xml:space="preserve"> she</w:t>
      </w:r>
      <w:r>
        <w:t xml:space="preserve"> doing</w:t>
      </w:r>
      <w:r>
        <w:t xml:space="preserve"> here?</w:t>
        <w:br/>
        <w:t>是我让斯嘉丽小姐来犯罪现场的</w:t>
        <w:br/>
        <w:t>I</w:t>
      </w:r>
      <w:r>
        <w:t xml:space="preserve"> invited</w:t>
      </w:r>
      <w:r>
        <w:t xml:space="preserve"> Miss</w:t>
      </w:r>
      <w:r>
        <w:t xml:space="preserve"> Scarlet</w:t>
      </w:r>
      <w:r>
        <w:t xml:space="preserve"> to</w:t>
      </w:r>
      <w:r>
        <w:t xml:space="preserve"> the</w:t>
      </w:r>
      <w:r>
        <w:t xml:space="preserve"> scene.</w:t>
        <w:br/>
        <w:t>她也许能帮上点忙</w:t>
        <w:br/>
        <w:t>She</w:t>
      </w:r>
      <w:r>
        <w:t xml:space="preserve"> may</w:t>
      </w:r>
      <w:r>
        <w:t xml:space="preserve"> be</w:t>
      </w:r>
      <w:r>
        <w:t xml:space="preserve"> able</w:t>
      </w:r>
      <w:r>
        <w:t xml:space="preserve"> to</w:t>
      </w:r>
      <w:r>
        <w:t xml:space="preserve"> shed</w:t>
      </w:r>
      <w:r>
        <w:t xml:space="preserve"> some</w:t>
      </w:r>
      <w:r>
        <w:t xml:space="preserve"> light</w:t>
        <w:br/>
        <w:t>告诉我们受害者和纳什先生的关系</w:t>
        <w:br/>
        <w:t>on</w:t>
      </w:r>
      <w:r>
        <w:t xml:space="preserve"> the</w:t>
      </w:r>
      <w:r>
        <w:t xml:space="preserve"> relationship</w:t>
      </w:r>
      <w:r>
        <w:t xml:space="preserve"> between</w:t>
      </w:r>
      <w:r>
        <w:t xml:space="preserve"> the</w:t>
      </w:r>
      <w:r>
        <w:t xml:space="preserve"> victim</w:t>
      </w:r>
      <w:r>
        <w:t xml:space="preserve"> and</w:t>
      </w:r>
      <w:r>
        <w:t xml:space="preserve"> Mr.</w:t>
      </w:r>
      <w:r>
        <w:t xml:space="preserve"> Nash.</w:t>
        <w:br/>
        <w:t>你刚说他叫什么来着</w:t>
        <w:br/>
        <w:t>What</w:t>
      </w:r>
      <w:r>
        <w:t xml:space="preserve"> did</w:t>
      </w:r>
      <w:r>
        <w:t xml:space="preserve"> you</w:t>
      </w:r>
      <w:r>
        <w:t xml:space="preserve"> say</w:t>
      </w:r>
      <w:r>
        <w:t xml:space="preserve"> his</w:t>
      </w:r>
      <w:r>
        <w:t xml:space="preserve"> name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  <w:r>
        <w:t xml:space="preserve"> was?</w:t>
        <w:br/>
        <w:t>我们不是太确定</w:t>
        <w:br/>
        <w:t>We're</w:t>
      </w:r>
      <w:r>
        <w:t xml:space="preserve"> not</w:t>
      </w:r>
      <w:r>
        <w:t xml:space="preserve"> entirely</w:t>
      </w:r>
      <w:r>
        <w:t xml:space="preserve"> sure.</w:t>
        <w:br/>
        <w:t>但他当时在这里的一家酒吧里</w:t>
        <w:br/>
        <w:t>But</w:t>
      </w:r>
      <w:r>
        <w:t xml:space="preserve"> we</w:t>
      </w:r>
      <w:r>
        <w:t xml:space="preserve"> know</w:t>
      </w:r>
      <w:r>
        <w:t xml:space="preserve"> he</w:t>
      </w:r>
      <w:r>
        <w:t xml:space="preserve"> was</w:t>
      </w:r>
      <w:r>
        <w:t xml:space="preserve"> in</w:t>
      </w:r>
      <w:r>
        <w:t xml:space="preserve"> a</w:t>
      </w:r>
      <w:r>
        <w:t xml:space="preserve"> public</w:t>
      </w:r>
      <w:r>
        <w:t xml:space="preserve"> house</w:t>
      </w:r>
      <w:r>
        <w:t xml:space="preserve"> in</w:t>
      </w:r>
      <w:r>
        <w:t xml:space="preserve"> the</w:t>
      </w:r>
      <w:r>
        <w:t xml:space="preserve"> area.</w:t>
        <w:br/>
        <w:t>店主只知道他的名叫伊蒙</w:t>
        <w:br/>
        <w:t>The</w:t>
      </w:r>
      <w:r>
        <w:t xml:space="preserve"> landlord</w:t>
      </w:r>
      <w:r>
        <w:t xml:space="preserve"> only</w:t>
      </w:r>
      <w:r>
        <w:t xml:space="preserve"> knew</w:t>
      </w:r>
      <w:r>
        <w:t xml:space="preserve"> him</w:t>
      </w:r>
      <w:r>
        <w:t xml:space="preserve"> by</w:t>
      </w:r>
      <w:r>
        <w:t xml:space="preserve"> his</w:t>
      </w:r>
      <w:r>
        <w:t xml:space="preserve"> first</w:t>
      </w:r>
      <w:r>
        <w:t xml:space="preserve"> name,</w:t>
      </w:r>
      <w:r>
        <w:t xml:space="preserve"> Eamonn.</w:t>
        <w:br/>
        <w:t>那这跟纳什先生有什么关系</w:t>
        <w:br/>
        <w:t>And</w:t>
      </w:r>
      <w:r>
        <w:t xml:space="preserve"> what</w:t>
      </w:r>
      <w:r>
        <w:t xml:space="preserve"> does</w:t>
      </w:r>
      <w:r>
        <w:t xml:space="preserve"> this</w:t>
      </w:r>
      <w:r>
        <w:t xml:space="preserve"> have</w:t>
      </w:r>
      <w:r>
        <w:t xml:space="preserve"> to</w:t>
      </w:r>
      <w:r>
        <w:t xml:space="preserve"> do</w:t>
      </w:r>
      <w:r>
        <w:t xml:space="preserve"> with</w:t>
      </w:r>
      <w:r>
        <w:t xml:space="preserve"> Mr.</w:t>
      </w:r>
      <w:r>
        <w:t xml:space="preserve"> Nash?</w:t>
        <w:br/>
        <w:t>他也在这家酒吧</w:t>
      </w:r>
      <w:r>
        <w:t xml:space="preserve"> 在打听伊蒙这人的下落</w:t>
        <w:br/>
        <w:t>He</w:t>
      </w:r>
      <w:r>
        <w:t xml:space="preserve"> was</w:t>
      </w:r>
      <w:r>
        <w:t xml:space="preserve"> in</w:t>
      </w:r>
      <w:r>
        <w:t xml:space="preserve"> the</w:t>
      </w:r>
      <w:r>
        <w:t xml:space="preserve"> same</w:t>
      </w:r>
      <w:r>
        <w:t xml:space="preserve"> pub,</w:t>
      </w:r>
      <w:r>
        <w:t xml:space="preserve"> asking</w:t>
      </w:r>
      <w:r>
        <w:t xml:space="preserve"> about</w:t>
      </w:r>
      <w:r>
        <w:t xml:space="preserve"> this</w:t>
      </w:r>
      <w:r>
        <w:t xml:space="preserve"> Eamonn</w:t>
      </w:r>
      <w:r>
        <w:t xml:space="preserve"> fella.</w:t>
        <w:br/>
        <w:t>店主认识纳什</w:t>
        <w:br/>
        <w:t>The</w:t>
      </w:r>
      <w:r>
        <w:t xml:space="preserve"> landlord</w:t>
      </w:r>
      <w:r>
        <w:t xml:space="preserve"> recognized</w:t>
      </w:r>
      <w:r>
        <w:t xml:space="preserve"> Nash.</w:t>
        <w:br/>
        <w:t>显然他是个常客了</w:t>
        <w:br/>
        <w:t>Apparently,</w:t>
      </w:r>
      <w:r>
        <w:t xml:space="preserve"> he's</w:t>
      </w:r>
      <w:r>
        <w:t xml:space="preserve"> a</w:t>
      </w:r>
      <w:r>
        <w:t xml:space="preserve"> regular.</w:t>
        <w:br/>
        <w:t>据店主说</w:t>
      </w:r>
      <w:r>
        <w:t xml:space="preserve"> 他当时看起来焦躁不安</w:t>
        <w:br/>
        <w:t>He</w:t>
      </w:r>
      <w:r>
        <w:t xml:space="preserve"> was</w:t>
      </w:r>
      <w:r>
        <w:t xml:space="preserve"> in</w:t>
      </w:r>
      <w:r>
        <w:t xml:space="preserve"> what</w:t>
      </w:r>
      <w:r>
        <w:t xml:space="preserve"> was</w:t>
      </w:r>
      <w:r>
        <w:t xml:space="preserve"> described</w:t>
      </w:r>
      <w:r>
        <w:t xml:space="preserve"> as</w:t>
      </w:r>
      <w:r>
        <w:t xml:space="preserve"> an</w:t>
      </w:r>
      <w:r>
        <w:t xml:space="preserve"> agitated</w:t>
      </w:r>
      <w:r>
        <w:t xml:space="preserve"> state.</w:t>
        <w:br/>
        <w:t>几分钟后</w:t>
      </w:r>
      <w:r>
        <w:t xml:space="preserve"> 他被目击到站在尸体旁边</w:t>
        <w:br/>
        <w:t>A</w:t>
      </w:r>
      <w:r>
        <w:t xml:space="preserve"> few</w:t>
      </w:r>
      <w:r>
        <w:t xml:space="preserve"> minutes</w:t>
      </w:r>
      <w:r>
        <w:t xml:space="preserve"> later,</w:t>
      </w:r>
      <w:r>
        <w:t xml:space="preserve"> he</w:t>
      </w:r>
      <w:r>
        <w:t xml:space="preserve"> was</w:t>
      </w:r>
      <w:r>
        <w:t xml:space="preserve"> seen</w:t>
      </w:r>
      <w:r>
        <w:t xml:space="preserve"> stood</w:t>
      </w:r>
      <w:r>
        <w:t xml:space="preserve"> over</w:t>
      </w:r>
      <w:r>
        <w:t xml:space="preserve"> the</w:t>
      </w:r>
      <w:r>
        <w:t xml:space="preserve"> body</w:t>
        <w:br/>
        <w:t>然后逃跑了</w:t>
        <w:br/>
        <w:t>before</w:t>
      </w:r>
      <w:r>
        <w:t xml:space="preserve"> running</w:t>
      </w:r>
      <w:r>
        <w:t xml:space="preserve"> off.</w:t>
        <w:br/>
        <w:t>手臂上有抵抗伤</w:t>
        <w:br/>
        <w:t>Defense</w:t>
      </w:r>
      <w:r>
        <w:t xml:space="preserve"> wounds</w:t>
      </w:r>
      <w:r>
        <w:t xml:space="preserve"> on</w:t>
      </w:r>
      <w:r>
        <w:t xml:space="preserve"> the</w:t>
      </w:r>
      <w:r>
        <w:t xml:space="preserve"> arms.</w:t>
        <w:br/>
        <w:t>躯干上有几处浅的伤口</w:t>
        <w:br/>
        <w:t>Several</w:t>
      </w:r>
      <w:r>
        <w:t xml:space="preserve"> shallow</w:t>
      </w:r>
      <w:r>
        <w:t xml:space="preserve"> cuts</w:t>
      </w:r>
      <w:r>
        <w:t xml:space="preserve"> to</w:t>
      </w:r>
      <w:r>
        <w:t xml:space="preserve"> the</w:t>
      </w:r>
      <w:r>
        <w:t xml:space="preserve"> torso.</w:t>
        <w:br/>
        <w:t>看起来致命的那一击</w:t>
        <w:br/>
        <w:t>It</w:t>
      </w:r>
      <w:r>
        <w:t xml:space="preserve"> would</w:t>
      </w:r>
      <w:r>
        <w:t xml:space="preserve"> appear</w:t>
      </w:r>
      <w:r>
        <w:t xml:space="preserve"> the</w:t>
      </w:r>
      <w:r>
        <w:t xml:space="preserve"> fatal</w:t>
      </w:r>
      <w:r>
        <w:t xml:space="preserve"> blow</w:t>
        <w:br/>
        <w:t>直接穿透了心脏</w:t>
        <w:br/>
        <w:t>was</w:t>
      </w:r>
      <w:r>
        <w:t xml:space="preserve"> directly</w:t>
      </w:r>
      <w:r>
        <w:t xml:space="preserve"> through</w:t>
      </w:r>
      <w:r>
        <w:t xml:space="preserve"> the</w:t>
      </w:r>
      <w:r>
        <w:t xml:space="preserve"> heart.</w:t>
        <w:br/>
        <w:t>多亏你露面呢</w:t>
      </w:r>
      <w:r>
        <w:t xml:space="preserve"> 斯嘉丽小姐</w:t>
        <w:br/>
        <w:t>Thank</w:t>
      </w:r>
      <w:r>
        <w:t xml:space="preserve"> God</w:t>
      </w:r>
      <w:r>
        <w:t xml:space="preserve"> you</w:t>
      </w:r>
      <w:r>
        <w:t xml:space="preserve"> came,</w:t>
      </w:r>
      <w:r>
        <w:t xml:space="preserve"> Miss</w:t>
      </w:r>
      <w:r>
        <w:t xml:space="preserve"> Scarlet.</w:t>
        <w:br/>
        <w:t>我们可想不到这些</w:t>
        <w:br/>
        <w:t>We</w:t>
      </w:r>
      <w:r>
        <w:t xml:space="preserve"> never</w:t>
      </w:r>
      <w:r>
        <w:t xml:space="preserve"> would've</w:t>
      </w:r>
      <w:r>
        <w:t xml:space="preserve"> worked</w:t>
      </w:r>
      <w:r>
        <w:t xml:space="preserve"> that</w:t>
      </w:r>
      <w:r>
        <w:t xml:space="preserve"> out.</w:t>
        <w:br/>
        <w:t>我从来没见过</w:t>
        <w:br/>
        <w:t>I've</w:t>
      </w:r>
      <w:r>
        <w:t xml:space="preserve"> never</w:t>
      </w:r>
      <w:r>
        <w:t xml:space="preserve"> seen</w:t>
        <w:br/>
        <w:t>这个人-好吧</w:t>
      </w:r>
      <w:r>
        <w:t xml:space="preserve"> 那你可以走了</w:t>
        <w:br/>
        <w:t>this</w:t>
      </w:r>
      <w:r>
        <w:t xml:space="preserve"> man</w:t>
      </w:r>
      <w:r>
        <w:t xml:space="preserve"> before.</w:t>
      </w:r>
      <w:r>
        <w:t xml:space="preserve"> Right,</w:t>
      </w:r>
      <w:r>
        <w:t xml:space="preserve"> off</w:t>
      </w:r>
      <w:r>
        <w:t xml:space="preserve"> you</w:t>
      </w:r>
      <w:r>
        <w:t xml:space="preserve"> go,</w:t>
      </w:r>
      <w:r>
        <w:t xml:space="preserve"> then.</w:t>
        <w:br/>
        <w:t>菲尔普斯警探</w:t>
        <w:br/>
        <w:t>Detective</w:t>
      </w:r>
      <w:r>
        <w:t xml:space="preserve"> Phelps.</w:t>
        <w:br/>
        <w:t>要我提醒你下</w:t>
        <w:br/>
        <w:t>I</w:t>
      </w:r>
      <w:r>
        <w:t xml:space="preserve"> would</w:t>
      </w:r>
      <w:r>
        <w:t xml:space="preserve"> remind</w:t>
      </w:r>
      <w:r>
        <w:t xml:space="preserve"> you</w:t>
        <w:br/>
        <w:t>我才是负责这起案子的警探吗</w:t>
        <w:br/>
        <w:t>that</w:t>
      </w:r>
      <w:r>
        <w:t xml:space="preserve"> I</w:t>
      </w:r>
      <w:r>
        <w:t xml:space="preserve"> am</w:t>
      </w:r>
      <w:r>
        <w:t xml:space="preserve"> the</w:t>
      </w:r>
      <w:r>
        <w:t xml:space="preserve"> officer</w:t>
      </w:r>
      <w:r>
        <w:t xml:space="preserve"> in</w:t>
      </w:r>
      <w:r>
        <w:t xml:space="preserve"> charge</w:t>
      </w:r>
      <w:r>
        <w:t xml:space="preserve"> of</w:t>
      </w:r>
      <w:r>
        <w:t xml:space="preserve"> this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  <w:r>
        <w:t xml:space="preserve"> investigation.</w:t>
        <w:br/>
        <w:t>是吗</w:t>
        <w:br/>
        <w:t>Yeah?</w:t>
        <w:br/>
        <w:t>你怎么当上的呢</w:t>
        <w:br/>
        <w:t>And</w:t>
      </w:r>
      <w:r>
        <w:t xml:space="preserve"> why</w:t>
      </w:r>
      <w:r>
        <w:t xml:space="preserve"> is</w:t>
      </w:r>
      <w:r>
        <w:t xml:space="preserve"> that,</w:t>
      </w:r>
      <w:r>
        <w:t xml:space="preserve"> I</w:t>
      </w:r>
      <w:r>
        <w:t xml:space="preserve"> wonder?</w:t>
        <w:br/>
        <w:t>来自爸爸的命令</w:t>
        <w:br/>
        <w:t>Orders</w:t>
      </w:r>
      <w:r>
        <w:t xml:space="preserve"> from</w:t>
      </w:r>
      <w:r>
        <w:t xml:space="preserve"> Daddy.</w:t>
        <w:br/>
        <w:t>纳什先生以前</w:t>
        <w:br/>
        <w:t>Has</w:t>
      </w:r>
      <w:r>
        <w:t xml:space="preserve"> Mr.</w:t>
      </w:r>
      <w:r>
        <w:t xml:space="preserve"> Nash</w:t>
        <w:br/>
        <w:t>有提过伊蒙这个名字吗</w:t>
        <w:br/>
        <w:t>ever</w:t>
      </w:r>
      <w:r>
        <w:t xml:space="preserve"> mentioned</w:t>
      </w:r>
      <w:r>
        <w:t xml:space="preserve"> the</w:t>
      </w:r>
      <w:r>
        <w:t xml:space="preserve"> name</w:t>
      </w:r>
      <w:r>
        <w:t xml:space="preserve"> Eamonn</w:t>
      </w:r>
      <w:r>
        <w:t xml:space="preserve"> before?</w:t>
        <w:br/>
        <w:t>她的上司是嫌疑人</w:t>
        <w:br/>
        <w:t>Her</w:t>
      </w:r>
      <w:r>
        <w:t xml:space="preserve"> boss</w:t>
      </w:r>
      <w:r>
        <w:t xml:space="preserve"> is</w:t>
      </w:r>
      <w:r>
        <w:t xml:space="preserve"> a</w:t>
      </w:r>
      <w:r>
        <w:t xml:space="preserve"> suspect.</w:t>
        <w:br/>
        <w:t>这其中有利益冲突</w:t>
        <w:br/>
        <w:t>Talk</w:t>
      </w:r>
      <w:r>
        <w:t xml:space="preserve"> about</w:t>
      </w:r>
      <w:r>
        <w:t xml:space="preserve"> conflict</w:t>
      </w:r>
      <w:r>
        <w:t xml:space="preserve"> of</w:t>
      </w:r>
      <w:r>
        <w:t xml:space="preserve"> interest.</w:t>
        <w:br/>
        <w:t>帕特里克·纳什有很多面但他绝对不是杀人犯</w:t>
        <w:br/>
        <w:t>Patrick</w:t>
      </w:r>
      <w:r>
        <w:t xml:space="preserve"> Nash</w:t>
      </w:r>
      <w:r>
        <w:t xml:space="preserve"> is</w:t>
      </w:r>
      <w:r>
        <w:t xml:space="preserve"> many</w:t>
      </w:r>
      <w:r>
        <w:t xml:space="preserve"> things,</w:t>
      </w:r>
      <w:r>
        <w:t xml:space="preserve"> but</w:t>
      </w:r>
      <w:r>
        <w:t xml:space="preserve"> he's</w:t>
      </w:r>
      <w:r>
        <w:t xml:space="preserve"> not</w:t>
      </w:r>
      <w:r>
        <w:t xml:space="preserve"> a</w:t>
      </w:r>
      <w:r>
        <w:t xml:space="preserve"> murderer.</w:t>
        <w:br/>
        <w:t>也许不是</w:t>
        <w:br/>
        <w:t>Maybe</w:t>
      </w:r>
      <w:r>
        <w:t xml:space="preserve"> not.</w:t>
        <w:br/>
        <w:t>但他恰好就在那人被谋杀之前找他</w:t>
        <w:br/>
        <w:t>But</w:t>
      </w:r>
      <w:r>
        <w:t xml:space="preserve"> he</w:t>
      </w:r>
      <w:r>
        <w:t xml:space="preserve"> was</w:t>
      </w:r>
      <w:r>
        <w:t xml:space="preserve"> looking</w:t>
      </w:r>
      <w:r>
        <w:t xml:space="preserve"> for</w:t>
      </w:r>
      <w:r>
        <w:t xml:space="preserve"> someone</w:t>
      </w:r>
      <w:r>
        <w:t xml:space="preserve"> right</w:t>
      </w:r>
      <w:r>
        <w:t xml:space="preserve"> before</w:t>
      </w:r>
      <w:r>
        <w:t xml:space="preserve"> they</w:t>
      </w:r>
      <w:r>
        <w:t xml:space="preserve"> were</w:t>
      </w:r>
      <w:r>
        <w:t xml:space="preserve"> killed,</w:t>
        <w:br/>
        <w:t>他被目击到在死者尸体旁边</w:t>
        <w:br/>
        <w:t>and</w:t>
      </w:r>
      <w:r>
        <w:t xml:space="preserve"> he</w:t>
      </w:r>
      <w:r>
        <w:t xml:space="preserve"> was</w:t>
      </w:r>
      <w:r>
        <w:t xml:space="preserve"> seen</w:t>
      </w:r>
      <w:r>
        <w:t xml:space="preserve"> by</w:t>
      </w:r>
      <w:r>
        <w:t xml:space="preserve"> their</w:t>
      </w:r>
      <w:r>
        <w:t xml:space="preserve"> dead</w:t>
      </w:r>
      <w:r>
        <w:t xml:space="preserve"> body,</w:t>
        <w:br/>
        <w:t>然后他凭空消失了</w:t>
        <w:br/>
        <w:t>and</w:t>
      </w:r>
      <w:r>
        <w:t xml:space="preserve"> then</w:t>
      </w:r>
      <w:r>
        <w:t xml:space="preserve"> he</w:t>
      </w:r>
      <w:r>
        <w:t xml:space="preserve"> disappeared.</w:t>
        <w:br/>
        <w:t>他没有消失</w:t>
        <w:br/>
        <w:t>He</w:t>
      </w:r>
      <w:r>
        <w:t xml:space="preserve"> hasn't</w:t>
      </w:r>
      <w:r>
        <w:t xml:space="preserve"> disappeared.</w:t>
        <w:br/>
        <w:t>他不在家</w:t>
      </w:r>
      <w:r>
        <w:t xml:space="preserve"> 不在侦探所</w:t>
        <w:br/>
        <w:t>He's</w:t>
      </w:r>
      <w:r>
        <w:t xml:space="preserve"> not</w:t>
      </w:r>
      <w:r>
        <w:t xml:space="preserve"> at</w:t>
      </w:r>
      <w:r>
        <w:t xml:space="preserve"> home,</w:t>
      </w:r>
      <w:r>
        <w:t xml:space="preserve"> he's</w:t>
      </w:r>
      <w:r>
        <w:t xml:space="preserve"> not</w:t>
      </w:r>
      <w:r>
        <w:t xml:space="preserve"> at</w:t>
      </w:r>
      <w:r>
        <w:t xml:space="preserve"> work,</w:t>
        <w:br/>
        <w:t>也不在他常去的地方</w:t>
        <w:br/>
        <w:t>or</w:t>
      </w:r>
      <w:r>
        <w:t xml:space="preserve"> any</w:t>
      </w:r>
      <w:r>
        <w:t xml:space="preserve"> of</w:t>
      </w:r>
      <w:r>
        <w:t xml:space="preserve"> his</w:t>
      </w:r>
      <w:r>
        <w:t xml:space="preserve"> usual</w:t>
      </w:r>
      <w:r>
        <w:t xml:space="preserve"> haunts.</w:t>
        <w:br/>
        <w:t>那么</w:t>
      </w:r>
      <w:r>
        <w:t xml:space="preserve"> 他去哪里了呢</w:t>
        <w:br/>
        <w:t>So,</w:t>
      </w:r>
      <w:r>
        <w:t xml:space="preserve"> where</w:t>
      </w:r>
      <w:r>
        <w:t xml:space="preserve"> is</w:t>
      </w:r>
      <w:r>
        <w:t xml:space="preserve"> he,</w:t>
      </w:r>
      <w:r>
        <w:t xml:space="preserve"> then?</w:t>
        <w:br/>
        <w:t>我问了所有人</w:t>
        <w:br/>
        <w:t>I</w:t>
      </w:r>
      <w:r>
        <w:t xml:space="preserve"> asked</w:t>
      </w:r>
      <w:r>
        <w:t xml:space="preserve"> the</w:t>
      </w:r>
      <w:r>
        <w:t xml:space="preserve"> men.</w:t>
        <w:br/>
        <w:t>没人在他昨天离开办公室后</w:t>
        <w:br/>
        <w:t>No</w:t>
      </w:r>
      <w:r>
        <w:t xml:space="preserve"> one's</w:t>
      </w:r>
      <w:r>
        <w:t xml:space="preserve"> seen</w:t>
      </w:r>
      <w:r>
        <w:t xml:space="preserve"> Mr.</w:t>
      </w:r>
      <w:r>
        <w:t xml:space="preserve"> Nash</w:t>
        <w:br/>
        <w:t>见过纳什先生了</w:t>
        <w:br/>
        <w:t>since</w:t>
      </w:r>
      <w:r>
        <w:t xml:space="preserve"> he-left</w:t>
      </w:r>
      <w:r>
        <w:t xml:space="preserve"> the</w:t>
      </w:r>
      <w:r>
        <w:t xml:space="preserve"> office</w:t>
      </w:r>
      <w:r>
        <w:t xml:space="preserve"> yesterday.</w:t>
        <w:br/>
        <w:t>那</w:t>
      </w:r>
      <w:r>
        <w:t xml:space="preserve"> 他收到的那封电报</w:t>
        <w:br/>
        <w:t>And</w:t>
      </w:r>
      <w:r>
        <w:t xml:space="preserve"> this,</w:t>
      </w:r>
      <w:r>
        <w:t xml:space="preserve"> uh,</w:t>
      </w:r>
      <w:r>
        <w:t xml:space="preserve"> and</w:t>
      </w:r>
      <w:r>
        <w:t xml:space="preserve"> the</w:t>
      </w:r>
      <w:r>
        <w:t xml:space="preserve"> telegram</w:t>
      </w:r>
      <w:r>
        <w:t xml:space="preserve"> 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  <w:r>
        <w:t xml:space="preserve"> received,</w:t>
        <w:br/>
        <w:t>你没看它说了什么吗-没有</w:t>
        <w:br/>
        <w:t>yousdidn't</w:t>
      </w:r>
      <w:r>
        <w:t xml:space="preserve"> see</w:t>
      </w:r>
      <w:r>
        <w:t xml:space="preserve"> what</w:t>
      </w:r>
      <w:r>
        <w:t xml:space="preserve"> it</w:t>
      </w:r>
      <w:r>
        <w:t xml:space="preserve"> said?</w:t>
      </w:r>
      <w:r>
        <w:t xml:space="preserve"> No.</w:t>
        <w:br/>
        <w:t>看起来它让他情绪大改</w:t>
        <w:br/>
        <w:t>It</w:t>
      </w:r>
      <w:r>
        <w:t xml:space="preserve"> did</w:t>
      </w:r>
      <w:r>
        <w:t xml:space="preserve"> seem</w:t>
      </w:r>
      <w:r>
        <w:t xml:space="preserve"> to</w:t>
      </w:r>
      <w:r>
        <w:t xml:space="preserve"> greatly</w:t>
      </w:r>
      <w:r>
        <w:t xml:space="preserve"> alter</w:t>
      </w:r>
      <w:r>
        <w:t xml:space="preserve"> his</w:t>
      </w:r>
      <w:r>
        <w:t xml:space="preserve"> mood.</w:t>
        <w:br/>
        <w:t>是的</w:t>
      </w:r>
      <w:r>
        <w:t xml:space="preserve"> 确实</w:t>
        <w:br/>
        <w:t>Hmm,</w:t>
      </w:r>
      <w:r>
        <w:t xml:space="preserve"> indeed,</w:t>
      </w:r>
      <w:r>
        <w:t xml:space="preserve"> it</w:t>
      </w:r>
      <w:r>
        <w:t xml:space="preserve"> did.</w:t>
        <w:br/>
        <w:t>警方不知道受害者的姓氏或地址</w:t>
        <w:br/>
        <w:t>The</w:t>
      </w:r>
      <w:r>
        <w:t xml:space="preserve"> police</w:t>
      </w:r>
      <w:r>
        <w:t xml:space="preserve"> have</w:t>
      </w:r>
      <w:r>
        <w:t xml:space="preserve"> no</w:t>
      </w:r>
      <w:r>
        <w:t xml:space="preserve"> surname</w:t>
      </w:r>
      <w:r>
        <w:t xml:space="preserve"> or</w:t>
      </w:r>
      <w:r>
        <w:t xml:space="preserve"> address</w:t>
      </w:r>
      <w:r>
        <w:t xml:space="preserve"> for</w:t>
      </w:r>
      <w:r>
        <w:t xml:space="preserve"> the</w:t>
      </w:r>
      <w:r>
        <w:t xml:space="preserve"> dead</w:t>
      </w:r>
      <w:r>
        <w:t xml:space="preserve"> man.</w:t>
        <w:br/>
        <w:t>他们认为他的名是伊蒙</w:t>
        <w:br/>
        <w:t>They</w:t>
      </w:r>
      <w:r>
        <w:t xml:space="preserve"> think</w:t>
      </w:r>
      <w:r>
        <w:t xml:space="preserve"> his</w:t>
      </w:r>
      <w:r>
        <w:t xml:space="preserve"> Christian</w:t>
      </w:r>
      <w:r>
        <w:t xml:space="preserve"> name</w:t>
      </w:r>
      <w:r>
        <w:t xml:space="preserve"> is</w:t>
      </w:r>
      <w:r>
        <w:t xml:space="preserve"> Eamonn?</w:t>
        <w:br/>
        <w:t>你觉得听起来耳熟吗</w:t>
        <w:br/>
        <w:t>Does</w:t>
      </w:r>
      <w:r>
        <w:t xml:space="preserve"> that</w:t>
      </w:r>
      <w:r>
        <w:t xml:space="preserve"> mean</w:t>
      </w:r>
      <w:r>
        <w:t xml:space="preserve"> anything</w:t>
      </w:r>
      <w:r>
        <w:t xml:space="preserve"> to</w:t>
      </w:r>
      <w:r>
        <w:t xml:space="preserve"> you?</w:t>
        <w:br/>
        <w:t>这个有点难回答</w:t>
        <w:br/>
        <w:t>That</w:t>
      </w:r>
      <w:r>
        <w:t xml:space="preserve"> is</w:t>
      </w:r>
      <w:r>
        <w:t xml:space="preserve"> a</w:t>
      </w:r>
      <w:r>
        <w:t xml:space="preserve"> difficult</w:t>
      </w:r>
      <w:r>
        <w:t xml:space="preserve"> question</w:t>
      </w:r>
      <w:r>
        <w:t xml:space="preserve"> to</w:t>
      </w:r>
      <w:r>
        <w:t xml:space="preserve"> answer.</w:t>
        <w:br/>
        <w:t>怎么说</w:t>
        <w:br/>
        <w:t>In</w:t>
      </w:r>
      <w:r>
        <w:t xml:space="preserve"> what</w:t>
      </w:r>
      <w:r>
        <w:t xml:space="preserve"> way?</w:t>
        <w:br/>
        <w:t>因为您是我的上级</w:t>
      </w:r>
      <w:r>
        <w:t xml:space="preserve"> 我不想对您撒谎</w:t>
        <w:br/>
        <w:t>Because</w:t>
      </w:r>
      <w:r>
        <w:t xml:space="preserve"> you're</w:t>
      </w:r>
      <w:r>
        <w:t xml:space="preserve"> my</w:t>
      </w:r>
      <w:r>
        <w:t xml:space="preserve"> superior,</w:t>
      </w:r>
      <w:r>
        <w:t xml:space="preserve"> and</w:t>
      </w:r>
      <w:r>
        <w:t xml:space="preserve"> I</w:t>
      </w:r>
      <w:r>
        <w:t xml:space="preserve"> do</w:t>
      </w:r>
      <w:r>
        <w:t xml:space="preserve"> not</w:t>
      </w:r>
      <w:r>
        <w:t xml:space="preserve"> wish</w:t>
      </w:r>
      <w:r>
        <w:t xml:space="preserve"> to</w:t>
      </w:r>
      <w:r>
        <w:t xml:space="preserve"> lie</w:t>
      </w:r>
      <w:r>
        <w:t xml:space="preserve"> to</w:t>
      </w:r>
      <w:r>
        <w:t xml:space="preserve"> you.</w:t>
        <w:br/>
        <w:t>那就别撒谎</w:t>
        <w:br/>
        <w:t>Then</w:t>
      </w:r>
      <w:r>
        <w:t xml:space="preserve"> don't.</w:t>
        <w:br/>
        <w:t>话是没错</w:t>
      </w:r>
      <w:r>
        <w:t xml:space="preserve"> 但纳什先生拥有这家公&amp;hearts;司&amp;hearts;</w:t>
      </w:r>
      <w:r>
        <w:t xml:space="preserve"> 我</w:t>
        <w:br/>
        <w:t>Yes,</w:t>
      </w:r>
      <w:r>
        <w:t xml:space="preserve"> but</w:t>
      </w:r>
      <w:r>
        <w:t xml:space="preserve"> Mr.</w:t>
      </w:r>
      <w:r>
        <w:t xml:space="preserve"> Nash</w:t>
      </w:r>
      <w:r>
        <w:t xml:space="preserve"> owns</w:t>
      </w:r>
      <w:r>
        <w:t xml:space="preserve"> the</w:t>
      </w:r>
      <w:r>
        <w:t xml:space="preserve"> company,</w:t>
      </w:r>
      <w:r>
        <w:t xml:space="preserve"> and</w:t>
      </w:r>
      <w:r>
        <w:t xml:space="preserve"> I,</w:t>
        <w:br/>
        <w:t>我不想出&amp;hearts;卖&amp;hearts;&amp;hearts;&amp;hearts;他</w:t>
        <w:br/>
        <w:t>I</w:t>
      </w:r>
      <w:r>
        <w:t xml:space="preserve"> do</w:t>
      </w:r>
      <w:r>
        <w:t xml:space="preserve"> not</w:t>
      </w:r>
      <w:r>
        <w:t xml:space="preserve"> wish</w:t>
      </w:r>
      <w:r>
        <w:t xml:space="preserve"> to</w:t>
      </w:r>
      <w:r>
        <w:t xml:space="preserve"> betray</w:t>
      </w:r>
      <w:r>
        <w:t xml:space="preserve"> his</w:t>
      </w:r>
      <w:r>
        <w:t xml:space="preserve"> confidence.</w:t>
        <w:br/>
        <w:t>如果他被指控谋杀</w:t>
        <w:br/>
        <w:t>If</w:t>
      </w:r>
      <w:r>
        <w:t xml:space="preserve"> he</w:t>
      </w:r>
      <w:r>
        <w:t xml:space="preserve"> is</w:t>
      </w:r>
      <w:r>
        <w:t xml:space="preserve"> charged</w:t>
      </w:r>
      <w:r>
        <w:t xml:space="preserve"> with</w:t>
      </w:r>
      <w:r>
        <w:t xml:space="preserve"> murder,</w:t>
        <w:br/>
        <w:t>我们都没工作了</w:t>
        <w:br/>
        <w:t>then</w:t>
      </w:r>
      <w:r>
        <w:t xml:space="preserve"> we</w:t>
      </w:r>
      <w:r>
        <w:t xml:space="preserve"> will</w:t>
      </w:r>
      <w:r>
        <w:t xml:space="preserve"> both</w:t>
      </w:r>
      <w:r>
        <w:t xml:space="preserve"> be</w:t>
      </w:r>
      <w:r>
        <w:t xml:space="preserve"> out</w:t>
      </w:r>
      <w:r>
        <w:t xml:space="preserve"> of</w:t>
      </w:r>
      <w:r>
        <w:t xml:space="preserve"> a</w:t>
      </w:r>
      <w:r>
        <w:t xml:space="preserve"> job.</w:t>
        <w:br/>
        <w:t>好吧</w:t>
      </w:r>
      <w:r>
        <w:t xml:space="preserve"> 既然你这么说</w:t>
        <w:br/>
        <w:t>Well,</w:t>
      </w:r>
      <w:r>
        <w:t xml:space="preserve"> when</w:t>
      </w:r>
      <w:r>
        <w:t xml:space="preserve"> you</w:t>
      </w:r>
      <w:r>
        <w:t xml:space="preserve"> put</w:t>
      </w:r>
      <w:r>
        <w:t xml:space="preserve"> it</w:t>
      </w:r>
      <w:r>
        <w:t xml:space="preserve"> that</w:t>
      </w:r>
      <w:r>
        <w:t xml:space="preserve"> way.</w:t>
        <w:br/>
        <w:t>你知道的</w:t>
      </w:r>
      <w:r>
        <w:t xml:space="preserve"> 我们账簿上有很多有报酬的线人</w:t>
        <w:br/>
        <w:t>As</w:t>
      </w:r>
      <w:r>
        <w:t xml:space="preserve"> you</w:t>
      </w:r>
      <w:r>
        <w:t xml:space="preserve"> know,</w:t>
      </w:r>
      <w:r>
        <w:t xml:space="preserve"> we</w:t>
      </w:r>
      <w:r>
        <w:t xml:space="preserve"> have</w:t>
      </w:r>
      <w:r>
        <w:t xml:space="preserve"> a</w:t>
      </w:r>
      <w:r>
        <w:t xml:space="preserve"> number</w:t>
      </w:r>
      <w:r>
        <w:t xml:space="preserve"> of</w:t>
      </w:r>
      <w:r>
        <w:t xml:space="preserve"> paid</w:t>
      </w:r>
      <w:r>
        <w:t xml:space="preserve"> informants</w:t>
      </w:r>
      <w:r>
        <w:t xml:space="preserve"> on</w:t>
      </w:r>
      <w:r>
        <w:t xml:space="preserve"> our</w:t>
      </w:r>
      <w:r>
        <w:t xml:space="preserve"> books.</w:t>
        <w:br/>
        <w:t>我都是自己给他们付报酬</w:t>
        <w:br/>
        <w:t>I</w:t>
      </w:r>
      <w:r>
        <w:t xml:space="preserve"> make</w:t>
      </w:r>
      <w:r>
        <w:t xml:space="preserve"> all</w:t>
      </w:r>
      <w:r>
        <w:t xml:space="preserve"> these</w:t>
      </w:r>
      <w:r>
        <w:t xml:space="preserve"> payments</w:t>
      </w:r>
      <w:r>
        <w:t xml:space="preserve"> myself,</w:t>
        <w:br/>
        <w:t>除了一个叫伊蒙·默里的人</w:t>
        <w:br/>
        <w:t>with</w:t>
      </w:r>
      <w:r>
        <w:t xml:space="preserve"> the</w:t>
      </w:r>
      <w:r>
        <w:t xml:space="preserve"> exception</w:t>
      </w:r>
      <w:r>
        <w:t xml:space="preserve"> of</w:t>
      </w:r>
      <w:r>
        <w:t xml:space="preserve"> a</w:t>
      </w:r>
      <w:r>
        <w:t xml:space="preserve"> gentleman</w:t>
      </w:r>
      <w:r>
        <w:t xml:space="preserve"> named</w:t>
      </w:r>
      <w:r>
        <w:t xml:space="preserve"> Eamonn</w:t>
      </w:r>
      <w:r>
        <w:t xml:space="preserve"> Murray.</w:t>
        <w:br/>
        <w:t>他干什么活</w:t>
        <w:br/>
        <w:t>What</w:t>
      </w:r>
      <w:r>
        <w:t xml:space="preserve"> is</w:t>
      </w:r>
      <w:r>
        <w:t xml:space="preserve"> he</w:t>
      </w:r>
      <w:r>
        <w:t xml:space="preserve"> paid</w:t>
      </w:r>
      <w:r>
        <w:t xml:space="preserve"> for?</w:t>
        <w:br/>
        <w:t>纳什先生强烈要求我不要打听</w:t>
        <w:br/>
        <w:t>Mr.</w:t>
      </w:r>
      <w:r>
        <w:t xml:space="preserve"> Nash</w:t>
      </w:r>
      <w:r>
        <w:t xml:space="preserve"> told</w:t>
      </w:r>
      <w:r>
        <w:t xml:space="preserve"> me</w:t>
      </w:r>
      <w:r>
        <w:t xml:space="preserve"> not</w:t>
      </w:r>
      <w:r>
        <w:t xml:space="preserve"> to</w:t>
      </w:r>
      <w:r>
        <w:t xml:space="preserve"> inquire,</w:t>
      </w:r>
      <w:r>
        <w:t xml:space="preserve"> in</w:t>
      </w:r>
      <w:r>
        <w:t xml:space="preserve"> the</w:t>
      </w:r>
      <w:r>
        <w:t xml:space="preserve"> most</w:t>
      </w:r>
      <w:r>
        <w:t xml:space="preserve"> forceful</w:t>
      </w:r>
      <w:r>
        <w:t xml:space="preserve"> terms.</w:t>
        <w:br/>
        <w:t>那你至少有他的地址吧</w:t>
        <w:br/>
        <w:t>Well,</w:t>
      </w:r>
      <w:r>
        <w:t xml:space="preserve"> do</w:t>
      </w:r>
      <w:r>
        <w:t xml:space="preserve"> you</w:t>
      </w:r>
      <w:r>
        <w:t xml:space="preserve"> have</w:t>
      </w:r>
      <w:r>
        <w:t xml:space="preserve"> an</w:t>
      </w:r>
      <w:r>
        <w:t xml:space="preserve"> address</w:t>
      </w:r>
      <w:r>
        <w:t xml:space="preserve"> for</w:t>
      </w:r>
      <w:r>
        <w:t xml:space="preserve"> him,</w:t>
      </w:r>
      <w:r>
        <w:t xml:space="preserve"> at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  <w:r>
        <w:t xml:space="preserve"> least?</w:t>
        <w:br/>
        <w:t>我刚刚说了</w:t>
      </w:r>
      <w:r>
        <w:t xml:space="preserve"> 纳什先生让我不要打听</w:t>
        <w:br/>
        <w:t>Ás</w:t>
      </w:r>
      <w:r>
        <w:t xml:space="preserve"> I</w:t>
      </w:r>
      <w:r>
        <w:t xml:space="preserve"> say,</w:t>
      </w:r>
      <w:r>
        <w:t xml:space="preserve"> Mr.</w:t>
      </w:r>
      <w:r>
        <w:t xml:space="preserve"> Nash</w:t>
      </w:r>
      <w:r>
        <w:t xml:space="preserve"> told</w:t>
      </w:r>
      <w:r>
        <w:t xml:space="preserve"> me</w:t>
      </w:r>
      <w:r>
        <w:t xml:space="preserve"> not</w:t>
      </w:r>
      <w:r>
        <w:t xml:space="preserve"> to</w:t>
      </w:r>
      <w:r>
        <w:t xml:space="preserve"> inquire.</w:t>
        <w:br/>
        <w:t>你是一个很谨慎的人</w:t>
      </w:r>
      <w:r>
        <w:t xml:space="preserve"> 克拉伦斯</w:t>
        <w:br/>
        <w:t>You're</w:t>
      </w:r>
      <w:r>
        <w:t xml:space="preserve"> a</w:t>
      </w:r>
      <w:r>
        <w:t xml:space="preserve"> cautious</w:t>
      </w:r>
      <w:r>
        <w:t xml:space="preserve"> man,</w:t>
      </w:r>
      <w:r>
        <w:t xml:space="preserve"> Clarence.</w:t>
        <w:br/>
        <w:t>在财务上你不信任任何人</w:t>
      </w:r>
      <w:r>
        <w:t xml:space="preserve"> 纳什先生都不行</w:t>
        <w:br/>
        <w:t>You</w:t>
      </w:r>
      <w:r>
        <w:t xml:space="preserve"> trust</w:t>
      </w:r>
      <w:r>
        <w:t xml:space="preserve"> no</w:t>
      </w:r>
      <w:r>
        <w:t xml:space="preserve"> one</w:t>
      </w:r>
      <w:r>
        <w:t xml:space="preserve"> with</w:t>
      </w:r>
      <w:r>
        <w:t xml:space="preserve"> the</w:t>
      </w:r>
      <w:r>
        <w:t xml:space="preserve"> finances,</w:t>
      </w:r>
      <w:r>
        <w:t xml:space="preserve"> not</w:t>
      </w:r>
      <w:r>
        <w:t xml:space="preserve"> even</w:t>
      </w:r>
      <w:r>
        <w:t xml:space="preserve"> Mr.</w:t>
      </w:r>
      <w:r>
        <w:t xml:space="preserve"> Nash.</w:t>
        <w:br/>
        <w:t>我很难相信</w:t>
        <w:br/>
        <w:t>I</w:t>
      </w:r>
      <w:r>
        <w:t xml:space="preserve"> find</w:t>
      </w:r>
      <w:r>
        <w:t xml:space="preserve"> it</w:t>
      </w:r>
      <w:r>
        <w:t xml:space="preserve"> hard</w:t>
      </w:r>
      <w:r>
        <w:t xml:space="preserve"> to</w:t>
      </w:r>
      <w:r>
        <w:t xml:space="preserve"> believe</w:t>
        <w:br/>
        <w:t>你没有亲自</w:t>
        <w:br/>
        <w:t>that</w:t>
      </w:r>
      <w:r>
        <w:t xml:space="preserve"> you</w:t>
      </w:r>
      <w:r>
        <w:t xml:space="preserve"> haven't</w:t>
      </w:r>
      <w:r>
        <w:t xml:space="preserve"> made</w:t>
      </w:r>
      <w:r>
        <w:t xml:space="preserve"> it</w:t>
      </w:r>
      <w:r>
        <w:t xml:space="preserve"> your</w:t>
      </w:r>
      <w:r>
        <w:t xml:space="preserve"> business</w:t>
        <w:br/>
        <w:t>找出这个男的是谁</w:t>
        <w:br/>
        <w:t>to</w:t>
      </w:r>
      <w:r>
        <w:t xml:space="preserve"> find</w:t>
      </w:r>
      <w:r>
        <w:t xml:space="preserve"> out</w:t>
      </w:r>
      <w:r>
        <w:t xml:space="preserve"> who</w:t>
      </w:r>
      <w:r>
        <w:t xml:space="preserve"> this</w:t>
      </w:r>
      <w:r>
        <w:t xml:space="preserve"> man</w:t>
      </w:r>
      <w:r>
        <w:t xml:space="preserve"> is.</w:t>
        <w:br/>
        <w:t>我发誓</w:t>
      </w:r>
      <w:r>
        <w:t xml:space="preserve"> 我真的不知道他是谁</w:t>
        <w:br/>
        <w:t>I</w:t>
      </w:r>
      <w:r>
        <w:t xml:space="preserve"> swear,</w:t>
      </w:r>
      <w:r>
        <w:t xml:space="preserve"> I</w:t>
      </w:r>
      <w:r>
        <w:t xml:space="preserve"> do</w:t>
      </w:r>
      <w:r>
        <w:t xml:space="preserve"> not</w:t>
      </w:r>
      <w:r>
        <w:t xml:space="preserve"> know</w:t>
      </w:r>
      <w:r>
        <w:t xml:space="preserve"> who</w:t>
      </w:r>
      <w:r>
        <w:t xml:space="preserve"> he</w:t>
      </w:r>
      <w:r>
        <w:t xml:space="preserve"> is.</w:t>
        <w:br/>
        <w:t>我曾不小心贿赂了一个出租车司机</w:t>
        <w:br/>
        <w:t>But</w:t>
      </w:r>
      <w:r>
        <w:t xml:space="preserve"> I</w:t>
      </w:r>
      <w:r>
        <w:t xml:space="preserve"> may</w:t>
      </w:r>
      <w:r>
        <w:t xml:space="preserve"> have</w:t>
      </w:r>
      <w:r>
        <w:t xml:space="preserve"> once</w:t>
      </w:r>
      <w:r>
        <w:t xml:space="preserve"> paid</w:t>
      </w:r>
      <w:r>
        <w:t xml:space="preserve"> a</w:t>
      </w:r>
      <w:r>
        <w:t xml:space="preserve"> cab</w:t>
      </w:r>
      <w:r>
        <w:t xml:space="preserve"> driver</w:t>
        <w:br/>
        <w:t>让他告诉我送纳什先生到哪里</w:t>
        <w:br/>
        <w:t>to</w:t>
      </w:r>
      <w:r>
        <w:t xml:space="preserve"> tell</w:t>
      </w:r>
      <w:r>
        <w:t xml:space="preserve"> me</w:t>
      </w:r>
      <w:r>
        <w:t xml:space="preserve"> where</w:t>
      </w:r>
      <w:r>
        <w:t xml:space="preserve"> he</w:t>
      </w:r>
      <w:r>
        <w:t xml:space="preserve"> took</w:t>
      </w:r>
      <w:r>
        <w:t xml:space="preserve"> Mr.</w:t>
      </w:r>
      <w:r>
        <w:t xml:space="preserve"> Nash.</w:t>
        <w:br/>
        <w:t>就这样</w:t>
        <w:br/>
        <w:t>And</w:t>
      </w:r>
      <w:r>
        <w:t xml:space="preserve"> as</w:t>
      </w:r>
      <w:r>
        <w:t xml:space="preserve"> such,</w:t>
      </w:r>
      <w:r>
        <w:t xml:space="preserve"> well,</w:t>
        <w:br/>
        <w:t>我不小心有他的地址了</w:t>
        <w:br/>
        <w:t>I</w:t>
      </w:r>
      <w:r>
        <w:t xml:space="preserve"> may</w:t>
      </w:r>
      <w:r>
        <w:t xml:space="preserve"> have</w:t>
      </w:r>
      <w:r>
        <w:t xml:space="preserve"> his</w:t>
      </w:r>
      <w:r>
        <w:t xml:space="preserve"> address.</w:t>
        <w:br/>
        <w:t>你白跑一趟了</w:t>
      </w:r>
      <w:r>
        <w:t xml:space="preserve"> 菲茨罗伊警探</w:t>
        <w:br/>
        <w:t>You've</w:t>
      </w:r>
      <w:r>
        <w:t xml:space="preserve"> had</w:t>
      </w:r>
      <w:r>
        <w:t xml:space="preserve"> a</w:t>
      </w:r>
      <w:r>
        <w:t xml:space="preserve"> wasted</w:t>
      </w:r>
      <w:r>
        <w:t xml:space="preserve"> journey,</w:t>
      </w:r>
      <w:r>
        <w:t xml:space="preserve"> Detective</w:t>
      </w:r>
      <w:r>
        <w:t xml:space="preserve"> Fitzroy.</w:t>
        <w:br/>
        <w:t>我们现在严重落后进度</w:t>
        <w:br/>
        <w:t>We</w:t>
      </w:r>
      <w:r>
        <w:t xml:space="preserve"> are</w:t>
      </w:r>
      <w:r>
        <w:t xml:space="preserve"> running</w:t>
      </w:r>
      <w:r>
        <w:t xml:space="preserve"> most</w:t>
      </w:r>
      <w:r>
        <w:t xml:space="preserve"> dreadfully</w:t>
      </w:r>
      <w:r>
        <w:t xml:space="preserve"> behind</w:t>
      </w:r>
      <w:r>
        <w:t xml:space="preserve"> schedule,</w:t>
        <w:br/>
        <w:t>验尸还没开始</w:t>
        <w:br/>
        <w:t>and</w:t>
      </w:r>
      <w:r>
        <w:t xml:space="preserve"> the</w:t>
      </w:r>
      <w:r>
        <w:t xml:space="preserve"> postmortem</w:t>
      </w:r>
      <w:r>
        <w:t xml:space="preserve"> has</w:t>
      </w:r>
      <w:r>
        <w:t xml:space="preserve"> yet</w:t>
      </w:r>
      <w:r>
        <w:t xml:space="preserve"> to</w:t>
      </w:r>
      <w:r>
        <w:t xml:space="preserve"> be</w:t>
      </w:r>
      <w:r>
        <w:t xml:space="preserve"> carried</w:t>
      </w:r>
      <w:r>
        <w:t xml:space="preserve"> out.</w:t>
        <w:br/>
        <w:t>我被告知你现在应该已经有验尸报告了</w:t>
        <w:br/>
        <w:t>I</w:t>
      </w:r>
      <w:r>
        <w:t xml:space="preserve"> was</w:t>
      </w:r>
      <w:r>
        <w:t xml:space="preserve"> told</w:t>
      </w:r>
      <w:r>
        <w:t xml:space="preserve"> you</w:t>
      </w:r>
      <w:r>
        <w:t xml:space="preserve"> would</w:t>
      </w:r>
      <w:r>
        <w:t xml:space="preserve"> have</w:t>
      </w:r>
      <w:r>
        <w:t xml:space="preserve"> the</w:t>
      </w:r>
      <w:r>
        <w:t xml:space="preserve"> coroner's</w:t>
      </w:r>
      <w:r>
        <w:t xml:space="preserve"> report</w:t>
      </w:r>
      <w:r>
        <w:t xml:space="preserve"> by</w:t>
      </w:r>
      <w:r>
        <w:t xml:space="preserve"> now.</w:t>
        <w:br/>
        <w:t>沃姆斯利先生因一起多人溺亡案</w:t>
        <w:br/>
        <w:t>I'm</w:t>
      </w:r>
      <w:r>
        <w:t xml:space="preserve"> afraid</w:t>
      </w:r>
      <w:r>
        <w:t xml:space="preserve"> Mr.</w:t>
      </w:r>
      <w:r>
        <w:t xml:space="preserve"> Wormsley's</w:t>
      </w:r>
      <w:r>
        <w:t xml:space="preserve"> been</w:t>
      </w:r>
      <w:r>
        <w:t xml:space="preserve"> called</w:t>
      </w:r>
      <w:r>
        <w:t xml:space="preserve"> away</w:t>
        <w:br/>
        <w:t>被要求去斯特普尼验尸房&amp;hearts;了</w:t>
        <w:br/>
        <w:t>to</w:t>
      </w:r>
      <w:r>
        <w:t xml:space="preserve"> the</w:t>
      </w:r>
      <w:r>
        <w:t xml:space="preserve"> Stepney</w:t>
      </w:r>
      <w:r>
        <w:t xml:space="preserve"> Mortuary</w:t>
      </w:r>
      <w:r>
        <w:t xml:space="preserve"> on</w:t>
      </w:r>
      <w:r>
        <w:t xml:space="preserve"> a</w:t>
      </w:r>
      <w:r>
        <w:t xml:space="preserve"> multiple</w:t>
      </w:r>
      <w:r>
        <w:t xml:space="preserve"> drowning.</w:t>
        <w:br/>
        <w:t>还有很多其他变数</w:t>
        <w:br/>
        <w:t>Things</w:t>
      </w:r>
      <w:r>
        <w:t xml:space="preserve"> are</w:t>
      </w:r>
      <w:r>
        <w:t xml:space="preserve"> still</w:t>
      </w:r>
      <w:r>
        <w:t xml:space="preserve"> in</w:t>
      </w:r>
      <w:r>
        <w:t xml:space="preserve"> a</w:t>
      </w:r>
      <w:r>
        <w:t xml:space="preserve"> state</w:t>
      </w:r>
      <w:r>
        <w:t xml:space="preserve"> of</w:t>
      </w:r>
      <w:r>
        <w:t xml:space="preserve"> flux.</w:t>
        <w:br/>
        <w:t>我们在很多方面缺人手</w:t>
        <w:br/>
        <w:t>We</w:t>
      </w:r>
      <w:r>
        <w:t xml:space="preserve"> are</w:t>
      </w:r>
      <w:r>
        <w:t xml:space="preserve"> understaffed</w:t>
      </w:r>
      <w:r>
        <w:t xml:space="preserve"> in</w:t>
      </w:r>
      <w:r>
        <w:t xml:space="preserve"> many</w:t>
      </w:r>
      <w:r>
        <w:t xml:space="preserve"> key</w:t>
      </w:r>
      <w:r>
        <w:t xml:space="preserve"> areas,</w:t>
        <w:br/>
        <w:t>包括法医鉴定</w:t>
        <w:br/>
        <w:t>including</w:t>
      </w:r>
      <w:r>
        <w:t xml:space="preserve"> that</w:t>
      </w:r>
      <w:r>
        <w:t xml:space="preserve"> of</w:t>
      </w:r>
      <w:r>
        <w:t xml:space="preserve"> forensic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8"/>
          <w:cols w:space="720"/>
          <w:titlePg w:val="0"/>
          <w:docGrid w:linePitch="360"/>
        </w:sectPr>
      </w:pPr>
      <w:r>
        <w:t xml:space="preserve"> examination.</w:t>
        <w:br/>
        <w:t>他什么时候回来</w:t>
        <w:br/>
        <w:t>When</w:t>
      </w:r>
      <w:r>
        <w:t xml:space="preserve"> will</w:t>
      </w:r>
      <w:r>
        <w:t xml:space="preserve"> he</w:t>
      </w:r>
      <w:r>
        <w:t xml:space="preserve"> be</w:t>
      </w:r>
      <w:r>
        <w:t xml:space="preserve"> back?</w:t>
        <w:br/>
        <w:t>至少要几个小时了</w:t>
        <w:br/>
        <w:t>Not</w:t>
      </w:r>
      <w:r>
        <w:t xml:space="preserve"> for</w:t>
      </w:r>
      <w:r>
        <w:t xml:space="preserve"> a</w:t>
      </w:r>
      <w:r>
        <w:t xml:space="preserve"> number</w:t>
      </w:r>
      <w:r>
        <w:t xml:space="preserve"> of</w:t>
      </w:r>
      <w:r>
        <w:t xml:space="preserve"> hours.</w:t>
        <w:br/>
        <w:t>我查了伊蒙·默里的档案</w:t>
        <w:br/>
        <w:t>I've</w:t>
      </w:r>
      <w:r>
        <w:t xml:space="preserve"> checked</w:t>
      </w:r>
      <w:r>
        <w:t xml:space="preserve"> the</w:t>
      </w:r>
      <w:r>
        <w:t xml:space="preserve"> records</w:t>
      </w:r>
      <w:r>
        <w:t xml:space="preserve"> office</w:t>
        <w:br/>
        <w:t>他没有前科</w:t>
        <w:br/>
        <w:t>for</w:t>
      </w:r>
      <w:r>
        <w:t xml:space="preserve"> Eamonn</w:t>
      </w:r>
      <w:r>
        <w:t xml:space="preserve"> Murray,</w:t>
      </w:r>
      <w:r>
        <w:t xml:space="preserve"> he's</w:t>
      </w:r>
      <w:r>
        <w:t xml:space="preserve"> got</w:t>
      </w:r>
      <w:r>
        <w:t xml:space="preserve"> no</w:t>
      </w:r>
      <w:r>
        <w:t xml:space="preserve"> previous.</w:t>
        <w:br/>
        <w:t>从来没被逮捕过</w:t>
        <w:br/>
        <w:t>Never</w:t>
      </w:r>
      <w:r>
        <w:t xml:space="preserve"> even</w:t>
      </w:r>
      <w:r>
        <w:t xml:space="preserve"> been</w:t>
      </w:r>
      <w:r>
        <w:t xml:space="preserve"> arrested.</w:t>
        <w:br/>
        <w:t>验尸有什么结果吗</w:t>
        <w:br/>
        <w:t>Anything</w:t>
      </w:r>
      <w:r>
        <w:t xml:space="preserve"> from</w:t>
      </w:r>
      <w:r>
        <w:t xml:space="preserve"> the</w:t>
      </w:r>
      <w:r>
        <w:t xml:space="preserve"> postmortem?</w:t>
        <w:br/>
        <w:t>他们还没开始呢</w:t>
        <w:br/>
        <w:t>They've</w:t>
      </w:r>
      <w:r>
        <w:t xml:space="preserve"> not</w:t>
      </w:r>
      <w:r>
        <w:t xml:space="preserve"> done</w:t>
      </w:r>
      <w:r>
        <w:t xml:space="preserve"> it</w:t>
      </w:r>
      <w:r>
        <w:t xml:space="preserve"> yet.</w:t>
        <w:br/>
        <w:t>我刚刚在和菲茨罗伊警探解释</w:t>
        <w:br/>
        <w:t>I</w:t>
      </w:r>
      <w:r>
        <w:t xml:space="preserve"> was</w:t>
      </w:r>
      <w:r>
        <w:t xml:space="preserve"> just</w:t>
      </w:r>
      <w:r>
        <w:t xml:space="preserve"> explaining</w:t>
      </w:r>
      <w:r>
        <w:t xml:space="preserve"> to</w:t>
      </w:r>
      <w:r>
        <w:t xml:space="preserve"> Detective</w:t>
      </w:r>
      <w:r>
        <w:t xml:space="preserve"> Fitzroy</w:t>
        <w:br/>
        <w:t>验尸报告会晚点出来</w:t>
        <w:br/>
        <w:t>that</w:t>
      </w:r>
      <w:r>
        <w:t xml:space="preserve"> there</w:t>
      </w:r>
      <w:r>
        <w:t xml:space="preserve"> will</w:t>
      </w:r>
      <w:r>
        <w:t xml:space="preserve"> be</w:t>
      </w:r>
      <w:r>
        <w:t xml:space="preserve"> a</w:t>
      </w:r>
      <w:r>
        <w:t xml:space="preserve"> delay</w:t>
      </w:r>
      <w:r>
        <w:t xml:space="preserve"> on</w:t>
      </w:r>
      <w:r>
        <w:t xml:space="preserve"> the</w:t>
      </w:r>
      <w:r>
        <w:t xml:space="preserve"> said</w:t>
      </w:r>
      <w:r>
        <w:t xml:space="preserve"> report,</w:t>
        <w:br/>
        <w:t>这不应该怪在我们头上</w:t>
        <w:br/>
        <w:t>the</w:t>
      </w:r>
      <w:r>
        <w:t xml:space="preserve"> fault</w:t>
      </w:r>
      <w:r>
        <w:t xml:space="preserve"> of</w:t>
      </w:r>
      <w:r>
        <w:t xml:space="preserve"> which</w:t>
      </w:r>
      <w:r>
        <w:t xml:space="preserve"> should</w:t>
      </w:r>
      <w:r>
        <w:t xml:space="preserve"> not</w:t>
      </w:r>
      <w:r>
        <w:t xml:space="preserve"> be</w:t>
      </w:r>
      <w:r>
        <w:t xml:space="preserve"> laid</w:t>
      </w:r>
      <w:r>
        <w:t xml:space="preserve"> at</w:t>
      </w:r>
      <w:r>
        <w:t xml:space="preserve"> our</w:t>
      </w:r>
      <w:r>
        <w:t xml:space="preserve"> door.</w:t>
        <w:br/>
        <w:t>也许你可以去和警&amp;hearts;察&amp;hearts;局长聊一下</w:t>
        <w:br/>
        <w:t>Perhaps</w:t>
      </w:r>
      <w:r>
        <w:t xml:space="preserve"> you</w:t>
      </w:r>
      <w:r>
        <w:t xml:space="preserve"> could</w:t>
      </w:r>
      <w:r>
        <w:t xml:space="preserve"> have</w:t>
      </w:r>
      <w:r>
        <w:t xml:space="preserve"> a</w:t>
      </w:r>
      <w:r>
        <w:t xml:space="preserve"> word</w:t>
      </w:r>
      <w:r>
        <w:t xml:space="preserve"> with</w:t>
      </w:r>
      <w:r>
        <w:t xml:space="preserve"> the</w:t>
      </w:r>
      <w:r>
        <w:t xml:space="preserve"> police</w:t>
      </w:r>
      <w:r>
        <w:t xml:space="preserve"> commissioner</w:t>
        <w:br/>
        <w:t>聊聊苏格兰场的扩区已经</w:t>
        <w:br/>
        <w:t>about</w:t>
      </w:r>
      <w:r>
        <w:t xml:space="preserve"> the</w:t>
      </w:r>
      <w:r>
        <w:t xml:space="preserve"> disarray</w:t>
      </w:r>
      <w:r>
        <w:t xml:space="preserve"> Scotland</w:t>
      </w:r>
      <w:r>
        <w:t xml:space="preserve"> Yard's</w:t>
      </w:r>
      <w:r>
        <w:t xml:space="preserve"> expansion</w:t>
        <w:br/>
        <w:t>让我们混乱不堪了</w:t>
        <w:br/>
        <w:t>has</w:t>
      </w:r>
      <w:r>
        <w:t xml:space="preserve"> besieged</w:t>
      </w:r>
      <w:r>
        <w:t xml:space="preserve"> upon</w:t>
      </w:r>
      <w:r>
        <w:t xml:space="preserve"> us.</w:t>
        <w:br/>
        <w:t>我为什么要这么干</w:t>
        <w:br/>
        <w:t>Why</w:t>
      </w:r>
      <w:r>
        <w:t xml:space="preserve"> would</w:t>
      </w:r>
      <w:r>
        <w:t xml:space="preserve"> I</w:t>
      </w:r>
      <w:r>
        <w:t xml:space="preserve"> do</w:t>
      </w:r>
      <w:r>
        <w:t xml:space="preserve"> that?</w:t>
        <w:br/>
        <w:t>毕竟他是你父亲</w:t>
        <w:br/>
        <w:t>Well,</w:t>
      </w:r>
      <w:r>
        <w:t xml:space="preserve"> he's</w:t>
      </w:r>
      <w:r>
        <w:t xml:space="preserve"> your</w:t>
      </w:r>
      <w:r>
        <w:t xml:space="preserve"> father,</w:t>
      </w:r>
      <w:r>
        <w:t xml:space="preserve"> after</w:t>
      </w:r>
      <w:r>
        <w:t xml:space="preserve"> all.</w:t>
        <w:br/>
        <w:t>说话小心点</w:t>
      </w:r>
      <w:r>
        <w:t xml:space="preserve"> 波茨先生</w:t>
        <w:br/>
        <w:t>Careful,</w:t>
      </w:r>
      <w:r>
        <w:t xml:space="preserve"> Mr.</w:t>
      </w:r>
      <w:r>
        <w:t xml:space="preserve"> Potts.</w:t>
        <w:br/>
        <w:t>他不喜欢别人谈论他爹地</w:t>
        <w:br/>
        <w:t>He</w:t>
      </w:r>
      <w:r>
        <w:t xml:space="preserve"> don't</w:t>
      </w:r>
      <w:r>
        <w:t xml:space="preserve"> like</w:t>
      </w:r>
      <w:r>
        <w:t xml:space="preserve"> talking</w:t>
      </w:r>
      <w:r>
        <w:t xml:space="preserve"> about</w:t>
      </w:r>
      <w:r>
        <w:t xml:space="preserve"> Daddy.</w:t>
        <w:br/>
        <w:t>他是我父亲这事和</w:t>
        <w:br/>
        <w:t>The</w:t>
      </w:r>
      <w:r>
        <w:t xml:space="preserve"> fact</w:t>
      </w:r>
      <w:r>
        <w:t xml:space="preserve"> he</w:t>
      </w:r>
      <w:r>
        <w:t xml:space="preserve"> is</w:t>
      </w:r>
      <w:r>
        <w:t xml:space="preserve"> my</w:t>
      </w:r>
      <w:r>
        <w:t xml:space="preserve"> father</w:t>
      </w:r>
      <w:r>
        <w:t xml:space="preserve"> is</w:t>
      </w:r>
      <w:r>
        <w:t xml:space="preserve"> quite</w:t>
      </w:r>
      <w:r>
        <w:t xml:space="preserve"> separate</w:t>
        <w:br/>
        <w:t>我作为一名警官和他在职场上的关系这事</w:t>
        <w:br/>
        <w:t>to</w:t>
      </w:r>
      <w:r>
        <w:t xml:space="preserve"> my</w:t>
      </w:r>
      <w:r>
        <w:t xml:space="preserve"> professional</w:t>
      </w:r>
      <w:r>
        <w:t xml:space="preserve"> relationship</w:t>
      </w:r>
      <w:r>
        <w:t xml:space="preserve"> with</w:t>
      </w:r>
      <w:r>
        <w:t xml:space="preserve"> him</w:t>
        <w:br/>
        <w:t>两者之间毫无关联</w:t>
        <w:br/>
        <w:t>as</w:t>
      </w:r>
      <w:r>
        <w:t xml:space="preserve"> an</w:t>
      </w:r>
      <w:r>
        <w:t xml:space="preserve"> officer</w:t>
      </w:r>
      <w:r>
        <w:t xml:space="preserve"> of</w:t>
      </w:r>
      <w:r>
        <w:t xml:space="preserve"> the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9"/>
          <w:cols w:space="720"/>
          <w:titlePg w:val="0"/>
          <w:docGrid w:linePitch="360"/>
        </w:sectPr>
      </w:pPr>
      <w:r>
        <w:t xml:space="preserve"> law.</w:t>
        <w:br/>
        <w:t>真的吗</w:t>
        <w:br/>
        <w:t>Really?</w:t>
        <w:br/>
        <w:t>说得好</w:t>
      </w:r>
      <w:r>
        <w:t xml:space="preserve"> 事实上</w:t>
      </w:r>
      <w:r>
        <w:t xml:space="preserve"> 这让我挺高兴的</w:t>
        <w:br/>
        <w:t>Now,</w:t>
      </w:r>
      <w:r>
        <w:t xml:space="preserve"> there's</w:t>
      </w:r>
      <w:r>
        <w:t xml:space="preserve"> a</w:t>
      </w:r>
      <w:r>
        <w:t xml:space="preserve"> good</w:t>
      </w:r>
      <w:r>
        <w:t xml:space="preserve"> one-</w:t>
      </w:r>
      <w:r>
        <w:t xml:space="preserve"> in</w:t>
      </w:r>
      <w:r>
        <w:t xml:space="preserve"> fact,</w:t>
      </w:r>
      <w:r>
        <w:t xml:space="preserve"> it's</w:t>
      </w:r>
      <w:r>
        <w:t xml:space="preserve"> quite</w:t>
      </w:r>
      <w:r>
        <w:t xml:space="preserve"> cheered</w:t>
      </w:r>
      <w:r>
        <w:t xml:space="preserve"> me</w:t>
      </w:r>
      <w:r>
        <w:t xml:space="preserve"> up.</w:t>
        <w:br/>
        <w:t>抱歉</w:t>
      </w:r>
      <w:r>
        <w:t xml:space="preserve"> 我无意冒犯</w:t>
        <w:br/>
        <w:t>Apologies,</w:t>
      </w:r>
      <w:r>
        <w:t xml:space="preserve"> I</w:t>
      </w:r>
      <w:r>
        <w:t xml:space="preserve"> meant</w:t>
      </w:r>
      <w:r>
        <w:t xml:space="preserve"> no</w:t>
      </w:r>
      <w:r>
        <w:t xml:space="preserve"> offense.</w:t>
        <w:br/>
        <w:t>菲尔普斯警探</w:t>
      </w:r>
      <w:r>
        <w:t xml:space="preserve"> 在等那份验尸报告的同时</w:t>
        <w:br/>
        <w:t>Detective</w:t>
      </w:r>
      <w:r>
        <w:t xml:space="preserve"> Phelps,</w:t>
      </w:r>
      <w:r>
        <w:t xml:space="preserve"> while</w:t>
      </w:r>
      <w:r>
        <w:t xml:space="preserve"> we</w:t>
      </w:r>
      <w:r>
        <w:t xml:space="preserve"> wait</w:t>
      </w:r>
      <w:r>
        <w:t xml:space="preserve"> for</w:t>
      </w:r>
      <w:r>
        <w:t xml:space="preserve"> the</w:t>
      </w:r>
      <w:r>
        <w:t xml:space="preserve"> said</w:t>
      </w:r>
      <w:r>
        <w:t xml:space="preserve"> report,</w:t>
        <w:br/>
        <w:t>我可以告诉你一些观察-你应该汇报给我</w:t>
        <w:br/>
        <w:t>I</w:t>
      </w:r>
      <w:r>
        <w:t xml:space="preserve"> could</w:t>
      </w:r>
      <w:r>
        <w:t xml:space="preserve"> give</w:t>
      </w:r>
      <w:r>
        <w:t xml:space="preserve"> you</w:t>
      </w:r>
      <w:r>
        <w:t xml:space="preserve"> a</w:t>
      </w:r>
      <w:r>
        <w:t xml:space="preserve"> few</w:t>
      </w:r>
      <w:r>
        <w:t xml:space="preserve"> observations…</w:t>
      </w:r>
      <w:r>
        <w:t xml:space="preserve"> You</w:t>
      </w:r>
      <w:r>
        <w:t xml:space="preserve"> will</w:t>
      </w:r>
      <w:r>
        <w:t xml:space="preserve"> address</w:t>
      </w:r>
      <w:r>
        <w:t xml:space="preserve"> me,</w:t>
        <w:br/>
        <w:t>波茨先生</w:t>
      </w:r>
      <w:r>
        <w:t xml:space="preserve"> 不是给菲尔普斯警探</w:t>
        <w:br/>
        <w:t>Mr.</w:t>
      </w:r>
      <w:r>
        <w:t xml:space="preserve"> Potts,</w:t>
      </w:r>
      <w:r>
        <w:t xml:space="preserve"> not</w:t>
      </w:r>
      <w:r>
        <w:t xml:space="preserve"> Detective</w:t>
      </w:r>
      <w:r>
        <w:t xml:space="preserve"> Phelps!</w:t>
        <w:br/>
        <w:t>我负责这起调查</w:t>
        <w:br/>
        <w:t>I</w:t>
      </w:r>
      <w:r>
        <w:t xml:space="preserve"> am</w:t>
      </w:r>
      <w:r>
        <w:t xml:space="preserve"> leading</w:t>
      </w:r>
      <w:r>
        <w:t xml:space="preserve"> this</w:t>
      </w:r>
      <w:r>
        <w:t xml:space="preserve"> investigation.</w:t>
        <w:br/>
        <w:t>好吧</w:t>
      </w:r>
      <w:r>
        <w:t xml:space="preserve"> 再次道歉</w:t>
        <w:br/>
        <w:t>Again,</w:t>
      </w:r>
      <w:r>
        <w:t xml:space="preserve"> apologies.</w:t>
        <w:br/>
        <w:t>那我就汇报给你我的想法</w:t>
        <w:br/>
        <w:t>Then</w:t>
      </w:r>
      <w:r>
        <w:t xml:space="preserve"> I'll</w:t>
      </w:r>
      <w:r>
        <w:t xml:space="preserve"> give</w:t>
      </w:r>
      <w:r>
        <w:t xml:space="preserve"> you</w:t>
      </w:r>
      <w:r>
        <w:t xml:space="preserve"> my</w:t>
      </w:r>
      <w:r>
        <w:t xml:space="preserve"> opinion.</w:t>
        <w:br/>
        <w:t>据我所知</w:t>
        <w:br/>
        <w:t>As</w:t>
      </w:r>
      <w:r>
        <w:t xml:space="preserve"> far</w:t>
      </w:r>
      <w:r>
        <w:t xml:space="preserve"> as</w:t>
      </w:r>
      <w:r>
        <w:t xml:space="preserve"> I</w:t>
      </w:r>
      <w:r>
        <w:t xml:space="preserve"> am</w:t>
      </w:r>
      <w:r>
        <w:t xml:space="preserve"> aware,</w:t>
        <w:br/>
        <w:t>你没有任何医学资格</w:t>
        <w:br/>
        <w:t>you</w:t>
      </w:r>
      <w:r>
        <w:t xml:space="preserve"> have</w:t>
      </w:r>
      <w:r>
        <w:t xml:space="preserve"> no</w:t>
      </w:r>
      <w:r>
        <w:t xml:space="preserve"> medical</w:t>
      </w:r>
      <w:r>
        <w:t xml:space="preserve"> qualifications,</w:t>
      </w:r>
      <w:r>
        <w:t xml:space="preserve"> whatsoever.</w:t>
        <w:br/>
        <w:t>你只是一个书&amp;hearts;记&amp;hearts;</w:t>
        <w:br/>
        <w:t>You</w:t>
      </w:r>
      <w:r>
        <w:t xml:space="preserve"> are,</w:t>
      </w:r>
      <w:r>
        <w:t xml:space="preserve"> in</w:t>
      </w:r>
      <w:r>
        <w:t xml:space="preserve"> fact,</w:t>
      </w:r>
      <w:r>
        <w:t xml:space="preserve"> a</w:t>
      </w:r>
      <w:r>
        <w:t xml:space="preserve"> clerk.</w:t>
        <w:br/>
        <w:t>你最好还是</w:t>
        <w:br/>
        <w:t>So,</w:t>
      </w:r>
      <w:r>
        <w:t xml:space="preserve"> I</w:t>
      </w:r>
      <w:r>
        <w:t xml:space="preserve"> would</w:t>
      </w:r>
      <w:r>
        <w:t xml:space="preserve"> appreciate</w:t>
        <w:br/>
        <w:t>不要发表任何意见</w:t>
        <w:br/>
        <w:t>if</w:t>
      </w:r>
      <w:r>
        <w:t xml:space="preserve"> you</w:t>
      </w:r>
      <w:r>
        <w:t xml:space="preserve"> kept</w:t>
      </w:r>
      <w:r>
        <w:t xml:space="preserve"> your</w:t>
      </w:r>
      <w:r>
        <w:t xml:space="preserve"> opinions</w:t>
      </w:r>
      <w:r>
        <w:t xml:space="preserve"> to</w:t>
      </w:r>
      <w:r>
        <w:t xml:space="preserve"> yourself.</w:t>
        <w:br/>
        <w:t>开始验尸了的话</w:t>
      </w:r>
      <w:r>
        <w:t xml:space="preserve"> 我要知道</w:t>
        <w:br/>
        <w:t>Let</w:t>
      </w:r>
      <w:r>
        <w:t xml:space="preserve"> me</w:t>
      </w:r>
      <w:r>
        <w:t xml:space="preserve"> know</w:t>
      </w:r>
      <w:r>
        <w:t xml:space="preserve"> when</w:t>
      </w:r>
      <w:r>
        <w:t xml:space="preserve"> this</w:t>
      </w:r>
      <w:r>
        <w:t xml:space="preserve"> postmortem</w:t>
      </w:r>
      <w:r>
        <w:t xml:space="preserve"> has</w:t>
      </w:r>
      <w:r>
        <w:t xml:space="preserve"> been</w:t>
      </w:r>
      <w:r>
        <w:t xml:space="preserve"> carried</w:t>
      </w:r>
      <w:r>
        <w:t xml:space="preserve"> out</w:t>
        <w:br/>
        <w:t>而且是马上</w:t>
        <w:br/>
        <w:t>immediately.</w:t>
        <w:br/>
        <w:t>他还真是敏感啊</w:t>
        <w:br/>
        <w:t>He's</w:t>
      </w:r>
      <w:r>
        <w:t xml:space="preserve"> a</w:t>
      </w:r>
      <w:r>
        <w:t xml:space="preserve"> sensitive</w:t>
      </w:r>
      <w:r>
        <w:t xml:space="preserve"> soul.</w:t>
        <w:br/>
        <w:t>可不是吗</w:t>
        <w:br/>
        <w:t>Indeed.</w:t>
        <w:br/>
        <w:t>伊莱莎·斯嘉丽</w:t>
        <w:br/>
        <w:t>克拉伦斯</w:t>
        <w:br/>
        <w:t>Clarence.</w:t>
        <w:br/>
        <w:t>我做这个纯粹因为我担心纳什先生</w:t>
        <w:br/>
        <w:t>I</w:t>
      </w:r>
      <w:r>
        <w:t xml:space="preserve"> do</w:t>
      </w:r>
      <w:r>
        <w:t xml:space="preserve"> this</w:t>
      </w:r>
      <w:r>
        <w:t xml:space="preserve"> only</w:t>
      </w:r>
      <w:r>
        <w:t xml:space="preserve"> because</w:t>
      </w:r>
      <w:r>
        <w:t xml:space="preserve"> I</w:t>
      </w:r>
      <w:r>
        <w:t xml:space="preserve"> am</w:t>
      </w:r>
      <w:r>
        <w:t xml:space="preserve"> concerned</w:t>
      </w:r>
      <w:r>
        <w:t xml:space="preserve"> for</w:t>
      </w:r>
      <w:r>
        <w:t xml:space="preserve"> Mr.</w:t>
      </w:r>
      <w:r>
        <w:t xml:space="preserve"> Nash.</w:t>
        <w:br/>
        <w:t>做什么事</w:t>
        <w:br/>
        <w:t>Do</w:t>
      </w:r>
    </w:p>
    <w:p>
      <w:r>
        <w:t xml:space="preserve"> what?</w:t>
        <w:br/>
        <w:t>背叛了他的信任</w:t>
        <w:br/>
        <w:t>Betray</w:t>
      </w:r>
      <w:r>
        <w:t xml:space="preserve"> his</w:t>
      </w:r>
      <w:r>
        <w:t xml:space="preserve"> confidence.</w:t>
        <w:br/>
        <w:t>我又打听了一下</w:t>
        <w:br/>
        <w:br/>
        <w:t>I've</w:t>
      </w:r>
      <w:r>
        <w:t xml:space="preserve"> made</w:t>
      </w:r>
      <w:r>
        <w:t xml:space="preserve"> further</w:t>
      </w:r>
      <w:r>
        <w:t xml:space="preserve"> inguiries.</w:t>
        <w:br/>
        <w:t>纳什先生还付钱给另外一个人</w:t>
        <w:br/>
        <w:t>There</w:t>
      </w:r>
      <w:r>
        <w:t xml:space="preserve"> is</w:t>
      </w:r>
      <w:r>
        <w:t xml:space="preserve"> one</w:t>
      </w:r>
      <w:r>
        <w:t xml:space="preserve"> other</w:t>
      </w:r>
      <w:r>
        <w:t xml:space="preserve"> person</w:t>
      </w:r>
      <w:r>
        <w:t xml:space="preserve"> that</w:t>
      </w:r>
      <w:r>
        <w:t xml:space="preserve"> Mr.</w:t>
      </w:r>
      <w:r>
        <w:t xml:space="preserve"> Nash</w:t>
      </w:r>
      <w:r>
        <w:t xml:space="preserve"> pays</w:t>
      </w:r>
      <w:r>
        <w:t xml:space="preserve"> money</w:t>
      </w:r>
      <w:r>
        <w:t xml:space="preserve"> to,</w:t>
        <w:br/>
        <w:t>就和伊蒙·默里一样</w:t>
        <w:br/>
        <w:t>as</w:t>
      </w:r>
      <w:r>
        <w:t xml:space="preserve"> with</w:t>
      </w:r>
      <w:r>
        <w:t xml:space="preserve"> Eamonn</w:t>
      </w:r>
      <w:r>
        <w:t xml:space="preserve"> Murray.</w:t>
        <w:br/>
        <w:t>那个人是</w:t>
        <w:br/>
        <w:t>And</w:t>
      </w:r>
      <w:r>
        <w:t xml:space="preserve"> that</w:t>
      </w:r>
      <w:r>
        <w:t xml:space="preserve"> is?</w:t>
        <w:br/>
        <w:t>我不应该自愿说出来的</w:t>
        <w:br/>
        <w:t>I</w:t>
      </w:r>
      <w:r>
        <w:t xml:space="preserve"> should</w:t>
      </w:r>
      <w:r>
        <w:t xml:space="preserve"> not</w:t>
      </w:r>
      <w:r>
        <w:t xml:space="preserve"> be</w:t>
      </w:r>
      <w:r>
        <w:t xml:space="preserve"> doing</w:t>
      </w:r>
      <w:r>
        <w:t xml:space="preserve"> this</w:t>
      </w:r>
      <w:r>
        <w:t xml:space="preserve"> voluntarily.</w:t>
        <w:br/>
        <w:t>你能不能威胁我一下</w:t>
        <w:br/>
        <w:t>Perhaps</w:t>
      </w:r>
      <w:r>
        <w:t xml:space="preserve"> if</w:t>
      </w:r>
      <w:r>
        <w:t xml:space="preserve"> you</w:t>
      </w:r>
      <w:r>
        <w:t xml:space="preserve"> could</w:t>
      </w:r>
      <w:r>
        <w:t xml:space="preserve"> threaten</w:t>
      </w:r>
      <w:r>
        <w:t xml:space="preserve"> me</w:t>
      </w:r>
      <w:r>
        <w:t xml:space="preserve"> in</w:t>
      </w:r>
      <w:r>
        <w:t xml:space="preserve"> some</w:t>
      </w:r>
      <w:r>
        <w:t xml:space="preserve"> way?</w:t>
        <w:br/>
        <w:t>好吧</w:t>
        <w:br/>
        <w:t>Very</w:t>
      </w:r>
      <w:r>
        <w:t xml:space="preserve"> well.</w:t>
        <w:br/>
        <w:t>克拉伦斯</w:t>
        <w:br/>
        <w:t>Clarence,</w:t>
        <w:br/>
        <w:t>我会立马解雇你</w:t>
        <w:br/>
        <w:t>I</w:t>
      </w:r>
      <w:r>
        <w:t xml:space="preserve"> will</w:t>
      </w:r>
      <w:r>
        <w:t xml:space="preserve"> dismiss</w:t>
      </w:r>
      <w:r>
        <w:t xml:space="preserve"> you</w:t>
      </w:r>
      <w:r>
        <w:t xml:space="preserve"> immediately</w:t>
        <w:br/>
        <w:t>除非你告诉我你发现的消息</w:t>
        <w:br/>
        <w:t>unless</w:t>
      </w:r>
      <w:r>
        <w:t xml:space="preserve"> you</w:t>
      </w:r>
      <w:r>
        <w:t xml:space="preserve"> give</w:t>
      </w:r>
      <w:r>
        <w:t xml:space="preserve"> me</w:t>
      </w:r>
      <w:r>
        <w:t xml:space="preserve"> the</w:t>
      </w:r>
      <w:r>
        <w:t xml:space="preserve"> information</w:t>
      </w:r>
      <w:r>
        <w:t xml:space="preserve"> you've</w:t>
      </w:r>
      <w:r>
        <w:t xml:space="preserve"> discovered.</w:t>
        <w:br/>
        <w:t>威胁得好</w:t>
        <w:br/>
        <w:t>That's</w:t>
      </w:r>
      <w:r>
        <w:t xml:space="preserve"> very</w:t>
      </w:r>
      <w:r>
        <w:t xml:space="preserve"> good.</w:t>
        <w:br/>
        <w:t>对</w:t>
      </w:r>
      <w:r>
        <w:t xml:space="preserve"> 纳什先生一月一次付钱给</w:t>
        <w:br/>
        <w:t>Yeah,</w:t>
      </w:r>
      <w:r>
        <w:t xml:space="preserve"> uh,</w:t>
      </w:r>
      <w:r>
        <w:t xml:space="preserve"> once</w:t>
      </w:r>
      <w:r>
        <w:t xml:space="preserve"> a</w:t>
      </w:r>
      <w:r>
        <w:t xml:space="preserve"> month,</w:t>
      </w:r>
      <w:r>
        <w:t xml:space="preserve"> Mr.</w:t>
      </w:r>
      <w:r>
        <w:t xml:space="preserve"> Nash</w:t>
      </w:r>
      <w:r>
        <w:t xml:space="preserve"> makes</w:t>
      </w:r>
      <w:r>
        <w:t xml:space="preserve"> a</w:t>
      </w:r>
      <w:r>
        <w:t xml:space="preserve"> payment</w:t>
        <w:br/>
        <w:t>一个叫玛格丽特·法雷尔的女士</w:t>
      </w:r>
      <w:r>
        <w:t xml:space="preserve"> 我知道的就这些了</w:t>
        <w:br/>
        <w:t>to</w:t>
      </w:r>
      <w:r>
        <w:t xml:space="preserve"> a</w:t>
      </w:r>
      <w:r>
        <w:t xml:space="preserve"> lady</w:t>
      </w:r>
      <w:r>
        <w:t xml:space="preserve"> named</w:t>
      </w:r>
      <w:r>
        <w:t xml:space="preserve"> Margaret</w:t>
      </w:r>
      <w:r>
        <w:t xml:space="preserve"> Farrel,</w:t>
      </w:r>
      <w:r>
        <w:t xml:space="preserve"> and</w:t>
      </w:r>
      <w:r>
        <w:t xml:space="preserve"> that</w:t>
      </w:r>
      <w:r>
        <w:t xml:space="preserve"> is</w:t>
      </w:r>
      <w:r>
        <w:t xml:space="preserve"> all</w:t>
      </w:r>
      <w:r>
        <w:t xml:space="preserve"> I</w:t>
      </w:r>
      <w:r>
        <w:t xml:space="preserve"> know.</w:t>
        <w:br/>
        <w:t>还有她的地址</w:t>
      </w:r>
      <w:r>
        <w:t xml:space="preserve"> 你现在会告诉我的</w:t>
        <w:br/>
        <w:t>Apart</w:t>
      </w:r>
      <w:r>
        <w:t xml:space="preserve"> from</w:t>
      </w:r>
      <w:r>
        <w:t xml:space="preserve"> her</w:t>
      </w:r>
      <w:r>
        <w:t xml:space="preserve"> address,</w:t>
      </w:r>
      <w:r>
        <w:t xml:space="preserve"> which</w:t>
      </w:r>
      <w:r>
        <w:t xml:space="preserve"> you</w:t>
      </w:r>
      <w:r>
        <w:t xml:space="preserve"> will</w:t>
      </w:r>
      <w:r>
        <w:t xml:space="preserve"> now</w:t>
      </w:r>
      <w:r>
        <w:t xml:space="preserve"> give</w:t>
      </w:r>
      <w:r>
        <w:t xml:space="preserve"> me.</w:t>
        <w:br/>
        <w:t>下午好</w:t>
      </w:r>
      <w:r>
        <w:t xml:space="preserve"> 我</w:t>
      </w:r>
      <w:r>
        <w:t xml:space="preserve"> 我在想你是否能帮个忙</w:t>
        <w:br/>
        <w:t>Good</w:t>
      </w:r>
      <w:r>
        <w:t xml:space="preserve"> afternoon,</w:t>
      </w:r>
      <w:r>
        <w:t xml:space="preserve"> I,</w:t>
      </w:r>
      <w:r>
        <w:t xml:space="preserve"> I</w:t>
      </w:r>
      <w:r>
        <w:t xml:space="preserve"> wonder</w:t>
      </w:r>
      <w:r>
        <w:t xml:space="preserve"> if</w:t>
      </w:r>
      <w:r>
        <w:t xml:space="preserve"> you</w:t>
      </w:r>
      <w:r>
        <w:t xml:space="preserve"> could</w:t>
      </w:r>
      <w:r>
        <w:t xml:space="preserve"> help.</w:t>
        <w:br/>
        <w:t>我在找玛格丽特·法雷尔</w:t>
        <w:br/>
        <w:t>I'm</w:t>
      </w:r>
      <w:r>
        <w:t xml:space="preserve"> looking</w:t>
      </w:r>
      <w:r>
        <w:t xml:space="preserve"> for</w:t>
      </w:r>
      <w:r>
        <w:t xml:space="preserve"> Margaret</w:t>
      </w:r>
      <w:r>
        <w:t xml:space="preserve"> Farrel.</w:t>
        <w:br/>
        <w:t>亲爱的</w:t>
      </w:r>
      <w:r>
        <w:t xml:space="preserve"> 我也是</w:t>
        <w:br/>
        <w:t>So</w:t>
      </w:r>
      <w:r>
        <w:t xml:space="preserve"> am</w:t>
      </w:r>
      <w:r>
        <w:t xml:space="preserve"> I,</w:t>
      </w:r>
      <w:r>
        <w:t xml:space="preserve"> darling.</w:t>
        <w:br/>
        <w:t>你是个私&amp;hearts;家&amp;hearts;侦&amp;hearts;探&amp;hearts;</w:t>
        <w:br/>
        <w:t>You're</w:t>
      </w:r>
      <w:r>
        <w:t xml:space="preserve"> a</w:t>
      </w:r>
      <w:r>
        <w:t xml:space="preserve"> private</w:t>
      </w:r>
      <w:r>
        <w:t xml:space="preserve"> detective?</w:t>
        <w:br/>
        <w:t>我是</w:t>
        <w:br/>
        <w:t>I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https://d.book118.com/945012304323011121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20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94501230432301112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