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2024年客服专员个人工作总结（34篇）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2024年客服专员个人工作总结（精选34篇）</w:t>
      </w:r>
      <w:r>
        <w:rPr>
          <w:lang w:eastAsia="zh-CN"/>
        </w:rPr>
        <w:br/>
      </w:r>
      <w:r>
        <w:rPr>
          <w:lang w:eastAsia="zh-CN"/>
        </w:rPr>
        <w:t xml:space="preserve">    2024年客服专员个人工作总结 篇1 </w:t>
      </w:r>
      <w:r>
        <w:rPr>
          <w:lang w:eastAsia="zh-CN"/>
        </w:rPr>
        <w:br/>
      </w:r>
      <w:r>
        <w:rPr>
          <w:lang w:eastAsia="zh-CN"/>
        </w:rPr>
        <w:t>　　对于物业来说，可以说是成长的一年，发展的一年，我们在不断改进和完善各项管理机制的一年。在这当中，物业客服部的工作得到了公司领导的关心与支持，同时也得到了各兄弟部门的大力协助，经过全体客服工作人员一年来的努力工作，各项工作制度不断得到完善和落实。‘服务至上，用心做事’的理念铭刻在每一位客服工作人员的脑海，新年已至，回顾一年来的客服工作，有得有失，现将一年工作总结如下：</w:t>
      </w:r>
      <w:r>
        <w:rPr>
          <w:lang w:eastAsia="zh-CN"/>
        </w:rPr>
        <w:br/>
      </w:r>
      <w:r>
        <w:rPr>
          <w:lang w:eastAsia="zh-CN"/>
        </w:rPr>
        <w:t>　　本年度客服部8名员工中有6位工龄在半年以内，也是企业的新鲜血液，在加入本部后，以最短的时间内，掌握本部工作程序，以最快的速度适应岗位工作，客服部员工认真学习岗位知识，及时解答业主疑问。年度接待来电来访万余次，客服员登门走访业主200余户，投放各类通知20余份。截止12月底，办理接房8483户，办理装修6976户，现小区在住人数3500余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本年度物业费收缴情况;现1,2,3期物业费用收取的日期，分为四个阶段，给物业费的收取增加了一定的难度。进入8月份以来，客服部对拖欠物业费的业主进行了电话提示的催缴工作，要求业主以汇款和柜台结算的方式进行缴纳物业费用，对现居住在小区恶意拖欠物业费的业主，进行提示，限期及停办一切服务项目的措施催缴物业费，在物业费的催缴过程中，虽然我们的客服员遭到了业主的不理解与语言攻击，但客服员都能以服务至上的工作态度为业主进行解说。截止12月底，已缴纳物业费业主6247户，占总体的75%。这个成绩是和我们每一位客服员的努力分不开的。</w:t>
      </w:r>
      <w:r>
        <w:rPr>
          <w:lang w:eastAsia="zh-CN"/>
        </w:rPr>
        <w:br/>
      </w:r>
      <w:r>
        <w:rPr>
          <w:lang w:eastAsia="zh-CN"/>
        </w:rPr>
        <w:t>　　为了保证小区业主能够正常乘坐班车，杜绝外小区人员乘坐，浪费小区资源。localhost客服部对业主乘车卡的发放进行了规范管理，发卡时严格核对业主信息，限一户一卡，对车卡充值的业主进行身份核对，挂失补卡等都做到了登记备案，控制了乘车卡的外流问题。在中，业主主要报修项为外墙渗水，飘窗进水未装修房屋有水渗入楼下，洗手间下水管漏水等问题，及门锁，窗等常见问题，走廊照明，电梯停用等。以上问题客服部都已及时上报及时派工及时给予解决，并做好回访工作。</w:t>
      </w:r>
      <w:r>
        <w:rPr>
          <w:lang w:eastAsia="zh-CN"/>
        </w:rPr>
        <w:br/>
      </w:r>
      <w:r>
        <w:rPr>
          <w:lang w:eastAsia="zh-CN"/>
        </w:rPr>
        <w:t>　　尽管本部门总体工作取得了良好的成绩，但仍存在一些问题，为了进一步做好明年工作，现将本部门存在的问题总结如下：员工的业务素质和服务水平偏低，主要表现在处理问题的技巧和方法不够成熟，应对突发事件的经验不足，在服务中的职业素养不是很高。协调处理问题不够及时妥善，在投诉处理，业主意见建议，业主求助方面，欠缺部门协调，跟进和报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工作计划和重点：我部重点工作为，进一步提高物业费收费水平，在的基础上，提高1至5个百分点，部门管理基本实行制度化，员工责任心和服务水平有显著提高，各项服务工作有序开展，业主满意率有所提高，加强部门培训工作，确保客服业务水平提高，密切配合各部门工作，及时妥善处理业主纠纷和意见建议。</w:t>
      </w:r>
      <w:r>
        <w:rPr>
          <w:lang w:eastAsia="zh-CN"/>
        </w:rPr>
        <w:br/>
      </w:r>
      <w:r>
        <w:rPr>
          <w:lang w:eastAsia="zh-CN"/>
        </w:rPr>
        <w:t>　　同时希望能有机会到比较成熟的社区学习，掌握更好的服务意识，提高自身的专业水平。新的一年，已经到来，希望我们团队每一位珍惜在一起的和谐气氛，创造更多的惊喜与超越，更好的发挥团队精神，以“业主无抱怨，服务无遗憾，管理无盲点，工程无隐患”为工作目标，客服部全体以更饱满的精神去面对新的一年，共同努力为物业公司谱写崭新辉煌的一页。</w:t>
      </w:r>
      <w:r>
        <w:rPr>
          <w:lang w:eastAsia="zh-CN"/>
        </w:rPr>
        <w:br/>
      </w:r>
      <w:r>
        <w:rPr>
          <w:lang w:eastAsia="zh-CN"/>
        </w:rPr>
        <w:t xml:space="preserve">    2024年客服专员个人工作总结 篇2 </w:t>
      </w:r>
      <w:r>
        <w:rPr>
          <w:lang w:eastAsia="zh-CN"/>
        </w:rPr>
        <w:br/>
      </w:r>
      <w:r>
        <w:rPr>
          <w:lang w:eastAsia="zh-CN"/>
        </w:rPr>
        <w:t>　　年年岁岁花相似，岁岁年年人不同。充满机遇与挑战大的一年已经过去，沉思回顾，在过去的一年里，在上级领导的帮助和指导，花桥店全体同志共同的汗水与努力下，超市业务顺利开展，圆满完成了今年的任务。本着“巩固优势，稳步发展”的原则，现将自己的工作总结如下：</w:t>
      </w:r>
      <w:r>
        <w:rPr>
          <w:lang w:eastAsia="zh-CN"/>
        </w:rPr>
        <w:br/>
      </w:r>
      <w:r>
        <w:rPr>
          <w:lang w:eastAsia="zh-CN"/>
        </w:rPr>
        <w:t>　　一、本职工作</w:t>
      </w:r>
      <w:r>
        <w:rPr>
          <w:lang w:eastAsia="zh-CN"/>
        </w:rPr>
        <w:br/>
      </w:r>
      <w:r>
        <w:rPr>
          <w:lang w:eastAsia="zh-CN"/>
        </w:rPr>
        <w:t>　　我本着务实扎实的原则，更好的负起自身的职责，加强理论业务学习，勇于实践，逐步提高自己的业务水平、管理水平，为公司发展奉献自身全部的能量。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作为一名店长，负责协调各项工作，维护全卖场的正常营运，应对突发事件的处理，在这个岗位上，自己立足全局，在工作的同时，充分利用这一平台全面提升自身的组织协调与业务水平，在收银、客服、接货、防损、消防等各个环节深入了解，发现问题，消减漏洞，努力争作一名称职的超市主管。全体员工一起努力，潜下心来，从头干起，卫生、陈列、库房、接货从每一个细节开始严格的要求，使花桥分店业绩逐渐有了改观销售有了明显的增长。</w:t>
      </w:r>
      <w:r>
        <w:rPr>
          <w:lang w:eastAsia="zh-CN"/>
        </w:rPr>
        <w:br/>
      </w:r>
      <w:r>
        <w:rPr>
          <w:lang w:eastAsia="zh-CN"/>
        </w:rPr>
        <w:t>　　在对员工严格要求的基础之上，与员工保持了更多的沟通，同时也经常性的进行业务培训，使员工的精神面貌有了改观，工作的积极性自主性得到了发挥。在公司各部门的关心支持下，全组员工齐心努力，超市的进步得到了公司的认可。</w:t>
      </w:r>
      <w:r>
        <w:rPr>
          <w:lang w:eastAsia="zh-CN"/>
        </w:rPr>
        <w:br/>
      </w:r>
      <w:r>
        <w:rPr>
          <w:lang w:eastAsia="zh-CN"/>
        </w:rPr>
        <w:t>　　二、人员管理培训工作</w:t>
      </w:r>
      <w:r>
        <w:rPr>
          <w:lang w:eastAsia="zh-CN"/>
        </w:rPr>
        <w:br/>
      </w:r>
      <w:r>
        <w:rPr>
          <w:lang w:eastAsia="zh-CN"/>
        </w:rPr>
        <w:t>　　服务顾客，以顾客为中心，说起来一点都不难，但在实践中其实是一项很琐碎的工作，这需要很大的耐心和毅力才能完成，并将其做到最好。顾客是一个很庞大的群体。他们不分其社会地位高低，收入之差别，性格之好坏，甚至不论其是否选择消费，但凡进了店门，那都是我们需要服务的对象，不可有丝毫的怠慢。</w:t>
      </w:r>
      <w:r>
        <w:rPr>
          <w:lang w:eastAsia="zh-CN"/>
        </w:rPr>
        <w:br/>
      </w:r>
      <w:r>
        <w:rPr>
          <w:lang w:eastAsia="zh-CN"/>
        </w:rPr>
        <w:t>　　总的来讲，客服部所有同事对工作都是很认真的，至少对待顾客都能像面对自己的朋友一样，做到真心耐心细心，如果真的不幸遇到了那种特别挑刺的顾客，也能按捺住自己的脾气，尽量心平气和的进行解释，努力将问题解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记得国庆期间，凡在超市消费满一定数额，就会有赠品相送，而且根据消费数额的不同，赠品也会有不同的区分。有一天下午，一位老年顾客消费完毕，凭小票准备到服务台领取赠品，但很不巧赠品已经发放完毕，实在是无法为其兑现。尽管同事努力的解释，但该顾客依旧不依不饶，当场将购物小票撕成粉末，并扬言我们超市都是骗子，以后再也不到这里消费了。面对顾客的刁难，客服部所有人在内心好笑的同时，也感觉自己十分委屈，但我们还是没有多说一句话，只是静静地看着那位顾客离开，然后继续自己的工作。我不知道这样的处理是不是恰当，但至少我们没有让矛盾升级，没有影响到超市的正常营业。</w:t>
      </w:r>
      <w:r>
        <w:rPr>
          <w:lang w:eastAsia="zh-CN"/>
        </w:rPr>
        <w:br/>
      </w:r>
      <w:r>
        <w:rPr>
          <w:lang w:eastAsia="zh-CN"/>
        </w:rPr>
        <w:t>　　经过了二十五天的工作实践，现在来谈一谈我们所做的一些不足的地方。</w:t>
      </w:r>
      <w:r>
        <w:rPr>
          <w:lang w:eastAsia="zh-CN"/>
        </w:rPr>
        <w:br/>
      </w:r>
      <w:r>
        <w:rPr>
          <w:lang w:eastAsia="zh-CN"/>
        </w:rPr>
        <w:t>　　第一、时间观念。工作过程中，无论吃饭，还是上卫生间都应该更注重时间观念，不能放任自流，应该保持一个比较合理的频率和时长;</w:t>
      </w:r>
      <w:r>
        <w:rPr>
          <w:lang w:eastAsia="zh-CN"/>
        </w:rPr>
        <w:br/>
      </w:r>
      <w:r>
        <w:rPr>
          <w:lang w:eastAsia="zh-CN"/>
        </w:rPr>
        <w:t>　　第二、工作礼仪。虽然三米微笑原则大家落实的都很不错，但是当面对顾客的时候，我们能说一些例如：您好，欢迎光临，请慢走等这样的接待语言，我想作为一个顾客的心理一定会舒服很多吧!</w:t>
      </w:r>
      <w:r>
        <w:rPr>
          <w:lang w:eastAsia="zh-CN"/>
        </w:rPr>
        <w:br/>
      </w:r>
      <w:r>
        <w:rPr>
          <w:lang w:eastAsia="zh-CN"/>
        </w:rPr>
        <w:t>　　第三、总结经验。面对工作，每个人都会有自己的想法，如果可以增加些交流，集思广益，不知道会不会让我们做得更好一些呢?</w:t>
      </w:r>
      <w:r>
        <w:rPr>
          <w:lang w:eastAsia="zh-CN"/>
        </w:rPr>
        <w:br/>
      </w:r>
      <w:r>
        <w:rPr>
          <w:lang w:eastAsia="zh-CN"/>
        </w:rPr>
        <w:t>　　第四、勇于创新。工作中，我们应该更积极地发挥自己的主观能动性，有任何的好建议，好点子都该勇敢的说出来，大家一起讨论看有没有实践的价值，如果有价值，肯定能让我们的工作更上一层楼。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此以上只是目前的一些想法，个人觉得还略微有些不成熟，但凡事开头难，相信只要认真观察，工作中还会发现大大小小的问题，届时定会以最积极的态度将其改进，让我们能更好地服务顾客，为了荣昌的发展壮大做到最好。</w:t>
      </w:r>
      <w:r>
        <w:rPr>
          <w:lang w:eastAsia="zh-CN"/>
        </w:rPr>
        <w:br/>
      </w:r>
      <w:r>
        <w:rPr>
          <w:lang w:eastAsia="zh-CN"/>
        </w:rPr>
        <w:t xml:space="preserve">    2024年客服专员个人工作总结 篇3 </w:t>
      </w:r>
      <w:r>
        <w:rPr>
          <w:lang w:eastAsia="zh-CN"/>
        </w:rPr>
        <w:br/>
      </w:r>
      <w:r>
        <w:rPr>
          <w:lang w:eastAsia="zh-CN"/>
        </w:rPr>
        <w:t>　　新的一年即将到来，充满了挑战和机遇，我必须更加的努力。看似容易，做起来却是需要用心、用力、用态度的，需要有自信，有更强的耐力。我坚信有公司领导的正确决策，有各位同事的协助，加上我个人的不懈努力，20--年会是我在Usfine实现]方案-范文库.整理.蜕变的一年。</w:t>
      </w:r>
      <w:r>
        <w:rPr>
          <w:lang w:eastAsia="zh-CN"/>
        </w:rPr>
        <w:br/>
      </w:r>
      <w:r>
        <w:rPr>
          <w:lang w:eastAsia="zh-CN"/>
        </w:rPr>
        <w:t>　　(一)增强责任感，服从领导安排，积极与领导沟通，提高^方案范-文库_为您搜集整理^%工作效率。</w:t>
      </w:r>
      <w:r>
        <w:rPr>
          <w:lang w:eastAsia="zh-CN"/>
        </w:rPr>
        <w:br/>
      </w:r>
      <w:r>
        <w:rPr>
          <w:lang w:eastAsia="zh-CN"/>
        </w:rPr>
        <w:t>　　要积极主动地把工作做到点上，落到实处，减少工作失误。时刻坚持不懂就问，不明白就多学的态度，与同事多合作，与领导多汇报工作情况和建议，做为一个新人要将自己放的低一点，懂得团队的力量和重要性。</w:t>
      </w:r>
      <w:r>
        <w:rPr>
          <w:lang w:eastAsia="zh-CN"/>
        </w:rPr>
        <w:br/>
      </w:r>
      <w:r>
        <w:rPr>
          <w:lang w:eastAsia="zh-CN"/>
        </w:rPr>
        <w:t>　　(二)勤学习，提高^方案范-文库_为您搜集整理^%专业服务能力方案范文.库.整理~。</w:t>
      </w:r>
      <w:r>
        <w:rPr>
          <w:lang w:eastAsia="zh-CN"/>
        </w:rPr>
        <w:br/>
      </w:r>
      <w:r>
        <w:rPr>
          <w:lang w:eastAsia="zh-CN"/>
        </w:rPr>
        <w:t>　　涉及到工作相关知识的学习，不怕苦难，努力克服。工作中遇到了许多接触少，甚至从不了解的新事物、新问题、新情况。比如Service信件处理、退款流程、订单登记细节处理、打电话验证，回答客人问题等。面对这些问题，要自己先多了解，熟悉公司的产品，订单操作，以及如何管理，做到心中有数，使自己很快能进入工作角色，用专业的言语向客户表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(三)多行动，坚守工作职责。</w:t>
      </w:r>
      <w:r>
        <w:rPr>
          <w:lang w:eastAsia="zh-CN"/>
        </w:rPr>
        <w:br/>
      </w:r>
      <w:r>
        <w:rPr>
          <w:lang w:eastAsia="zh-CN"/>
        </w:rPr>
        <w:t>　　英文客服岗位，工作时间长，任务繁重，压力大，有夜班，肩负着公司的形象。所以，需要的是有责任心、不怕吃苦、能耐劳、乐于奉献的人。我们也要学会不断调节自己的情绪，给自己解压。</w:t>
      </w:r>
      <w:r>
        <w:rPr>
          <w:lang w:eastAsia="zh-CN"/>
        </w:rPr>
        <w:br/>
      </w:r>
      <w:r>
        <w:rPr>
          <w:lang w:eastAsia="zh-CN"/>
        </w:rPr>
        <w:t>　　工作无大小，只是分工不同，贡献无多少，要看用心没有，没有必要斤斤计较。我刚走出校门，社会经验和工作经验少，因此我们也被很多人用眼高手低来形容。然而，我个人认为自己的上进心很强，最大的特点就是学习能力方案范文.库.整理~强，待人真诚。工作中，要勤于动手做好本职工作，谦虚敬慎，不骄不躁，不做言语的巨人。不论是办公室的日常@方案.范.文.库整理~事务，还是工作上的任务，我都要用心做到更好。学会及时专业的勤总结、勤分析、勤汇总，并最终完成自己我的提升和成长。学会磨练自己，拓宽自己，凭借公司的良好环境提升自己。</w:t>
      </w:r>
      <w:r>
        <w:rPr>
          <w:lang w:eastAsia="zh-CN"/>
        </w:rPr>
        <w:br/>
      </w:r>
      <w:r>
        <w:rPr>
          <w:lang w:eastAsia="zh-CN"/>
        </w:rPr>
        <w:t xml:space="preserve">    2024年客服专员个人工作总结 篇4 </w:t>
      </w:r>
      <w:r>
        <w:rPr>
          <w:lang w:eastAsia="zh-CN"/>
        </w:rPr>
        <w:br/>
      </w:r>
      <w:r>
        <w:rPr>
          <w:lang w:eastAsia="zh-CN"/>
        </w:rPr>
        <w:t>　　时间如白驹过隙般飞快流逝，转眼间试用期接近尾声。回首过去的三个月，内心不禁感慨万千……这是我人生中弥足珍贵的经历，也给我留下了精彩而美好的回忆。虽然没有轰轰烈烈的战果，但也经历了一番不平凡的考验和磨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试用期阶段，作为一名客服人员，本人工作认真热情，细心且有较强的责任心和进取心，勤勉不懈，性格开朗，具有良好的团队意识;责任感强，确保完成本职工作，与同事相处融洽，配合同事与领导完成各项工作;积极学习新知识，技能，主动向同事学习;并利用下班时间充电，提高自身综合素质。本人对自己负责的产品尽量多可能的进行了了解和认识，尽可能给客户提供更多的购物建议，解答客户的疑问。本人在这半个月的工作已经清楚的认识到自己工作的职责及其重要性，工作中也在不断学习如何提高自己工作的技能。</w:t>
      </w:r>
      <w:r>
        <w:rPr>
          <w:lang w:eastAsia="zh-CN"/>
        </w:rPr>
        <w:br/>
      </w:r>
      <w:r>
        <w:rPr>
          <w:lang w:eastAsia="zh-CN"/>
        </w:rPr>
        <w:t>　　当然，本人在工作中还在存在着缺点和不足之处，本人会继续努力工作学习，今后一定尽力做到最好。工作中需要“超越”的精神，本人相信经过努力，工作会越做越好。</w:t>
      </w:r>
      <w:r>
        <w:rPr>
          <w:lang w:eastAsia="zh-CN"/>
        </w:rPr>
        <w:br/>
      </w:r>
      <w:r>
        <w:rPr>
          <w:lang w:eastAsia="zh-CN"/>
        </w:rPr>
        <w:t xml:space="preserve">    2024年客服专员个人工作总结 篇5 </w:t>
      </w:r>
      <w:r>
        <w:rPr>
          <w:lang w:eastAsia="zh-CN"/>
        </w:rPr>
        <w:br/>
      </w:r>
      <w:r>
        <w:rPr>
          <w:lang w:eastAsia="zh-CN"/>
        </w:rPr>
        <w:t>　　对于一个客服代表来说，做客服工作的感受就象是一个学会了吃辣椒的人，整个过程感受最多的只有一个字：辣。如果到有一天你已经习惯了这种味道，不再被这种味道呛得咳嗽或是摸鼻涕流眼泪的时候就说明你已经是一个非常有经验的老员工了。我是从一线员工上来的，所以深谙这种味道。作为一个班长，在接近两年的班长工作中，我就一直在不断地探索，企图能够找到另外一种味道，能够化解和消融前台因用户所产生的这种“辣”味，这就是话务员情绪管理。</w:t>
      </w:r>
      <w:r>
        <w:rPr>
          <w:lang w:eastAsia="zh-CN"/>
        </w:rPr>
        <w:br/>
      </w:r>
      <w:r>
        <w:rPr>
          <w:lang w:eastAsia="zh-CN"/>
        </w:rPr>
        <w:t>　　在每一个新员工上线之前，我会告诉她们，一个优秀的客服代表，仅有熟练的业务。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知识和高超的服务技巧还不够，要尝试着在以下两点的基础上不断地完善作为一个客服代表的.职业心理素质，要学会把枯燥和单调的工作做得有声有色，学会把工作当成是一种享受。首先，对于用户要以诚相待，当成亲人或是朋友，真心为用户提供切实有效地咨询和帮助，这是愉快工作的前提之一。</w:t>
      </w:r>
      <w:r>
        <w:rPr>
          <w:lang w:eastAsia="zh-CN"/>
        </w:rPr>
        <w:br/>
      </w:r>
      <w:r>
        <w:rPr>
          <w:lang w:eastAsia="zh-CN"/>
        </w:rPr>
        <w:t>　　另外，在平常的话务管理中，我一直在人性化管理与制度化管理这两种管理模式之间寻找一种平衡。为了防止员工因违反规章制度而受到处罚时情绪波动，影响服务态度，一种比较有效的处理方式是在处罚前找员工沟通，最好的方式是推己及人，感觉自己就是在错误中不断成长起来的，一个人只要用一定的心胸和气魄勇敢面对和承担自己因错误而带来的后果，就没有过不去的关。俗语云：知错能改，善莫大焉。</w:t>
      </w:r>
      <w:r>
        <w:rPr>
          <w:lang w:eastAsia="zh-CN"/>
        </w:rPr>
        <w:br/>
      </w:r>
      <w:r>
        <w:rPr>
          <w:lang w:eastAsia="zh-CN"/>
        </w:rPr>
        <w:t>　　当然，在不断地将自己以上的经验和想法得以实施并取得一定成效的同时，我们在这个举足轻重的位置上，更象是一颗螺丝钉，同本部门的前台、后台、组长、质检及部门经理之间作着有效的配合，同时也与其它各组或各部门之间作着较为和谐的沟通和交流，将话务管理工作进行得有条不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洪水暴虐的时候，聚在堤坝上的人们凝望着凶猛的波涛。突然有人惊呼;“看，那是什么?”一个好象人头的黑点顺着波浪漂过来，大家正准备再靠近些时营救。“那是蚁球。”一位老者说;“蚂蚁这东西，很有灵性。有一年发大水，我也见过一个蚁球，有篮球那么大。洪水到来时，蚂蚁迅速抱成团，随波漂流。蚁球外层的蚂蚁，有些会被波浪打入水中。但只要蚁球能上岸，或能碰到一个大的漂流物，蚂蚁就得救了。”不长时间，蚁球靠岸了，蚁群像靠岸登陆艇上的战士，一层一层地打开，迅速而井然地一排排冲上堤岸。岸边的水中留下了一团不小的蚁球。那是蚁球里层的英勇牺牲者。</w:t>
      </w:r>
      <w:r>
        <w:rPr>
          <w:lang w:eastAsia="zh-CN"/>
        </w:rPr>
        <w:br/>
      </w:r>
      <w:r>
        <w:rPr>
          <w:lang w:eastAsia="zh-CN"/>
        </w:rPr>
        <w:t>　　很幸运的是，我们呼叫中心本身就是一个充满了激情和活力的团队，而且每一个身处其中的人在“逆水行舟，不进则退”的动力支持中积极地参予着这个团队的建设。在与另外一位班长良好而默契的配合下，我们彼此取长补短，查漏补缺，再加上部门经理的大力支持和富有亲和力的微笑，不管遇到什么困难，我们都能团结一心，寻求到行之有效的处理办法，渡过难关，将话务管理工作日臻完善地进行下去。众所周知，公话业务历来是用户争议和投诉的焦点，公话及卡类用户每月因业务上的原因在呼叫中心的投诉率是最高的，班长工作中很大一部分压力就是来源于此，所以在处理此类投诉时总是如履薄冰，小心谨慎，唯恐因处理不好而引起越级投诉。</w:t>
      </w:r>
      <w:r>
        <w:rPr>
          <w:lang w:eastAsia="zh-CN"/>
        </w:rPr>
        <w:br/>
      </w:r>
      <w:r>
        <w:rPr>
          <w:lang w:eastAsia="zh-CN"/>
        </w:rPr>
        <w:t>　　细细回忆这段时间以来的工作过程及目前公话组的整个状态，虽然在我们大家的共同努力下有了较大的变化，但是仍有许多的缺点和不足等着我们去规划和改观。首先在服务质量和服务意识方面离省局的要求还存在较大差距，不管成功与否，我们都将不断地摸索和尝试，如作大型的关于服务意识及情绪管理方面的培训来激发前台的工作积极性。或为了提高语音亲和力，作语音艺术培训及在公司工会的倡导和鼓励下号召全话务中心参与诗歌朗诵大赛等尝试，在培养声音魅力过程中，让电话交流的载体更加生动，由此而产生一批更加出色的客服代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所以不管以后的工作将会发生什么样的变化，我都不敢有丝毫的松懈，并且将更加的认真地做好自己份内的事，努力克服个性和年龄的弱点，推开障碍和阻力，抛弃“小我”，轻松上阵。</w:t>
      </w:r>
      <w:r>
        <w:rPr>
          <w:lang w:eastAsia="zh-CN"/>
        </w:rPr>
        <w:br/>
      </w:r>
      <w:r>
        <w:rPr>
          <w:lang w:eastAsia="zh-CN"/>
        </w:rPr>
        <w:t>　　20__年的工作已经结束，在这旧去新来的时刻。对客服部工作做以下总结。</w:t>
      </w:r>
      <w:r>
        <w:rPr>
          <w:lang w:eastAsia="zh-CN"/>
        </w:rPr>
        <w:br/>
      </w:r>
      <w:r>
        <w:rPr>
          <w:lang w:eastAsia="zh-CN"/>
        </w:rPr>
        <w:t>　　回顾17年的工作，已经告一段落。可以说是圆满完成了对物业各项费用的收取，也对业主服务达到了一个满意的标准。但是工作中也存在了很多的不足，在这一年里我们从客服接待，业主回访，处理和协调各种问题中学习到了很多的知识。也很大程度上认识到了自身的不足之处。虽然付出了不少的努力，也取得了一点成绩。但是付出的汗水，和得到的工作效果还相差不少。所以想通过这次总结，认真反思找出问题所在。在新的一年里使工作更加规范，业主更加满意。</w:t>
      </w:r>
      <w:r>
        <w:rPr>
          <w:lang w:eastAsia="zh-CN"/>
        </w:rPr>
        <w:br/>
      </w:r>
      <w:r>
        <w:rPr>
          <w:lang w:eastAsia="zh-CN"/>
        </w:rPr>
        <w:t>　　在这一年里我们认真贯彻我们金源人企业理念“以情服务，用心做事”把服务业主，做好本职，为己任。我客服部在公司领导的大力支持和各部门的团结合作下，在部门员工努力工作下，认真学习物业管理基本知识及岗位职责，热情接待业主，积极完成领导交办的各项工作，办理手续及时、服务周到，报修、投诉、回访等业务服务尽心尽力催促处理妥善，顺利完成了年初既定的各项目标及计划。以下是重要工作任务完成情况及分析：</w:t>
      </w:r>
      <w:r>
        <w:rPr>
          <w:lang w:eastAsia="zh-CN"/>
        </w:rPr>
        <w:br/>
      </w:r>
      <w:r>
        <w:rPr>
          <w:lang w:eastAsia="zh-CN"/>
        </w:rPr>
        <w:t>　　一，日常接待工作每日填写《客户服务部值班接待纪录》，记录业主来电来访投诉及服务事项，并协调处理结果，及时反馈、电话回访业主。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二，信息发布工作本年度，我部共计向客户发放各类书面通知约30多次。运用短信群发发送通知累计54000条，做到通知拟发及时、详尽，表述清晰、用词准确，同时积极配合通知内容做好相关解释工作。</w:t>
      </w:r>
      <w:r>
        <w:rPr>
          <w:lang w:eastAsia="zh-CN"/>
        </w:rPr>
        <w:br/>
      </w:r>
      <w:r>
        <w:rPr>
          <w:lang w:eastAsia="zh-CN"/>
        </w:rPr>
        <w:t>　　三，业主遗漏工程投诉处理工作20__年我客服部回访率98%，工程维修满意率96%。</w:t>
      </w:r>
      <w:r>
        <w:rPr>
          <w:lang w:eastAsia="zh-CN"/>
        </w:rPr>
        <w:br/>
      </w:r>
      <w:r>
        <w:rPr>
          <w:lang w:eastAsia="zh-CN"/>
        </w:rPr>
        <w:t>　　五、入户服务意见调查工作我部门工作人员在完成日常工作的同时，积极走进小区业主家中，搜集各类客户对物业管理过程中的意见及建议，不断提高世纪城小区物业管理的服务质量及服务水平。</w:t>
      </w:r>
      <w:r>
        <w:rPr>
          <w:lang w:eastAsia="zh-CN"/>
        </w:rPr>
        <w:br/>
      </w:r>
      <w:r>
        <w:rPr>
          <w:lang w:eastAsia="zh-CN"/>
        </w:rPr>
        <w:t>　　六，建立健全业主档案工作已完善及更新业主档案并持续补充整理业主电子档案。</w:t>
      </w:r>
      <w:r>
        <w:rPr>
          <w:lang w:eastAsia="zh-CN"/>
        </w:rPr>
        <w:br/>
      </w:r>
      <w:r>
        <w:rPr>
          <w:lang w:eastAsia="zh-CN"/>
        </w:rPr>
        <w:t>　　八，培训学习工作在物业公司欧主任的多次指导下，我部门从客服人员最基本的形象建立，从物业管理最基本的概念，到物业人员的沟通技巧，到物业管理的各个环节工作，再结合相关的法律法规综合知识，进行了较为系统的培训学习。</w:t>
      </w:r>
      <w:r>
        <w:rPr>
          <w:lang w:eastAsia="zh-CN"/>
        </w:rPr>
        <w:br/>
      </w:r>
      <w:r>
        <w:rPr>
          <w:lang w:eastAsia="zh-CN"/>
        </w:rPr>
        <w:t>　　九，在公司大力号召全员卖车位车库的方向下，我们E区客服员工做出了努力和汗水，做出了不速度业绩。</w:t>
      </w:r>
      <w:r>
        <w:rPr>
          <w:lang w:eastAsia="zh-CN"/>
        </w:rPr>
        <w:br/>
      </w:r>
      <w:r>
        <w:rPr>
          <w:lang w:eastAsia="zh-CN"/>
        </w:rPr>
        <w:t>　　部门员工由一个思想认识不足、对工作没有激情的队伍引导成一个对公司充满憧憬，对行业发展和自身成长充满希望的团队;把部门员工由一个对物业管理知识掌握空白培训成一个具一定物业管理常识的团队。</w:t>
      </w:r>
      <w:r>
        <w:rPr>
          <w:lang w:eastAsia="zh-CN"/>
        </w:rPr>
        <w:br/>
      </w:r>
      <w:r>
        <w:rPr>
          <w:lang w:eastAsia="zh-CN"/>
        </w:rPr>
        <w:t>　　工作中存在的不足、发现的问题及遇到的困难总结如下：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一、由于我部门均未经过专业的物业管理培训，关于物业方面的知识仍需系统学习，服务规范及沟通技巧也要进一步加强。</w:t>
      </w:r>
      <w:r>
        <w:rPr>
          <w:lang w:eastAsia="zh-CN"/>
        </w:rPr>
        <w:br/>
      </w:r>
      <w:r>
        <w:rPr>
          <w:lang w:eastAsia="zh-CN"/>
        </w:rPr>
        <w:t>　　二、业主各项遗漏工程的工作跟进、反馈不够及时;</w:t>
      </w:r>
      <w:r>
        <w:rPr>
          <w:lang w:eastAsia="zh-CN"/>
        </w:rPr>
        <w:br/>
      </w:r>
      <w:r>
        <w:rPr>
          <w:lang w:eastAsia="zh-CN"/>
        </w:rPr>
        <w:t>　　三、物业各项费用收取时机、方式、方法不够完善;物业费到期业主催缴，水电费预交费用不足。</w:t>
      </w:r>
      <w:r>
        <w:rPr>
          <w:lang w:eastAsia="zh-CN"/>
        </w:rPr>
        <w:br/>
      </w:r>
      <w:r>
        <w:rPr>
          <w:lang w:eastAsia="zh-CN"/>
        </w:rPr>
        <w:t>　　四、客服工作压力大，员工身体素质及自我心理调节能力需不断提高。</w:t>
      </w:r>
      <w:r>
        <w:rPr>
          <w:lang w:eastAsia="zh-CN"/>
        </w:rPr>
        <w:br/>
      </w:r>
      <w:r>
        <w:rPr>
          <w:lang w:eastAsia="zh-CN"/>
        </w:rPr>
        <w:t>　　五、客服工作内容琐碎繁复，急需科学正规的工作流程来规范并合理运用先进的管理软件来提高工作效率，简化工作难度。</w:t>
      </w:r>
      <w:r>
        <w:rPr>
          <w:lang w:eastAsia="zh-CN"/>
        </w:rPr>
        <w:br/>
      </w:r>
      <w:r>
        <w:rPr>
          <w:lang w:eastAsia="zh-CN"/>
        </w:rPr>
        <w:t>　　日后工作的努力方向及工作设想：</w:t>
      </w:r>
      <w:r>
        <w:rPr>
          <w:lang w:eastAsia="zh-CN"/>
        </w:rPr>
        <w:br/>
      </w:r>
      <w:r>
        <w:rPr>
          <w:lang w:eastAsia="zh-CN"/>
        </w:rPr>
        <w:t>　　我部门在做好收费及日常工作的基础上，继续加强员工的培训和指导，进一步明确各项责任制，强化部门工作纪律和服务规范，并按照目标、预算和工作计划及时做好各项工作。</w:t>
      </w:r>
      <w:r>
        <w:rPr>
          <w:lang w:eastAsia="zh-CN"/>
        </w:rPr>
        <w:br/>
      </w:r>
      <w:r>
        <w:rPr>
          <w:lang w:eastAsia="zh-CN"/>
        </w:rPr>
        <w:t>　　一、对部门员工工作范围、内容进一步细化、明确;</w:t>
      </w:r>
      <w:r>
        <w:rPr>
          <w:lang w:eastAsia="zh-CN"/>
        </w:rPr>
        <w:br/>
      </w:r>
      <w:r>
        <w:rPr>
          <w:lang w:eastAsia="zh-CN"/>
        </w:rPr>
        <w:t>　　二、加强培训，保证部门员工胜任相应岗位，不断提高服务质量;</w:t>
      </w:r>
      <w:r>
        <w:rPr>
          <w:lang w:eastAsia="zh-CN"/>
        </w:rPr>
        <w:br/>
      </w:r>
      <w:r>
        <w:rPr>
          <w:lang w:eastAsia="zh-CN"/>
        </w:rPr>
        <w:t>　　三、强化部门工作纪律管理，做到工作严谨、纪律严明;</w:t>
      </w:r>
      <w:r>
        <w:rPr>
          <w:lang w:eastAsia="zh-CN"/>
        </w:rPr>
        <w:br/>
      </w:r>
      <w:r>
        <w:rPr>
          <w:lang w:eastAsia="zh-CN"/>
        </w:rPr>
        <w:t>　　四、加强对各项信息、工作状况的跟进，做到各项信息畅通、准确。</w:t>
      </w:r>
      <w:r>
        <w:rPr>
          <w:lang w:eastAsia="zh-CN"/>
        </w:rPr>
        <w:br/>
      </w:r>
      <w:r>
        <w:rPr>
          <w:lang w:eastAsia="zh-CN"/>
        </w:rPr>
        <w:t>　　五、通过部门的日常工作安排和心理调试技巧学习，营造出“在工作中锻炼，在锻炼中成长”的氛围，让部门员工有种“紧张但又不会感觉压力太大”的充实感和被重视的成就感。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六、积极学习科学正规的工作流程规范，合理运用先进的管理软件来提高工作效率。</w:t>
      </w:r>
      <w:r>
        <w:rPr>
          <w:lang w:eastAsia="zh-CN"/>
        </w:rPr>
        <w:br/>
      </w:r>
      <w:r>
        <w:rPr>
          <w:lang w:eastAsia="zh-CN"/>
        </w:rPr>
        <w:t>　　综上所述，20__年，我部门工作在公司领导的全力支持，在各部门的大力配合以及部门员工的共同努力下，虽然取得了一定的成绩，但还没有完全达到公司的要求，离先进物业管理水平标准还有一段距离，我们今后一定加强学习，在物业公司经理的直接领导下，依据湖南省、有关物业管理的政策、法规及世纪城小区《临时管理规约》为业主提供规范、快捷、有效的服务，认真做好接待工作，为业主创造优美、舒适的生活、休闲氛围，提升世纪金源的服务品牌。</w:t>
      </w:r>
      <w:r>
        <w:rPr>
          <w:lang w:eastAsia="zh-CN"/>
        </w:rPr>
        <w:br/>
      </w:r>
      <w:r>
        <w:rPr>
          <w:lang w:eastAsia="zh-CN"/>
        </w:rPr>
        <w:t xml:space="preserve">    2024年客服专员个人工作总结 篇6 </w:t>
      </w:r>
      <w:r>
        <w:rPr>
          <w:lang w:eastAsia="zh-CN"/>
        </w:rPr>
        <w:br/>
      </w:r>
      <w:r>
        <w:rPr>
          <w:lang w:eastAsia="zh-CN"/>
        </w:rPr>
        <w:t>　　瞬间，20__年即将过去，在这一年里，似乎值得自己去回顾的事情并不是很多，生活和工作依旧是沿途没有什么风景，就在我以为大路朝前，日子就这样平静下去的.时候。20__年_月，我经过应聘和选拔来到了__，我非常高兴。</w:t>
      </w:r>
      <w:r>
        <w:rPr>
          <w:lang w:eastAsia="zh-CN"/>
        </w:rPr>
        <w:br/>
      </w:r>
      <w:r>
        <w:rPr>
          <w:lang w:eastAsia="zh-CN"/>
        </w:rPr>
        <w:t>　　加入__已_个多月，但对于我来说，我成长了很多。从头开始学习我不完全熟悉的一种工作方式、工作内容、以及工作程序，让我更加全面的、系统的了解整个客服的工作流程和内容。两个月的工作，并非尽如人意，这些还都有待于我进一步用心去学习，然后要熟练运用在工作中的每一个细节里。这段时间里我有过反省和思考，在这里既对自己前段时间工作批评，也做一些总结，如何做好自己争取在日后的工作中能有好的表现，和大家一起服务于公司。</w:t>
      </w:r>
      <w:r>
        <w:rPr>
          <w:lang w:eastAsia="zh-CN"/>
        </w:rPr>
        <w:br/>
      </w:r>
      <w:r>
        <w:rPr>
          <w:lang w:eastAsia="zh-CN"/>
        </w:rPr>
        <w:t>　　一、20__年总结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1、工作总结</w:t>
      </w:r>
      <w:r>
        <w:rPr>
          <w:lang w:eastAsia="zh-CN"/>
        </w:rPr>
        <w:br/>
      </w:r>
      <w:r>
        <w:rPr>
          <w:lang w:eastAsia="zh-CN"/>
        </w:rPr>
        <w:t>　　20__年_月_日，我开始加入__公司，跟着老员工学习，第一次参与订单登记和后台管理;第一次参与客服订单验证工作;第一次参与问题单、完成订单回信;第一次接触到chargeback、投诉处理。在这里，我看到了希望，因为我可以学到更多的工作内容。由于之前我从事过相关工作，所以我上手很快。感谢领导和各位同事的指导帮助，感谢公司给了我学习的机会。在这里，我看到了一批拼命、卖力、踏实的人工作，我看到了一个好的团队，而且我没有了工作压力感。但遗憾的是，我一直没有自信独立完成整个流程规范化的操作和控制，这将是在未来的一年中，我要面临和改变的首要，也是最重要的问题。</w:t>
      </w:r>
      <w:r>
        <w:rPr>
          <w:lang w:eastAsia="zh-CN"/>
        </w:rPr>
        <w:br/>
      </w:r>
      <w:r>
        <w:rPr>
          <w:lang w:eastAsia="zh-CN"/>
        </w:rPr>
        <w:t>　　2、工作中的不足</w:t>
      </w:r>
      <w:r>
        <w:rPr>
          <w:lang w:eastAsia="zh-CN"/>
        </w:rPr>
        <w:br/>
      </w:r>
      <w:r>
        <w:rPr>
          <w:lang w:eastAsia="zh-CN"/>
        </w:rPr>
        <w:t>　　在工作中，我欠缺主动性，与领导和大家沟通较少，考虑问题不够全面和细致，失误较多，尤其是在订单验证和追单方面，我需要多花时间和精力去学习。因为这距离工作中公司领导对我的期望和要求还有很大的距离。同时，英语理论知识水平、工作压力承受能力、以及对具体工作的实施与计划等问题上还有待进一步提高，一系列的问题需要我在以后的工作中努力克服和解决，使自己更好地做好本职工作。并且自己应该而且能够做的事情，要勇于承担，不依赖他人，不退缩、不逃避，勇敢地迈出每一步，今后在工作中才能做到更加自信和大胆仔细。</w:t>
      </w:r>
      <w:r>
        <w:rPr>
          <w:lang w:eastAsia="zh-CN"/>
        </w:rPr>
        <w:br/>
      </w:r>
      <w:r>
        <w:rPr>
          <w:lang w:eastAsia="zh-CN"/>
        </w:rPr>
        <w:t>　　二、20__年计划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新的一年即将到来，充满了挑战和机遇，我必须更加的努力。看似容易，做起来却是需要用心、用力、用态度的，需要有自信，有更强的耐力。我坚信有公司领导的正确决策，有各位同事的协助，加上我个人的不懈努力，20__年会是我在__实现蜕变的一年。</w:t>
      </w:r>
      <w:r>
        <w:rPr>
          <w:lang w:eastAsia="zh-CN"/>
        </w:rPr>
        <w:br/>
      </w:r>
      <w:r>
        <w:rPr>
          <w:lang w:eastAsia="zh-CN"/>
        </w:rPr>
        <w:t>　　(一)增强责任感，服从领导安排，积极与领导沟通，提高工作效率。</w:t>
      </w:r>
      <w:r>
        <w:rPr>
          <w:lang w:eastAsia="zh-CN"/>
        </w:rPr>
        <w:br/>
      </w:r>
      <w:r>
        <w:rPr>
          <w:lang w:eastAsia="zh-CN"/>
        </w:rPr>
        <w:t>　　要积极主动地把工作做到点上，落到实处，减少工作失误。时刻坚持不懂就问，不明白就多学的态度，与同事多合作，与领导多汇报工作情况和建议，做为一个新人要将自己放的低一点，懂得团队的力量和重要性。</w:t>
      </w:r>
      <w:r>
        <w:rPr>
          <w:lang w:eastAsia="zh-CN"/>
        </w:rPr>
        <w:br/>
      </w:r>
      <w:r>
        <w:rPr>
          <w:lang w:eastAsia="zh-CN"/>
        </w:rPr>
        <w:t>　　(二)勤学习，提高专业服务能力。</w:t>
      </w:r>
      <w:r>
        <w:rPr>
          <w:lang w:eastAsia="zh-CN"/>
        </w:rPr>
        <w:br/>
      </w:r>
      <w:r>
        <w:rPr>
          <w:lang w:eastAsia="zh-CN"/>
        </w:rPr>
        <w:t>　　涉及到工作相关知识的学习，不怕苦难，努力克服。工作中遇到了许多接触少，甚至从不了解的新事物、新问题、新情况。比如service信件处理、退款流程、订单登记细节处理、打电话验证，回答客人问题等。面对这些问题，要自己先多了解，熟悉公司的产品，订单操作，以及如何管理，做到心中有数，使自己很快能进入工作角色，用专业的言语向客户表达。</w:t>
      </w:r>
      <w:r>
        <w:rPr>
          <w:lang w:eastAsia="zh-CN"/>
        </w:rPr>
        <w:br/>
      </w:r>
      <w:r>
        <w:rPr>
          <w:lang w:eastAsia="zh-CN"/>
        </w:rPr>
        <w:t>　　(三)多行动，坚守工作职责。</w:t>
      </w:r>
      <w:r>
        <w:rPr>
          <w:lang w:eastAsia="zh-CN"/>
        </w:rPr>
        <w:br/>
      </w:r>
      <w:r>
        <w:rPr>
          <w:lang w:eastAsia="zh-CN"/>
        </w:rPr>
        <w:t>　　客服岗位，工作时间长，任务繁重，压力大，有夜班，肩负着公司的形象。所以，需要的是有责任心、不怕吃苦、能耐劳、乐于奉献的人。我们也要学会不断调节自己的情绪，给自己解压。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工作无大小，只是分工不同，贡献无多少，要看用心没有，没有必要斤斤计较。我刚走出校门，社会经验和工作经验少，因此我们也被很多人用眼高手低来形容。然而，我个人认为自己的上进心很强，最大的特点就是学习能力强，待人真诚。工作中，要勤于动手做好本职工作，谦虚敬慎，不骄不躁，不做言语的巨人。不论是办公室的日常事务，还是工作上的任务，我都要用心做到更好。学会及时专业的勤总结、勤分析、勤汇总，并最终完成自己我的提升和成长。学会磨练自己，拓宽自己，凭借公司的良好环境提升自己。</w:t>
      </w:r>
      <w:r>
        <w:rPr>
          <w:lang w:eastAsia="zh-CN"/>
        </w:rPr>
        <w:br/>
      </w:r>
      <w:r>
        <w:rPr>
          <w:lang w:eastAsia="zh-CN"/>
        </w:rPr>
        <w:t>　　(四)善于思考，理论联系实际。</w:t>
      </w:r>
      <w:r>
        <w:rPr>
          <w:lang w:eastAsia="zh-CN"/>
        </w:rPr>
        <w:br/>
      </w:r>
      <w:r>
        <w:rPr>
          <w:lang w:eastAsia="zh-CN"/>
        </w:rPr>
        <w:t xml:space="preserve">    2024年客服专员个人工作总结 篇7 </w:t>
      </w:r>
      <w:r>
        <w:rPr>
          <w:lang w:eastAsia="zh-CN"/>
        </w:rPr>
        <w:br/>
      </w:r>
      <w:r>
        <w:rPr>
          <w:lang w:eastAsia="zh-CN"/>
        </w:rPr>
        <w:t>　　时光如梭，转眼间20__年度工作即将结束，自入职__项目以来，在项目领导的指导下和各部门的支持和配合下，基本完成了年初预期工作目标及各项工作计划。一年以来，客服部围绕收费工作，加强了部门内部管理工作，强化了服务水平，增进与业主的沟通并妥善处理了与业主有关的纠纷、赔偿事件，部门各项工作有了明显的提高和改善，员工工作用心性得到大幅提高，业主满意率有了显著提高。现将本年度工作总结如下。</w:t>
      </w:r>
      <w:r>
        <w:rPr>
          <w:lang w:eastAsia="zh-CN"/>
        </w:rPr>
        <w:br/>
      </w:r>
      <w:r>
        <w:rPr>
          <w:lang w:eastAsia="zh-CN"/>
        </w:rPr>
        <w:t>　　本年度收费1220000元（截止到20__年12月15日），收缴率80%，清缴上年度费10000元；处理赔偿纠纷42起，达成率100%；协调处理大型保修维修10件，业主基本满意；接待业主上门投诉12件，处理及时率100%；受理日常报修120件，合格率100%；上门面访700人/次，受理意见、推荐200余件。</w:t>
      </w:r>
      <w:r>
        <w:rPr>
          <w:lang w:eastAsia="zh-CN"/>
        </w:rPr>
        <w:br/>
      </w:r>
      <w:r>
        <w:rPr>
          <w:lang w:eastAsia="zh-CN"/>
        </w:rPr>
        <w:t>　　一、本年度部门工作表现好的方面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（一）规范内部管理，增强了员工职责心和工作效率。</w:t>
      </w:r>
      <w:r>
        <w:rPr>
          <w:lang w:eastAsia="zh-CN"/>
        </w:rPr>
        <w:br/>
      </w:r>
      <w:r>
        <w:rPr>
          <w:lang w:eastAsia="zh-CN"/>
        </w:rPr>
        <w:t>　　自加入__项目客服部后，发现部门内部管理比较薄弱，主要表此刻员工职责心不强、工作主动性不够、工作效率较低、办事拖拉等方面。针对上述问题，本人进一步完善了部门职责制，明确了部门员工的职责及工作标准；加强与员工的沟通，有针对性的组织多项培训，定期对员工的工作进行点评，有力的激励了员工的工作职责心。目前，部门员工工作用心性较高，由原先的被动、有条件的工作转变成此刻的主动、自愿的工作态度，从而促进了部门各项工作的开展。</w:t>
      </w:r>
      <w:r>
        <w:rPr>
          <w:lang w:eastAsia="zh-CN"/>
        </w:rPr>
        <w:br/>
      </w:r>
      <w:r>
        <w:rPr>
          <w:lang w:eastAsia="zh-CN"/>
        </w:rPr>
        <w:t>　　（二）采取多种形式和措施，巩固和提高了收费水平。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本年度费累计收缴1000000元，收缴率同比去年增长7%（去年费收缴率60%），总体收费水平得到巩固和进一步提高。归纳起来重点做好了三项收费管理工作，第一，收费形式多样化，重点加强节假日上门收费。此前，客服部主要采取的是电话和贴通知的催缴方式，这两种催缴方式存在收费效率低和业主交费用心性差的问题，因此，增加了路遇和上门催费方式，并确保每周六、日全部客服员上门收费，透过巡视等时机加强与业主的沟通、攀谈借机催费，从而保证了收费的效率。第二，收费措施服务化，透过增进业主满意，促进业主交费意愿。收费工作是服务水平的体现，服务水平是收费的基础，因此，服务是提高收费水平的根本。今年，我们将项目成立以来一向未解决的纠纷、赔偿问题进行了梳理，有重点、有步骤的解决了多数问题，利用项目现有资源，不管分内、分外，帮忙解决业主装修、维修、居家等问题，相信，业主会因无微不至的感动服务，逐步提高自愿缴费的用心性。第三，收费工作绩效化，透过激励员工收费用心性提高收费水平。收费工作一向是客服部难度最大的工作，员工收费一向用心性不高，且会附带条件的加班收费。</w:t>
      </w:r>
      <w:r>
        <w:rPr>
          <w:lang w:eastAsia="zh-CN"/>
        </w:rPr>
        <w:br/>
      </w:r>
      <w:r>
        <w:rPr>
          <w:lang w:eastAsia="zh-CN"/>
        </w:rPr>
        <w:t>　　（三）严抓客服员服务素质和水平，塑造了良好的服务形象。</w:t>
      </w:r>
      <w:r>
        <w:rPr>
          <w:lang w:eastAsia="zh-CN"/>
        </w:rPr>
        <w:br/>
      </w:r>
      <w:r>
        <w:rPr>
          <w:lang w:eastAsia="zh-CN"/>
        </w:rPr>
        <w:t>　　客服部是管理处的桥梁和信息中枢，起着联系内外的作用，客服员的服务水平和服务素质直接影响着客服部整体工作。今年下半年以来，我部在做好收费工作的基础上重点做好了员工服务管理工作，每日上班前员工对着装、礼仪进行自检、互检，使客服员持续良好的服务形象，加强了客服员语言、礼节、沟通及处理问题的技巧培训，提高了客服员的服务素质。部门树立了“周到、耐心、热情、细致”的服务思想，并将该思想贯穿到了对业主的服务之中，在服务中切实的将业主的事情当成自我的事情去对待。</w:t>
      </w:r>
      <w:r>
        <w:rPr>
          <w:lang w:eastAsia="zh-CN"/>
        </w:rPr>
        <w:br/>
      </w:r>
      <w:r>
        <w:rPr>
          <w:lang w:eastAsia="zh-CN"/>
        </w:rPr>
        <w:t>　　（四）圆满完成了二期入住工作，为客服部总体工作奠定了基础。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6月底，项目接到了二期入住的任务，我部主要负责二期入住的资料发放、签约、处理业主纠纷等工作。累计办理入住手续852户，处理入住期间产生的纠纷31件，各项手续办理及时、准确，各种纠纷处理业主基本满意。入住工作正式办理前我部加班加点准备入住资料、合同等文件，制订了周密、详实的统一说辞，并组织多次入住演练工作。在办理手续期间，客服员透过与业主的接触，了解并掌握了业主的家庭特征、客户群类型、基本经济状况，为日后收费及服务工作奠定了基础。在办理手续和处理纠纷的过程中，客服员耐心为业主进行讲解、回答业主提出的疑问，向业主展示了良好的客服形象。</w:t>
      </w:r>
      <w:r>
        <w:rPr>
          <w:lang w:eastAsia="zh-CN"/>
        </w:rPr>
        <w:br/>
      </w:r>
      <w:r>
        <w:rPr>
          <w:lang w:eastAsia="zh-CN"/>
        </w:rPr>
        <w:t>　　（五）密切配合各部门，做好了管理处内、外联系、协调工作。</w:t>
      </w:r>
      <w:r>
        <w:rPr>
          <w:lang w:eastAsia="zh-CN"/>
        </w:rPr>
        <w:br/>
      </w:r>
      <w:r>
        <w:rPr>
          <w:lang w:eastAsia="zh-CN"/>
        </w:rPr>
        <w:t>　　客服部的重要职能是联系管理处内部与业主等外部工作，透过反馈信息及时为业主带给服务。本年度累计协调处理与工程有关的问题92件，与保安有关的问题40件，与保洁服务有关的问题23件，与开发商有关的问题56件。客服协调工作的重点是问题的跟进和处理策略，在处理问题的过程中，我部做到了有跟进、有反馈、有报告，使每件协调工作得到了很好的解决。</w:t>
      </w:r>
      <w:r>
        <w:rPr>
          <w:lang w:eastAsia="zh-CN"/>
        </w:rPr>
        <w:br/>
      </w:r>
      <w:r>
        <w:rPr>
          <w:lang w:eastAsia="zh-CN"/>
        </w:rPr>
        <w:t>　　二、部门工作存在的问题</w:t>
      </w:r>
      <w:r>
        <w:rPr>
          <w:lang w:eastAsia="zh-CN"/>
        </w:rPr>
        <w:br/>
      </w:r>
      <w:r>
        <w:rPr>
          <w:lang w:eastAsia="zh-CN"/>
        </w:rPr>
        <w:t>　　尽管部门总体工作取得了良好的成绩，但仍存在一些问题。为进一步做好明年工作，现将本部门存在的问题总结如下。</w:t>
      </w:r>
      <w:r>
        <w:rPr>
          <w:lang w:eastAsia="zh-CN"/>
        </w:rPr>
        <w:br/>
      </w:r>
      <w:r>
        <w:rPr>
          <w:lang w:eastAsia="zh-CN"/>
        </w:rPr>
        <w:t>　　（一）员工业务水平和服务素质偏低。</w:t>
      </w:r>
      <w:r>
        <w:rPr>
          <w:lang w:eastAsia="zh-CN"/>
        </w:rPr>
        <w:br/>
      </w:r>
      <w:r>
        <w:rPr>
          <w:lang w:eastAsia="zh-CN"/>
        </w:rPr>
        <w:t>　　透过部门半年的工作和实践来看，客服员—业务水平偏低，服务素质不是很高。主要表此刻处理问题的技巧和方法不够成熟，应对突发事件的经验不足，在服务中的职业素养不是很高。</w:t>
      </w:r>
      <w:r>
        <w:rPr>
          <w:lang w:eastAsia="zh-CN"/>
        </w:rPr>
        <w:br/>
      </w:r>
      <w:r>
        <w:rPr>
          <w:lang w:eastAsia="zh-CN"/>
        </w:rPr>
        <w:t>　　（二）收费绩效增长水平不高。</w:t>
      </w:r>
      <w:r>
        <w:rPr>
          <w:lang w:eastAsia="zh-CN"/>
        </w:rPr>
        <w:br/>
      </w:r>
      <w:r>
        <w:rPr>
          <w:lang w:eastAsia="zh-CN"/>
        </w:rPr>
        <w:t>　　从目前的收费水平来看，同比本市75%的平均水平还有必须差距，主要问题是催费的方式、方法不当、员工的用心性不高、前期和日常服务中遗留问题未及时解决以及项目总体服务水平偏低，其中员工收费用心性和催费方式、方法为主要因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（三）部门管理制度、流程不够健全。</w:t>
      </w:r>
      <w:r>
        <w:rPr>
          <w:lang w:eastAsia="zh-CN"/>
        </w:rPr>
        <w:br/>
      </w:r>
      <w:r>
        <w:rPr>
          <w:lang w:eastAsia="zh-CN"/>
        </w:rPr>
        <w:t>　　由于部门在近半年的工作中，主要精力放在了收费和收楼的工作中，因而忽略了制度化建设，目前，员工管理方面、服务规范方面、操作流程方面的制度不是很健全，因此，使部门的工作效率、员工职责心和工作用心性受到必须影响。</w:t>
      </w:r>
      <w:r>
        <w:rPr>
          <w:lang w:eastAsia="zh-CN"/>
        </w:rPr>
        <w:br/>
      </w:r>
      <w:r>
        <w:rPr>
          <w:lang w:eastAsia="zh-CN"/>
        </w:rPr>
        <w:t>　　（四）协调、处理问题不够及时、妥善。</w:t>
      </w:r>
      <w:r>
        <w:rPr>
          <w:lang w:eastAsia="zh-CN"/>
        </w:rPr>
        <w:br/>
      </w:r>
      <w:r>
        <w:rPr>
          <w:lang w:eastAsia="zh-CN"/>
        </w:rPr>
        <w:t>　　在投诉处理、业主意见、推荐、业主求助方面的信息反馈不够及时、全面，接到问题后未及时进行跟进和报告，处理问题的方式、方法欠妥。</w:t>
      </w:r>
      <w:r>
        <w:rPr>
          <w:lang w:eastAsia="zh-CN"/>
        </w:rPr>
        <w:br/>
      </w:r>
      <w:r>
        <w:rPr>
          <w:lang w:eastAsia="zh-CN"/>
        </w:rPr>
        <w:t>　　三、20__年工作计划要点</w:t>
      </w:r>
      <w:r>
        <w:rPr>
          <w:lang w:eastAsia="zh-CN"/>
        </w:rPr>
        <w:br/>
      </w:r>
      <w:r>
        <w:rPr>
          <w:lang w:eastAsia="zh-CN"/>
        </w:rPr>
        <w:t>　　20__年我部重点工作为进一步提高费收费水平，在09年基础上提高4—7个百分点；部门管理基本实行制度化，员工职责心和服务水平有显著提高；各项服务工作有序开展，业主满意率同比去年有显著提高。</w:t>
      </w:r>
      <w:r>
        <w:rPr>
          <w:lang w:eastAsia="zh-CN"/>
        </w:rPr>
        <w:br/>
      </w:r>
      <w:r>
        <w:rPr>
          <w:lang w:eastAsia="zh-CN"/>
        </w:rPr>
        <w:t>　　（一）继续加强客户服务水平和服务质量，业主满意率到达85%左右。</w:t>
      </w:r>
      <w:r>
        <w:rPr>
          <w:lang w:eastAsia="zh-CN"/>
        </w:rPr>
        <w:br/>
      </w:r>
      <w:r>
        <w:rPr>
          <w:lang w:eastAsia="zh-CN"/>
        </w:rPr>
        <w:t>　　（二）进一步提高收费水平，确保收费率到达80%左右。</w:t>
      </w:r>
      <w:r>
        <w:rPr>
          <w:lang w:eastAsia="zh-CN"/>
        </w:rPr>
        <w:br/>
      </w:r>
      <w:r>
        <w:rPr>
          <w:lang w:eastAsia="zh-CN"/>
        </w:rPr>
        <w:t>　　（三）加强部门培训工作，确保客服员业务水平有显著提高。</w:t>
      </w:r>
      <w:r>
        <w:rPr>
          <w:lang w:eastAsia="zh-CN"/>
        </w:rPr>
        <w:br/>
      </w:r>
      <w:r>
        <w:rPr>
          <w:lang w:eastAsia="zh-CN"/>
        </w:rPr>
        <w:t>　　（四）完善客服制度和流程，部门基本实现制度化管理。</w:t>
      </w:r>
      <w:r>
        <w:rPr>
          <w:lang w:eastAsia="zh-CN"/>
        </w:rPr>
        <w:br/>
      </w:r>
      <w:r>
        <w:rPr>
          <w:lang w:eastAsia="zh-CN"/>
        </w:rPr>
        <w:t>　　（五）密切配合各部门工作，及时、妥善处理业主纠纷和意见、推荐。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（六）加强保洁外包管理工作，做到有检查、有考核，不断提高服务质量。</w:t>
      </w:r>
      <w:r>
        <w:rPr>
          <w:lang w:eastAsia="zh-CN"/>
        </w:rPr>
        <w:br/>
      </w:r>
      <w:r>
        <w:rPr>
          <w:lang w:eastAsia="zh-CN"/>
        </w:rPr>
        <w:t>　　回顾20__年，工作中充满了艰辛与坎坷，却收获了成长与成绩，展望明年，迎接我们的是机遇和挑战。为此，客服部全体员工在明年的工作中将继续团结一致、齐心协力的去实现部门目标，为公司发展贡献一份力量。</w:t>
      </w:r>
      <w:r>
        <w:rPr>
          <w:lang w:eastAsia="zh-CN"/>
        </w:rPr>
        <w:br/>
      </w:r>
      <w:r>
        <w:rPr>
          <w:lang w:eastAsia="zh-CN"/>
        </w:rPr>
        <w:t>　　时间过的真快，转眼之间本年度已经接近尾声，我是6月30来到白象春华求是学校，承蒙领导不嫌弃我是一个初出茅庐什么都不懂的混小子，并接纳了我在单位工作，这是我走出“幼稚圆”的第一份工作，当然也少不了我在这里工作的头衔市场专员，大专我学的是机电一体化专业，对于单位给我安排的市场营销工作，刚开始我对于这份来之不易的工作真是有心拿的起，无心做的好，因为我没有接触过市场营销这一块专业，我都不知道做一些什么，做起来就相当吃力。在我不解与困惑的同时，仅凭对市场工作的热情，单位的领导对我的成长倍感厚望，曾很多次找我谈心，提供我在工作精神上结实的信心和动力，伏案沉思这半年，我做一下简单的总结。</w:t>
      </w:r>
      <w:r>
        <w:rPr>
          <w:lang w:eastAsia="zh-CN"/>
        </w:rPr>
        <w:br/>
      </w:r>
      <w:r>
        <w:rPr>
          <w:lang w:eastAsia="zh-CN"/>
        </w:rPr>
        <w:t>　　一、归纳以下几点：</w:t>
      </w:r>
      <w:r>
        <w:rPr>
          <w:lang w:eastAsia="zh-CN"/>
        </w:rPr>
        <w:br/>
      </w:r>
      <w:r>
        <w:rPr>
          <w:lang w:eastAsia="zh-CN"/>
        </w:rPr>
        <w:t>　　1、一切从零开始，积极学习市场运作有关方面的专业知识，努力做到专业知识程度向市场这方面发展；</w:t>
      </w:r>
      <w:r>
        <w:rPr>
          <w:lang w:eastAsia="zh-CN"/>
        </w:rPr>
        <w:br/>
      </w:r>
      <w:r>
        <w:rPr>
          <w:lang w:eastAsia="zh-CN"/>
        </w:rPr>
        <w:t>　　2、积极完成领导安排的有关工作，做到工作上有问题及时向领导寻求解决问题的方案，不懂就问，努力把工作做好；</w:t>
      </w:r>
      <w:r>
        <w:rPr>
          <w:lang w:eastAsia="zh-CN"/>
        </w:rPr>
        <w:br/>
      </w:r>
      <w:r>
        <w:rPr>
          <w:lang w:eastAsia="zh-CN"/>
        </w:rPr>
        <w:t>　　3、工作于实际相符合，调研市场前景，并做好相应的市场计划；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4、分析市场需求，寻求招生市场关键在于哪，对市场的认识也有一个比较透明的掌握，并做好市场月报表；</w:t>
      </w:r>
      <w:r>
        <w:rPr>
          <w:lang w:eastAsia="zh-CN"/>
        </w:rPr>
        <w:br/>
      </w:r>
      <w:r>
        <w:rPr>
          <w:lang w:eastAsia="zh-CN"/>
        </w:rPr>
        <w:t>　　5、在不断的学习知识和积累经验的同时，自己的能力，业务水平都比以前有了一个较大幅度的提高；</w:t>
      </w:r>
      <w:r>
        <w:rPr>
          <w:lang w:eastAsia="zh-CN"/>
        </w:rPr>
        <w:br/>
      </w:r>
      <w:r>
        <w:rPr>
          <w:lang w:eastAsia="zh-CN"/>
        </w:rPr>
        <w:t>　　6、在每个月里设计好当月招生广告，如：广告纸、调幅、写真广告等，并积极的投入到市场的运作；</w:t>
      </w:r>
      <w:r>
        <w:rPr>
          <w:lang w:eastAsia="zh-CN"/>
        </w:rPr>
        <w:br/>
      </w:r>
      <w:r>
        <w:rPr>
          <w:lang w:eastAsia="zh-CN"/>
        </w:rPr>
        <w:t>　　7、对于市场活动，如讲座、校外设点宣传，能很好的做好市场活动的策划，并执行；</w:t>
      </w:r>
      <w:r>
        <w:rPr>
          <w:lang w:eastAsia="zh-CN"/>
        </w:rPr>
        <w:br/>
      </w:r>
      <w:r>
        <w:rPr>
          <w:lang w:eastAsia="zh-CN"/>
        </w:rPr>
        <w:t>　　8、“知彼知己，百战不殆”调研当地其他培训同行的有关动态，分析效果，可行性时加以模仿；</w:t>
      </w:r>
      <w:r>
        <w:rPr>
          <w:lang w:eastAsia="zh-CN"/>
        </w:rPr>
        <w:br/>
      </w:r>
      <w:r>
        <w:rPr>
          <w:lang w:eastAsia="zh-CN"/>
        </w:rPr>
        <w:t>　　二、部门工作总结</w:t>
      </w:r>
      <w:r>
        <w:rPr>
          <w:lang w:eastAsia="zh-CN"/>
        </w:rPr>
        <w:br/>
      </w:r>
      <w:r>
        <w:rPr>
          <w:lang w:eastAsia="zh-CN"/>
        </w:rPr>
        <w:t>　　20__年6月30日，白象春华求是学校市场部门成立了，在将近半年时间内，逐步开展市场工作，从什么都没有的市场部，渐渐的在单位中成长，做到“市场工作先调查，其次汇报，接着计划，再执行，最后是总结提炼，”现在所需的资料都可以拿出，迎接总部考核。</w:t>
      </w:r>
      <w:r>
        <w:rPr>
          <w:lang w:eastAsia="zh-CN"/>
        </w:rPr>
        <w:br/>
      </w:r>
      <w:r>
        <w:rPr>
          <w:lang w:eastAsia="zh-CN"/>
        </w:rPr>
        <w:t>　　在单位业绩上可以知道我们市场部门是做的不好的，因为今年的招生业绩基本是和去年持平，对于当地的一些小型电脑培训机构来说，地理环境优势、学校师资都在我们之下，对手只有在项目学费上往下调，这给我们的市场带来一定的冲击。我们稳站当地市场那是一个必然性。</w:t>
      </w:r>
      <w:r>
        <w:rPr>
          <w:lang w:eastAsia="zh-CN"/>
        </w:rPr>
        <w:br/>
      </w:r>
      <w:r>
        <w:rPr>
          <w:lang w:eastAsia="zh-CN"/>
        </w:rPr>
        <w:t>　　三、下面我对我们部门的工作做一下归纳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1、部门建设：部门刚刚启动，市场体系还不是很完整，可是开展市场工作人员严重不足；</w:t>
      </w:r>
      <w:r>
        <w:rPr>
          <w:lang w:eastAsia="zh-CN"/>
        </w:rPr>
        <w:br/>
      </w:r>
      <w:r>
        <w:rPr>
          <w:lang w:eastAsia="zh-CN"/>
        </w:rPr>
        <w:t>　　2、部门人员培训：经过大半年的打磨，并参加总部安排的有关市场业务规范及市场运作规范的培训已经有很多次，已基本上掌握了市场招生工作，但业务技能及专业精神方面仍需加强。由于部门人员少、任务重，故专业技能培训不够。</w:t>
      </w:r>
      <w:r>
        <w:rPr>
          <w:lang w:eastAsia="zh-CN"/>
        </w:rPr>
        <w:br/>
      </w:r>
      <w:r>
        <w:rPr>
          <w:lang w:eastAsia="zh-CN"/>
        </w:rPr>
        <w:t>　　3、部门工作数据分析：在工作上对于市场数据分析是非常不足的，因为市场招生就是我们的工作，如果学生来报名了，可是我们还不知道他是怎么知道我校有相关的培训项目；</w:t>
      </w:r>
      <w:r>
        <w:rPr>
          <w:lang w:eastAsia="zh-CN"/>
        </w:rPr>
        <w:br/>
      </w:r>
      <w:r>
        <w:rPr>
          <w:lang w:eastAsia="zh-CN"/>
        </w:rPr>
        <w:t>　　4、部门工作情况：工作没有一个很明确的目标和详细的计划，市场人远没有养成一个写工作总结和计划的习惯；</w:t>
      </w:r>
      <w:r>
        <w:rPr>
          <w:lang w:eastAsia="zh-CN"/>
        </w:rPr>
        <w:br/>
      </w:r>
      <w:r>
        <w:rPr>
          <w:lang w:eastAsia="zh-CN"/>
        </w:rPr>
        <w:t>　　5、部门创新性：新业务的开拓不够，业务增长小，业务能力还有待提高；</w:t>
      </w:r>
      <w:r>
        <w:rPr>
          <w:lang w:eastAsia="zh-CN"/>
        </w:rPr>
        <w:br/>
      </w:r>
      <w:r>
        <w:rPr>
          <w:lang w:eastAsia="zh-CN"/>
        </w:rPr>
        <w:t>　　6、整顿单位内部市场品牌资料，迎接总部考核；</w:t>
      </w:r>
      <w:r>
        <w:rPr>
          <w:lang w:eastAsia="zh-CN"/>
        </w:rPr>
        <w:br/>
      </w:r>
      <w:r>
        <w:rPr>
          <w:lang w:eastAsia="zh-CN"/>
        </w:rPr>
        <w:t>　　7、以上工作得到了单位同事的大力支持与携手帮忙才能完成目标，为此我对他们表示由衷的感谢。</w:t>
      </w:r>
      <w:r>
        <w:rPr>
          <w:lang w:eastAsia="zh-CN"/>
        </w:rPr>
        <w:br/>
      </w:r>
      <w:r>
        <w:rPr>
          <w:lang w:eastAsia="zh-CN"/>
        </w:rPr>
        <w:t xml:space="preserve">    2024年客服专员个人工作总结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如果到有一天你已经习惯了这种味道，不再被这种味道呛得咳嗽或是摸鼻涕流眼泪的时候就说明你已经是一个非常有经验的老员工了。我是从一线员工上来的，所以深谙这种味道。作为一个班长，在接近两年的班长工作中，我就一直在不断地探索，企图能够找到另外一种味道，能够化解和消融前台因用户所产生的这种“辣”味，这就是话务员情绪管理。毕竟大多数的人需要对自己的情绪进行管理、控制和调节。</w:t>
      </w:r>
      <w:r>
        <w:rPr>
          <w:lang w:eastAsia="zh-CN"/>
        </w:rPr>
        <w:br/>
      </w:r>
      <w:r>
        <w:rPr>
          <w:lang w:eastAsia="zh-CN"/>
        </w:rPr>
        <w:t>　　在每一个新员工上线之前，我会告诉她们，一个优秀的客服代表，仅有熟练的业务知识和高超的服务技巧还不够，要尝试着在以下两点的基础上不断地完善作为一个客服代表的职业心理素质，要学会把枯燥和单调的工作做得有声有色，学会把工作当成是一种享受。首先，对于用户要以诚相待，当成亲人或是朋友，真心为用户提供切实有效地咨询和帮助，这是愉快工作的前提之一。然后，在为用户提供咨询时要认真倾听用户的问题而不是去关注用户的态度，这样才会保持冷静，细细为之分析引导，熄灭用户情绪上的怒火，防止因服务态度问题火上烧油引起用户更大的投诉。</w:t>
      </w:r>
      <w:r>
        <w:rPr>
          <w:lang w:eastAsia="zh-CN"/>
        </w:rPr>
        <w:br/>
      </w:r>
      <w:r>
        <w:rPr>
          <w:lang w:eastAsia="zh-CN"/>
        </w:rPr>
        <w:t>　　另外，在平常的话务管理中，我一直在人性化管理与制度化管理这两种管理模式之间寻找一种平衡。为了防止员工因违反规章制度而受到处罚时情绪波动，影响服务态度，一种比较有效的处理方式是在处罚前找员工沟通，最好的方式是推己及人，感觉自己就是在错误中不断成长起来的，一个人只要用一定的心胸和气魄勇敢面对和承担自己因错误而带来的后果，就没有过不去的关。俗语云：知错能改，善莫大焉。所以没有必要为自己所范下的错误长久的消沉和逃避，“风物长宜放眼量”，于工作于生活，这都是最理性的选择，同时这也是处理与员工关系最好的一种润滑剂，唯有这样，才会消除与前台的隔阂，营造一种轻松的氛围，稳定员工情绪及保持良好的服务态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当然，在不断地将自己以上的经验和想法得以实施并取得一定成效的同时，我们在这个举足轻重的位置上，更象是一颗螺丝钉，同本部门的前台、后台、组长、质检及部门经理之间作着有效的配合，同时也与其它各组或各部门之间作着较为和谐的沟通和交流，将话务管理工作进行得有条不紊。在我尽自己最大的努力去做好份内事情的过程当中，对团队二字体会特别深刻。曾经被这样一个故事感动：</w:t>
      </w:r>
      <w:r>
        <w:rPr>
          <w:lang w:eastAsia="zh-CN"/>
        </w:rPr>
        <w:br/>
      </w:r>
      <w:r>
        <w:rPr>
          <w:lang w:eastAsia="zh-CN"/>
        </w:rPr>
        <w:t>　　在洪水暴虐的时候，聚在堤坝上的人们凝望着凶猛的波涛。突然有人惊呼;“看，那是什么?”一个好象人头的黑点顺着波浪漂过来，大家正准备再靠近些时营救。“那是蚁球。”一位老者说;“蚂蚁这东西，很有灵性。有一年发大水，我也见过一个蚁球，有篮球那么大。洪水到来时，蚂蚁迅速抱成团，随波漂流。蚁球外层的蚂蚁，有些会被波浪打入水中。但只要蚁球能上岸，或能碰到一个大的漂流物，蚂蚁就得救了。”不长时间，蚁球靠岸了，蚁群像靠岸登陆艇上的战士，一层一层地打开，迅速而井然地一排排冲上堤岸。岸边的水中留下了一团不小的蚁球。那是蚁球里层的英勇牺牲者。他们再也爬不上岸了，但他们的尸体仍然紧紧地抱在一起。那么平静，那么悲壮------于是，我开始为此而努力：一个有凝聚力的团队，应该象在遇险境时能迅速抱成一团产生出惊人的力量而最终脱离险境的“蚁球”，在我们呼叫中心全体员工的互帮互助与精诚团结下，不惧用户的无理纠缠，不惊投诉者的古怪刁钻，嗬，一大堆骚扰用户又何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很幸运的是，我们呼叫中心本身就是一个充满了激情和活力的团队，而且每一个身处其中的人在“逆水行舟，不进则退”的动力支持中积极地参予着这个团队的建设。在与另外一位班长良好而默契的配合下，我们彼此取长补短，查漏补缺，再加上部门经理的大力支持和富有亲和力的微笑，不管遇到什么困难，我们都能团结一心，寻求到行之有效的处理办法，渡过难关，将话务管理工作日臻完善地进行下去。众所周知，公话业务历来是用户争议和投诉的焦点，公话及卡类用户每月因业务上的原因在呼叫中心的投诉率是最高的，班长工作中很大一部分压力就是来源于此，所以在处理此类投诉时总是如履薄冰，小心谨慎，唯恐因处理不好而引起越级投诉。而每每遇到难以决定或影响较大的投诉时总少不了上级领导的帮忙和引导，这在很大程度上为班长的工作减轻了压力，那是一种“天塌下来有人一起扛着”的踏实感。记忆中有好几起这样的投诉，但都有惊无险，最终成为锻造我们能力的经历而不断丰富着我们的客服生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细细回忆这段时间以来的工作过程及目前公话组的整个状态，虽然在我们大家的共同努力下有了较大的变化，但是仍有许多的缺点和不足等着我们去规划和改观。首先在服务质量和服务意识方面离省局的要求还存在较大差距，不管成功与否，我们都将不断地摸索和尝试，如作大型的关于服务意识及情绪管理方面的培训来激发前台的工作积极性。或为了提高语音亲和力，作语音艺术培训及在公司工会的倡导和鼓励下号召全话务中心参与诗歌朗诵大赛等尝试，在培养声音魅力过程中，让电话交流的载体更加生动，由此而产生一批更加出色的客服代表。然后是在座席间工作纪律及员工思想动态上将进一步加大管理力度，由于公话组是呼叫中心人数最多的一个组，对于今后的工作可谓任重而道远。</w:t>
      </w:r>
      <w:r>
        <w:rPr>
          <w:lang w:eastAsia="zh-CN"/>
        </w:rPr>
        <w:br/>
      </w:r>
      <w:r>
        <w:rPr>
          <w:lang w:eastAsia="zh-CN"/>
        </w:rPr>
        <w:t>　　所以不管以后的工作将会发生什么样的变化，我都不敢有丝毫的松懈，并且将更加的认真地做好自己份内的事，努力克服个性和年龄的弱点，推开障碍和阻力，抛弃“小我”，轻松上阵。我相信自己不管受岁月如何地磨砾而产生变化，但是追求完美、永不言败的个性永不会变。</w:t>
      </w:r>
      <w:r>
        <w:rPr>
          <w:lang w:eastAsia="zh-CN"/>
        </w:rPr>
        <w:br/>
      </w:r>
      <w:r>
        <w:rPr>
          <w:lang w:eastAsia="zh-CN"/>
        </w:rPr>
        <w:t xml:space="preserve">    2024年客服专员个人工作总结 篇9 </w:t>
      </w:r>
      <w:r>
        <w:rPr>
          <w:lang w:eastAsia="zh-CN"/>
        </w:rPr>
        <w:br/>
      </w:r>
      <w:r>
        <w:rPr>
          <w:lang w:eastAsia="zh-CN"/>
        </w:rPr>
        <w:t>　　时光飞逝，又到年关时，精彩的20年即将就要过去了，这是一个忙碌而充满回忆的年头，无论是世博生态城的装修还是的房交会，都让人回想起时就有许多感慨，在这忙碌而充实的一年里，让我学到了很多宝贵的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公司我担任的职位是执行部主观，这一年里由我负责的主要项目就是世博生态城的两栋样板房的装修。由于我们广告公司的很多工作都需要多个部门一起协助完成，因此，在负责世博生态城样板房装修之外我还协助其他部门完成了很多零散的工作。例如在10月份房交会的时候，我就协助制作部完成了站台的设计、布置和搭建。由于我有驾驶证，所以很多时候我更在是充当了驾驶员的角色，这样一来我所驾驶的车辆的维护工作也由我来担任。我很高兴，在这一年快要结束的时候，我主要负责的世博生态城的样板房装修工作已经顺利的完成了。而我们这一组的成员也经受住了磨炼和考验，逐步成长起来。</w:t>
      </w:r>
      <w:r>
        <w:rPr>
          <w:lang w:eastAsia="zh-CN"/>
        </w:rPr>
        <w:br/>
      </w:r>
      <w:r>
        <w:rPr>
          <w:lang w:eastAsia="zh-CN"/>
        </w:rPr>
        <w:t>　　作为执行部主管，所有的事情就必须落实在实际的工作中，可以说在这个职位，只有付出百分之百的努力才会得到认同。在这一年里，凡事我都脚踏实地地去做，不弛于空想，不骛于虚声，认认真真做好每件事，尊重领导，同事，用户，始终以一个执行部主管的身份来严格要求自己。作为主管，在处处以身作则的同时，时刻注意处理好班组成员之间以及班组成员与施工人员以及其他部门的关系，尽力使他们的个人能力做到到最大限度的发挥，让他们团结起来为公司尽心尽力。在工作中，能够及时迅速地分配工程里的具体事项，协调人手，联系人员，分配物资，使工程都能顺利保质地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这一年里，我细心处理工作中的每一件事，告诫自己不能粗枝大叶。因此，我常常牢记六个字：细节决定成败，每一个小细节都有可能影响最后的成功，所以，我在做每一件事时都会细心、耐心、专心。我觉得我们应该把自己所在岗位的每一件小事做好、做到位，接了手的事必须按时、按标准完成，不能完成没有任何解释的理由;已做完的事情，自己要检查认定完全没有错误再上报，不要等检查出了破绽或漏洞再辩解。只有注重细节，把小事做细了，这样工作效率自然就提高了。我所负责的世博生态城的样板间装修，所有样板间的装饰品都是我亲自去上海采购回来的，每一件不起眼的饰品都是经过对房间的实际考虑来选择的。在昆明房交会的时候，虽然我是主管，但是布置会场那天我和其他组员一起拉条幅、贴招贴、摆桌椅等，这些虽然看起来都是很琐碎做到不值做到一提，但是我却认为这些细节非常重要，这也一直是我要求自己的准则。</w:t>
      </w:r>
      <w:r>
        <w:rPr>
          <w:lang w:eastAsia="zh-CN"/>
        </w:rPr>
        <w:br/>
      </w:r>
      <w:r>
        <w:rPr>
          <w:lang w:eastAsia="zh-CN"/>
        </w:rPr>
        <w:t>　　当然，总结20年一年的表现，也要看到自身的很多不足之处，有时候性子比较急，工作方法比较简单，思考问题处理事情不够周全。今后要努力完善自己，使自己能够更能胜任管理岗位的工作，管理好小组人员和施工队伍，发挥各支队伍的特点，提高外包队的素质，多做精品工程，为公司的发展做出更大的贡献。</w:t>
      </w:r>
      <w:r>
        <w:rPr>
          <w:lang w:eastAsia="zh-CN"/>
        </w:rPr>
        <w:br/>
      </w:r>
      <w:r>
        <w:rPr>
          <w:lang w:eastAsia="zh-CN"/>
        </w:rPr>
        <w:t>　　20年很快就要接近尾声，在作此总结的同时，我给自己提出了更高的要求：在今后的工作中，我要更加努力勤奋，不怕苦，不怕累，细心做好工作中的每一件小事，同时，一如既往地对自身素质高标准、严要求，努力学习新的知识，不断更新思想观念，在工作中积极进取、开拓创新，把学习到的知识和理念落实到实际工作中，通过自身的努力，为部门，为公司贡献出自己的一份力量。</w:t>
      </w:r>
      <w:r>
        <w:rPr>
          <w:lang w:eastAsia="zh-CN"/>
        </w:rPr>
        <w:br/>
      </w:r>
      <w:r>
        <w:rPr>
          <w:lang w:eastAsia="zh-CN"/>
        </w:rPr>
        <w:t>　　在繁忙的工作中不知不觉又迎来了新的一年，回顾这一年的工作历程，作为企业的每一名员工，我们深深感到企业之蓬勃发展的热气，人之拼搏的精神。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我是销售部门的一名普通员工，刚到房产时，我对房地产方面的知识不是很精通，对于新环境、新事物比较陌生。在公司领导的帮助下，我很快了解到公司的性质及其房地产市场，作为销售部中的一员，我深深觉到自己身肩重任。作为企业的门面，企业的窗口，自己的一言一行也同时代表了一个企业的形象。所以更要提高自身的素质，高标准的要求自己。在高素质的基础上更要加强自己的专业知识和专业技能。此外，还要广泛了解整个房地产市场的动态，走在市场的前沿。经过这段时间的磨练，我已成为一名合格的销售人员，并且努力做好自己的本职工作。</w:t>
      </w:r>
      <w:r>
        <w:rPr>
          <w:lang w:eastAsia="zh-CN"/>
        </w:rPr>
        <w:br/>
      </w:r>
      <w:r>
        <w:rPr>
          <w:lang w:eastAsia="zh-CN"/>
        </w:rPr>
        <w:t>　　房地产市场的起伏动荡，公司于年与公司进行合资，共同完成销售工作。在这段时间，我积极配合公司的员工，以销售为目的，在公司领导的指导下，完成经营价格的制定，在春节前策划完成了广告宣传，为月份的销售 奠定了基础，最后以个月完成合同额万元的好成绩而告终。经过这次企业的洗礼，我从中做到到了不少专业知识，使自己各方面都所有提高。</w:t>
      </w:r>
      <w:r>
        <w:rPr>
          <w:lang w:eastAsia="zh-CN"/>
        </w:rPr>
        <w:br/>
      </w:r>
      <w:r>
        <w:rPr>
          <w:lang w:eastAsia="zh-CN"/>
        </w:rPr>
        <w:t>　　年下旬公司与公司合作，这又是公司的一次重大变革和质的飞跃。在此期间主要是针对房屋的销售。经过之前销售部对房屋执行内部认购等手段的铺垫制造出火爆场面。在销售部，我担任销售内业及会计两种职务。面对工作量的增加以及销售工作的系统化和正规化，工作显做到繁重和其中。在开盘之际，我基本上每天都要加班加点完成工作。经过一个多月时间的熟悉和了解，我立刻进入角色并且娴熟的完成了自己的本职工作。由于房款数额巨大，在收款的过程中我做到谨慎认真，现已收取了上千万的房款，每一笔帐目都相做到益彰，无一差错。此外在此销售过程中每月的工作总结和每周例会，我不断总结自己的工作经验，及时找出弊端并及早改善。销售部在短短的三个月的时间将二期房屋全部清盘，而且一期余房也一并售罄，这其中与我和其他销售部成员的努力是分不开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年这一年是有意义的、有价值的、有收获的。公司在每一名员工的努力下，在新的一年中将会有新的突破，新的气象，能够在日益激烈的市场竞争中，占有一席之地。</w:t>
      </w:r>
      <w:r>
        <w:rPr>
          <w:lang w:eastAsia="zh-CN"/>
        </w:rPr>
        <w:br/>
      </w:r>
      <w:r>
        <w:rPr>
          <w:lang w:eastAsia="zh-CN"/>
        </w:rPr>
        <w:t xml:space="preserve">    2024年客服专员个人工作总结 篇10 </w:t>
      </w:r>
      <w:r>
        <w:rPr>
          <w:lang w:eastAsia="zh-CN"/>
        </w:rPr>
        <w:br/>
      </w:r>
      <w:r>
        <w:rPr>
          <w:lang w:eastAsia="zh-CN"/>
        </w:rPr>
        <w:t>　　时光荏苒，走进….已经有几个月的时间了，现做好工作总结以求进步。</w:t>
      </w:r>
      <w:r>
        <w:rPr>
          <w:lang w:eastAsia="zh-CN"/>
        </w:rPr>
        <w:br/>
      </w:r>
      <w:r>
        <w:rPr>
          <w:lang w:eastAsia="zh-CN"/>
        </w:rPr>
        <w:t>　　首先要感谢…人给予我足够的宽容、关怀和帮助;更要感谢领导们“海纳百川”的胸襟，你们对我的不离不弃，让我没有理由退缩和不努力，期待与各位伙伴共筑一艘无坚不摧的战舰，与诸位坚定的拓荒者一道披荆斩棘……</w:t>
      </w:r>
      <w:r>
        <w:rPr>
          <w:lang w:eastAsia="zh-CN"/>
        </w:rPr>
        <w:br/>
      </w:r>
      <w:r>
        <w:rPr>
          <w:lang w:eastAsia="zh-CN"/>
        </w:rPr>
        <w:t>　　在…的经历一定弥足珍贵，我切实感受到了自身的成长和成熟。当然因为棱角太过分明，做事情有很多欠妥和缺乏方法的地方，无意中刺痛和伤害了一些伙伴，在这里真诚地向各位同事——我最亲爱的朋友，我的同路人说声道歉，望你们谅解。</w:t>
      </w:r>
      <w:r>
        <w:rPr>
          <w:lang w:eastAsia="zh-CN"/>
        </w:rPr>
        <w:br/>
      </w:r>
      <w:r>
        <w:rPr>
          <w:lang w:eastAsia="zh-CN"/>
        </w:rPr>
        <w:t>　　下面对我这一段时间的工作情况做如下汇报：</w:t>
      </w:r>
      <w:r>
        <w:rPr>
          <w:lang w:eastAsia="zh-CN"/>
        </w:rPr>
        <w:br/>
      </w:r>
      <w:r>
        <w:rPr>
          <w:lang w:eastAsia="zh-CN"/>
        </w:rPr>
        <w:t>　　一、通过学习和积累对…和…所从事的事业认识加深</w:t>
      </w:r>
      <w:r>
        <w:rPr>
          <w:lang w:eastAsia="zh-CN"/>
        </w:rPr>
        <w:br/>
      </w:r>
      <w:r>
        <w:rPr>
          <w:lang w:eastAsia="zh-CN"/>
        </w:rPr>
        <w:t>　　…进步越快、所做的事情越多，为国家、社会贡献的力量就越大。这是我的一些理解。我来自一个偏远的农村，深知我们服务对象——“农民工”的劳动环境的恶劣和生活的艰辛，而中国社会正缺乏组织尤其是企业为这个广大的群体提供帮助，为他们谋福利。通过在...的工作和学习，我深刻的认识到我们从事的是一个多么高尚的事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或许一开始直到现在我们都不能得到足够的认同和理解，我们取得的成绩也不足以让我们骄傲。然而，我们正欣喜地看到，越来越多的有志于为农民工服务的青年已经加入到我们的行列中来，我们做的许多事情也得到了政府的认可和越来越多机构——尤其是广大农民工的支持和理解，我为能从事这样一份事业而骄傲。</w:t>
      </w:r>
      <w:r>
        <w:rPr>
          <w:lang w:eastAsia="zh-CN"/>
        </w:rPr>
        <w:br/>
      </w:r>
      <w:r>
        <w:rPr>
          <w:lang w:eastAsia="zh-CN"/>
        </w:rPr>
        <w:t>　　当然，…作为一个发展中的企业还有诸多的不完善;制度不健全,市场开拓能力和部门协调能力的不足仍旧困扰着我们，离目标团队的建设还有一定的距离。我们需要进行革新甚至革命来改善自身，这也许要付出很大的代价，需要勇气。</w:t>
      </w:r>
      <w:r>
        <w:rPr>
          <w:lang w:eastAsia="zh-CN"/>
        </w:rPr>
        <w:br/>
      </w:r>
      <w:r>
        <w:rPr>
          <w:lang w:eastAsia="zh-CN"/>
        </w:rPr>
        <w:t>　　二、认真学习岗位职能，工作能力进一步提高</w:t>
      </w:r>
      <w:r>
        <w:rPr>
          <w:lang w:eastAsia="zh-CN"/>
        </w:rPr>
        <w:br/>
      </w:r>
      <w:r>
        <w:rPr>
          <w:lang w:eastAsia="zh-CN"/>
        </w:rPr>
        <w:t>　　在策划部和商务部期间，我主要从事了会议期间媒体接待、发卡、发海报和网站调整意见整理等工作，工作中一直保持了很高的热情，也得到很多伙伴的鼓励和帮助，取得了一定的成果，论坛后参会媒体竞相给予了报道;发卡过程中通过深入接触农民工，对我们所服务的对象有了更深刻的理解和认知，总结了一些方法并尽我所能的宣传了“…”品牌;在网站意见整理过程中，和很多同事进行了交流和探讨，对公司有了更深入的了解，提了一些不够成熟的建议，为现在的工作打下了一些基础，从中悟到了许多方法和道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当然我也认识到自身存在的许多不足;活动策划经验欠缺、计算机水平差、做一些事情考虑不周等，因此我业余时间正在阅读大量的书籍，听许多讲座，并不断的自我反省以求进步，工作方法有所改进，能力得到提高。路遥方知马力，岁寒可见后凋——相信通过不断的调整和学习，我能更加胜任未来的工作，得到足够的认可和理解;我也会努力改进，争取在适当的时候提出一些较为成熟的方案，为公司发展建设添砖加瓦。</w:t>
      </w:r>
      <w:r>
        <w:rPr>
          <w:lang w:eastAsia="zh-CN"/>
        </w:rPr>
        <w:br/>
      </w:r>
      <w:r>
        <w:rPr>
          <w:lang w:eastAsia="zh-CN"/>
        </w:rPr>
        <w:t>　　__年对于…和我个人都是十分关键的一年。我将努力克服自身的不足，提高综合素质，以更加饱满的热情投入到工作中来。我坚信“…”这面和谐的旗帜一定会高高飘扬于祖国的大江南北，期待着有所作为，期待着和…一起跃上潮头!</w:t>
      </w:r>
      <w:r>
        <w:rPr>
          <w:lang w:eastAsia="zh-CN"/>
        </w:rPr>
        <w:br/>
      </w:r>
      <w:r>
        <w:rPr>
          <w:lang w:eastAsia="zh-CN"/>
        </w:rPr>
        <w:t xml:space="preserve">    2024年客服专员个人工作总结 篇11 </w:t>
      </w:r>
      <w:r>
        <w:rPr>
          <w:lang w:eastAsia="zh-CN"/>
        </w:rPr>
        <w:br/>
      </w:r>
      <w:r>
        <w:rPr>
          <w:lang w:eastAsia="zh-CN"/>
        </w:rPr>
        <w:t>　　光阴似箭，岁月如梭，转眼间已接近年底，蓦然回首，我于20年7月成为投资有限公司的一名员工到现在已一年时光，在这一年的时间中我通过不懈的学习，和努力的工作，得到了有形与无形的成长进步，今临近年终，思之过去，放眼未来，为了更好的开展新的工作的任务，明确自己新的目标，理清思路，特对自己这大半年以来的工作进行全方面的剖析，使自己能够更加的认识自己，鞭策自己，提高自己，以便于更好，更出色地完成今后公司赋予的各项客服工作!</w:t>
      </w:r>
      <w:r>
        <w:rPr>
          <w:lang w:eastAsia="zh-CN"/>
        </w:rPr>
        <w:br/>
      </w:r>
      <w:r>
        <w:rPr>
          <w:lang w:eastAsia="zh-CN"/>
        </w:rPr>
        <w:t>　　一，工作中的感想和回顾</w:t>
      </w:r>
      <w:r>
        <w:rPr>
          <w:lang w:eastAsia="zh-CN"/>
        </w:rPr>
        <w:br/>
      </w:r>
      <w:r>
        <w:rPr>
          <w:lang w:eastAsia="zh-CN"/>
        </w:rPr>
        <w:t>　　自去年七月份满怀激情与梦想入司以来一直伴随着公司一起成长至今，队伍不断的在壮大，团队实力和战斗力也不断在增强，公司规模也不断在扩大，可以说是非常不平凡的一年。我由衷的感谢公司对我们的栽培和帮助及鼓励和支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我在这大一年的时间里收获颇多，做为房地产一线客服专员的我深知自己责任的重大。因为我代表着公司窗口，自己的言行举止都代表着公司的形象，不仅要做好本职工作而且还要带好自己的销售团队，促使我必须提高自己的素质，加强自己的专业知识和专业技能，只有以身作则才能服众。平时还要保持一颗良好的心态，良好的心态是一个客服人员应该具备的最基本的素质。特别是在派单上，碰到的是行行色色的人和物，能控制自己的情绪以一颗平稳的心态坦然去面对。</w:t>
      </w:r>
      <w:r>
        <w:rPr>
          <w:lang w:eastAsia="zh-CN"/>
        </w:rPr>
        <w:br/>
      </w:r>
      <w:r>
        <w:rPr>
          <w:lang w:eastAsia="zh-CN"/>
        </w:rPr>
        <w:t>　　二，工作中好的方面</w:t>
      </w:r>
      <w:r>
        <w:rPr>
          <w:lang w:eastAsia="zh-CN"/>
        </w:rPr>
        <w:br/>
      </w:r>
      <w:r>
        <w:rPr>
          <w:lang w:eastAsia="zh-CN"/>
        </w:rPr>
        <w:t>　　1.思想上积极进步，不断进取，热爱销售行业尤其是房地产销售行业，因为只有干一行，爱一行，才能通一行，精一行，平时能够保持一颗积极向上的心态，立足本职，安心工作!</w:t>
      </w:r>
      <w:r>
        <w:rPr>
          <w:lang w:eastAsia="zh-CN"/>
        </w:rPr>
        <w:br/>
      </w:r>
      <w:r>
        <w:rPr>
          <w:lang w:eastAsia="zh-CN"/>
        </w:rPr>
        <w:t>　　2.工作上乐观自信能吃苦耐劳，认真务实，服从管理，听从安排，适应能力强，有团队协作精神，富有责任心自觉性强，领导在与不在都是一个样，能自觉的完成好手头上的工作!并能遵守公司的各项规章制度!</w:t>
      </w:r>
      <w:r>
        <w:rPr>
          <w:lang w:eastAsia="zh-CN"/>
        </w:rPr>
        <w:br/>
      </w:r>
      <w:r>
        <w:rPr>
          <w:lang w:eastAsia="zh-CN"/>
        </w:rPr>
        <w:t>　　3.心态上能都端正自己的态度，毕竟销售也是服务行业，正所谓“一流的置业顾问卖的不是产品而是服务”平时能够保持一颗积极向上的心态，以及良好的从业服务意识，能制动调节自己的情绪!</w:t>
      </w:r>
      <w:r>
        <w:rPr>
          <w:lang w:eastAsia="zh-CN"/>
        </w:rPr>
        <w:br/>
      </w:r>
      <w:r>
        <w:rPr>
          <w:lang w:eastAsia="zh-CN"/>
        </w:rPr>
        <w:t>　　4.生活中与同事们相处友善，为人诚恳并善于助人!</w:t>
      </w:r>
      <w:r>
        <w:rPr>
          <w:lang w:eastAsia="zh-CN"/>
        </w:rPr>
        <w:br/>
      </w:r>
      <w:r>
        <w:rPr>
          <w:lang w:eastAsia="zh-CN"/>
        </w:rPr>
        <w:t>　　三，工作中存在不足：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1.工作中不善于不自我总结，自我反思，自我检查，剖析问题根源，查找客户未成交原因以至于数月都没有销售业绩，当然这包括外在和内在因素，外在体现的房地产市场的不景气，内在体现的个人身上，我想个人因素才是主要的因素吧!</w:t>
      </w:r>
      <w:r>
        <w:rPr>
          <w:lang w:eastAsia="zh-CN"/>
        </w:rPr>
        <w:br/>
      </w:r>
      <w:r>
        <w:rPr>
          <w:lang w:eastAsia="zh-CN"/>
        </w:rPr>
        <w:t>　　2.思想上有时不够端正，不能及时纠正自己的航向，意志不坚定，自控能力差。总认为这是由于市场环境引取应理所当然，自己比别人比起已经够努力了!</w:t>
      </w:r>
      <w:r>
        <w:rPr>
          <w:lang w:eastAsia="zh-CN"/>
        </w:rPr>
        <w:br/>
      </w:r>
      <w:r>
        <w:rPr>
          <w:lang w:eastAsia="zh-CN"/>
        </w:rPr>
        <w:t>　　3.工作中没有一个明确的目标和详细的工作计划。做为一名销售员如果没有目标，会导致销售工作放任自由，无紧迫感和压力，自会导致工作效率低，工作时间得不到合理安排。</w:t>
      </w:r>
      <w:r>
        <w:rPr>
          <w:lang w:eastAsia="zh-CN"/>
        </w:rPr>
        <w:br/>
      </w:r>
      <w:r>
        <w:rPr>
          <w:lang w:eastAsia="zh-CN"/>
        </w:rPr>
        <w:t>　　4.派单时自诩“注质不注量”导致客户量抓的少，平时约客时跟进不及时及客户-资源管理混让，导致出团量少，从而影响成交!</w:t>
      </w:r>
      <w:r>
        <w:rPr>
          <w:lang w:eastAsia="zh-CN"/>
        </w:rPr>
        <w:br/>
      </w:r>
      <w:r>
        <w:rPr>
          <w:lang w:eastAsia="zh-CN"/>
        </w:rPr>
        <w:t>　　5.平时和客户沟通不够深入，未能把项目知识及楼盘卖点清晰的传递给客户，及及时的满足客户的需求，不能及时的发现客户对对项目的优势，劣势的看法及了解到什么程度。</w:t>
      </w:r>
      <w:r>
        <w:rPr>
          <w:lang w:eastAsia="zh-CN"/>
        </w:rPr>
        <w:br/>
      </w:r>
      <w:r>
        <w:rPr>
          <w:lang w:eastAsia="zh-CN"/>
        </w:rPr>
        <w:t>　　6.平时在工作中发展的问题未能及时的请教领导及同事!</w:t>
      </w:r>
      <w:r>
        <w:rPr>
          <w:lang w:eastAsia="zh-CN"/>
        </w:rPr>
        <w:br/>
      </w:r>
      <w:r>
        <w:rPr>
          <w:lang w:eastAsia="zh-CN"/>
        </w:rPr>
        <w:t>　　7.谈客能力还有待提高及增强，逼定存在优柔寡断!</w:t>
      </w:r>
      <w:r>
        <w:rPr>
          <w:lang w:eastAsia="zh-CN"/>
        </w:rPr>
        <w:br/>
      </w:r>
      <w:r>
        <w:rPr>
          <w:lang w:eastAsia="zh-CN"/>
        </w:rPr>
        <w:t>　　四：下步工作中需要得到的改进及帮助</w:t>
      </w:r>
      <w:r>
        <w:rPr>
          <w:lang w:eastAsia="zh-CN"/>
        </w:rPr>
        <w:br/>
      </w:r>
      <w:r>
        <w:rPr>
          <w:lang w:eastAsia="zh-CN"/>
        </w:rPr>
        <w:t>　　1.完善的工作计划及个人目标，并严格落实及执行!</w:t>
      </w:r>
      <w:r>
        <w:rPr>
          <w:lang w:eastAsia="zh-CN"/>
        </w:rPr>
        <w:br/>
      </w:r>
      <w:r>
        <w:rPr>
          <w:lang w:eastAsia="zh-CN"/>
        </w:rPr>
        <w:t>　　2.对客户间的交流并学习新的知识，掌握新的方法!</w:t>
      </w:r>
      <w:r>
        <w:rPr>
          <w:lang w:eastAsia="zh-CN"/>
        </w:rPr>
        <w:br/>
      </w:r>
      <w:r>
        <w:rPr>
          <w:lang w:eastAsia="zh-CN"/>
        </w:rPr>
        <w:t>　　3.单注重质与量的双管齐下，约客跟进几时及做好客户分类!</w:t>
      </w:r>
      <w:r>
        <w:rPr>
          <w:lang w:eastAsia="zh-CN"/>
        </w:rPr>
        <w:br/>
      </w:r>
      <w:r>
        <w:rPr>
          <w:lang w:eastAsia="zh-CN"/>
        </w:rPr>
        <w:t>　　4.用平时工作休息时间阅读房地产相关书籍，及其它相关销售知识，提高自己素质!</w:t>
      </w:r>
      <w:r>
        <w:rPr>
          <w:lang w:eastAsia="zh-CN"/>
        </w:rPr>
        <w:br/>
      </w:r>
      <w:r>
        <w:rPr>
          <w:lang w:eastAsia="zh-CN"/>
        </w:rPr>
        <w:t>　　5.日常工作中发现问题及时反映，并及时得以有效解决!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6.正思想，保持一颗积极上进心，以良好的精神面貌和积极的心态投入到下步工作中!</w:t>
      </w:r>
      <w:r>
        <w:rPr>
          <w:lang w:eastAsia="zh-CN"/>
        </w:rPr>
        <w:br/>
      </w:r>
      <w:r>
        <w:rPr>
          <w:lang w:eastAsia="zh-CN"/>
        </w:rPr>
        <w:t>　　7.习掌握团队建设方面知识，充分调动组员的积极性，创造性，上进心，进取心，打造一支王牌销售队伍，并不断强化和完善自身的各项能力!</w:t>
      </w:r>
      <w:r>
        <w:rPr>
          <w:lang w:eastAsia="zh-CN"/>
        </w:rPr>
        <w:br/>
      </w:r>
      <w:r>
        <w:rPr>
          <w:lang w:eastAsia="zh-CN"/>
        </w:rPr>
        <w:t>　　8.望公司加强相关专业培训，使我们的综合能力和素质得到全面提高!</w:t>
      </w:r>
      <w:r>
        <w:rPr>
          <w:lang w:eastAsia="zh-CN"/>
        </w:rPr>
        <w:br/>
      </w:r>
      <w:r>
        <w:rPr>
          <w:lang w:eastAsia="zh-CN"/>
        </w:rPr>
        <w:t>　　9.希望在工作中好的方面给予保持，不足之处在下不工作加予克服及改进!</w:t>
      </w:r>
      <w:r>
        <w:rPr>
          <w:lang w:eastAsia="zh-CN"/>
        </w:rPr>
        <w:br/>
      </w:r>
      <w:r>
        <w:rPr>
          <w:lang w:eastAsia="zh-CN"/>
        </w:rPr>
        <w:t>　　以上是我入司以来的工作总结，不足之处恳请批评指正，从而更好的成长进步!</w:t>
      </w:r>
      <w:r>
        <w:rPr>
          <w:lang w:eastAsia="zh-CN"/>
        </w:rPr>
        <w:br/>
      </w:r>
      <w:r>
        <w:rPr>
          <w:lang w:eastAsia="zh-CN"/>
        </w:rPr>
        <w:t xml:space="preserve">    2024年客服专员个人工作总结 篇12 </w:t>
      </w:r>
      <w:r>
        <w:rPr>
          <w:lang w:eastAsia="zh-CN"/>
        </w:rPr>
        <w:br/>
      </w:r>
      <w:r>
        <w:rPr>
          <w:lang w:eastAsia="zh-CN"/>
        </w:rPr>
        <w:t>　　一、总机：</w:t>
      </w:r>
      <w:r>
        <w:rPr>
          <w:lang w:eastAsia="zh-CN"/>
        </w:rPr>
        <w:br/>
      </w:r>
      <w:r>
        <w:rPr>
          <w:lang w:eastAsia="zh-CN"/>
        </w:rPr>
        <w:t>　　1、负责公司所有经销商日常订单的接收、确认及汇总。</w:t>
      </w:r>
      <w:r>
        <w:rPr>
          <w:lang w:eastAsia="zh-CN"/>
        </w:rPr>
        <w:br/>
      </w:r>
      <w:r>
        <w:rPr>
          <w:lang w:eastAsia="zh-CN"/>
        </w:rPr>
        <w:t>　　2、客户确认单的制订及相关催款等事宜。</w:t>
      </w:r>
      <w:r>
        <w:rPr>
          <w:lang w:eastAsia="zh-CN"/>
        </w:rPr>
        <w:br/>
      </w:r>
      <w:r>
        <w:rPr>
          <w:lang w:eastAsia="zh-CN"/>
        </w:rPr>
        <w:t>　　3、负责非标产品的报价及图纸确认。</w:t>
      </w:r>
      <w:r>
        <w:rPr>
          <w:lang w:eastAsia="zh-CN"/>
        </w:rPr>
        <w:br/>
      </w:r>
      <w:r>
        <w:rPr>
          <w:lang w:eastAsia="zh-CN"/>
        </w:rPr>
        <w:t>　　4、销售统计表的制订及相关客户回款账目的整理。</w:t>
      </w:r>
      <w:r>
        <w:rPr>
          <w:lang w:eastAsia="zh-CN"/>
        </w:rPr>
        <w:br/>
      </w:r>
      <w:r>
        <w:rPr>
          <w:lang w:eastAsia="zh-CN"/>
        </w:rPr>
        <w:t>　　5、日常订单的跟踪及回复。</w:t>
      </w:r>
      <w:r>
        <w:rPr>
          <w:lang w:eastAsia="zh-CN"/>
        </w:rPr>
        <w:br/>
      </w:r>
      <w:r>
        <w:rPr>
          <w:lang w:eastAsia="zh-CN"/>
        </w:rPr>
        <w:t>　　6、发货状况的协调与跟进等。</w:t>
      </w:r>
      <w:r>
        <w:rPr>
          <w:lang w:eastAsia="zh-CN"/>
        </w:rPr>
        <w:br/>
      </w:r>
      <w:r>
        <w:rPr>
          <w:lang w:eastAsia="zh-CN"/>
        </w:rPr>
        <w:t>　　二、不足之处：</w:t>
      </w:r>
      <w:r>
        <w:rPr>
          <w:lang w:eastAsia="zh-CN"/>
        </w:rPr>
        <w:br/>
      </w:r>
      <w:r>
        <w:rPr>
          <w:lang w:eastAsia="zh-CN"/>
        </w:rPr>
        <w:t>　　1、对客户没有一种概念“急客户之所急”的基本理念。客户所反映的问题未能及时解决，导致给客户一种公司混乱的印象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2、缺乏生产进度表导致客户问产品生产进度时无法及时反馈信息给客户。</w:t>
      </w:r>
      <w:r>
        <w:rPr>
          <w:lang w:eastAsia="zh-CN"/>
        </w:rPr>
        <w:br/>
      </w:r>
      <w:r>
        <w:rPr>
          <w:lang w:eastAsia="zh-CN"/>
        </w:rPr>
        <w:t>　　3、缺乏团队合作精神!缺乏相互配合的工作态度，导致工作积极性丧失及自我约束力松懈，工作效率低下。</w:t>
      </w:r>
      <w:r>
        <w:rPr>
          <w:lang w:eastAsia="zh-CN"/>
        </w:rPr>
        <w:br/>
      </w:r>
      <w:r>
        <w:rPr>
          <w:lang w:eastAsia="zh-CN"/>
        </w:rPr>
        <w:t>　　三、20年对自己有以下要求：</w:t>
      </w:r>
      <w:r>
        <w:rPr>
          <w:lang w:eastAsia="zh-CN"/>
        </w:rPr>
        <w:br/>
      </w:r>
      <w:r>
        <w:rPr>
          <w:lang w:eastAsia="zh-CN"/>
        </w:rPr>
        <w:t>　　1、对所有客户都有一种理念“客户是上帝”。但不能太低三下气。给客户一个好印象，为公司树立更好的形象。</w:t>
      </w:r>
      <w:r>
        <w:rPr>
          <w:lang w:eastAsia="zh-CN"/>
        </w:rPr>
        <w:br/>
      </w:r>
      <w:r>
        <w:rPr>
          <w:lang w:eastAsia="zh-CN"/>
        </w:rPr>
        <w:t>　　2、客户反映问题，不再“事不关己，高高挂起”一定会尽全力解决。让客户相信我们的工作实力，才能更好的完成任务。</w:t>
      </w:r>
      <w:r>
        <w:rPr>
          <w:lang w:eastAsia="zh-CN"/>
        </w:rPr>
        <w:br/>
      </w:r>
      <w:r>
        <w:rPr>
          <w:lang w:eastAsia="zh-CN"/>
        </w:rPr>
        <w:t>　　3、和公司其他员工要有良好的沟通，有团队意识，多交流，多探讨，才能不断增加工作技能。</w:t>
      </w:r>
      <w:r>
        <w:rPr>
          <w:lang w:eastAsia="zh-CN"/>
        </w:rPr>
        <w:br/>
      </w:r>
      <w:r>
        <w:rPr>
          <w:lang w:eastAsia="zh-CN"/>
        </w:rPr>
        <w:t>　　20年，是全新的一年，也是自我挑战的一年，我将努力改正过去一年工作中的不足，把新一年的工作做好，为公司的发展尽一份力。</w:t>
      </w:r>
      <w:r>
        <w:rPr>
          <w:lang w:eastAsia="zh-CN"/>
        </w:rPr>
        <w:br/>
      </w:r>
      <w:r>
        <w:rPr>
          <w:lang w:eastAsia="zh-CN"/>
        </w:rPr>
        <w:t xml:space="preserve">    2024年客服专员个人工作总结 篇13 </w:t>
      </w:r>
      <w:r>
        <w:rPr>
          <w:lang w:eastAsia="zh-CN"/>
        </w:rPr>
        <w:br/>
      </w:r>
      <w:r>
        <w:rPr>
          <w:lang w:eastAsia="zh-CN"/>
        </w:rPr>
        <w:t>　　一、树立全局观念，做好本职工作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做好本职工作，树立全局意识是首要的问题，客服工作也不例外。我认为客服工作的全局就是，“树立企业形象，使客户对公司产品的满意度和忠诚度最大化的同时传达企业的文化形象。”七月份来到公司以后，我首先接受了大约一星期的培训，培训内容包括药品的基础知识、中医的基础知识、产品复方柴胡安神颗粒的基础知识、客户常见问题及解答、销售技巧。通过培训不仅使我对公司的产品有了深度了解，也对自己的个人能力有了很大提高，同时对公司完善的培训制度及公司的文化氛围有了充分了解。之后我开始进入客服工作，客服工作的主要任务一是接听客户的呼入电话，对客户想要了解的问题进行专业并热情的回答。二是对已购买的`客户进行回访，对用药效果进行了解、对用药方法进行专业的指导。客服工作的这两点看似简单，但是作为直接和客户进行沟通的部门，这关系到企业形象的传达和客户对公司产品满意度和忠诚度的情况，并对公司产品的后续市场推广有很大影响。</w:t>
      </w:r>
      <w:r>
        <w:rPr>
          <w:lang w:eastAsia="zh-CN"/>
        </w:rPr>
        <w:br/>
      </w:r>
      <w:r>
        <w:rPr>
          <w:lang w:eastAsia="zh-CN"/>
        </w:rPr>
        <w:t>　　二、精于专业技能，勤于思考应变</w:t>
      </w:r>
      <w:r>
        <w:rPr>
          <w:lang w:eastAsia="zh-CN"/>
        </w:rPr>
        <w:br/>
      </w:r>
      <w:r>
        <w:rPr>
          <w:lang w:eastAsia="zh-CN"/>
        </w:rPr>
        <w:t>　　随着销售行业的不断发展，药品销售也要适应新形势下的销售思路。作为一个客服人员，在做与客户的直接沟通工作时，要勤于思考善于应变。对于客户提出的药品问题，给予专业的回答，对于客户反映的投诉及其它问题，第一时间做出正确的应变，使客户满意的同时，保持客户对公司产品的满意度。客服工作是一个直接面对不同失眠客户的工作，需要的是专业的知识水平，及灵活的应变能力，并且需要及时对所遇到的问题进行总结。在管理好手头现有失眠资料的同时，我根据大部分失眠患者具有糖尿病的情况，总结了糖尿病的相关知识。根据不同时失眠患者具有不同的服药史，我总结出了失眠常用药物的相关资料。还有就是失眠与抑郁的相关资料，并把这些资料和同事间进行了分享，来增加和客户之间的有效沟通。能否做好一个客户的有效沟通，是衡量客服人员专业水准的标尺，同时也是服务人员尽快掌握应用知识的有效手段。</w:t>
      </w:r>
      <w:r>
        <w:rPr>
          <w:lang w:eastAsia="zh-CN"/>
        </w:rPr>
        <w:br/>
      </w:r>
      <w:r>
        <w:rPr>
          <w:lang w:eastAsia="zh-CN"/>
        </w:rPr>
        <w:t>　　三、善于沟通交流，提高工作质量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客服人员不仅要有较强的专业技术知识，还应该具备良好的沟通交流能力，当今社会一种产品很多时候是由于使用操作不当才出现了问题，而往往不是如客户反映的质量不行，中药药品尤其如此，如果不连续按疗程用药，很难体现出药品的效果。所以这个时候就需要我们找出症结所在，和客户进行交流，规范使用方法的同时向客户传达优质的服务态度，从而避免客户对产品的不信任乃至对企业形象的损害。客服工作主要体现在交流二字，和客户的交流，能够更好的了解客户对产品的需求，和同事之间的'交流，能够增加工作经验，分享心得，能够整体提高团队的水平，提高工作的质量。</w:t>
      </w:r>
      <w:r>
        <w:rPr>
          <w:lang w:eastAsia="zh-CN"/>
        </w:rPr>
        <w:br/>
      </w:r>
      <w:r>
        <w:rPr>
          <w:lang w:eastAsia="zh-CN"/>
        </w:rPr>
        <w:t>　　四、遵守公司制度，积极参加活动</w:t>
      </w:r>
      <w:r>
        <w:rPr>
          <w:lang w:eastAsia="zh-CN"/>
        </w:rPr>
        <w:br/>
      </w:r>
      <w:r>
        <w:rPr>
          <w:lang w:eastAsia="zh-CN"/>
        </w:rPr>
        <w:t>　　“没有规矩不能成方圆”，一个企业的规章制度是否完善，直接关系到企业的形象和文化氛围，而这个制度更需要每一个个体成员去有效执行。在公司工作的四个月时间里，作为一名客服人员，我没有出现无故请假的情况，在此期间很好的完成了工作任务。积极参加公司组织的各项活动，比如：拓展训练、地坛展会、每周五值日。在活动中，同事间增进了了解，团队间增进了合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在新的一年里，客服工作也需要有新的工作思路，首先是做好本职工作，管理好现有客户资料，定期对已购买客户进行回访，让其在感受药品良好效果的同时，也感受到桂龙药业专业的售后服务。对现有的其他客户资料也要定期进行回访，对其失眠情况进行跟踪，随时向其传达桂龙堂治疗失眠的独特理念。其次，根据公司的推广情况，随时在沟通技巧和专业水平上作出改善，协助完善公司的推广工作。再次，提高自己的专业水平，总结不同的客户失眠情况，随时在失眠与抑郁的知识、沟通技巧、心理咨询知识各方面提高自己的水平。自己会在新的一年里和领导协调沟通，和同事友善合作，无论是在知识水平及做人做事的水平上都要有一个新的提高。假如说一个企业需要两只脚才能稳步前行，那么一只脚是高质量的产品，另一只脚则是完善的服务，公司产品可以创出名牌，其服务也可以进行尝试去创造品牌。一个企业，也只有依托高质量的产品和完善的服务体系，才能在竞争中立于不败之地。在新的一年里，希望在领导的带领下，在同事的帮助下，自己的成绩能够更上一层楼，为公司的发展贡献自己的一份力量。</w:t>
      </w:r>
      <w:r>
        <w:rPr>
          <w:lang w:eastAsia="zh-CN"/>
        </w:rPr>
        <w:br/>
      </w:r>
      <w:r>
        <w:rPr>
          <w:lang w:eastAsia="zh-CN"/>
        </w:rPr>
        <w:t xml:space="preserve">    2024年客服专员个人工作总结 篇14 </w:t>
      </w:r>
      <w:r>
        <w:rPr>
          <w:lang w:eastAsia="zh-CN"/>
        </w:rPr>
        <w:br/>
      </w:r>
      <w:r>
        <w:rPr>
          <w:lang w:eastAsia="zh-CN"/>
        </w:rPr>
        <w:t>　　斗转星移，进入已四个多月，我一直从事客服咨询专员工作，在这段时间里目睹了也参与了公司的发展和制度的日臻完善，作为一名桂龙人，由衷的感到自豪。四个月的工作经历，自己对客服的工作多少积累了一些认识和体会。现总结如下:</w:t>
      </w:r>
      <w:r>
        <w:rPr>
          <w:lang w:eastAsia="zh-CN"/>
        </w:rPr>
        <w:br/>
      </w:r>
      <w:r>
        <w:rPr>
          <w:lang w:eastAsia="zh-CN"/>
        </w:rPr>
        <w:t>　　一、树立全局观念，做好本职工作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2"/>
          <w:cols w:space="425"/>
          <w:titlePg w:val="0"/>
          <w:docGrid w:type="lines" w:linePitch="312"/>
        </w:sectPr>
      </w:pPr>
      <w:r>
        <w:rPr>
          <w:lang w:eastAsia="zh-CN"/>
        </w:rPr>
        <w:t>　　我认为客服工作的全局就是，“树立企业形象，使客户对公司产品的满意度和忠诚度最大化的同时传达企业的文化形象。”七月份来到公司以后，我首先接受了大约一星期的培训，培训内容包括药品的基础知识、中医的基础知识、产品复方柴胡安神颗粒的基础知识、客户常见问题及解答、销售技巧。通过培训不仅使我对公司的产品有了深度了解，也对自己的个人能力有了很大提高，同时对公司完善的培训制度及公司的文化氛围有了充分了解。之后我开始进入客服工作，客服工作的主要任务一是接听客户的呼入电话，对客户想要了解的问题进行专业并热情的回答。二是对已购买的客户进行回访，对用药效果进行了解、对用药方法进行专业的指导。客服工作的这两点看似简单，但是作为直接和客户进行沟通的部门，这关系到企业形象的传达和客户对公司产品满意度和忠诚度的情况，并对公司产品的后续市场推广有很大影响。</w:t>
      </w:r>
      <w:r>
        <w:rPr>
          <w:lang w:eastAsia="zh-CN"/>
        </w:rPr>
        <w:br/>
      </w:r>
      <w:r>
        <w:rPr>
          <w:lang w:eastAsia="zh-CN"/>
        </w:rPr>
        <w:t>　　二、精于专业技能，勤于思考应变</w:t>
      </w:r>
      <w:r>
        <w:rPr>
          <w:lang w:eastAsia="zh-CN"/>
        </w:rPr>
        <w:br/>
      </w:r>
      <w:r>
        <w:rPr>
          <w:lang w:eastAsia="zh-CN"/>
        </w:rPr>
        <w:t>　　随着销售行业的不断发展，药品销售也要适应新形势下的销售思路。作为一个客服人员，在做与客户的直接沟通工作时，要勤于思考善于应变。对于客户提出的药品问题，给予专业的回答，对于客户反映的投诉及其它问题，第一时间做出正确的应变，使客户满意的同时，保持客户对公司产品的满意度。客服工作是一个直接面对不同失眠客户的工作，需要的是专业的知识水平，及灵活的应变能力，并且需要及时对所遇到的问题进行总结。在管理好手头现有失眠资料的同时，我根据大部分失眠患者具有糖尿病的情况，总结了糖尿病的相关知识。根据不同时失眠患者具有不同的服药史，我总结出了失眠常用药物的相关资料。还有就是失眠与抑郁的相关资料，并把这些资料和同事间进行了分享，来增加和客户之间的有效沟通。能否做好一个客户的有效沟通，是衡量客服人员专业水准的标尺，同时也是服务人员尽快掌握应用知识的有效手段。</w:t>
      </w:r>
      <w:r>
        <w:rPr>
          <w:lang w:eastAsia="zh-CN"/>
        </w:rPr>
        <w:br/>
      </w:r>
      <w:r>
        <w:rPr>
          <w:lang w:eastAsia="zh-CN"/>
        </w:rPr>
        <w:t>　　三、善于沟通交流，提高工作质量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3"/>
          <w:cols w:space="425"/>
          <w:titlePg w:val="0"/>
          <w:docGrid w:type="lines" w:linePitch="312"/>
        </w:sectPr>
      </w:pPr>
      <w:r>
        <w:rPr>
          <w:lang w:eastAsia="zh-CN"/>
        </w:rPr>
        <w:t>　　客服人员不仅要有较强的专业技术知识，还应该具备良好的沟通交流能力，当今社会一种产品很多时候是由于使用操作不当才出现了问题，而往往不是如客户反映的质量不行，中药药品尤其如此，如果不连续按疗程用药，很难体现出药品的效果。所以这个时候就需要我们找出症结所在，和客户进行交流，规范使用方法的同时向客户传达优质的服务态度，从而避免客户对产品的不信任乃至对企业形象的损害。客服工作主要体现在交流二字，和客户的交流，能够更好的了解客户对产品的需求，和同事之间的交流，能够增加工作经验，分享心得，能够整体提高团队的水平，提高工作的质量。</w:t>
      </w:r>
      <w:r>
        <w:rPr>
          <w:lang w:eastAsia="zh-CN"/>
        </w:rPr>
        <w:br/>
      </w:r>
      <w:r>
        <w:rPr>
          <w:lang w:eastAsia="zh-CN"/>
        </w:rPr>
        <w:t>　　四、遵守公司制度，积极参加活动</w:t>
      </w:r>
      <w:r>
        <w:rPr>
          <w:lang w:eastAsia="zh-CN"/>
        </w:rPr>
        <w:br/>
      </w:r>
      <w:r>
        <w:rPr>
          <w:lang w:eastAsia="zh-CN"/>
        </w:rPr>
        <w:t>　　“没有规矩不能成方圆”，一个企业的规章制度是否完善，直接关系到企业的形象和文化氛围，而这个制度更需要每一个个体成员去有效执行。在公司工作的四个月时间里，作为一名客服人员，我没有出现无故请假的情况，在此期间很好的完成了工作任务。积极参加公司组织的各项活动，比如：拓展训练、地坛展会、每周五值日。在活动中，同事间增进了了解，团队间增进了合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4"/>
          <w:cols w:space="425"/>
          <w:titlePg w:val="0"/>
          <w:docGrid w:type="lines" w:linePitch="312"/>
        </w:sectPr>
      </w:pPr>
      <w:r>
        <w:rPr>
          <w:lang w:eastAsia="zh-CN"/>
        </w:rPr>
        <w:t>　　在新的一年里，客服工作也需要有新的工作思路，首先是做好本职工作，管理好现有客户资料，定期对已购买客户进行回访，让其在感受药品良好效果的同时，也感受到桂龙药业专业的售后服务。对现有的其他客户资料也要定期进行回访，对其失眠情况进行跟踪，随时向其传达桂龙堂治疗失眠的独特理念。其次，根据公司的推广情况，随时在沟通技巧和专业水平上作出改善，协助完善公司的推广工作。再次，提高自己的专业水平，总结不同的客户失眠情况，随时在失眠与抑郁的知识、沟通技巧、心理咨询知识各方面提高自己的水平。自己会在新的一年里和领导协调沟通，和同事友善合作，无论是在知识水平及做人做事的水平上都要有一个新的提高。假如说一个企业需要两只脚才能稳步前行，那么一只脚是高质量的产品，另一只脚则是完善的服务，公司产品可以创出名牌，其服务也可以进行尝试去创造品牌。一个企业，也只有依托高质量的产品和完善的服务体系，才能在竞争中立于不败之地。在新的一年里，希望在领导的带领下，在同事的帮助下，自己的成绩能够更上一层楼，为公司的发展贡献自己的一份力量。</w:t>
      </w:r>
      <w:r>
        <w:rPr>
          <w:lang w:eastAsia="zh-CN"/>
        </w:rPr>
        <w:br/>
      </w:r>
      <w:r>
        <w:rPr>
          <w:lang w:eastAsia="zh-CN"/>
        </w:rPr>
        <w:t xml:space="preserve">    2024年客服专员个人工作总结 篇15 </w:t>
      </w:r>
      <w:r>
        <w:rPr>
          <w:lang w:eastAsia="zh-CN"/>
        </w:rPr>
        <w:br/>
      </w:r>
      <w:r>
        <w:rPr>
          <w:lang w:eastAsia="zh-CN"/>
        </w:rPr>
        <w:t>　　时间总是过得很快，新的半年即将开始。在过去的半年中我作为客服部的主管，带领我部的员工顺利完成了20__年的各项工作任务。在此，对一直以来支持我工作的客服部所有员工表示感谢。如果没有她们的努力工作，就不会有客服部今天的成绩。我也感谢各部门同事对我工作上的支持与配合。</w:t>
      </w:r>
      <w:r>
        <w:rPr>
          <w:lang w:eastAsia="zh-CN"/>
        </w:rPr>
        <w:br/>
      </w:r>
    </w:p>
    <w:p w:rsidR="001B1F19" w14:textId="27C3F48A">
      <w:pPr>
        <w:rPr>
          <w:rFonts w:hint="eastAsia"/>
          <w:lang w:eastAsia="zh-CN"/>
        </w:rPr>
      </w:pPr>
      <w:r>
        <w:rPr>
          <w:lang w:eastAsia="zh-CN"/>
        </w:rPr>
        <w:t>　　20__年客服部的工作是比较繁忙和辛苦的半年，完成了1栋、2栋、3栋、4栋、5栋的交房工作，但对于我们每个人来说又有很多不同的收获。很多人不了解客服工作，认为它很简单、单调、甚至无聊，不过是接下电话、做下记录、;其实不然，要做一名合格、称职的客服人员，需具备相当的专业知识，掌握一定的工作技巧，并要有高度的自觉性和工作责任心，否则工作上就会出现许多失误、失职。</w:t>
      </w:r>
      <w:r>
        <w:rPr>
          <w:lang w:eastAsia="zh-CN"/>
        </w:rPr>
        <w:br/>
      </w:r>
      <w:r>
        <w:rPr>
          <w:lang w:eastAsia="zh-CN"/>
        </w:rPr>
        <w:t>　　前台是整个服务中心的信息窗口，只有保持信息渠道的畅通才能有助于各项服务的开展，客服人员不仅要接待业主的各类报修、咨询、投诉和建议，更要及时地对各部门的工作进行跟进，对约修、报修的完成情况进行回访。为提高工作效率，在持续做好各项接待纪录的同时，前台还要负责各项资料的统计、存档，使各种信息储存更完整，查找更方便，保持原始资料的完整性，同时使各项工作均按标准进行。</w:t>
      </w:r>
      <w:r>
        <w:rPr>
          <w:lang w:eastAsia="zh-CN"/>
        </w:rPr>
        <w:br/>
      </w:r>
      <w:r>
        <w:rPr>
          <w:lang w:eastAsia="zh-CN"/>
        </w:rPr>
        <w:t>　　下面是我这半年来的主要工作内容：</w:t>
      </w:r>
      <w:r>
        <w:rPr>
          <w:lang w:eastAsia="zh-CN"/>
        </w:rPr>
        <w:br/>
      </w:r>
      <w:r>
        <w:rPr>
          <w:lang w:eastAsia="zh-CN"/>
        </w:rPr>
        <w:t>　　1、按照要求，对业主的档案资料进行归档管理，发生更改及时做好跟踪并更新;</w:t>
      </w:r>
      <w:r>
        <w:rPr>
          <w:lang w:eastAsia="zh-CN"/>
        </w:rPr>
        <w:br/>
      </w:r>
      <w:r>
        <w:rPr>
          <w:lang w:eastAsia="zh-CN"/>
        </w:rPr>
        <w:t>　　2、对业主的报修、咨询及时进行回复，并记录在业主信息登记表上(报修395户，服务99户，投诉19户);</w:t>
      </w:r>
      <w:r>
        <w:rPr>
          <w:lang w:eastAsia="zh-CN"/>
        </w:rPr>
        <w:br/>
      </w:r>
      <w:r>
        <w:rPr>
          <w:lang w:eastAsia="zh-CN"/>
        </w:rPr>
        <w:t>　　3、业主收房、入住、装修等手续和证件的办理以及业主资料、档案、钥匙的归档;</w:t>
      </w:r>
      <w:r>
        <w:rPr>
          <w:lang w:eastAsia="zh-CN"/>
        </w:rPr>
        <w:br/>
      </w:r>
      <w:r>
        <w:rPr>
          <w:lang w:eastAsia="zh-CN"/>
        </w:rPr>
        <w:t>　　4、对于业主反映的问题进行分类，联系施工方进行维修，跟踪及反馈;</w:t>
      </w:r>
      <w:r>
        <w:rPr>
          <w:lang w:eastAsia="zh-CN"/>
        </w:rPr>
        <w:br/>
      </w:r>
      <w:r>
        <w:rPr>
          <w:lang w:eastAsia="zh-CN"/>
        </w:rPr>
        <w:t>　　5、接受各方面信息，包括业主、装修单位、房产公司、施工单位等信息，在做好记录的同时通知相关部门和人员进行处理，并对此过程进行跟踪，完成后进行回访;</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https://d.book118.com/946022020215010050</w:t>
        </w:r>
      </w:hyperlink>
    </w:p>
    <w:p w:rsidR="001B1F19">
      <w:pPr>
        <w:rPr>
          <w:rFonts w:hint="eastAsia"/>
          <w:lang w:eastAsia="zh-CN"/>
        </w:rPr>
      </w:pPr>
    </w:p>
    <w:sectPr>
      <w:type w:val="nextPage"/>
      <w:pgSz w:w="11906" w:h="16838"/>
      <w:pgMar w:top="1440" w:right="1800" w:bottom="1440" w:left="1800" w:header="851" w:footer="992" w:gutter="0"/>
      <w:pgNumType w:start="4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4602202021501005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