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  <w:jc w:val="center"/>
      </w:pPr>
      <w:r>
        <w:rPr>
          <w:rFonts w:ascii="宋体" w:eastAsia="宋体" w:hAnsi="宋体"/>
          <w:sz w:val="36"/>
        </w:rPr>
        <w:t>安全生产月标语范文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1、安全生产，生产蒸蒸日上；文明建设，建设欣欣向荣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2、精心大意是事故的温床，马虎是安全航道的暗礁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3、齐抓共管，共创安全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4、麻痹是最大的隐患，失职是最大的祸根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5、小心无大错，粗心铸大过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6、质量是企业的生命，安全是职工的生命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7、生命无价，事故无情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8、安全伴君一生，生命只有一次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9、劳动创造财富，安全带来幸福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10、为安全投资是最大的福利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11、企业负责，行业管理，xx监察，群众监督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12、宁绕百丈远，不冒一步险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13、安全生产责任重于泰山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14、安全第一，预防为主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15、掀起学习，贯彻安全生产法的高潮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16、健康的身体离不开锻炼，美满的家庭离不开安全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17、安全生产，重在预防</w:t>
      </w:r>
    </w:p>
    <w:p>
      <w:pPr>
        <w:spacing w:before="100" w:after="200" w:line="360" w:lineRule="auto"/>
        <w:ind w:firstLine="576"/>
        <w:jc w:val="left"/>
        <w:sectPr w:rsidSect="00034616">
          <w:pgSz w:w="11906" w:h="16838"/>
          <w:pgMar w:top="1440" w:right="1440" w:bottom="1440" w:left="1440" w:header="720" w:footer="720" w:gutter="0"/>
          <w:cols w:space="720"/>
          <w:docGrid w:linePitch="360"/>
        </w:sectPr>
      </w:pPr>
      <w:r>
        <w:rPr>
          <w:rFonts w:ascii="宋体" w:eastAsia="宋体" w:hAnsi="宋体"/>
          <w:sz w:val="28"/>
        </w:rPr>
        <w:t>18、安全为了生产，生产必须安全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19、安全是幸福的源泉，安全是效益的保障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20、以人为本，安全第一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21、人民利益高于一切，安全责任重于泰山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22、质量是安全基础，安全为生产前提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23、认真学习，坚决贯彻安全生产法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24、蛮干是走向事故深渊的第一步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25、把握安全，拥有明天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26、安全来于警惕，事故出于麻痹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27、向科学技术要安全，向安全生产要效益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28、居安思危危自小，防治隐患患自消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29、安全知识，让你化险为夷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30、防事故年年平安福满门，讲安全人人健康乐万家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31、安全是效益之本，安全是生命之源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32、疏忽一时，痛苦一世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33、实施安全生产法，人人事事保安全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34、生产必须安全，安全促进生产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35、安全生产，警钟长鸣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36、安全勤劳，生产美好</w:t>
      </w:r>
    </w:p>
    <w:p>
      <w:pPr>
        <w:spacing w:before="100" w:after="200" w:line="360" w:lineRule="auto"/>
        <w:ind w:firstLine="576"/>
        <w:jc w:val="left"/>
        <w:sectPr w:rsidSect="00034616">
          <w:type w:val="nextPage"/>
          <w:pgSz w:w="11906" w:h="16838"/>
          <w:pgMar w:top="1440" w:right="1440" w:bottom="1440" w:left="1440" w:header="720" w:footer="720" w:gutter="0"/>
          <w:pgNumType w:start="2"/>
          <w:cols w:space="720"/>
          <w:titlePg w:val="0"/>
          <w:docGrid w:linePitch="360"/>
        </w:sectPr>
      </w:pPr>
      <w:r>
        <w:rPr>
          <w:rFonts w:ascii="宋体" w:eastAsia="宋体" w:hAnsi="宋体"/>
          <w:sz w:val="28"/>
        </w:rPr>
        <w:t>37、关爱生命，关注安全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38、只有预防万一，才能万无一失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39、安全保健康，千金及不上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40、安全是家庭幸福的保证，事故是人生悲剧的祸根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41、广泛开展安全月活动，深入贯彻安全生产法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42、忽视安全抓生产是火中取粟，脱离安全求效益如水中捞月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43、防微杜渐，警钟长鸣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44、生产再忙，安全不忘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45、不绷紧安全的弦，就弹不出生产的调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46、人人讲安全，家家保平安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47、放过一次违章作业，就为事故开一次绿灯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48、安全花开把春报，生产效益节节高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49、安全就是生命，责任重于泰山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50、增强安全意识，缔造幸福人生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51、传播安全文化，宣传安全知识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52、抓好安全生产促进经济发展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53、严是爱，松是害，搞好安全利三代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54、幸福是棵树，安全是沃土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55、甜蜜的家盼着您平安归来</w:t>
      </w:r>
    </w:p>
    <w:p>
      <w:pPr>
        <w:spacing w:before="100" w:after="200" w:line="360" w:lineRule="auto"/>
        <w:ind w:firstLine="576"/>
        <w:jc w:val="left"/>
        <w:sectPr w:rsidSect="00034616">
          <w:type w:val="nextPage"/>
          <w:pgSz w:w="11906" w:h="16838"/>
          <w:pgMar w:top="1440" w:right="1440" w:bottom="1440" w:left="1440" w:header="720" w:footer="720" w:gutter="0"/>
          <w:pgNumType w:start="3"/>
          <w:cols w:space="720"/>
          <w:titlePg w:val="0"/>
          <w:docGrid w:linePitch="360"/>
        </w:sectPr>
      </w:pPr>
      <w:r>
        <w:rPr>
          <w:rFonts w:ascii="宋体" w:eastAsia="宋体" w:hAnsi="宋体"/>
          <w:sz w:val="28"/>
        </w:rPr>
        <w:t>56、安全，我们永恒的旋律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57、人人注意安全，家家安居乐业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58、安全是最大的节约，事故是最大的浪费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59、安全人人抓，幸福千万家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60、时时注意安全，处处预防事故</w:t>
      </w:r>
    </w:p>
    <w:p>
      <w:pPr>
        <w:spacing w:before="100" w:after="200" w:line="360" w:lineRule="auto"/>
        <w:jc w:val="left"/>
      </w:pPr>
      <w:r>
        <w:rPr>
          <w:rFonts w:ascii="宋体 (中文正文)" w:eastAsia="宋体" w:hAnsi="宋体 (中文正文)"/>
          <w:b/>
          <w:sz w:val="28"/>
        </w:rPr>
        <w:t>一、关爱生命，安全发展。</w:t>
      </w:r>
    </w:p>
    <w:p>
      <w:pPr>
        <w:spacing w:before="100" w:after="200" w:line="360" w:lineRule="auto"/>
        <w:jc w:val="left"/>
      </w:pPr>
      <w:r>
        <w:rPr>
          <w:rFonts w:ascii="宋体 (中文正文)" w:eastAsia="宋体" w:hAnsi="宋体 (中文正文)"/>
          <w:b/>
          <w:sz w:val="28"/>
        </w:rPr>
        <w:t>二、安全第一，预防为主，综合治理。</w:t>
      </w:r>
    </w:p>
    <w:p>
      <w:pPr>
        <w:spacing w:before="100" w:after="200" w:line="360" w:lineRule="auto"/>
        <w:jc w:val="left"/>
      </w:pPr>
      <w:r>
        <w:rPr>
          <w:rFonts w:ascii="宋体 (中文正文)" w:eastAsia="宋体" w:hAnsi="宋体 (中文正文)"/>
          <w:b/>
          <w:sz w:val="28"/>
        </w:rPr>
        <w:t>三、广泛深入开展“安全生产月”活动。</w:t>
      </w:r>
    </w:p>
    <w:p>
      <w:pPr>
        <w:spacing w:before="100" w:after="200" w:line="360" w:lineRule="auto"/>
        <w:jc w:val="left"/>
      </w:pPr>
      <w:r>
        <w:rPr>
          <w:rFonts w:ascii="宋体 (中文正文)" w:eastAsia="宋体" w:hAnsi="宋体 (中文正文)"/>
          <w:b/>
          <w:sz w:val="28"/>
        </w:rPr>
        <w:t>四、提高安全生产意识，倡导安全文明风尚。</w:t>
      </w:r>
    </w:p>
    <w:p>
      <w:pPr>
        <w:spacing w:before="100" w:after="200" w:line="360" w:lineRule="auto"/>
        <w:jc w:val="left"/>
      </w:pPr>
      <w:r>
        <w:rPr>
          <w:rFonts w:ascii="宋体 (中文正文)" w:eastAsia="宋体" w:hAnsi="宋体 (中文正文)"/>
          <w:b/>
          <w:sz w:val="28"/>
        </w:rPr>
        <w:t>五、排查治理隐患，遏制重大事故。</w:t>
      </w:r>
    </w:p>
    <w:p>
      <w:pPr>
        <w:spacing w:before="100" w:after="200" w:line="360" w:lineRule="auto"/>
        <w:jc w:val="left"/>
      </w:pPr>
      <w:r>
        <w:rPr>
          <w:rFonts w:ascii="宋体 (中文正文)" w:eastAsia="宋体" w:hAnsi="宋体 (中文正文)"/>
          <w:b/>
          <w:sz w:val="28"/>
        </w:rPr>
        <w:t>六、全民发动找隐患，全面动员抓整治。</w:t>
      </w:r>
    </w:p>
    <w:p>
      <w:pPr>
        <w:spacing w:before="100" w:after="200" w:line="360" w:lineRule="auto"/>
        <w:jc w:val="left"/>
      </w:pPr>
      <w:r>
        <w:rPr>
          <w:rFonts w:ascii="宋体 (中文正文)" w:eastAsia="宋体" w:hAnsi="宋体 (中文正文)"/>
          <w:b/>
          <w:sz w:val="28"/>
        </w:rPr>
        <w:t>七、唱响安全发展，构建和谐社会。</w:t>
      </w:r>
    </w:p>
    <w:p>
      <w:pPr>
        <w:spacing w:before="100" w:after="200" w:line="360" w:lineRule="auto"/>
        <w:jc w:val="left"/>
      </w:pPr>
      <w:r>
        <w:rPr>
          <w:rFonts w:ascii="宋体 (中文正文)" w:eastAsia="宋体" w:hAnsi="宋体 (中文正文)"/>
          <w:b/>
          <w:sz w:val="28"/>
        </w:rPr>
        <w:t>八、安全是金，常记在心九、开展安全教育，狠抓制度落实。</w:t>
      </w:r>
    </w:p>
    <w:p>
      <w:pPr>
        <w:spacing w:before="100" w:after="200" w:line="360" w:lineRule="auto"/>
        <w:jc w:val="left"/>
      </w:pPr>
      <w:r>
        <w:rPr>
          <w:rFonts w:ascii="宋体 (中文正文)" w:eastAsia="宋体" w:hAnsi="宋体 (中文正文)"/>
          <w:b/>
          <w:sz w:val="28"/>
        </w:rPr>
        <w:t>十、强化安全责任，落实安全措施。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十一、安全是生命之本，违章是事故之源。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十二、人人关注安全，个个关爱生命。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十三、生命至高无上，安全责任为天。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十四、安全是生命的卫士，安全是效益的保障。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十五、关注安全，关爱生命。</w:t>
      </w:r>
    </w:p>
    <w:p>
      <w:pPr>
        <w:spacing w:before="100" w:after="200" w:line="360" w:lineRule="auto"/>
        <w:ind w:firstLine="576"/>
        <w:jc w:val="left"/>
        <w:sectPr w:rsidSect="00034616">
          <w:type w:val="nextPage"/>
          <w:pgSz w:w="11906" w:h="16838"/>
          <w:pgMar w:top="1440" w:right="1440" w:bottom="1440" w:left="1440" w:header="720" w:footer="720" w:gutter="0"/>
          <w:pgNumType w:start="4"/>
          <w:cols w:space="720"/>
          <w:titlePg w:val="0"/>
          <w:docGrid w:linePitch="360"/>
        </w:sectPr>
      </w:pPr>
      <w:r>
        <w:rPr>
          <w:rFonts w:ascii="宋体" w:eastAsia="宋体" w:hAnsi="宋体"/>
          <w:sz w:val="28"/>
        </w:rPr>
        <w:t>十六、相约文明作业，平安相伴一生。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十七、与生命相约，与安全同行。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1、一厂出事故、万厂受教育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2、加强安全法治、保障安全生产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3、发展决不能以牺牲人的生命为代价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4、安全生产是不可逾越的红线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5、不要带血的gdp，不要带血的财政收入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6、坚持以人为本的发展理念，始终把人民生命安全放在首位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7、以人为本，安全发展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8、生命至上，安全第一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9、发展是第一要务，安全是第一责任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10、坚持把实现“零事故、零死亡”作为最高目标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11、积极推进“四大三基”行动计划，促进安全生产状况根本好转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12、安全源于长期警惕，事故源于瞬间麻痹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13、安全生产必须党政同责、一岗双责、齐抓共管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14、管行业必须管安全、管业务必须管安全、管生产经营必须管安全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15、提高全民安全意识，普及全民安全知识，提升全民安全素质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16、安全生产必须“五级五覆盖”、“五落实五到位”</w:t>
      </w:r>
    </w:p>
    <w:p>
      <w:pPr>
        <w:spacing w:before="100" w:after="200" w:line="360" w:lineRule="auto"/>
        <w:ind w:firstLine="576"/>
        <w:jc w:val="left"/>
        <w:sectPr w:rsidSect="00034616">
          <w:type w:val="nextPage"/>
          <w:pgSz w:w="11906" w:h="16838"/>
          <w:pgMar w:top="1440" w:right="1440" w:bottom="1440" w:left="1440" w:header="720" w:footer="720" w:gutter="0"/>
          <w:pgNumType w:start="5"/>
          <w:cols w:space="720"/>
          <w:titlePg w:val="0"/>
          <w:docGrid w:linePitch="360"/>
        </w:sectPr>
      </w:pPr>
      <w:r>
        <w:rPr>
          <w:rFonts w:ascii="宋体" w:eastAsia="宋体" w:hAnsi="宋体"/>
          <w:sz w:val="28"/>
        </w:rPr>
        <w:t>17、安全生产“一分部署，九分落实”，发扬钉钉子精神，一步一个脚印，一环扣一环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18、安全责任到位、安全投入到位、安全培训到位、安全管理到位、应急救援到位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19、安全需要铁规定、刚执行、全覆盖、严执法、见实效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1、强化红线意识、促进安全发展。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2、平安交通，我担当我尽责。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3、安全是一种责任，为己为家为他人。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4、搞好安全生产工作，树立企业安全形象。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5、加快实施科技兴安战略，推进安全生产科技进步。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6、普及安全知识，提高避险能力。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7、推动安全文明建设，宣传安全文化知识。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8、遵章是幸福的保障，违纪是灾祸的开端。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9、责任心是安全之魂，标准化是安全之本。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10、坚持安全发展，构建和谐交通。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11、事故与侥幸相伴，平安与谨慎相随。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12、强化安全责任，落实安全措施。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13、安全警句千万条，安全生产第一条。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14、安全与效益同行，事故与亏损共生。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15、认真开展安全例检，及时清除事故隐患。</w:t>
      </w:r>
    </w:p>
    <w:p>
      <w:pPr>
        <w:spacing w:before="100" w:after="200" w:line="360" w:lineRule="auto"/>
        <w:ind w:firstLine="576"/>
        <w:jc w:val="left"/>
        <w:sectPr w:rsidSect="00034616">
          <w:type w:val="nextPage"/>
          <w:pgSz w:w="11906" w:h="16838"/>
          <w:pgMar w:top="1440" w:right="1440" w:bottom="1440" w:left="1440" w:header="720" w:footer="720" w:gutter="0"/>
          <w:pgNumType w:start="6"/>
          <w:cols w:space="720"/>
          <w:titlePg w:val="0"/>
          <w:docGrid w:linePitch="360"/>
        </w:sectPr>
      </w:pPr>
      <w:r>
        <w:rPr>
          <w:rFonts w:ascii="宋体" w:eastAsia="宋体" w:hAnsi="宋体"/>
          <w:sz w:val="28"/>
        </w:rPr>
        <w:t>16、要我安全不如我要安全，我懂安全才会保我安全。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17、居安思危，警钟长鸣；防微杜渐，安如泰山。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18、消除一切安全隐患，保障生产工作安全。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19、安全相伴，因为亲人在盼。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20、遵守交通法规，心系乘客安全。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21、执行交通安全法规，搞好安全运输工作。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22、开车不超载，平安时刻在；开车不超速，平安伴一路。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23、心静车行，心乱车停。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24、进站乘车查“三品”，出行安全你我他。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1、安全出效益，安全促发展。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2、高高兴兴上班，平平安安回家。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3、树立交通文明意识，自觉维护交通秩序。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4、安全是家庭幸福的保证，事故是人生悲剧的祸根。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5、生产必须安全，安全促进生产。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6、幸福是棵树，安全是沃土。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7、快刀不磨会生锈，安全不抓出纰漏。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8、质量是企业的生命安全是职工的生命。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9、熟水性，好划船；学本领，保安全。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10、安全知识，让你化险为夷。</w:t>
      </w:r>
    </w:p>
    <w:p>
      <w:pPr>
        <w:spacing w:before="100" w:after="200" w:line="360" w:lineRule="auto"/>
        <w:ind w:firstLine="576"/>
        <w:jc w:val="left"/>
        <w:sectPr w:rsidSect="00034616">
          <w:type w:val="nextPage"/>
          <w:pgSz w:w="11906" w:h="16838"/>
          <w:pgMar w:top="1440" w:right="1440" w:bottom="1440" w:left="1440" w:header="720" w:footer="720" w:gutter="0"/>
          <w:pgNumType w:start="7"/>
          <w:cols w:space="720"/>
          <w:titlePg w:val="0"/>
          <w:docGrid w:linePitch="360"/>
        </w:sectPr>
      </w:pPr>
      <w:r>
        <w:rPr>
          <w:rFonts w:ascii="宋体" w:eastAsia="宋体" w:hAnsi="宋体"/>
          <w:sz w:val="28"/>
        </w:rPr>
        <w:t>11、想要无事故，须下苦功夫。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12、安全来自长期警惕，事故源于瞬间麻痹。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13、健全安全规章制度全面落实安全责任。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14、安全，我们永恒的旋律。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15、劳动创造财富，安全带来幸福。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16、骄傲自满是事故的导火线，谦虚谨慎是安全的铺路石。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17、安全来自警惕，事故出于麻痹。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18、创建文明工地、塑造企业形象。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19、安全生产莫侥幸，违章操作要人命。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20、抓好安全生产促进经济发展。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21、136。劳动创造财富安全带来幸福。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22、宣传安全知识，传播安全文化。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23、树立企业安全形象，促进安全文明生产。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24、安全生产，人人有责。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25、确保生产安全严禁违章作业。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26、珍惜生命，勿忘安全。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27、争创文明城市、建设美好家园。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28、大力推进安全生产标准化，建设全面提升企业安全生产水平。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29、不绷紧安全的弦，就弹不出生产的调。</w:t>
      </w:r>
    </w:p>
    <w:p>
      <w:pPr>
        <w:spacing w:before="100" w:after="200" w:line="360" w:lineRule="auto"/>
        <w:ind w:firstLine="576"/>
        <w:jc w:val="left"/>
        <w:sectPr w:rsidSect="00034616">
          <w:type w:val="nextPage"/>
          <w:pgSz w:w="11906" w:h="16838"/>
          <w:pgMar w:top="1440" w:right="1440" w:bottom="1440" w:left="1440" w:header="720" w:footer="720" w:gutter="0"/>
          <w:pgNumType w:start="8"/>
          <w:cols w:space="720"/>
          <w:titlePg w:val="0"/>
          <w:docGrid w:linePitch="360"/>
        </w:sectPr>
      </w:pPr>
      <w:r>
        <w:rPr>
          <w:rFonts w:ascii="宋体" w:eastAsia="宋体" w:hAnsi="宋体"/>
          <w:sz w:val="28"/>
        </w:rPr>
        <w:t>30、落实各级安全责任，提高安全管理水平。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31、多看一眼，安全保险；多防一步，少出事故。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32、构建和谐社会坚持安全发展。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33、甜蜜的家盼着您平安归来。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34、安全生产重在预防。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35、工作为了生活好，安全为了活到老。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36、防事故年年平安福满门，讲安全人人健康乐万家。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37、文明施工、人人有责。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38、粗心大意是事故的温床，马虎是安全航道的暗礁。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39、重安全人人把关保安全人人有责。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40、镜子不擦试不明，事故不分析不清。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41、提高职工安全意识，推动安全文明生产。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42、安全是最大的节约事故是最大的浪费。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43、人人讲安全，事事为安全，时时想安全，处处要安全。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44、筑起堤坝洪水挡，练就技能事故防。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45、质量是安全基础安全为生产前提。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46、麻痹是最大的隐患，失职是最大的祸根。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47、消除一切安全隐患，保障生产工作安全。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48、疏忽一时，痛苦一世。</w:t>
      </w:r>
    </w:p>
    <w:p>
      <w:pPr>
        <w:spacing w:before="100" w:after="200" w:line="360" w:lineRule="auto"/>
        <w:ind w:firstLine="576"/>
        <w:jc w:val="left"/>
        <w:sectPr w:rsidSect="00034616">
          <w:type w:val="nextPage"/>
          <w:pgSz w:w="11906" w:h="16838"/>
          <w:pgMar w:top="1440" w:right="1440" w:bottom="1440" w:left="1440" w:header="720" w:footer="720" w:gutter="0"/>
          <w:pgNumType w:start="9"/>
          <w:cols w:space="720"/>
          <w:titlePg w:val="0"/>
          <w:docGrid w:linePitch="360"/>
        </w:sectPr>
      </w:pPr>
      <w:r>
        <w:rPr>
          <w:rFonts w:ascii="宋体" w:eastAsia="宋体" w:hAnsi="宋体"/>
          <w:sz w:val="28"/>
        </w:rPr>
        <w:t>49、科学发展，安全发展。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50、好钢靠锻打，安全要严抓。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51、安全生产责任重于泰山。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52、蛮干是走向事故深渊的第一步。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53、安全是生命的延续，违章是生命的终结。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54、你对违章讲人情，事故对你不留情。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55、安全是生命之本违章是事故之源。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56、按章操作机械设备，时刻注意效益安全。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57、安全为了生产，生产必须安全。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58、构筑安全体系、构建和谐社会。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59、防微杜渐，警钟长鸣。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60、安全第一，预防为主。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61、加强安全技术培训，人人学会保护自己。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62、质量是安全基础，安全为生产前提。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63、加强消防安全培训，提升你我安全意识。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64、生命只有一次，安全伴君一生。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65、记住山河不迷路，记住规章防事故。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66、眼睛容不下一粒砂土，安全来不得半点马虎。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67、秤砣不大压千斤，安全帽小救人命。</w:t>
      </w:r>
    </w:p>
    <w:p>
      <w:pPr>
        <w:spacing w:before="100" w:after="200" w:line="360" w:lineRule="auto"/>
        <w:ind w:firstLine="576"/>
        <w:jc w:val="left"/>
        <w:sectPr w:rsidSect="00034616">
          <w:type w:val="nextPage"/>
          <w:pgSz w:w="11906" w:h="16838"/>
          <w:pgMar w:top="1440" w:right="1440" w:bottom="1440" w:left="1440" w:header="720" w:footer="720" w:gutter="0"/>
          <w:pgNumType w:start="10"/>
          <w:cols w:space="720"/>
          <w:titlePg w:val="0"/>
          <w:docGrid w:linePitch="360"/>
        </w:sectPr>
      </w:pPr>
      <w:r>
        <w:rPr>
          <w:rFonts w:ascii="宋体" w:eastAsia="宋体" w:hAnsi="宋体"/>
          <w:sz w:val="28"/>
        </w:rPr>
        <w:t>68、严格要求安全在，松松垮垮事故来。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69、为安全投资是最大的福利。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70、生产再忙，安全不忘。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71、落实安全规章制度强化安全防范措施。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72、传播安全文化，宣传安全知识。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73、麻痹是最大的隐患失职是最大的祸根。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74、简化作业省一时，贪小失大苦一世。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75、安全勤劳，生活美好。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76、企业负责，行业管理，国家监察，群众监督。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77、安全保健康，千金及不上。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78、闭着眼睛捉不住麻雀，不学技术保不了安全。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79、防护加警惕保安全，无知加大意必危险。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80、关注安全，关爱生命。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81、质量是企业的生命，安全是职工的生命。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82、我要安全安全为我。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83、宁绕百丈远，不冒一步险。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84、事故教训是镜子，安全经验是明灯。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85、安全是增产的细胞，隐患是事故的胚胎。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86、安全连着你我他，平安幸福靠大家。</w:t>
      </w:r>
    </w:p>
    <w:p>
      <w:pPr>
        <w:spacing w:before="100" w:after="200" w:line="360" w:lineRule="auto"/>
        <w:ind w:firstLine="576"/>
        <w:jc w:val="left"/>
        <w:sectPr w:rsidSect="00034616">
          <w:type w:val="nextPage"/>
          <w:pgSz w:w="11906" w:h="16838"/>
          <w:pgMar w:top="1440" w:right="1440" w:bottom="1440" w:left="1440" w:header="720" w:footer="720" w:gutter="0"/>
          <w:pgNumType w:start="11"/>
          <w:cols w:space="720"/>
          <w:titlePg w:val="0"/>
          <w:docGrid w:linePitch="360"/>
        </w:sectPr>
      </w:pPr>
      <w:r>
        <w:rPr>
          <w:rFonts w:ascii="宋体" w:eastAsia="宋体" w:hAnsi="宋体"/>
          <w:sz w:val="28"/>
        </w:rPr>
        <w:t>87、不懂莫逞能，事故不上门。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88、专管成线，群管成网；上下结合，事故难藏。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89、与其事后痛哭流涕，不如事前遵章守纪。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90、人人讲安全家家保平安。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91、科技兴安、杜绝隐患。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92、安全花开把春报，生产效益节节高。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93、健康的身体离不开锻炼，美满的家庭离不开安全。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94、安全生产人人管，事故隐患处处防。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95、生命至高无上，安全责任为天。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96、严是爱，松是害，搞好安全利三代。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97、安全是生命之本，违章是事故之源。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98、骄傲源于浅薄，鲁莽出自无知。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99、事故不难防，重在守规章。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100、安全是朵幸福花，合家浇灌美如画。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101、时时注意安全，处处预防事故。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102、规范安全生产管理建立安全长效机制。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103、消防设施，常做检查；消除隐患，预防事故。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104、严格遵守消防安全法规，努力做好安全生产工作。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105、安全发展，国泰民安。</w:t>
      </w:r>
    </w:p>
    <w:p>
      <w:pPr>
        <w:spacing w:before="100" w:after="200" w:line="360" w:lineRule="auto"/>
        <w:ind w:firstLine="576"/>
        <w:jc w:val="left"/>
        <w:sectPr w:rsidSect="00034616">
          <w:type w:val="nextPage"/>
          <w:pgSz w:w="11906" w:h="16838"/>
          <w:pgMar w:top="1440" w:right="1440" w:bottom="1440" w:left="1440" w:header="720" w:footer="720" w:gutter="0"/>
          <w:pgNumType w:start="12"/>
          <w:cols w:space="720"/>
          <w:titlePg w:val="0"/>
          <w:docGrid w:linePitch="360"/>
        </w:sectPr>
      </w:pPr>
      <w:r>
        <w:rPr>
          <w:rFonts w:ascii="宋体" w:eastAsia="宋体" w:hAnsi="宋体"/>
          <w:sz w:val="28"/>
        </w:rPr>
        <w:t>106、人人讲安全，事事为安全；时时想安全，处处要安全。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107、道路连着千万家，安全连着你我他。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108、安全生产，人人有责；遵章守纪，保障安全。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109、安全人人抓，幸福千万家。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110、万千产品堆成山，一星火源毁于旦。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111、提高全民安全意识，倡导安全文明风尚。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112、安不可忘危，治不可忘乱。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113、人人讲安全安全为人人。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114、传播安全文化宣传安全知识。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115、生产不忘安全，工作确保质量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116、保安全千日不足，出事故一日有余。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117、安全就是节约，安全就是生命。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118、安全生产，生产蒸蒸日上；文明建设，建设欣欣向荣。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119、群策群力科学管理，戒骄戒躁杜绝事故。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120、安全第一，预防为主，综合治理，安全发展。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121、人人讲安全，家家保平安。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122、安全不离口规章不离手。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123、入海之前先探风，上岗之前先练功。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124、提高全民消防素质增强全民消防意识。</w:t>
      </w:r>
    </w:p>
    <w:p>
      <w:pPr>
        <w:spacing w:before="100" w:after="200" w:line="360" w:lineRule="auto"/>
        <w:ind w:firstLine="576"/>
        <w:jc w:val="left"/>
        <w:sectPr w:rsidSect="00034616">
          <w:type w:val="nextPage"/>
          <w:pgSz w:w="11906" w:h="16838"/>
          <w:pgMar w:top="1440" w:right="1440" w:bottom="1440" w:left="1440" w:header="720" w:footer="720" w:gutter="0"/>
          <w:pgNumType w:start="13"/>
          <w:cols w:space="720"/>
          <w:titlePg w:val="0"/>
          <w:docGrid w:linePitch="360"/>
        </w:sectPr>
      </w:pPr>
      <w:r>
        <w:rPr>
          <w:rFonts w:ascii="宋体" w:eastAsia="宋体" w:hAnsi="宋体"/>
          <w:sz w:val="28"/>
        </w:rPr>
        <w:t>125、遵章守纪，关爱生命。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126、寒霜偏打无根草，事故专找懒惰人。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127、忽视安全抓生产是火中取栗，脱离安全求效益如水中捞月。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128、危险物品，隔离放置；标识清晰，注意防火。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129、愚者用鲜血换取教训，智者用教训避免事故。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130、按章操作莫乱改，合理建议提出来。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131、安全生产预防为主综合治理。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132、求快不求好，事故常来找。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133、重视安全硕果来，忽视安全遭祸害。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134、安全是最大的节约，事故是最大的浪费。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136、安全是家庭幸福的保证事故是人生悲剧的祸根。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137、抓好安全生产，促进经济发展。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138、安全是效益的基石，隐患是事故的根源。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140、小心无大错，粗心铸大过。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141、生产再忙，安全不忘，人命关天，安全在先。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142、安全来于警惕，事故出于麻痹。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143、杂草不除禾苗不壮，隐患不除效益难上。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144、幸福是棵树安全是沃土。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145、坚持安全发展构建和谐社会。</w:t>
      </w:r>
    </w:p>
    <w:p>
      <w:pPr>
        <w:spacing w:before="100" w:after="200" w:line="360" w:lineRule="auto"/>
        <w:ind w:firstLine="576"/>
        <w:jc w:val="left"/>
        <w:sectPr w:rsidSect="00034616">
          <w:type w:val="nextPage"/>
          <w:pgSz w:w="11906" w:h="16838"/>
          <w:pgMar w:top="1440" w:right="1440" w:bottom="1440" w:left="1440" w:header="720" w:footer="720" w:gutter="0"/>
          <w:pgNumType w:start="14"/>
          <w:cols w:space="720"/>
          <w:titlePg w:val="0"/>
          <w:docGrid w:linePitch="360"/>
        </w:sectPr>
      </w:pPr>
      <w:r>
        <w:rPr>
          <w:rFonts w:ascii="宋体" w:eastAsia="宋体" w:hAnsi="宋体"/>
          <w:sz w:val="28"/>
        </w:rPr>
        <w:t>146、生产再忙安全不忘。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147、安全不离口，规章不离手。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1、“安”不忘危，“全”力防范，“生”命可贵，“产”出幸福。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2、晴带雨伞饱带粮，事故未出宜先防；船到江心补漏迟，事故临头后悔晚；常添灯草勤加油，常敲警钟勤堵漏。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3、抓细节一点一滴，守规章一心一意。防隐患一朝一夕，保安全一生一世。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4、不怕千日严，就怕一日宽；不怕万事细，就怕一事粗，不怕开头难，就怕扫尾易；不怕过程紧，就怕环节松。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5、安全生产莫侥幸，发生事故丢性命，要想平安促生产，提高意识除隐患。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6、安全二字记心中，时刻警惕弦紧绷。工伤事故不发生，平安幸福伴君行。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7、对待安全，要用“显微镜”查问题、“放大镜”看危害、“多棱镜”找根源。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8、以人为天，责任为地，立地顶天保安全；反违为经，除患为纬，编经织纬护发展。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9、安全是家庭幸福美满的保证，事故是人生悲剧痛苦的根源。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10、安全警钟天天敲，事故苗头人人找；“要我安全”是爱护，“我要安全”是觉悟。</w:t>
      </w:r>
    </w:p>
    <w:p>
      <w:pPr>
        <w:spacing w:before="100" w:after="200" w:line="360" w:lineRule="auto"/>
        <w:ind w:firstLine="576"/>
        <w:jc w:val="left"/>
        <w:sectPr w:rsidSect="00034616">
          <w:type w:val="nextPage"/>
          <w:pgSz w:w="11906" w:h="16838"/>
          <w:pgMar w:top="1440" w:right="1440" w:bottom="1440" w:left="1440" w:header="720" w:footer="720" w:gutter="0"/>
          <w:pgNumType w:start="15"/>
          <w:cols w:space="720"/>
          <w:titlePg w:val="0"/>
          <w:docGrid w:linePitch="360"/>
        </w:sectPr>
      </w:pPr>
      <w:r>
        <w:rPr>
          <w:rFonts w:ascii="宋体" w:eastAsia="宋体" w:hAnsi="宋体"/>
          <w:sz w:val="28"/>
        </w:rPr>
        <w:t>11、找不足、查隐患、全员参与，无需谈危色变；学规则、长技能、一岗一责，共筑安全红线！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12、红绿灯下车如潮，安全行驶最重要，彼此礼让守秩序，归途平安合家笑。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13、安全是领导的寄托，安全是百姓的心愿，安全是朋友的祝福，安全是家人的期盼。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14、宁可千日不松无事，不可一日不防酿祸；安全来自长期警惕，事故源于瞬间麻痹。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15、安全的演绎永远不需要导演，只有自己才是人生中安全编剧！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16、安全是生命之本，违规是事故之源；事故为家庭导演悲剧，安全为训练谱写欢歌；事故与侥幸相伴，平安与谨慎相随。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18、消除隐患促生产，关注细节保安全，打造匠心铸非凡，共同携手创示范。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19、主题责任企业落实，消除隐患安全你我，管控风险健康发展！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20、作业别拿生命当儿戏，死神面前人人平等；管理别拿自由开玩笑，法网恢恢疏而不漏。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21、交通法规要牢记，平稳驾驶不大意，心平气和莫着急，平安出行无问题。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22、安全生产你管我管，大家管才平安。事故隐患你查我查，人人查方安全。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23、平静的时候想问题，安全的时候查隐患，顺利的时候找不足。</w:t>
      </w:r>
    </w:p>
    <w:p>
      <w:pPr>
        <w:spacing w:before="100" w:after="200" w:line="360" w:lineRule="auto"/>
        <w:ind w:firstLine="576"/>
        <w:jc w:val="left"/>
        <w:sectPr w:rsidSect="00034616">
          <w:type w:val="nextPage"/>
          <w:pgSz w:w="11906" w:h="16838"/>
          <w:pgMar w:top="1440" w:right="1440" w:bottom="1440" w:left="1440" w:header="720" w:footer="720" w:gutter="0"/>
          <w:pgNumType w:start="16"/>
          <w:cols w:space="720"/>
          <w:titlePg w:val="0"/>
          <w:docGrid w:linePitch="360"/>
        </w:sectPr>
      </w:pPr>
      <w:r>
        <w:rPr>
          <w:rFonts w:ascii="宋体" w:eastAsia="宋体" w:hAnsi="宋体"/>
          <w:sz w:val="28"/>
        </w:rPr>
        <w:t>24、心平气和做安全，按部就班抓安全，心中绷紧安全弦，化险为夷在眼前。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25、年年岁岁抓安全，时时刻刻想安全，上上下下重安全，方方面面讲安全，人人事事保安全。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26、安全生产莫轻视，小题大做不为过，发生事故代价大，警钟长鸣记心间。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27、通风安全警长鸣，瓦斯如虎面狰狞。一点一线均需慎，每时每刻不可轻。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28、事故教训是镜子，安全经验是明灯；一人把关一处安，众人把关稳如山。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29、文明礼让，车行天下；一帆风顺，毋庸牵挂；平安相伴，温馨万家。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30、烂发文件狂定制度非是安全管理常态，言简意赅重在落实才是安全工作真章。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31、鼓足干劲生产，热火朝天作业，若问成绩如何，安全一票否决。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32、安全是一种责任，不能仅仅挂在嘴上，要处处担在肩上，时时记在心里。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33、千般苦，万般苦，出了事故自己苦；千隐患，万隐患，忽视安全是隐患。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34、千钧重担两肩挑，一朝失守罪难逃。通风瓦斯猛于虎，安全为天要记牢。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35、安全多下及时雨，教育少放马后炮，快刀不磨要生锈，安全不抓出纰漏。</w:t>
      </w:r>
      <w:r>
        <w:br/>
      </w:r>
      <w:r>
        <w:br/>
      </w:r>
    </w:p>
    <w:p>
      <w:pPr>
        <w:spacing w:after="0" w:line="240" w:lineRule="auto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https://d.book118.com/946242001014010050</w:t>
        </w:r>
      </w:hyperlink>
    </w:p>
    <w:p>
      <w:pPr>
        <w:spacing w:before="100" w:after="200" w:line="360" w:lineRule="auto"/>
        <w:ind w:firstLine="576"/>
        <w:jc w:val="left"/>
      </w:pPr>
    </w:p>
    <w:sectPr w:rsidSect="00034616">
      <w:type w:val="nextPage"/>
      <w:pgSz w:w="11906" w:h="16838"/>
      <w:pgMar w:top="1440" w:right="1440" w:bottom="1440" w:left="1440" w:header="720" w:footer="720" w:gutter="0"/>
      <w:pgNumType w:start="17"/>
      <w:cols w:space="720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14:defaultImageDpi w14:val="300"/>
  <w14:docId w14:val="240620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946242001014010050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revision>1</cp:revision>
  <dcterms:created xsi:type="dcterms:W3CDTF">2013-12-23T23:15:00Z</dcterms:created>
  <dcterms:modified xsi:type="dcterms:W3CDTF">2013-12-23T23:15:00Z</dcterms:modified>
</cp:coreProperties>
</file>