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2024年高中军训感言和心得体会（30篇）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2024年高中军训感言和心得体会（精选30篇）</w:t>
      </w:r>
      <w:r>
        <w:rPr>
          <w:lang w:eastAsia="zh-CN"/>
        </w:rPr>
        <w:br/>
      </w:r>
      <w:r>
        <w:rPr>
          <w:lang w:eastAsia="zh-CN"/>
        </w:rPr>
        <w:t xml:space="preserve">    2024年高中军训感言和心得体会 篇1 </w:t>
      </w:r>
      <w:r>
        <w:rPr>
          <w:lang w:eastAsia="zh-CN"/>
        </w:rPr>
        <w:br/>
      </w:r>
      <w:r>
        <w:rPr>
          <w:lang w:eastAsia="zh-CN"/>
        </w:rPr>
        <w:t>　　不知从哪一天开始，军训成了我们日常生活的话题。</w:t>
      </w:r>
      <w:r>
        <w:rPr>
          <w:lang w:eastAsia="zh-CN"/>
        </w:rPr>
        <w:br/>
      </w:r>
      <w:r>
        <w:rPr>
          <w:lang w:eastAsia="zh-CN"/>
        </w:rPr>
        <w:t>　　一直盼着，一直想着，却不曾想军训那么哭那么累。不同于初中的嬉戏玩闹，不同与高中的放任自如。有的是烈日骄阳，有的是细雨纷纷。然而教官的坚韧不拔，教官的鼓励始终感染着我们。他让我们学会了在烈日底下流汗时互相心疼;他让我们学会了在桌旁就餐时学会了互相关照;他让我们学会了在拉练时互相扶持</w:t>
      </w:r>
      <w:r>
        <w:rPr>
          <w:lang w:eastAsia="zh-CN"/>
        </w:rPr>
        <w:br/>
      </w:r>
      <w:r>
        <w:rPr>
          <w:lang w:eastAsia="zh-CN"/>
        </w:rPr>
        <w:t>　　当我们在彼此的熟悉间忘却了苦和累的时候，时间却在人不经意间悄然而逝。军训马上就要结束了，我却恍然发现心中有一种莫名的伤感，我到底伤感什么呢?</w:t>
      </w:r>
      <w:r>
        <w:rPr>
          <w:lang w:eastAsia="zh-CN"/>
        </w:rPr>
        <w:br/>
      </w:r>
      <w:r>
        <w:rPr>
          <w:lang w:eastAsia="zh-CN"/>
        </w:rPr>
        <w:t>　　我伤感，以后也许再也看不到那亦师亦友的教官。</w:t>
      </w:r>
      <w:r>
        <w:rPr>
          <w:lang w:eastAsia="zh-CN"/>
        </w:rPr>
        <w:br/>
      </w:r>
      <w:r>
        <w:rPr>
          <w:lang w:eastAsia="zh-CN"/>
        </w:rPr>
        <w:t>　　我伤感，以后也许再也感受不到学拳法时的兴奋。</w:t>
      </w:r>
      <w:r>
        <w:rPr>
          <w:lang w:eastAsia="zh-CN"/>
        </w:rPr>
        <w:br/>
      </w:r>
      <w:r>
        <w:rPr>
          <w:lang w:eastAsia="zh-CN"/>
        </w:rPr>
        <w:t>　　我伤感，以后也许再也听不到那嘹亮的哨声。</w:t>
      </w:r>
      <w:r>
        <w:rPr>
          <w:lang w:eastAsia="zh-CN"/>
        </w:rPr>
        <w:br/>
      </w:r>
      <w:r>
        <w:rPr>
          <w:lang w:eastAsia="zh-CN"/>
        </w:rPr>
        <w:t>　　我伤感，以后也许再也听不到教官的谆谆教导。</w:t>
      </w:r>
      <w:r>
        <w:rPr>
          <w:lang w:eastAsia="zh-CN"/>
        </w:rPr>
        <w:br/>
      </w:r>
      <w:r>
        <w:rPr>
          <w:lang w:eastAsia="zh-CN"/>
        </w:rPr>
        <w:t>　　我伤感</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我不是告诉自己要坚强，早已下定决心在十二天的军训中不掉一滴眼泪，但是坚强的人可以顶住烈日;可以顶住十六公里的拉练;可以顶住十几个水疱的疼痛可以顶住的太多太多，却难以顶住离别时的伤感。</w:t>
      </w:r>
      <w:r>
        <w:rPr>
          <w:lang w:eastAsia="zh-CN"/>
        </w:rPr>
        <w:br/>
      </w:r>
      <w:r>
        <w:rPr>
          <w:lang w:eastAsia="zh-CN"/>
        </w:rPr>
        <w:t>　　竟然时间真的那么不饶人，那么我能做的除了珍惜还有什么呢?请允许我再望一下整齐的队伍;再望一下教官军训时严肃的脸庞;再望一下休息时他那可爱的笑容那也许是我们记忆中最珍贵的东西。</w:t>
      </w:r>
      <w:r>
        <w:rPr>
          <w:lang w:eastAsia="zh-CN"/>
        </w:rPr>
        <w:br/>
      </w:r>
      <w:r>
        <w:rPr>
          <w:lang w:eastAsia="zh-CN"/>
        </w:rPr>
        <w:t>　　当然，军训留给我的不止这些，我还深刻的明白了那首关于军中励志的词，现在在这里我就与大家共同分享这首词，以此希望大家自勉、坚强。</w:t>
      </w:r>
      <w:r>
        <w:rPr>
          <w:lang w:eastAsia="zh-CN"/>
        </w:rPr>
        <w:br/>
      </w:r>
      <w:r>
        <w:rPr>
          <w:lang w:eastAsia="zh-CN"/>
        </w:rPr>
        <w:t>　　满江红_军中励志</w:t>
      </w:r>
      <w:r>
        <w:rPr>
          <w:lang w:eastAsia="zh-CN"/>
        </w:rPr>
        <w:br/>
      </w:r>
      <w:r>
        <w:rPr>
          <w:lang w:eastAsia="zh-CN"/>
        </w:rPr>
        <w:t>　　锦瑟华年，莫虚度，效贤苦读。人生路，挥毫点睛，凌风起舞。疾东风，鲲鹏翔九重，望里目。</w:t>
      </w:r>
      <w:r>
        <w:rPr>
          <w:lang w:eastAsia="zh-CN"/>
        </w:rPr>
        <w:br/>
      </w:r>
      <w:r>
        <w:rPr>
          <w:lang w:eastAsia="zh-CN"/>
        </w:rPr>
        <w:t>　　紧筋骨，坎坷路，劳其心，阔其步。须精钢百炼，高有基础。推开障暗千里层数，绽放梅花三百度，举旗帜直指云霄，展鸿图。</w:t>
      </w:r>
      <w:r>
        <w:rPr>
          <w:lang w:eastAsia="zh-CN"/>
        </w:rPr>
        <w:br/>
      </w:r>
      <w:r>
        <w:rPr>
          <w:lang w:eastAsia="zh-CN"/>
        </w:rPr>
        <w:t>　　20__年高中军训感言和心得体会</w:t>
      </w:r>
      <w:r>
        <w:rPr>
          <w:lang w:eastAsia="zh-CN"/>
        </w:rPr>
        <w:br/>
      </w:r>
      <w:r>
        <w:rPr>
          <w:lang w:eastAsia="zh-CN"/>
        </w:rPr>
        <w:t>　　在这短暂的五天里，我们尽情地磨练自己，挑战自己，严格要求自己。</w:t>
      </w:r>
      <w:r>
        <w:rPr>
          <w:lang w:eastAsia="zh-CN"/>
        </w:rPr>
        <w:br/>
      </w:r>
      <w:r>
        <w:rPr>
          <w:lang w:eastAsia="zh-CN"/>
        </w:rPr>
        <w:t>　　军训期间开展的一系列活动，使我们加强了集体荣誉感和组织凝聚力，让我们体验到良好的团队合作精神和灵活应变技巧在我们今后实际工作中的重要性;立定、稍息、原地转向、齐步走、跑步走和正步走等训练项目，让我们体会到了在建设新世纪的社会主义现代化事业中必须具备艰苦奋斗、吃苦耐劳的优良传统。严格的管理、严谨的训练也增加了我们的自我约束力和时间观念。</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军训是酸的。每天我们连续训练两个多小时，昂首，挺胸，这些是最基本的要求。不用一天的时间，脖子、肩膀、手腕、腿都酸了。</w:t>
      </w:r>
      <w:r>
        <w:rPr>
          <w:lang w:eastAsia="zh-CN"/>
        </w:rPr>
        <w:br/>
      </w:r>
      <w:r>
        <w:rPr>
          <w:lang w:eastAsia="zh-CN"/>
        </w:rPr>
        <w:t>　　军训是苦的。经过了三天的训练，腰酸背痛不用说了，大腿更是连走路都忍忍作痛。可这么一些劳累算得了什么呢?忍着痛，我仍尽力地将每一步走好，坚持到最后，虽然这当中包含着多少的艰苦。</w:t>
      </w:r>
      <w:r>
        <w:rPr>
          <w:lang w:eastAsia="zh-CN"/>
        </w:rPr>
        <w:br/>
      </w:r>
      <w:r>
        <w:rPr>
          <w:lang w:eastAsia="zh-CN"/>
        </w:rPr>
        <w:t>　　军训是辣的。严明的纪律，在军营生活中必不可少，一不留神听错教官的口令或者完成不好标准动作就要被点名单独出列加操，脸上火辣辣的滋味真的不好受。</w:t>
      </w:r>
      <w:r>
        <w:rPr>
          <w:lang w:eastAsia="zh-CN"/>
        </w:rPr>
        <w:br/>
      </w:r>
      <w:r>
        <w:rPr>
          <w:lang w:eastAsia="zh-CN"/>
        </w:rPr>
        <w:t>　　军训是甜的。用苦尽甘来四个字来修饰军训很合适。五天的刻苦训练终于换来了第五天，也就是最后一天。</w:t>
      </w:r>
      <w:r>
        <w:rPr>
          <w:lang w:eastAsia="zh-CN"/>
        </w:rPr>
        <w:br/>
      </w:r>
      <w:r>
        <w:rPr>
          <w:lang w:eastAsia="zh-CN"/>
        </w:rPr>
        <w:t>　　阅兵场上，一排排整齐的立在上面的是一片绿色，太阳此时很准时地从地平线上升起，从山的顶部蹦出，发出耀眼的光芒，一缕缕阳光洒在这一排排迷彩上，形成了一道奇异的风景线，为这个世界增添了生机与活力。</w:t>
      </w:r>
      <w:r>
        <w:rPr>
          <w:lang w:eastAsia="zh-CN"/>
        </w:rPr>
        <w:br/>
      </w:r>
      <w:r>
        <w:rPr>
          <w:lang w:eastAsia="zh-CN"/>
        </w:rPr>
        <w:t>　　一声声哨响，一阵阵踏步声，一句句口令声，奏出了属于军人的气质，奏出了军人的灵魂，更奏出了迷彩的本色，一顶顶帽子，一条条腰带，一套套军装，穿出了军人的生活，穿出了军人的习惯，更穿出了迷彩的本色。</w:t>
      </w:r>
      <w:r>
        <w:rPr>
          <w:lang w:eastAsia="zh-CN"/>
        </w:rPr>
        <w:br/>
      </w:r>
      <w:r>
        <w:rPr>
          <w:lang w:eastAsia="zh-CN"/>
        </w:rPr>
        <w:t xml:space="preserve">    2024年高中军训感言和心得体会 篇2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五天的集中军训终于结束，我想同学们肯定都在家里肆无忌惮的吃喝玩乐着呢~~是不是?五天中，每位同学的每一次齐步走，每一个健美操的动作，每一次练坐姿，几乎都是强忍着疲劳倦怠，努力做到最标准最好看。其实，在这个过程中，同学们就把那个隐藏起来的最坚强最有毅力最美丽的自己给发掘并展现了出来。而同时，我明白你们辛苦，你们劳累，但是我没有放松对你们的要求，因为我知道，你们一定能做到!事实也正是如此。看到你们脸上坚毅的表情，我体会到幸福的感受。</w:t>
      </w:r>
      <w:r>
        <w:rPr>
          <w:lang w:eastAsia="zh-CN"/>
        </w:rPr>
        <w:br/>
      </w:r>
      <w:r>
        <w:rPr>
          <w:lang w:eastAsia="zh-CN"/>
        </w:rPr>
        <w:t>　　每次准备一个小故事，我就会提前想象大家的反应会是如何，猜想大家会不会领会到其中的深意。令人惊喜的是，每次请同学们来谈感想，每位同学都可以用简短精准的字句概括出故事的寓意，并且一点一滴的渗透到自己的行为举止中去。这一刻我感到幸福，</w:t>
      </w:r>
      <w:r>
        <w:rPr>
          <w:lang w:eastAsia="zh-CN"/>
        </w:rPr>
        <w:br/>
      </w:r>
      <w:r>
        <w:rPr>
          <w:lang w:eastAsia="zh-CN"/>
        </w:rPr>
        <w:t>　　每次给大家提出一个新的规范要求，比如说123木头人排队原则，三遍集合原则，自我检查原则，几乎所有的同学都可以在下一步的实施中，立刻修正自己的行为，符合了老师的要求。你们的这种善学好学、自治自律，也让我感到幸福。</w:t>
      </w:r>
      <w:r>
        <w:rPr>
          <w:lang w:eastAsia="zh-CN"/>
        </w:rPr>
        <w:br/>
      </w:r>
      <w:r>
        <w:rPr>
          <w:lang w:eastAsia="zh-CN"/>
        </w:rPr>
        <w:t>　　当看到同学们使用礼貌用语向老师问好，或者向同学道谢时;当看到同学们真诚善良的帮助关心别人时;当我提出要请同学把金嗓子喉宝送给教官表达谢意，同学们的眼眸顿时发出闪亮的光彩时;当同学们争抢为班级服务时;当同学们对高培雨同学说心里话，表达出真诚的祝福、真切的挽留、真挚的友情时;当同学实在想不出还做过什么让别人感到幸福的事，就调皮地说曾让同位借给自己一支笔，来成全同位凑够五件事时;我都看到了你们最纯真的心里蕴藏的比任何宝藏还宝贵的善良和可爱。这些，怎能让我不幸福?</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短短的五天，我收获了那么那么多的幸福。不敢想象，却又充满期待，长长的三年，我会多么富有!</w:t>
      </w:r>
      <w:r>
        <w:rPr>
          <w:lang w:eastAsia="zh-CN"/>
        </w:rPr>
        <w:br/>
      </w:r>
      <w:r>
        <w:rPr>
          <w:lang w:eastAsia="zh-CN"/>
        </w:rPr>
        <w:t xml:space="preserve">    2024年高中军训感言和心得体会 篇3 </w:t>
      </w:r>
      <w:r>
        <w:rPr>
          <w:lang w:eastAsia="zh-CN"/>
        </w:rPr>
        <w:br/>
      </w:r>
      <w:r>
        <w:rPr>
          <w:lang w:eastAsia="zh-CN"/>
        </w:rPr>
        <w:t>　　20__年9月7日――第二天</w:t>
      </w:r>
      <w:r>
        <w:rPr>
          <w:lang w:eastAsia="zh-CN"/>
        </w:rPr>
        <w:br/>
      </w:r>
      <w:r>
        <w:rPr>
          <w:lang w:eastAsia="zh-CN"/>
        </w:rPr>
        <w:t>　　今天，是我们军训的第二天，早上起来，就觉得腰酸腿疼腿抽筋，浑身动弹不得似的，从窗户里探出头，哇，有一点冷，就穿上了冬季校服，吃过早饭，就匆匆去了学校。</w:t>
      </w:r>
      <w:r>
        <w:rPr>
          <w:lang w:eastAsia="zh-CN"/>
        </w:rPr>
        <w:br/>
      </w:r>
      <w:r>
        <w:rPr>
          <w:lang w:eastAsia="zh-CN"/>
        </w:rPr>
        <w:t>　　来到学校，下起了蒙蒙小雨，本来是上课，数学老师都来了，可是消息传来，军训继续，看到外面呼呼的大风，可想到昨天军训时候得满头大汗，无知的我们竟把冬季校服给脱了，只穿这一个半截袖。刚出楼道们，就被冻得直打哆嗦。</w:t>
      </w:r>
      <w:r>
        <w:rPr>
          <w:lang w:eastAsia="zh-CN"/>
        </w:rPr>
        <w:br/>
      </w:r>
      <w:r>
        <w:rPr>
          <w:lang w:eastAsia="zh-CN"/>
        </w:rPr>
        <w:t>　　一会儿，教官来了，看他一点也不可怜我们，说在这种情况下磨练自己是最好的方式，我们全体晕倒</w:t>
      </w:r>
      <w:r>
        <w:rPr>
          <w:lang w:eastAsia="zh-CN"/>
        </w:rPr>
        <w:br/>
      </w:r>
      <w:r>
        <w:rPr>
          <w:lang w:eastAsia="zh-CN"/>
        </w:rPr>
        <w:t>　　20__年9月8日――第三天</w:t>
      </w:r>
      <w:r>
        <w:rPr>
          <w:lang w:eastAsia="zh-CN"/>
        </w:rPr>
        <w:br/>
      </w:r>
      <w:r>
        <w:rPr>
          <w:lang w:eastAsia="zh-CN"/>
        </w:rPr>
        <w:t>　　今天是第三天，好不容易熬过来两天，我看我的半条小命已经快没有了，昨天被沦成了落汤鸡，我看今天我要变成飞天鸭了!</w:t>
      </w:r>
      <w:r>
        <w:rPr>
          <w:lang w:eastAsia="zh-CN"/>
        </w:rPr>
        <w:br/>
      </w:r>
      <w:r>
        <w:rPr>
          <w:lang w:eastAsia="zh-CN"/>
        </w:rPr>
        <w:t>　　上午的训练说出来你都吓死，由于某些同学不停教官的军令我们被罚了9圈，天啊，惊人的数字，我对那些只顾自己而不顾别人的同学真是恨得咬牙切齿，跑下这9圈来，我看我都不能呼吸了，真想一头倒在操场上，睡上个一大觉。</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下午，我们六个班集合在一起，来了个大比拼在骄阳地下站了整整1个小时，直到从教官嘴里说出休息二字时，我们大家就都像刚从笼里放出的小鸟奔向自己珍爱的水，咕嘟咕嘟地喝起</w:t>
      </w:r>
      <w:r>
        <w:rPr>
          <w:lang w:eastAsia="zh-CN"/>
        </w:rPr>
        <w:br/>
      </w:r>
      <w:r>
        <w:rPr>
          <w:lang w:eastAsia="zh-CN"/>
        </w:rPr>
        <w:t>　　20__年9月9日――教官特写</w:t>
      </w:r>
      <w:r>
        <w:rPr>
          <w:lang w:eastAsia="zh-CN"/>
        </w:rPr>
        <w:br/>
      </w:r>
      <w:r>
        <w:rPr>
          <w:lang w:eastAsia="zh-CN"/>
        </w:rPr>
        <w:t>　　在军训期间，对于我们来说主要角色就是教官了，他不高的个头，黝黑的皮肤，看起来好像很严肃，但他有时候是很幽默的，经常在同学们累的时候逗大家笑，他从不用武力解决问题，所以，同学还是有点喜欢他的。~~~~</w:t>
      </w:r>
      <w:r>
        <w:rPr>
          <w:lang w:eastAsia="zh-CN"/>
        </w:rPr>
        <w:br/>
      </w:r>
      <w:r>
        <w:rPr>
          <w:lang w:eastAsia="zh-CN"/>
        </w:rPr>
        <w:t>　　记得教官说过，同学们和他能聚在一起就是一种缘份，所以，我们大家都要珍惜这份缘份。掉皮掉肉不掉队，流血流汗不流泪是他对我们要求。他还说，他要同学们永远记住他，而记住他的办法就是恨他，当时，同学们都哗的一声笑了!</w:t>
      </w:r>
      <w:r>
        <w:rPr>
          <w:lang w:eastAsia="zh-CN"/>
        </w:rPr>
        <w:br/>
      </w:r>
      <w:r>
        <w:rPr>
          <w:lang w:eastAsia="zh-CN"/>
        </w:rPr>
        <w:t>　　严肃+幽默+优秀=我们的教官</w:t>
      </w:r>
      <w:r>
        <w:rPr>
          <w:lang w:eastAsia="zh-CN"/>
        </w:rPr>
        <w:br/>
      </w:r>
      <w:r>
        <w:rPr>
          <w:lang w:eastAsia="zh-CN"/>
        </w:rPr>
        <w:t>　　20__年9月10日――第五天(结束)</w:t>
      </w:r>
      <w:r>
        <w:rPr>
          <w:lang w:eastAsia="zh-CN"/>
        </w:rPr>
        <w:br/>
      </w:r>
      <w:r>
        <w:rPr>
          <w:lang w:eastAsia="zh-CN"/>
        </w:rPr>
        <w:t>　　此时，是我们军训该结束的时候了，几天严格的军训生活马上就要结尾了。说是话，通过这几天，虽然辛苦，也流了不少汗，但我们也收获了不少，温室里的花朵得到了风霜雨打的磨练，懂事了，勇敢了，有毅力了</w:t>
      </w:r>
      <w:r>
        <w:rPr>
          <w:lang w:eastAsia="zh-CN"/>
        </w:rPr>
        <w:br/>
      </w:r>
      <w:r>
        <w:rPr>
          <w:lang w:eastAsia="zh-CN"/>
        </w:rPr>
        <w:t>　　下午，我们举行了大型汇报表演，全校师生将一睹我们五天的军训结果。我们班是第五个出场，有足够的时间观看了前面几个班的表演，得确实精彩，不同凡响啊!</w:t>
      </w:r>
      <w:r>
        <w:rPr>
          <w:lang w:eastAsia="zh-CN"/>
        </w:rPr>
        <w:br/>
      </w:r>
      <w:r>
        <w:rPr>
          <w:lang w:eastAsia="zh-CN"/>
        </w:rPr>
        <w:t>　　很快，我们班也登上舞台，顺利地完成了任务。随后，就是颁奖仪式了，当听到我们班是第一时，我们班沸腾了，大家高声呼喊，喊出了我们这几天来所有的怨气和快乐</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xml:space="preserve">    2024年高中军训感言和心得体会 篇4 </w:t>
      </w:r>
      <w:r>
        <w:rPr>
          <w:lang w:eastAsia="zh-CN"/>
        </w:rPr>
        <w:br/>
      </w:r>
      <w:r>
        <w:rPr>
          <w:lang w:eastAsia="zh-CN"/>
        </w:rPr>
        <w:t>　　唉，自宝的一夜狂欢害得我们一个个退化成熊猫了，随处可见黑眼圈，当教官告诉我们今天要进行厨工实践时，大家又兴奋得像猴子，我怎么总觉的我们在动物园里，被逼着耍把戏。</w:t>
      </w:r>
      <w:r>
        <w:rPr>
          <w:lang w:eastAsia="zh-CN"/>
        </w:rPr>
        <w:br/>
      </w:r>
      <w:r>
        <w:rPr>
          <w:lang w:eastAsia="zh-CN"/>
        </w:rPr>
        <w:t>　　我们兴匆匆的到菜市场采购去了，到了市场老大不是说这菜不好就是那菜不鲜，好像就他家种的菜最好。到最后菜都卖光了，我们只好挑了马铃薯，不过也因此获得最佳名字奖――条条大路通罗马获此殊荣，恩，自我陶醉一下!后话不提。我们准备了三菜一汤――水果拼盘，炒薯条，辣椒炒肉以及鸡蛋汤，蛮丰盛的。当我在写日记时，早上做饭的情景又浮现在我的脑海里，就如自宝的水果拼盘被那些好吃懒做的同学当场偷吃了，老大偷吃别组的水果，引起猴子过街，人人喊打，现在想来还挺有趣的。</w:t>
      </w:r>
      <w:r>
        <w:rPr>
          <w:lang w:eastAsia="zh-CN"/>
        </w:rPr>
        <w:br/>
      </w:r>
      <w:r>
        <w:rPr>
          <w:lang w:eastAsia="zh-CN"/>
        </w:rPr>
        <w:t>　　下午，我们到科艺宫去学习森林教护知识，比如，通气，人工呼吸，骨折包扎，颅骨包扎等，我们这才意识到安全知识的缺乏，后来老师还给了我实践的机会，佳佳的头被我包的不成样子了，好惭愧。</w:t>
      </w:r>
      <w:r>
        <w:rPr>
          <w:lang w:eastAsia="zh-CN"/>
        </w:rPr>
        <w:br/>
      </w:r>
      <w:r>
        <w:rPr>
          <w:lang w:eastAsia="zh-CN"/>
        </w:rPr>
        <w:t>　　晚上，教官带我们去狂欢――唱歌，我个人认为教官教学有方，为我们增加几分睡意。教官看冷场多时，又让我们跳企鹅舞，唉老师，你为什么夺去了我培养睡眠的机会，可怜我的脚，不是被后面的踢了，就是被前面的踩了。</w:t>
      </w:r>
      <w:r>
        <w:rPr>
          <w:lang w:eastAsia="zh-CN"/>
        </w:rPr>
        <w:br/>
      </w:r>
      <w:r>
        <w:rPr>
          <w:lang w:eastAsia="zh-CN"/>
        </w:rPr>
        <w:t>　　睡意甚浓，就写到这吧。</w:t>
      </w:r>
      <w:r>
        <w:rPr>
          <w:lang w:eastAsia="zh-CN"/>
        </w:rPr>
        <w:br/>
      </w:r>
      <w:r>
        <w:rPr>
          <w:lang w:eastAsia="zh-CN"/>
        </w:rPr>
        <w:t>　　7月30日</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星期五晴</w:t>
      </w:r>
      <w:r>
        <w:rPr>
          <w:lang w:eastAsia="zh-CN"/>
        </w:rPr>
        <w:br/>
      </w:r>
      <w:r>
        <w:rPr>
          <w:lang w:eastAsia="zh-CN"/>
        </w:rPr>
        <w:t>　　今天是我们在地球村活动的最后一天，也是最累的一天，要知原因，请听我慢慢道来。</w:t>
      </w:r>
      <w:r>
        <w:rPr>
          <w:lang w:eastAsia="zh-CN"/>
        </w:rPr>
        <w:br/>
      </w:r>
      <w:r>
        <w:rPr>
          <w:lang w:eastAsia="zh-CN"/>
        </w:rPr>
        <w:t>　　上午，教官带我们到野外捕捉昆虫，以备制作标本，天上的蜻蜓被惊得四处乱飞，捕虫网所到之处，皆无蜻蜓，那小小的昆虫，忽左忽右，往来翁忽，想跟俺玩人虫大战，你还太嫩了点，呔!看网，唉，没中。忙碌的不知所以然却只抓到1只，我只好望虫兴叹，看看他们五六只不在话下，嫉妒久了会得红眼病，算了，天上不行，地下来，抓几只蝗虫也行，到集合时战果累累，三蝗一蜓。</w:t>
      </w:r>
      <w:r>
        <w:rPr>
          <w:lang w:eastAsia="zh-CN"/>
        </w:rPr>
        <w:br/>
      </w:r>
      <w:r>
        <w:rPr>
          <w:lang w:eastAsia="zh-CN"/>
        </w:rPr>
        <w:t>　　后来老师教给我们制作标本的知识，以及带我们参观了标本馆，这里的飞禽野兽，制作技术之精湛，造形之完美给我们留下深刻印象。</w:t>
      </w:r>
      <w:r>
        <w:rPr>
          <w:lang w:eastAsia="zh-CN"/>
        </w:rPr>
        <w:br/>
      </w:r>
      <w:r>
        <w:rPr>
          <w:lang w:eastAsia="zh-CN"/>
        </w:rPr>
        <w:t>　　大家对与最后的午餐毫不客气，都想在最后一餐吃个痛快，各个心照不宣的大吃大喝，也不枉我们的高价实践</w:t>
      </w:r>
      <w:r>
        <w:rPr>
          <w:lang w:eastAsia="zh-CN"/>
        </w:rPr>
        <w:br/>
      </w:r>
      <w:r>
        <w:rPr>
          <w:lang w:eastAsia="zh-CN"/>
        </w:rPr>
        <w:t>　　到现在为止，我们的地球村之旅也结束了，好留念啊!</w:t>
      </w:r>
      <w:r>
        <w:rPr>
          <w:lang w:eastAsia="zh-CN"/>
        </w:rPr>
        <w:br/>
      </w:r>
      <w:r>
        <w:rPr>
          <w:lang w:eastAsia="zh-CN"/>
        </w:rPr>
        <w:t xml:space="preserve">    2024年高中军训感言和心得体会 篇5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犹记那一夜带着我们找了一块光照的地方搬了马扎坐下。说是要参加歌咏比赛。经过讨论，教官决定教我们一首这样的军歌“风平浪静的日子，你不会认识我，我的绿军装是最普通的颜色;花好月圆的时刻你不会留心我，我的红帽徽在远方默默闪烁……假如有一天，风与雨来，风雨中会显出我军人的本色……”教官用他那低沉的声音用力唱着。我们一边跟唱，一般沉入了那委婉而又真挚的歌声中。渐渐的，我体会到了军人的那种默默无闻和那种无私奉献的精神。是啊，在风平浪静的日子里，我们有多少人会想起那些可爱的军人啊，想起在发生危难时，军人们不怕艰难，挺身而出，奋勇向前的抵挡自然灾害，救民于水火。想起他们为了保家卫国吃了多少苦，流了多少血汗。然而，他们毫不在乎，仍执着的奉献自己。教官那低沉的声音“我希望大家能体会这些，体会我们军人，把这歌唱得——有感情一些吧。”他得声音有点颤。顿时，我们沉默了。天越来越暗，只有星星在远方默默闪烁，像那些军人。歌声在耳边回荡。想起那些军人心中不禁有种酸酸的感觉……</w:t>
      </w:r>
      <w:r>
        <w:rPr>
          <w:lang w:eastAsia="zh-CN"/>
        </w:rPr>
        <w:br/>
      </w:r>
      <w:r>
        <w:rPr>
          <w:lang w:eastAsia="zh-CN"/>
        </w:rPr>
        <w:t>　　还有那次教官组织我们去看电影《冲出亚马逊》。讲述了两个中国军人克服种.种艰难，接受了一些常人难以忍受的魔鬼式的训练，他们互相帮助，最终以优异的成绩从猎人学校毕业。在面对困难时，他们只有一个信念：我就是中国，我要以我的行动为中国争光。他们心里装的是祖国，行动为了的是祖国。军人的爱国主义精神感染了我。在他的感染下，我觉得教官们的身影一下子高大起来了。</w:t>
      </w:r>
      <w:r>
        <w:rPr>
          <w:lang w:eastAsia="zh-CN"/>
        </w:rPr>
        <w:br/>
      </w:r>
      <w:r>
        <w:rPr>
          <w:lang w:eastAsia="zh-CN"/>
        </w:rPr>
        <w:t>　　还有一次，在早操跑步时，我有一个同学的眼镜掉到操场上找不到了。于是他拜托了一位教官帮他找。那个同学已经做好找不到的准备，正在发愁。没想到过了一会儿那个教官竟传来信——找到了!那么大的操场，他真的弯着腰仔细地找了个遍。我那同学十分感动，要去谢谢他，我也跟着去了。只见教官那黝黑朴实的脸，笑了笑“不用谢”。他是那么的朴实，诚恳，尽显出军人的本色。</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几日后，我恋恋不舍的离开了基地，但那些军人的事情仍然在我心头荡漾。我知道，我是真的被那些可爱的军人感动了。这次军训让我获益良多。</w:t>
      </w:r>
      <w:r>
        <w:rPr>
          <w:lang w:eastAsia="zh-CN"/>
        </w:rPr>
        <w:br/>
      </w:r>
      <w:r>
        <w:rPr>
          <w:lang w:eastAsia="zh-CN"/>
        </w:rPr>
        <w:t xml:space="preserve">    2024年高中军训感言和心得体会 篇6 </w:t>
      </w:r>
      <w:r>
        <w:rPr>
          <w:lang w:eastAsia="zh-CN"/>
        </w:rPr>
        <w:br/>
      </w:r>
      <w:r>
        <w:rPr>
          <w:lang w:eastAsia="zh-CN"/>
        </w:rPr>
        <w:t>　　九月上旬，天气慢慢远离酷暑，慢慢地，迎回了寒冬。几场蒙蒙的秋雨后，酷暑便近乎于奄奄一息了，已再无法找寻炎热的踪迹。在这中秋之前，我们完成了高中第一堂课——军训。</w:t>
      </w:r>
      <w:r>
        <w:rPr>
          <w:lang w:eastAsia="zh-CN"/>
        </w:rPr>
        <w:br/>
      </w:r>
      <w:r>
        <w:rPr>
          <w:lang w:eastAsia="zh-CN"/>
        </w:rPr>
        <w:t>　　中招结束，未免有点心理放松。在为期两个月的暑假生活中，在家里吃喝玩乐，体质也难免急剧下降，甚至家门也很少出去，天天只是往返于餐桌-电脑-床三点一线。然而，暑假尾声已悄悄临近，新的高中征程又开始了，第一步，要面对的便是艰苦的军训。</w:t>
      </w:r>
      <w:r>
        <w:rPr>
          <w:lang w:eastAsia="zh-CN"/>
        </w:rPr>
        <w:br/>
      </w:r>
      <w:r>
        <w:rPr>
          <w:lang w:eastAsia="zh-CN"/>
        </w:rPr>
        <w:t>　　来到新的学校，到了新的班级，见了新的同学，认识了新的老师，一切的一切都是全新的，都需要去适应，然而军训却紧紧跟来。我们的教官名叫李智，是信息工程大学的大三的学生，非常年轻，很精神，面容和蔼，我们那焦热的心终于获得了些许的降温，反而充满了对未来七天的憧憬与期待。</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我们的教官很独特。每天军训开始后，必要练习的一个项目，便是站军姿。一开始我们都不理解，觉得真的很累，能站上五分钟都算是不错了，太阳在上空炙烤着我们的肌肤，就连凉爽的清风也不敢触碰太阳的威严，汗水一滴一滴的从皮肤中渗出，眼前微晕，十分不适，那短短的五分钟对于我们来说简直像过了五年一样漫长。然而站完军姿后，训练的时候竟是那样的`轻松，我内心不禁惊讶于军姿的联系为我们之后的训练所带来的益处，之后不论是多么的苦痛，我都能将它坚持下来了。</w:t>
      </w:r>
      <w:r>
        <w:rPr>
          <w:lang w:eastAsia="zh-CN"/>
        </w:rPr>
        <w:br/>
      </w:r>
      <w:r>
        <w:rPr>
          <w:lang w:eastAsia="zh-CN"/>
        </w:rPr>
        <w:t>　　以后的训练日渐艰苦，训练前的军姿时间也在慢慢延长，到最后，甚至连二十分钟也能坚持下来了，站军姿变成了消遣解脱的途径，每每站军姿的时候，心情往往是那样的舒畅，因为我们学会了去坚持，去咬着牙磨砺自己的意志，坚持下去，总会收获金秋的曙光。</w:t>
      </w:r>
      <w:r>
        <w:rPr>
          <w:lang w:eastAsia="zh-CN"/>
        </w:rPr>
        <w:br/>
      </w:r>
      <w:r>
        <w:rPr>
          <w:lang w:eastAsia="zh-CN"/>
        </w:rPr>
        <w:t>　　军训内容要求相当高，想要整齐划一，队列完整美观，就必须每个人的辛勤努力，需要每个人将每一个动作做到位，一步一脚印，每一简单的步骤都需要刻苦的练习，每一个步骤都要力争完美，要脚踏实地，不能有丝毫偷懒的想法，否则将会前功尽弃。这就需要团结，需要大家心往一处想，劲往一处使，学会照顾他人，就像我们所唱的那首耳熟能详的军歌《团结就是力量》所说的一样。</w:t>
      </w:r>
      <w:r>
        <w:rPr>
          <w:lang w:eastAsia="zh-CN"/>
        </w:rPr>
        <w:br/>
      </w:r>
      <w:r>
        <w:rPr>
          <w:lang w:eastAsia="zh-CN"/>
        </w:rPr>
        <w:t>　　军训结束，新一轮的艰苦学习生活又要开始了，我们又走上了新的道路。中招的痛苦与失落先不管他，明天，仍有灿烂千阳，每一天都是如此完美的一天，我相信，七天的军训必将伴我们三年，陪我们共度风风雨雨。</w:t>
      </w:r>
      <w:r>
        <w:rPr>
          <w:lang w:eastAsia="zh-CN"/>
        </w:rPr>
        <w:br/>
      </w:r>
      <w:r>
        <w:rPr>
          <w:lang w:eastAsia="zh-CN"/>
        </w:rPr>
        <w:t>　　三年磨一剑，高考见分晓。不能再让父母失望了，相信自己，我能行。</w:t>
      </w:r>
      <w:r>
        <w:rPr>
          <w:lang w:eastAsia="zh-CN"/>
        </w:rPr>
        <w:br/>
      </w:r>
      <w:r>
        <w:rPr>
          <w:lang w:eastAsia="zh-CN"/>
        </w:rPr>
        <w:t xml:space="preserve">    2024年高中军训感言和心得体会 篇7 </w:t>
      </w:r>
      <w:r>
        <w:rPr>
          <w:lang w:eastAsia="zh-CN"/>
        </w:rPr>
        <w:br/>
      </w:r>
      <w:r>
        <w:rPr>
          <w:lang w:eastAsia="zh-CN"/>
        </w:rPr>
        <w:t>　　又是一年军训时，看到刚入学的新生们在操场上进行军训，我的思绪不免随风飘向远方</w:t>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xml:space="preserve"> 犹记得那是一个晴朗的天气，万里无云，偶尔吹来的清风如母亲的手掌轻拂过脸颊一样。开学前夕，我们进行了为期一周的军训，借此来锻炼我们的自立和自理能力。</w:t>
      </w:r>
      <w:r>
        <w:rPr>
          <w:lang w:eastAsia="zh-CN"/>
        </w:rPr>
        <w:t xml:space="preserve"> 感动</w:t>
      </w:r>
      <w:r>
        <w:rPr>
          <w:lang w:eastAsia="zh-CN"/>
        </w:rPr>
        <w:t xml:space="preserve"> 皓日当空，骄阳似火，我们正在练习站姿。阳光穿过大气层，透过尘埃，从头顶的树叶的缝隙中照在我们身上，形成耀眼的光斑。我们此刻已经站了足足有十分钟，一直保持着这个姿势：身体前倾，脚后跟并拢，前脚分开，双手放在大腿两侧，中指紧贴裤缝，抬头，挺胸，收腹。汗水顺着额头往下淌，慢慢的，慢慢的，越来越大，越来越重，啪一声掉在地上，在这宁静的午后显得格外响亮。</w:t>
      </w:r>
      <w:r>
        <w:rPr>
          <w:lang w:eastAsia="zh-CN"/>
        </w:rPr>
        <w:t xml:space="preserve"> 也有少许的汗水跑到眼中，使的眼睛睁不开，只能眯着眼睛。</w:t>
      </w:r>
      <w:r>
        <w:rPr>
          <w:lang w:eastAsia="zh-CN"/>
        </w:rPr>
        <w:br/>
      </w:r>
      <w:r>
        <w:rPr>
          <w:lang w:eastAsia="zh-CN"/>
        </w:rPr>
        <w:t>　　这时从旁边伸出一只手，用纸巾轻轻拂去我额上的汗水。我用眼角的余光看到她又往其他同学身边走去，做了相同的动作。这一刻，我无比感动，为有这样一个体贴的老师而感动! 友谊 小白是我新认识的朋友，其实他本身并不白，反而特别黑，但是别人却总爱叫他小白。小白和我特别投缘，所以没几天我们就打成一片。 每次吃饭时，小白总是和我挨在一块。平时为了防暑，食堂里准备了绿豆汤，小白每次都会盛两大碗，给我一碗，自己一碗。我爱吃食堂里的豆腐乳，可是总共也就五块，十个人平均每人分不了多少。小白知道我爱吃，每次总是把自己的那份给我，我推辞不要，他却说：没事，反正我不爱吃，刚好你帮我一块解决了吧! 傻小白，你以为我不知道么?你根本不是不爱吃，而是不舍得吃。</w:t>
      </w:r>
      <w:r>
        <w:rPr>
          <w:lang w:eastAsia="zh-CN"/>
        </w:rPr>
        <w:br/>
      </w:r>
      <w:r>
        <w:rPr>
          <w:lang w:eastAsia="zh-CN"/>
        </w:rPr>
        <w:t>　　其实我知道，我一直都知道!</w:t>
      </w:r>
      <w:r>
        <w:rPr>
          <w:lang w:eastAsia="zh-CN"/>
        </w:rPr>
        <w:t xml:space="preserve"> 团结</w:t>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xml:space="preserve"> 军训最后一天，我们举行了打水仗。以班级为单位，双双对打。我们班对战二班，可谁知，上场没一会儿，我们就败下阵来，原因是他们的火力太猛了，而我们的资源根本供应不上。眼看那些装满水的气球就要落在我们身上，我们吓得连连往后退，闭上眼，等待着变成落汤鸡。可奇怪的是我们迟迟没有感到水球的亲吻，睁眼一看，原来是我们班的男同学跑到了前面，用身体挡下了本应落在我们身上的水球。</w:t>
      </w:r>
      <w:r>
        <w:rPr>
          <w:lang w:eastAsia="zh-CN"/>
        </w:rPr>
        <w:t xml:space="preserve"> 我们女生大为感动，一瞬间仿佛充满了动力。我们分成两拨，一拨准备水球，一拨运送。在我们的齐心协力下，局势开始慢慢扭转，最终我们赢得了此次大战的胜利。我们抱在一起，叫喊着，欢呼着，雀跃着!</w:t>
      </w:r>
      <w:r>
        <w:rPr>
          <w:lang w:eastAsia="zh-CN"/>
        </w:rPr>
        <w:t xml:space="preserve"> 一二三四一声嘹亮的呐喊声将我从回忆中拉回，看到他们刻苦的训练，我仿佛又看到了那年阳光下的我们。</w:t>
      </w:r>
      <w:r>
        <w:rPr>
          <w:lang w:eastAsia="zh-CN"/>
        </w:rPr>
        <w:br/>
      </w:r>
      <w:r>
        <w:rPr>
          <w:lang w:eastAsia="zh-CN"/>
        </w:rPr>
        <w:t xml:space="preserve">    2024年高中军训感言和心得体会 篇8 </w:t>
      </w:r>
      <w:r>
        <w:rPr>
          <w:lang w:eastAsia="zh-CN"/>
        </w:rPr>
        <w:br/>
      </w:r>
      <w:r>
        <w:rPr>
          <w:lang w:eastAsia="zh-CN"/>
        </w:rPr>
        <w:t>　　军训让我懂得了吃苦。心里经常叨念着：流血、流汗、不流泪的口号，这是怎样的一种人生毅志!流云飘过训练基地上空的苍穹，太阳依旧不解人情。在烈日下的我们，个个都汗流浃背，虽然时常有水补充，但豆大的汗珠依旧接二连三的从额头流过脸颊，然后轻轻地落在了每个人的上衣上，于是洁白的t-恤衫很快就被汗水浸湿了，但无论怎样受烈日的煎熬，我们每位同学都没有退怯，站军姿时，个个都纹丝不动，真的达到了站如松的最高境界。</w:t>
      </w:r>
      <w:r>
        <w:rPr>
          <w:lang w:eastAsia="zh-CN"/>
        </w:rPr>
        <w:br/>
      </w:r>
      <w:r>
        <w:rPr>
          <w:lang w:eastAsia="zh-CN"/>
        </w:rPr>
        <w:t>　　军训又让我学会了团结。《团结就是力量》唱出了我们的心声，也唱出了彼此的友谊。在艰苦的训练过程中，每个人的一举一动不仅代表了个人，也代表了我们五班的形象。因此，这时候，学会团结是成功迈出的第一步。</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军训又让我拥有了自信。之前做事犹豫不决的我，在艰苦的军训生活里重新清晰地认清了自我，原来，只要拥有自信坚持自己是最棒的，就可以完美地做好每一件事，哪怕是再艰巨的任务，也会做的出色、精彩。</w:t>
      </w:r>
      <w:r>
        <w:rPr>
          <w:lang w:eastAsia="zh-CN"/>
        </w:rPr>
        <w:br/>
      </w:r>
      <w:r>
        <w:rPr>
          <w:lang w:eastAsia="zh-CN"/>
        </w:rPr>
        <w:t xml:space="preserve">    2024年高中军训感言和心得体会 篇9 </w:t>
      </w:r>
      <w:r>
        <w:rPr>
          <w:lang w:eastAsia="zh-CN"/>
        </w:rPr>
        <w:br/>
      </w:r>
      <w:r>
        <w:rPr>
          <w:lang w:eastAsia="zh-CN"/>
        </w:rPr>
        <w:t>　　军训是快乐的。教官都是我们的学长，跟着他们，我们可以学到许多从别的地方学不到的东西。中秋晚会大家集思广益，大展身手，个个身上都有自己的独门才艺。平时在宿舍，有同学生病，大家都相互问候，相互帮助，建立了深厚的友谊。</w:t>
      </w:r>
      <w:r>
        <w:rPr>
          <w:lang w:eastAsia="zh-CN"/>
        </w:rPr>
        <w:br/>
      </w:r>
      <w:r>
        <w:rPr>
          <w:lang w:eastAsia="zh-CN"/>
        </w:rPr>
        <w:t>　　军训是辛苦的。晚上回到宿舍之后，双腿酸痛，浑身没劲，一个个都瘫到床上，揉自己的腿或直接睡去，但所有人都在勇敢坚持。作为二十一世纪的主人，肩负着祖国寄予我们的伟大重任。已经过了天真烂漫的年纪，步入青年的行列，就应不断完善自己的思维方式，提高自己的做事效率，为家庭、为学校乃至国家，贡献出自己的一份力量。军训就像是长鞭，它的艰辛，它的酸甜苦辣，将是对我们最好的鞭策，在这种鞭策下，我们将磨练出坚强的意志，培养出吃苦耐劳的精神。</w:t>
      </w:r>
      <w:r>
        <w:rPr>
          <w:lang w:eastAsia="zh-CN"/>
        </w:rPr>
        <w:br/>
      </w:r>
      <w:r>
        <w:rPr>
          <w:lang w:eastAsia="zh-CN"/>
        </w:rPr>
        <w:t>　　军训是我们人生中的一次历练。毕竟宝剑锋从磨砺出，梅花香自苦寒来，吃得苦中苦，方为人上人，这是我们大学生活最精彩的开端，我们将从中不断完善自己，提高自己，同时也对未来充满了信心。从此之后我们会更加体谅父母，理解老师，懂得忍耐与接受。一起为自己加油吧!相信我们这一代志在四方的好儿女，一定会大有作为!</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xml:space="preserve">    2024年高中军训感言和心得体会 篇10 </w:t>
      </w:r>
      <w:r>
        <w:rPr>
          <w:lang w:eastAsia="zh-CN"/>
        </w:rPr>
        <w:br/>
      </w:r>
      <w:r>
        <w:rPr>
          <w:lang w:eastAsia="zh-CN"/>
        </w:rPr>
        <w:t>　　送走了酷暑，我们迎来了丰收的金秋。随着时间的流逝，我们的军训就要接近尾声了，但在这期间有许多值得我回忆的事情</w:t>
      </w:r>
      <w:r>
        <w:rPr>
          <w:lang w:eastAsia="zh-CN"/>
        </w:rPr>
        <w:br/>
      </w:r>
      <w:r>
        <w:rPr>
          <w:lang w:eastAsia="zh-CN"/>
        </w:rPr>
        <w:t>　　就在军训的第三天，我们的教官对待我们就不再像军训的前两天那样客气了，我们深深地体会到了什么叫做魔鬼训练。</w:t>
      </w:r>
      <w:r>
        <w:rPr>
          <w:lang w:eastAsia="zh-CN"/>
        </w:rPr>
        <w:br/>
      </w:r>
      <w:r>
        <w:rPr>
          <w:lang w:eastAsia="zh-CN"/>
        </w:rPr>
        <w:t>　　首先当同学们刚到操场时，教官就不像前几天那样客气了，他让我们将水杯放好后就排好队站立十五分钟，也不知是怎么回事，当大家在站的时侯就好像在度日，我心里一直在想：怎么这十五分钟就那么长呢?</w:t>
      </w:r>
      <w:r>
        <w:rPr>
          <w:lang w:eastAsia="zh-CN"/>
        </w:rPr>
        <w:br/>
      </w:r>
      <w:r>
        <w:rPr>
          <w:lang w:eastAsia="zh-CN"/>
        </w:rPr>
        <w:t>　　终于熬过了那漫长的十五分钟后，本以为教官会让我们休息一下子，没想到他直接就让我们开始学习新的课程，这个新的课程其实就是我们前几天学的齐步与正步的结合，只不过在变换的方面有点困难，虽说是有一点困难但我们练了一整天也没有练得特别好，不是快了就是慢了，教官看了便单独训练我们的步伐一致性，等到我们快慢训练的不错时，又有新的问题出现了，总之，第三天的训练不是一帆风顺。最终老师和教官为了彻底将我们训练好也算是拼了命，我们也终于不辱使命完成了这个高难度的动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最让我难忘的事情便是听讲座了，这次演讲主要有三个人，在这三个人当中其中有两位便是刚刚毕业的高三的学姐，她们分别以优异的成绩考入了北京大学和复旦大学，在她们的演讲当中我听到的最多的词语便是勤奋这二字了。是啊，那么多的好学生并不是因为他们的天赋特别高，我承认也有那样的同学但是那毕竟是少数，大多数的同学的智商都是差不多的，所以成绩好都是刻苦出来的，因此我也从这次的演讲学到了很多有关于好学生平时学习的方法同时也了解到了他们学习的态度了。</w:t>
      </w:r>
      <w:r>
        <w:rPr>
          <w:lang w:eastAsia="zh-CN"/>
        </w:rPr>
        <w:br/>
      </w:r>
      <w:r>
        <w:rPr>
          <w:lang w:eastAsia="zh-CN"/>
        </w:rPr>
        <w:t>　　夕阳西下，落日的余晖洒满了整个操场，望着这个使人有无限遐想的世界，我的思绪似乎飞到了遥远的天空：是啊，若是没有勤奋的话，哪来的好成绩啊，难道他们都没抱着一丝不苟的学习态度去学习吗?我想不是的。因此我该用自己的行动去证明，是吧!</w:t>
      </w:r>
      <w:r>
        <w:rPr>
          <w:lang w:eastAsia="zh-CN"/>
        </w:rPr>
        <w:br/>
      </w:r>
      <w:r>
        <w:rPr>
          <w:lang w:eastAsia="zh-CN"/>
        </w:rPr>
        <w:t xml:space="preserve">    2024年高中军训感言和心得体会 篇11 </w:t>
      </w:r>
      <w:r>
        <w:rPr>
          <w:lang w:eastAsia="zh-CN"/>
        </w:rPr>
        <w:br/>
      </w:r>
      <w:r>
        <w:rPr>
          <w:lang w:eastAsia="zh-CN"/>
        </w:rPr>
        <w:t>　　在这烈日炎炎、骄阳似火的夏天，为期6天的军训拉开了帷幕。在军训的这几天里，站在烈日下我们感到又漫长，又短暂，既充满了艰辛也充满了快乐，现在6天过去了，我忽然发现，我更多的是留恋与不舍。</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的确，军训是辛苦的，回想训练时因为站得笔直而酸痛的背，因为天气的炎热而流满汗水的额头，因为阳光的照射而变黑的脸颊，还有一件件被汗水浸湿的的衣衫。军训是美好的，出入高中的我们对身边陌生的同学都有所不熟悉，军训使来自不同学校的同学更加团结一心，面对困难，彼此熟络起来。还有教官/老师们严肃又关切的面容，都是这些天军训给我的记忆军训是一个过程，一个考验自我，磨练自我的过程，大家都咬紧牙关，不到万不得已绝不停止训练，有多少人是在烈日下站着倒下去的，又有多少人是在教官的劝说下才去旁边休息的。面对如此具有挑战性的军训，我当然也有退缩的时候，但我用我的坚强的意志坚持了下来，并且顺利地克服了它。要知道军训本来就是磨练意志，锻炼身体，那么，怎么能放弃呢?想到这，我都会咬咬牙，挺过去。或许这些不是苦，而是一种收获，一种让我受益终生的收获，我收获的是耐力，是坚毅，是勇敢，是不屈，是团队精神。无论今后我做什么，想到今天的苦与乐，一切艰难险阻都变得无所谓了。这样才是真正达到军训的目的了吧。</w:t>
      </w:r>
      <w:r>
        <w:rPr>
          <w:lang w:eastAsia="zh-CN"/>
        </w:rPr>
        <w:br/>
      </w:r>
      <w:r>
        <w:rPr>
          <w:lang w:eastAsia="zh-CN"/>
        </w:rPr>
        <w:t>　　在大家整齐的脚步声，高昂的口号声中，我体会到了团结的欢乐，从铿锵的军歌中，我体会了奋进的快乐，当我们队列经过一整天的训练，最终受到教官的表扬时，我们满足而自豪的笑了，当我们和隔壁班一同拉歌时，我们感受到集体的温暖和力量。想到教官的喉咙已沙哑，然而还是有力地喊着口令训练时他像所有教官一样严厉，注重纪律，然而却又多了一份细心，对每个同学尽其关爱，在定军姿的时候帮每个同学擦汗。由于资源有限，就只能用帽子代替纸巾，眼中反佛看到了当年的自己，这些细节在我们心中都漾起一层暖意。</w:t>
      </w:r>
      <w:r>
        <w:rPr>
          <w:lang w:eastAsia="zh-CN"/>
        </w:rPr>
        <w:br/>
      </w:r>
      <w:r>
        <w:rPr>
          <w:lang w:eastAsia="zh-CN"/>
        </w:rPr>
        <w:t>　　6天，过得如此之快，转眼军训结束了，感受最多的还是我们坚持不懈、永不放弃的精神和教官关切的目光。也许军训的时光短暂，也许这样的时光一去不复返。但在军训中收获到的知识和教官英挺的背影是我不会抹去的美好记忆。</w:t>
      </w:r>
      <w:r>
        <w:rPr>
          <w:lang w:eastAsia="zh-CN"/>
        </w:rPr>
        <w:br/>
      </w:r>
      <w:r>
        <w:rPr>
          <w:lang w:eastAsia="zh-CN"/>
        </w:rPr>
        <w:t xml:space="preserve">    2024年高中军训感言和心得体会 篇12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随着开训典礼的进行，一个类似于《星梦缘》中的魔鬼训练就业将随之展开。在这之前，从9点开始的领导讲话、教官和学生代表宣誓，到人民解放军1109部队的表演，咱脚都酸了。不过教官那几个方阵才叫整齐，连军体拳都感觉像是一个人在表演，整个表演方阵博得了阵阵掌声，我事故发自内心地佩服，这些都是在风雨烈日下训练出来的，着实给我们提了个醒，要想收获，必须付出。</w:t>
      </w:r>
      <w:r>
        <w:rPr>
          <w:lang w:eastAsia="zh-CN"/>
        </w:rPr>
        <w:br/>
      </w:r>
      <w:r>
        <w:rPr>
          <w:lang w:eastAsia="zh-CN"/>
        </w:rPr>
        <w:t>　　当开训典礼结束，我们的训练也在紧锣密鼓地准备中，只要每个班安排的教官和班集体见了面，长达12天的艰苦训练就被打响了正式训练的第一枪。传授了站姿的要领后，一声立正把我们定格在了那一个姿势里。</w:t>
      </w:r>
      <w:r>
        <w:rPr>
          <w:lang w:eastAsia="zh-CN"/>
        </w:rPr>
        <w:br/>
      </w:r>
      <w:r>
        <w:rPr>
          <w:lang w:eastAsia="zh-CN"/>
        </w:rPr>
        <w:t>　　第一次，5分钟;名曰找感觉;</w:t>
      </w:r>
      <w:r>
        <w:rPr>
          <w:lang w:eastAsia="zh-CN"/>
        </w:rPr>
        <w:br/>
      </w:r>
      <w:r>
        <w:rPr>
          <w:lang w:eastAsia="zh-CN"/>
        </w:rPr>
        <w:t>　　第二次，20分钟。然而教官开始说只有5分钟，却站了4个5分钟，后来他结束道：这是给我们希望。晕!</w:t>
      </w:r>
      <w:r>
        <w:rPr>
          <w:lang w:eastAsia="zh-CN"/>
        </w:rPr>
        <w:br/>
      </w:r>
      <w:r>
        <w:rPr>
          <w:lang w:eastAsia="zh-CN"/>
        </w:rPr>
        <w:t>　　继高一军训后三年的进提那，我们发现一句更有道理的话：希望越大，失望越大。有一部分人，晕了。这部分人里，幸好，暂时，还没有我。</w:t>
      </w:r>
      <w:r>
        <w:rPr>
          <w:lang w:eastAsia="zh-CN"/>
        </w:rPr>
        <w:br/>
      </w:r>
      <w:r>
        <w:rPr>
          <w:lang w:eastAsia="zh-CN"/>
        </w:rPr>
        <w:t>　　还有一件需要提到的事。今天上午，下着雨，间断性地下的，不过下得还比较大。</w:t>
      </w:r>
      <w:r>
        <w:rPr>
          <w:lang w:eastAsia="zh-CN"/>
        </w:rPr>
        <w:br/>
      </w:r>
      <w:r>
        <w:rPr>
          <w:lang w:eastAsia="zh-CN"/>
        </w:rPr>
        <w:t>　　上午的雨相对于下午的雨来说，真是小巫见大巫，因为上午的雨没能够阻止我们正常训练，而下午，教官只能在大礼堂给我们讲国防知识，将近一个小时的演讲，让全身湿透的我们昏昏欲睡。当教官让大家到寝室等待指导整理内务的特赦令后，我们又冒着大得我不知道怎么比喻的雨回到了寝室看着杂志，等着教官的到来</w:t>
      </w:r>
      <w:r>
        <w:rPr>
          <w:lang w:eastAsia="zh-CN"/>
        </w:rPr>
        <w:br/>
      </w:r>
      <w:r>
        <w:rPr>
          <w:lang w:eastAsia="zh-CN"/>
        </w:rPr>
        <w:t>　　但是，今天下午的雨，也的确让不少人兴奋了一回。</w:t>
      </w:r>
      <w:r>
        <w:rPr>
          <w:lang w:eastAsia="zh-CN"/>
        </w:rPr>
        <w:br/>
      </w:r>
      <w:r>
        <w:rPr>
          <w:lang w:eastAsia="zh-CN"/>
        </w:rPr>
        <w:t xml:space="preserve">    2024年高中军训感言和心得体会 篇13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河流没有跌宕起伏就不再壮美，山川没有悬崖峭壁就不再险峻，大海没有惊涛骇浪就不再壮阔，同样的道理，人生没有挫折没有磨难就不再坚强。樱花如果没有百花争艳我先开的气魄，就不会成为美丽春天里的一枝独秀;人如果没有坚持到底的毅力，就不会成为紧张军训中的一颗闪亮的恒星。</w:t>
      </w:r>
      <w:r>
        <w:rPr>
          <w:lang w:eastAsia="zh-CN"/>
        </w:rPr>
        <w:br/>
      </w:r>
      <w:r>
        <w:rPr>
          <w:lang w:eastAsia="zh-CN"/>
        </w:rPr>
        <w:t>　　在大家眼里，军训的内容看上去是单调的。每天都做着一样的动作，心中抱怨着自己的汗水在炙热的太阳下白流了好几天。在教官的标准指导下，慢慢地发现自己和同学平时的习惯如此别扭。纠正错误永远是困难的，炽热的太阳似乎为了惩罚我们这群有坏习惯的孩子，燃烧了自己每一寸的肌肤。不过努力的力量是巨大的，错误也不会永恒不灭。虽然距离教官的标准还有一定差距，但是进步的欣喜摆在了每个人的眼前。</w:t>
      </w:r>
      <w:r>
        <w:rPr>
          <w:lang w:eastAsia="zh-CN"/>
        </w:rPr>
        <w:br/>
      </w:r>
      <w:r>
        <w:rPr>
          <w:lang w:eastAsia="zh-CN"/>
        </w:rPr>
        <w:t>　　当然，军训也不单单总是枯燥无味的，每天的唱歌环节都是单调的军训中的调节剂。在唱歌中听到的除了同学们“原始的吼声”，那就是欢笑声。每一丝的欢笑声都能将要崩溃的身体唤醒。</w:t>
      </w:r>
      <w:r>
        <w:rPr>
          <w:lang w:eastAsia="zh-CN"/>
        </w:rPr>
        <w:br/>
      </w:r>
      <w:r>
        <w:rPr>
          <w:lang w:eastAsia="zh-CN"/>
        </w:rPr>
        <w:t>　　我们抱着娱乐的心态，度过最轻松的十几分钟。</w:t>
      </w:r>
      <w:r>
        <w:rPr>
          <w:lang w:eastAsia="zh-CN"/>
        </w:rPr>
        <w:br/>
      </w:r>
    </w:p>
    <w:p w:rsidR="001B1F19" w14:textId="27C3F48A">
      <w:pPr>
        <w:rPr>
          <w:rFonts w:hint="eastAsia"/>
          <w:lang w:eastAsia="zh-CN"/>
        </w:rPr>
      </w:pPr>
      <w:r>
        <w:rPr>
          <w:lang w:eastAsia="zh-CN"/>
        </w:rPr>
        <w:t>　　军训的第一天开始了，我怀着一股强烈的好奇心。谁料，这一天却刮起呼呼凛冽的狂风。因此，我们只好待在教室里。下午，天气发生了巨大的变化，晴空万里，闷不透风的。教官叫我们做稍息立正这些动作。我觉得太好笑了，稍息立正这些简单容易的动作小学一年级就会了，干嘛还要学呀!可是，我们虽然会做，但却一点也不标准。原来，稍息立正也很讲究的。就拿立正来说吧，“两脚脚跟并拢，脚尖分开约六十度，腰挺直，两手……”</w:t>
      </w:r>
      <w:r>
        <w:rPr>
          <w:lang w:eastAsia="zh-CN"/>
        </w:rPr>
        <w:br/>
      </w:r>
      <w:r>
        <w:rPr>
          <w:lang w:eastAsia="zh-CN"/>
        </w:rPr>
        <w:t>　　我最讨厌的就是站军姿了。用立正的姿势站在原地，还要做到纹丝不动。一站就是二三十分钟。艳阳的照耀，让我感到无比的闷热。豆大的汗珠不断地流着，流过了我的脸颊，流过了我的嘴角，流进了我的心……我似乎感到这汗水是那么苦涩。此时此刻，我多么想放弃，但我还是坚决的告诉自己：你一定行的，不要半途而废，时间快到了，坚持就是胜利，坚持就是胜利，坚持……</w:t>
      </w:r>
      <w:r>
        <w:rPr>
          <w:lang w:eastAsia="zh-CN"/>
        </w:rPr>
        <w:br/>
      </w:r>
      <w:r>
        <w:rPr>
          <w:lang w:eastAsia="zh-CN"/>
        </w:rPr>
        <w:t>　　在这严肃、艰苦的军训中，也有令人喜悦的一刻。军训的第四天，指挥教官带领我们十二个班一起拉歌。每一个班都派一个能歌善舞的同学上台表演，表演者生动、活泼、幽默;观众也看得拍手称快。军训最后一天，汇操表演。我们初一(2)班的同学们都尽自己的一份力，为班争光。“功夫不负有心人”我们班荣获汇操表演第三名。这个奖凝聚了我们班每一位同学的努力和汗水。</w:t>
      </w:r>
      <w:r>
        <w:rPr>
          <w:lang w:eastAsia="zh-CN"/>
        </w:rPr>
        <w:br/>
      </w:r>
      <w:r>
        <w:rPr>
          <w:lang w:eastAsia="zh-CN"/>
        </w:rPr>
        <w:t>　　军训像个五味瓶，甜、酸、苦、辣、咸样样都有。军训是一堂心灵的课程，我们曾经学过一句诗“千磨万击还坚劲，任尔东西南北风。”只要我们有钢铁般的意志，坚韧不拔的精神，持之以恒的决心，就一定会战胜困难，做到自己认为不能做到的事。</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https://d.book118.com/947010146133006036</w:t>
        </w:r>
      </w:hyperlink>
    </w:p>
    <w:p w:rsidR="001B1F19">
      <w:pPr>
        <w:rPr>
          <w:rFonts w:hint="eastAsia"/>
          <w:lang w:eastAsia="zh-CN"/>
        </w:rPr>
      </w:pPr>
    </w:p>
    <w:sectPr>
      <w:type w:val="nextPage"/>
      <w:pgSz w:w="11906" w:h="16838"/>
      <w:pgMar w:top="1440" w:right="1800" w:bottom="1440" w:left="1800" w:header="851" w:footer="992" w:gutter="0"/>
      <w:pgNumType w:start="2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947010146133006036"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