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于读书的演讲稿集合（31篇）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于读书的演讲稿集合（精选31篇）</w:t>
      </w:r>
      <w:r>
        <w:rPr>
          <w:lang w:eastAsia="zh-CN"/>
        </w:rPr>
        <w:br/>
      </w:r>
      <w:r>
        <w:rPr>
          <w:lang w:eastAsia="zh-CN"/>
        </w:rPr>
        <w:t xml:space="preserve">    于读书的演讲稿集合 篇1 </w:t>
      </w:r>
      <w:r>
        <w:rPr>
          <w:lang w:eastAsia="zh-CN"/>
        </w:rPr>
        <w:br/>
      </w:r>
      <w:r>
        <w:rPr>
          <w:lang w:eastAsia="zh-CN"/>
        </w:rPr>
        <w:t>　　亲爱的同学们：</w:t>
      </w:r>
      <w:r>
        <w:rPr>
          <w:lang w:eastAsia="zh-CN"/>
        </w:rPr>
        <w:br/>
      </w:r>
      <w:r>
        <w:rPr>
          <w:lang w:eastAsia="zh-CN"/>
        </w:rPr>
        <w:t>　　歌德曾经说过：“读一本好书，就是和一位品德高尚的人谈话。”是的，读好书，就像结交了良师益友，使我们获益匪浅；读好书，就像沐浴在温暖的春风里，使我们心旷神怡；读好书，就像找到了快乐的源泉，使我们领悟到快乐的真谛！</w:t>
      </w:r>
      <w:r>
        <w:rPr>
          <w:lang w:eastAsia="zh-CN"/>
        </w:rPr>
        <w:br/>
      </w:r>
      <w:r>
        <w:rPr>
          <w:lang w:eastAsia="zh-CN"/>
        </w:rPr>
        <w:t>　　乘着一叶扁舟，我们遨游在书的海洋里，各式各样的书籍映入眼帘，使得我们眼花缭乱。</w:t>
      </w:r>
      <w:r>
        <w:rPr>
          <w:lang w:eastAsia="zh-CN"/>
        </w:rPr>
        <w:br/>
      </w:r>
      <w:r>
        <w:rPr>
          <w:lang w:eastAsia="zh-CN"/>
        </w:rPr>
        <w:t>　　翻开厚厚的历史书，古今的一幕幕掠过眼前。看到那闻名中外的四大发明的记载，心中油然而生出一种自豪之情，情不自禁地赞叹一句——中国人好样的！看到所记载的抗日战争时期，日本鬼子凶狠残暴的恶行，罄竹难书，令人发指，可谓人人得而诛之；同时也为那敢于抛头颅洒热血，英勇无畏的红军战士们所敬佩……</w:t>
      </w:r>
      <w:r>
        <w:rPr>
          <w:lang w:eastAsia="zh-CN"/>
        </w:rPr>
        <w:br/>
      </w:r>
      <w:r>
        <w:rPr>
          <w:lang w:eastAsia="zh-CN"/>
        </w:rPr>
        <w:t>　　历史记载书，不但让我们了解尘封已久的往事，也交给我们许多人生道理。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翻开散文书籍，给我们的不是一种沉重的感觉，相反，它带给我们的是一种清新脱俗，与众不同的感受。阅读朱自清的《背影》，虽然并没有什么华丽的词藻，通篇的语言都十分朴实，但字里行间无不渗透着父子间深沉的爱，读者为之深深感动。再试想在午后懒洋洋的阳光照耀下，你正拿着一杯花茶，捧着泰戈尔的《园丁集》——优美的词汇，细腻的感情，深远的'意境。那茶香书香融为一体，我们沉浸于此，给我们无穷的享受，让我们流连忘返……</w:t>
      </w:r>
      <w:r>
        <w:rPr>
          <w:lang w:eastAsia="zh-CN"/>
        </w:rPr>
        <w:t xml:space="preserve"> 散文，使我们从《繁星春水》中感受到那伟大而无私的母爱；从《乐观》中学会“不畏挫折，终将获胜”的信念；从《给亡妇》体会到夫妻间的深情。</w:t>
      </w:r>
      <w:r>
        <w:rPr>
          <w:lang w:eastAsia="zh-CN"/>
        </w:rPr>
        <w:br/>
      </w:r>
      <w:r>
        <w:rPr>
          <w:lang w:eastAsia="zh-CN"/>
        </w:rPr>
        <w:t>　　翻开名著，看到一个又一个跌宕起伏，扣人心弦的故事，让我们爱不释手。我们也从保尔身上学会了“钢铁精神”；从海伦的身上学会了勇敢战胜命运，永不低头的决心；被《巴黎圣母院》里爱斯梅拉达，加西莫多善良美好的心灵所感动……</w:t>
      </w:r>
      <w:r>
        <w:rPr>
          <w:lang w:eastAsia="zh-CN"/>
        </w:rPr>
        <w:br/>
      </w:r>
      <w:r>
        <w:rPr>
          <w:lang w:eastAsia="zh-CN"/>
        </w:rPr>
        <w:t>　　在此，我引用冰心奶奶说过的一句话：“读书好，好读书，读好书”。的确，书就像一座巨大的宝库，等着我们去挖掘；书就像指向标，指引我们前进的道路……书带给我们知识，教给我们道理。</w:t>
      </w:r>
      <w:r>
        <w:rPr>
          <w:lang w:eastAsia="zh-CN"/>
        </w:rPr>
        <w:br/>
      </w:r>
      <w:r>
        <w:rPr>
          <w:lang w:eastAsia="zh-CN"/>
        </w:rPr>
        <w:t>　　读书，充满了乐趣，就让我们在读书中共同寻找快乐的源泉吧！谢谢大家！</w:t>
      </w:r>
      <w:r>
        <w:rPr>
          <w:lang w:eastAsia="zh-CN"/>
        </w:rPr>
        <w:br/>
      </w:r>
      <w:r>
        <w:rPr>
          <w:lang w:eastAsia="zh-CN"/>
        </w:rPr>
        <w:t xml:space="preserve">    于读书的演讲稿集合 篇2 </w:t>
      </w:r>
      <w:r>
        <w:rPr>
          <w:lang w:eastAsia="zh-CN"/>
        </w:rPr>
        <w:br/>
      </w:r>
      <w:r>
        <w:rPr>
          <w:lang w:eastAsia="zh-CN"/>
        </w:rPr>
        <w:t>　　尊敬的各位评委、老师、亲爱的同学们：</w:t>
      </w:r>
      <w:r>
        <w:rPr>
          <w:lang w:eastAsia="zh-CN"/>
        </w:rPr>
        <w:br/>
      </w:r>
      <w:r>
        <w:rPr>
          <w:lang w:eastAsia="zh-CN"/>
        </w:rPr>
        <w:t>　　大家好！今天我演讲的题目是《我爱读书》。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如果有人问我：你最喜欢什么？我会不加思考地回答说，读书。是的，我爱读书，所有认识我的人都知道是个小书虫。每当我走进书店，挑选一本好书，孜孜不倦地读着；每当我手捧一本喜爱的书，跟同伴交流书中的精彩片段；每当我为自己准备一个书屋，在知识的海洋里遨游时，我会觉得自己是这个世界上最幸福的人。</w:t>
      </w:r>
      <w:r>
        <w:rPr>
          <w:lang w:eastAsia="zh-CN"/>
        </w:rPr>
        <w:br/>
      </w:r>
      <w:r>
        <w:rPr>
          <w:lang w:eastAsia="zh-CN"/>
        </w:rPr>
        <w:t>　　我爱读书，因为读书有无穷的乐趣。</w:t>
      </w:r>
      <w:r>
        <w:rPr>
          <w:lang w:eastAsia="zh-CN"/>
        </w:rPr>
        <w:br/>
      </w:r>
      <w:r>
        <w:rPr>
          <w:lang w:eastAsia="zh-CN"/>
        </w:rPr>
        <w:t>　　从呱呱坠地的那天起，作为老师的母亲就用手指着小儿书，用标准的“aoe”把我领进了书的门槛；在我还不识字的时候，每天晚上，妈妈都给我讲故事，把我引入了一个个神奇的世界：我想像不出皮诺曹的鼻子有多长，我羡慕孙悟空一个筋斗十万八千里，我想坐着雪橇和圣诞老人一起，给小朋友送去礼物……后来，我得知妈妈讲的故事是从书上看来的。于是，我对书产生了浓厚的兴趣。</w:t>
      </w:r>
      <w:r>
        <w:rPr>
          <w:lang w:eastAsia="zh-CN"/>
        </w:rPr>
        <w:br/>
      </w:r>
      <w:r>
        <w:rPr>
          <w:lang w:eastAsia="zh-CN"/>
        </w:rPr>
        <w:t>　　上小学后，我学会了拼音，妈妈给我买了一些带拼音的书。我开始自己读书，《人与自然》让我知道了动物与人之间的关系；《十万个为什么》让我知道了大自然的美丽与神奇……书告诉我许多以前我从不知道的故事。</w:t>
      </w:r>
      <w:r>
        <w:rPr>
          <w:lang w:eastAsia="zh-CN"/>
        </w:rPr>
        <w:br/>
      </w:r>
      <w:r>
        <w:rPr>
          <w:lang w:eastAsia="zh-CN"/>
        </w:rPr>
        <w:t>　　培根说过：“读史使人明智，读诗使人聪慧，演算使人精密，哲理学使人深刻，伦理学使人有修养，逻辑修辞使人善辩”。</w:t>
      </w:r>
      <w:r>
        <w:rPr>
          <w:lang w:eastAsia="zh-CN"/>
        </w:rPr>
        <w:br/>
      </w:r>
      <w:r>
        <w:rPr>
          <w:lang w:eastAsia="zh-CN"/>
        </w:rPr>
        <w:t>　　当我打开一本好书的时候，马上就会听到许多声音：有智者娓娓的谈心，有勇士激昂的呐喊；有恬美如秋月的小夜曲，有壮烈如大潮的交响乐；有春花凋零的叹息，有小鸟归巢的啾啾……，走进浩瀚书海，呼吸那淡淡书香，世间千般乐，书香最迷人！</w:t>
      </w:r>
      <w:r>
        <w:rPr>
          <w:lang w:eastAsia="zh-CN"/>
        </w:rPr>
        <w:br/>
      </w:r>
      <w:r>
        <w:rPr>
          <w:lang w:eastAsia="zh-CN"/>
        </w:rPr>
        <w:t>　　没有一艘非凡的战舰，能像一册书，把我们带到浩瀚的天地。没有一匹骏马，能像一首诗，带我们领略人世的真谛。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亲爱的同学们，快加入到爱读书的行列中来吧。腹有诗书气自华，相信，在书的墨香的浸染下，你的生活会更加的多姿多彩！</w:t>
      </w:r>
      <w:r>
        <w:rPr>
          <w:lang w:eastAsia="zh-CN"/>
        </w:rPr>
        <w:br/>
      </w:r>
      <w:r>
        <w:rPr>
          <w:lang w:eastAsia="zh-CN"/>
        </w:rPr>
        <w:t xml:space="preserve">    于读书的演讲稿集合 篇3 </w:t>
      </w:r>
      <w:r>
        <w:rPr>
          <w:lang w:eastAsia="zh-CN"/>
        </w:rPr>
        <w:br/>
      </w:r>
      <w:r>
        <w:rPr>
          <w:lang w:eastAsia="zh-CN"/>
        </w:rPr>
        <w:t>　　亲爱的同学们：　　</w:t>
      </w:r>
      <w:r>
        <w:rPr>
          <w:lang w:eastAsia="zh-CN"/>
        </w:rPr>
        <w:br/>
      </w:r>
      <w:r>
        <w:rPr>
          <w:lang w:eastAsia="zh-CN"/>
        </w:rPr>
        <w:t>　　大家下午好!　　</w:t>
      </w:r>
      <w:r>
        <w:rPr>
          <w:lang w:eastAsia="zh-CN"/>
        </w:rPr>
        <w:br/>
      </w:r>
      <w:r>
        <w:rPr>
          <w:lang w:eastAsia="zh-CN"/>
        </w:rPr>
        <w:t>　　很高兴能在这个下午和大家说说我的心里话。有同学可能认识我，知道我是你们师兄师姐的美术老师，但我今天不是来和大家上课的，而是想和你们共同探讨几个问题，几个大家也比较关心的问题。　　</w:t>
      </w:r>
      <w:r>
        <w:rPr>
          <w:lang w:eastAsia="zh-CN"/>
        </w:rPr>
        <w:br/>
      </w:r>
      <w:r>
        <w:rPr>
          <w:lang w:eastAsia="zh-CN"/>
        </w:rPr>
        <w:t>　　第一.是否只有在重点学校就读或只有生在富裕美满的家庭才会有出息?　　</w:t>
      </w:r>
      <w:r>
        <w:rPr>
          <w:lang w:eastAsia="zh-CN"/>
        </w:rPr>
        <w:br/>
      </w:r>
      <w:r>
        <w:rPr>
          <w:lang w:eastAsia="zh-CN"/>
        </w:rPr>
        <w:t>　　对这个问题，我先来说个真实的故事：初中毕业那年，我们班两个成绩一直都是中等的音乐特长学生同时面临人生的选择。结果一个上了职高，一个上了普高。三年过去后，大家猜想一下他们的命运?(给同学一点议论的时间)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结果那个职高生很轻松地考上了不错的大学，而那个普高生却名落孙山。这是为什么呢?后面我们了解到，那个读职高的同学一进高中就发现自己是竟是班上的前十名，感到很高兴——原来我也是优等生!于是学习更加努力，而老师和家长也觉得他是颗好苗子，总是不断地鼓励他表扬他。慢慢地他成绩越来越好，人也变得越来越自信，而且回忆起高中大多是快乐的情景。而那个普高生则恰恰相反。他作为艺术特长生，虽然高考时可以享受一定的分数上的优惠。但在他周围一块学习竞争的，却都是那些成绩很好的同学。在初中他还是中等，可到了高中，无论他怎样努力，他始终比不过那些专门学文化的同学，老是最后几名。这让他感到抬不起头来，对学习也渐渐失去了信心。而且他非常不快乐，再也不想提到那段黑色的日子。　　</w:t>
      </w:r>
      <w:r>
        <w:rPr>
          <w:lang w:eastAsia="zh-CN"/>
        </w:rPr>
        <w:br/>
      </w:r>
      <w:r>
        <w:rPr>
          <w:lang w:eastAsia="zh-CN"/>
        </w:rPr>
        <w:t>　　这也许只是一个特例，但这充分说明了一个问题。就是所谓的好学生其实是比较出来的!有句话说：宁做鸡头，不做凤尾。很多成绩很好的大学生为了得到单位的重视，也往往选择一些规模较小的单位，因为这样才能更好地突出自己，发挥自己的聪明才智，而不至于淹没在人群里。　　</w:t>
      </w:r>
      <w:r>
        <w:rPr>
          <w:lang w:eastAsia="zh-CN"/>
        </w:rPr>
        <w:br/>
      </w:r>
      <w:r>
        <w:rPr>
          <w:lang w:eastAsia="zh-CN"/>
        </w:rPr>
        <w:t>　　我们这里的年级前十名，放到二中重点班去，也许就是最后几名，你在那里就不会有现在这样良好的感觉。而你们面临的考试却是一样的。所以说，在普通中学读书没什么不好，甚至还是你们的一种福气!　　</w:t>
      </w:r>
      <w:r>
        <w:rPr>
          <w:lang w:eastAsia="zh-CN"/>
        </w:rPr>
        <w:br/>
      </w:r>
      <w:r>
        <w:rPr>
          <w:lang w:eastAsia="zh-CN"/>
        </w:rPr>
        <w:t>　　当然，我不是说只有小地方出人才，我是想告诉大家，其实无论在什么样的地方，只要我们自己相信自己，不断努力，就可以成功。如果你实在不喜欢现在的环境，就更要努力，靠自己的实力考出去。只有正确面对现实，才可以扭转命运。如果是一味的埋怨环境，只怕你连你不喜欢的环境都待不下去。(我们知道，我们学校下半年起不办高中了，那些开始还埋怨我们学校不好的同学如果不能正确地面对现实，还在那一个劲的抱怨，那他们就没有合适的书读了)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还有家庭环境，我想每个人都希望自己能拥有一个幸福美满甚至是富裕的家庭，有特别疼爱自己的爸爸妈妈。可很多时候，生活并不象我们想象的那么美好。这个时候，你能怎么办，是抱怨父母没有给你最好的条件吗?如果是这样，那你们的父母是不是也要向他们的父母——你们的外公外婆、爷爷奶奶抱怨，你们觉得象他们抱怨有用吗?当然没用!　　</w:t>
      </w:r>
      <w:r>
        <w:rPr>
          <w:lang w:eastAsia="zh-CN"/>
        </w:rPr>
        <w:br/>
      </w:r>
      <w:r>
        <w:rPr>
          <w:lang w:eastAsia="zh-CN"/>
        </w:rPr>
        <w:t>　　俗话说，自古英雄出，纨绔子弟少伟男。这句话不是讽刺，而是天大的真理。不信你们可以自己去查查，你们自己认可的成功人物不管是古代还是现代有几个是出身在富裕家庭的?普通的家庭环境更能锻炼我们的意志，坚定我们成功的决心，从这个意义上讲，生在平凡的家庭环境也是我们的福气!　　所以说，不论我们是处在什么样的环境中，只有正确地面对现实，不断地学习，让自己真正强大起来，才能扭转自己的命运。　　</w:t>
      </w:r>
      <w:r>
        <w:rPr>
          <w:lang w:eastAsia="zh-CN"/>
        </w:rPr>
        <w:br/>
      </w:r>
      <w:r>
        <w:rPr>
          <w:lang w:eastAsia="zh-CN"/>
        </w:rPr>
        <w:t>　　第二.为什么只有不断学习知识才是唯一能加速自己成长的利器?　　</w:t>
      </w:r>
      <w:r>
        <w:rPr>
          <w:lang w:eastAsia="zh-CN"/>
        </w:rPr>
        <w:br/>
      </w:r>
      <w:r>
        <w:rPr>
          <w:lang w:eastAsia="zh-CN"/>
        </w:rPr>
        <w:t>　　有时候我们明明是自己想看会书，结果妈妈跑来说你怎么还不去看书?一下弄得自己很没有劲了，有时自己犯了点错，老师就说把这篇古文抄两遍，本来我是很喜欢这篇《岳阳楼记》的，但被罚抄两遍后，对所有的古文都不喜欢了。有时候父母和老师一不小心就打击了我们的学习积极性。(看到很多同学都点头，哈看来这样的事情还不少)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考试前你再花点时间把书最后的历史大事年代表看几遍，记住，千万不要去背具体多少年，但你要知道哪个事件在那个事件前面，大概在什么世纪就行了。”　　</w:t>
      </w:r>
      <w:r>
        <w:rPr>
          <w:lang w:eastAsia="zh-CN"/>
        </w:rPr>
        <w:br/>
      </w:r>
      <w:r>
        <w:rPr>
          <w:lang w:eastAsia="zh-CN"/>
        </w:rPr>
        <w:t>　　我听了老师的话，虽然很怀疑，但一想到可　　</w:t>
      </w:r>
      <w:r>
        <w:rPr>
          <w:lang w:eastAsia="zh-CN"/>
        </w:rPr>
        <w:br/>
      </w:r>
      <w:r>
        <w:rPr>
          <w:lang w:eastAsia="zh-CN"/>
        </w:rPr>
        <w:t>　　以不背历史年代就很高兴，觉得终于可以不做自己做不好的事情了。其他的方法我也将信将疑地去做。慢慢我发现历史居然就是一个个有意思的故事用时间串起来的。当我带着自己的假设去听历史课时，偶尔还会觉得老师讲得太少太笼统。有时老师和我观点不一样，我便想着办法去推翻他的观点，总之我开始关注甚至喜欢历史了。功夫不负有心人，到后来除了那种单纯选年代的题目我是随便选一个，其他的选择、连线、简答特别是最后的大题目，我是越做越轻松，往往在正确答案之外还有自己的看法，甚至能和历史老师好好聊上一阵子。我的历史成绩也就看着一天天上去，最后一道大主观题还常常拿满分。历史高考的时候历史还帮我拉了不少分。　　</w:t>
      </w:r>
      <w:r>
        <w:rPr>
          <w:lang w:eastAsia="zh-CN"/>
        </w:rPr>
        <w:br/>
      </w:r>
      <w:r>
        <w:rPr>
          <w:lang w:eastAsia="zh-CN"/>
        </w:rPr>
        <w:t>　　现在回想起来，我真是特别谢谢我高中的历史老师(此人在我们读到高三时就以优异的成绩考上了北京政法大学的研究生，目前在国务院发改委任职)。没有他的点醒，也许我会一直运用“错误的”完全不适合我的方法去学习历史。会继续讨厌历史，最终让历史成为我的软肋，拖我的后腿。万幸!　　</w:t>
      </w:r>
      <w:r>
        <w:rPr>
          <w:lang w:eastAsia="zh-CN"/>
        </w:rPr>
        <w:br/>
      </w:r>
      <w:r>
        <w:rPr>
          <w:lang w:eastAsia="zh-CN"/>
        </w:rPr>
        <w:t>　　所以说有时候，我们真的不是不聪明，不是不好学，更不是学不好，而是暂时没有找到最适合自己的学习方法，才影响了自己的成绩的提高。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要想掌握最适合自己的学习方法并不容易。虽然说每个人可能都有自己最好的学习方法，但在我们还没有全部找到前，先来听听我们年级各科成绩最好的同学介绍一下自己学习这门课程的独特方法和理由供大家借鉴和参考。相信同学们一定能从中得到一些启发，回去以后，认真思考，一定要找到最适合自己的有效的学习方法。　　</w:t>
      </w:r>
      <w:r>
        <w:rPr>
          <w:lang w:eastAsia="zh-CN"/>
        </w:rPr>
        <w:br/>
      </w:r>
      <w:r>
        <w:rPr>
          <w:lang w:eastAsia="zh-CN"/>
        </w:rPr>
        <w:t>　　今天的谈话就到这里，希望大家学习进步，天天快乐!</w:t>
      </w:r>
      <w:r>
        <w:rPr>
          <w:lang w:eastAsia="zh-CN"/>
        </w:rPr>
        <w:br/>
      </w:r>
      <w:r>
        <w:rPr>
          <w:lang w:eastAsia="zh-CN"/>
        </w:rPr>
        <w:t xml:space="preserve">    于读书的演讲稿集合 篇4 </w:t>
      </w:r>
      <w:r>
        <w:rPr>
          <w:lang w:eastAsia="zh-CN"/>
        </w:rPr>
        <w:br/>
      </w:r>
      <w:r>
        <w:rPr>
          <w:lang w:eastAsia="zh-CN"/>
        </w:rPr>
        <w:t>　　尊敬的各位领导、老师、亲爱的同学们：　　</w:t>
      </w:r>
      <w:r>
        <w:rPr>
          <w:lang w:eastAsia="zh-CN"/>
        </w:rPr>
        <w:br/>
      </w:r>
      <w:r>
        <w:rPr>
          <w:lang w:eastAsia="zh-CN"/>
        </w:rPr>
        <w:t>　　大家好!　　</w:t>
      </w:r>
      <w:r>
        <w:rPr>
          <w:lang w:eastAsia="zh-CN"/>
        </w:rPr>
        <w:br/>
      </w:r>
      <w:r>
        <w:rPr>
          <w:lang w:eastAsia="zh-CN"/>
        </w:rPr>
        <w:t>　　今天，是我校读书月活动启动的日子，在这个特殊的日子里，我想首先和大家分享一组有关国民，人年均阅读量的数据对比：日本40本、韩国11本、法国20本、以色列60本、中国4.5本。　</w:t>
      </w:r>
      <w:r>
        <w:rPr>
          <w:lang w:eastAsia="zh-CN"/>
        </w:rPr>
        <w:br/>
      </w:r>
      <w:r>
        <w:rPr>
          <w:lang w:eastAsia="zh-CN"/>
        </w:rPr>
        <w:t>　　还有来自联合国对世界500强企业家读书情况进行调查统计的数据：日本企业家一年读书50本，中国企业家一年读书0.5本，相差100倍。其中，中国人读的书中，还有一部分是教辅书、工具书和养生书，人文类书籍更是少的可怜。一名印度人写的《令人忧虑，不阅读的中国人》红遍网络。他在文中为我们感到忧虑：如果就此疏远了灵魂，未来的中国可能会为此付出代价。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记得有一位学者说过：一个人的精神发育史，应该是一个人的阅读史，而一个民族的精神境界，在很大程度上取决于全民族的阅读水平;一个社会到底是向上提升还是向下沉沦，就看阅读能植根多深，一个国家谁在看书，看哪些书，就决定了这个国家的未来。读书不仅仅影响到个人，还影响到整个民族，整个社会。要知道：一个不爱读书的民族，是可怕的民族;一个不爱读书的民族，是没有希望的民族。　　</w:t>
      </w:r>
      <w:r>
        <w:rPr>
          <w:lang w:eastAsia="zh-CN"/>
        </w:rPr>
        <w:br/>
      </w:r>
      <w:r>
        <w:rPr>
          <w:lang w:eastAsia="zh-CN"/>
        </w:rPr>
        <w:t>　　为此我们向同学们发出如下倡议：　　</w:t>
      </w:r>
      <w:r>
        <w:rPr>
          <w:lang w:eastAsia="zh-CN"/>
        </w:rPr>
        <w:br/>
      </w:r>
      <w:r>
        <w:rPr>
          <w:lang w:eastAsia="zh-CN"/>
        </w:rPr>
        <w:t>　　制定读书计划，认真选择阅读经典名著，提高自己的文化品位。　　</w:t>
      </w:r>
      <w:r>
        <w:rPr>
          <w:lang w:eastAsia="zh-CN"/>
        </w:rPr>
        <w:br/>
      </w:r>
      <w:r>
        <w:rPr>
          <w:lang w:eastAsia="zh-CN"/>
        </w:rPr>
        <w:t>　　2.积极参加班级的新书推介会、读书报告会，与好书交朋友，让好书伴我们成长。　　</w:t>
      </w:r>
      <w:r>
        <w:rPr>
          <w:lang w:eastAsia="zh-CN"/>
        </w:rPr>
        <w:br/>
      </w:r>
      <w:r>
        <w:rPr>
          <w:lang w:eastAsia="zh-CN"/>
        </w:rPr>
        <w:t>　　3.周末的时候多光顾新华书店，浏览各种书籍，扩大自己的视野，并做到在家与父母共读好书，营造书香家庭。　　</w:t>
      </w:r>
      <w:r>
        <w:rPr>
          <w:lang w:eastAsia="zh-CN"/>
        </w:rPr>
        <w:br/>
      </w:r>
      <w:r>
        <w:rPr>
          <w:lang w:eastAsia="zh-CN"/>
        </w:rPr>
        <w:t>　　4.认真写好读书笔记，并及时将自己的读书笔记推荐给老师，发到班级的网上，以方便与老师、同学交流。　　</w:t>
      </w:r>
      <w:r>
        <w:rPr>
          <w:lang w:eastAsia="zh-CN"/>
        </w:rPr>
        <w:br/>
      </w:r>
      <w:r>
        <w:rPr>
          <w:lang w:eastAsia="zh-CN"/>
        </w:rPr>
        <w:t>　　同学们，莎士比亚说：书籍是全世界的营养品。生活里没有书籍，就好像没有阳光;智慧里没有书籍，就好像鸟儿没有翅膀。今天，学校为我们提供了良好的阅读氛围，我们不要辜负了学校、老师对我们的期望，让我们捧起书本，与书为友，与经典为友，让我们灵动的心自由地翱翔于“学海”与“书山”之间，让读书成为习惯，让学习成为乐趣!让我们在这个充满书香的校园里茁壮成长吧!　　</w:t>
      </w:r>
      <w:r>
        <w:rPr>
          <w:lang w:eastAsia="zh-CN"/>
        </w:rPr>
        <w:br/>
      </w:r>
      <w:r>
        <w:rPr>
          <w:lang w:eastAsia="zh-CN"/>
        </w:rPr>
        <w:t>　　谢谢大家!</w:t>
      </w:r>
      <w:r>
        <w:rPr>
          <w:lang w:eastAsia="zh-CN"/>
        </w:rPr>
        <w:br/>
      </w:r>
      <w:r>
        <w:rPr>
          <w:lang w:eastAsia="zh-CN"/>
        </w:rPr>
        <w:t xml:space="preserve">    于读书的演讲稿集合 篇5 </w:t>
      </w:r>
      <w:r>
        <w:rPr>
          <w:lang w:eastAsia="zh-CN"/>
        </w:rPr>
        <w:br/>
      </w:r>
      <w:r>
        <w:rPr>
          <w:lang w:eastAsia="zh-CN"/>
        </w:rPr>
        <w:t>　　亲爱的老师、同学们：</w:t>
      </w:r>
      <w:r>
        <w:rPr>
          <w:lang w:eastAsia="zh-CN"/>
        </w:rPr>
        <w:br/>
      </w:r>
      <w:r>
        <w:rPr>
          <w:lang w:eastAsia="zh-CN"/>
        </w:rPr>
        <w:t>　　刘向曾说：“书犹药也，善读之可以医愚。”</w:t>
      </w:r>
      <w:r>
        <w:rPr>
          <w:lang w:eastAsia="zh-CN"/>
        </w:rPr>
        <w:br/>
      </w:r>
      <w:r>
        <w:rPr>
          <w:lang w:eastAsia="zh-CN"/>
        </w:rPr>
        <w:t>　　我从小不爱读书，那时爸爸妈妈为了让我读书，给我买了一本书名叫《幼儿故事画报》，这本书是我最早读的一本书，每天晚上我躺在床上，爸爸或妈妈坐在床边，给我讲这本书里的故事。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渐渐地，渐渐地，故事中的人物引起了我的注意，后来，我便自己捧着书坐在床上一遍又一遍地阅读那本书。</w:t>
      </w:r>
      <w:r>
        <w:rPr>
          <w:lang w:eastAsia="zh-CN"/>
        </w:rPr>
        <w:br/>
      </w:r>
      <w:r>
        <w:rPr>
          <w:lang w:eastAsia="zh-CN"/>
        </w:rPr>
        <w:t>　　大约读了十多遍后，我便对这本书不感兴趣了。</w:t>
      </w:r>
      <w:r>
        <w:rPr>
          <w:lang w:eastAsia="zh-CN"/>
        </w:rPr>
        <w:br/>
      </w:r>
      <w:r>
        <w:rPr>
          <w:lang w:eastAsia="zh-CN"/>
        </w:rPr>
        <w:t>　　有一天幼儿园放学回家，我翻箱倒柜，找到了一本《我要做好孩子》(是妈妈以前给我买的)，然后便坐在桌子上津津有味地看起来了。时间过得飞快，爸爸妈妈回来了我也不知道，直到吃饭，我才反应过来自己已经看了一个多小时了。</w:t>
      </w:r>
      <w:r>
        <w:rPr>
          <w:lang w:eastAsia="zh-CN"/>
        </w:rPr>
        <w:br/>
      </w:r>
      <w:r>
        <w:rPr>
          <w:lang w:eastAsia="zh-CN"/>
        </w:rPr>
        <w:t>　　从那以后，我每天放学回家，便找来一本书仔细地看着，虽然有些道理还不明白，但却让我爱上了读书。</w:t>
      </w:r>
      <w:r>
        <w:rPr>
          <w:lang w:eastAsia="zh-CN"/>
        </w:rPr>
        <w:br/>
      </w:r>
      <w:r>
        <w:rPr>
          <w:lang w:eastAsia="zh-CN"/>
        </w:rPr>
        <w:t>　　现在我有时还会去翻《幼儿故事画报》，我发现里面含着我以前所忽略的深刻道理。</w:t>
      </w:r>
      <w:r>
        <w:rPr>
          <w:lang w:eastAsia="zh-CN"/>
        </w:rPr>
        <w:br/>
      </w:r>
      <w:r>
        <w:rPr>
          <w:lang w:eastAsia="zh-CN"/>
        </w:rPr>
        <w:t>　　书，教我怎样做好一名小学生，书，教我许多知识，书，让我明白深刻的道理。</w:t>
      </w:r>
      <w:r>
        <w:rPr>
          <w:lang w:eastAsia="zh-CN"/>
        </w:rPr>
        <w:br/>
      </w:r>
      <w:r>
        <w:rPr>
          <w:lang w:eastAsia="zh-CN"/>
        </w:rPr>
        <w:t xml:space="preserve">    于读书的演讲稿集合 篇6 </w:t>
      </w:r>
      <w:r>
        <w:rPr>
          <w:lang w:eastAsia="zh-CN"/>
        </w:rPr>
        <w:br/>
      </w:r>
      <w:r>
        <w:rPr>
          <w:lang w:eastAsia="zh-CN"/>
        </w:rPr>
        <w:t>　　尊敬的老师，亲爱的同学们：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蓝蓝的天空中，是谁最快乐？是鸟儿，因为蓝天给了鸟儿一双坚硬的翅膀；在茫茫在大海中，是谁最欢畅？是鱼儿，因为大海给了鱼儿一片广阔的世界；如果你问我做什么事最开心，我会毫不犹豫地回答：读书！因为书给了我无穷的知识，书给了我智慧的头脑，书给了我一个广阔的世界。我认为世界上最快乐的事就是读书。书贵在读，贵在捧在手中的那一份珍惜，打开读时的那一份虔诚。当你读书时，你的思维在书中神游，你的情感在书中起落，书的魅力便在于此。</w:t>
      </w:r>
      <w:r>
        <w:rPr>
          <w:lang w:eastAsia="zh-CN"/>
        </w:rPr>
        <w:br/>
      </w:r>
      <w:r>
        <w:rPr>
          <w:lang w:eastAsia="zh-CN"/>
        </w:rPr>
        <w:t>　　小时候，我是在妈妈的故事中长大的。在每个夜晚，在柔和的灯光下，妈妈开始给我讲书上有趣的故事，听着听着，我慢慢地、不知不觉地就进入了甜美的梦乡——在悠蓝色的夜空中，我仿佛成了一颗长着翅膀的小星星，在宇宙中自由自在地翱翔......忽然，我梦见自己变成了故事中的小鹿斑比、善良的小矮人、可怜的流浪狗、流浪猫......听着妈妈那些神奇美丽的故事，盯着妈妈手中的书，我开始知道，原来书中有那么多有趣的故事呢！从那时起我就开始喜爱书籍了，闲暇时，我喜欢一个人沉浸在书的海洋里，静静品味书中的故事。我曾为卖火柴的小女孩流下同情的泪花；也曾为《皇帝的新衣》中愚蠢的皇帝而捧腹大笑；更为居里夫人、诺贝尔他们追求科学，坚强执着的精神而感动。我就像一只勤劳的小蜜蜂，不知疲倦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书的百花园采集花粉，又好像一块海绵，日夜不停地在知识的海洋中吸水。我从书中吸取了无穷的智慧和力量。长大后，我对书中的故事含义有了更深刻的理解。大诗人歌德曾说过"读一本好的书，就像和一群高尚的人对话。"是的.，一本好的书，能给予我们精神的力量。文学大师们有着敏锐的、洞察的目光，将自己的所见渗入到自己的思想之中，与读者们在书本中交流，因此，书中便有了大师们的精神。《巴黎圣母院》充满着雨果对腐朽社会教会的愤怒，洋溢着他对爱，对人道主义的向往，书中始终闪烁着人性的光芒；《阿Q正传》如同针一般刺入国人麻木不仁的肌肤；《论语》中流露出孔子诲人不倦的身影；普希金的诗歌中洋溢着对邪恶统治的痛恨......它们教会了我识别善与恶，教会了我去行善，去痛恨邪恶。我从书中学会了欣赏，学会了真、善、美，我从书中体会到了博爱，了解了作恶的下场。</w:t>
      </w:r>
      <w:r>
        <w:rPr>
          <w:lang w:eastAsia="zh-CN"/>
        </w:rPr>
        <w:br/>
      </w:r>
      <w:r>
        <w:rPr>
          <w:lang w:eastAsia="zh-CN"/>
        </w:rPr>
        <w:t>　　在读书的过程中，我也遇到过种种困难。当我读书不求甚解，囫囵吞枣时，老师教导我：读书而不思考，等于吃饭而不消化；当我对书中的话语百思不得其解时，妈妈鼓励我：书读百遍，其义自见；当我写日记写作文感到笔下枯竭时，老师告诉我：读书而不积累，就象一个人身入宝山，却空手而回；当我在书店不加选择随意借看时，妈妈建议我：读一本好书，就是和许多高尚的人说话，反之还不如不读。渐渐地我明白了，读书要读好书，读书要积累，读书更要思考。</w:t>
      </w:r>
      <w:r>
        <w:rPr>
          <w:lang w:eastAsia="zh-CN"/>
        </w:rPr>
        <w:br/>
      </w:r>
      <w:r>
        <w:rPr>
          <w:lang w:eastAsia="zh-CN"/>
        </w:rPr>
        <w:t>　　我爱读书。书是知识的宝库，是她，开阔了我的视野，丰富了我的生活；书是人类的阶梯，是她，帮助我不断提高，不断进步；书是快乐的源泉，是她，带给我幸福，带给我满足。读书，真好！</w:t>
      </w:r>
      <w:r>
        <w:rPr>
          <w:lang w:eastAsia="zh-CN"/>
        </w:rPr>
        <w:br/>
      </w:r>
      <w:r>
        <w:rPr>
          <w:lang w:eastAsia="zh-CN"/>
        </w:rPr>
        <w:t>　　"问渠哪得清如许，为有源头活水来。"同学们，让我们畅饮这"源头活水"，攀登这人类进步的阶梯，成为知识的富翁，精神的巨人！拥有书，我们就拥有了整个世界；拥有书，我们就拥有美好的明天！同学们，和我一起热爱读书吧！让书香伴我们快乐成长，让书籍滋润我们的人生！</w:t>
      </w:r>
      <w:r>
        <w:rPr>
          <w:lang w:eastAsia="zh-CN"/>
        </w:rPr>
        <w:br/>
      </w:r>
      <w:r>
        <w:rPr>
          <w:lang w:eastAsia="zh-CN"/>
        </w:rPr>
        <w:t xml:space="preserve">    于读书的演讲稿集合 篇7 </w:t>
      </w:r>
      <w:r>
        <w:rPr>
          <w:lang w:eastAsia="zh-CN"/>
        </w:rPr>
        <w:br/>
      </w:r>
      <w:r>
        <w:rPr>
          <w:lang w:eastAsia="zh-CN"/>
        </w:rPr>
        <w:t>　　尊敬的各位领导、老师，亲爱的同学们：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大家好!今天我演讲的题目是《读书伴我成长》。</w:t>
      </w:r>
      <w:r>
        <w:rPr>
          <w:lang w:eastAsia="zh-CN"/>
        </w:rPr>
        <w:br/>
      </w:r>
      <w:r>
        <w:rPr>
          <w:lang w:eastAsia="zh-CN"/>
        </w:rPr>
        <w:t>　　高尔基曾说过：书是人类进步的阶梯。读一本好书就象是在和一位智者交谈。纵观古今中外，有多少名人的成功离得开书籍的帮助?读书可以开阔视野，读书可以陶冶情操，读书可以增长知识，读书可以培养才干，读书还可以使我们的童年变得更加美丽和精彩!</w:t>
      </w:r>
      <w:r>
        <w:rPr>
          <w:lang w:eastAsia="zh-CN"/>
        </w:rPr>
        <w:br/>
      </w:r>
      <w:r>
        <w:rPr>
          <w:lang w:eastAsia="zh-CN"/>
        </w:rPr>
        <w:t>　　有时候，书是一盏铮亮的灯，照亮我心中的黑暗，让我明白了世间的善恶美丑;有时候，书是一对洁白的`翅膀，带我飞到云海深处，一览山河的壮丽美景;有时候，书是一叶坚固的小舟，带我驶向成功的彼岸，任凭风吹浪打也不回头。</w:t>
      </w:r>
      <w:r>
        <w:rPr>
          <w:lang w:eastAsia="zh-CN"/>
        </w:rPr>
        <w:br/>
      </w:r>
      <w:r>
        <w:rPr>
          <w:lang w:eastAsia="zh-CN"/>
        </w:rPr>
        <w:t>　　小时候，我常看见妈妈在闲暇之余手不离书，让我充满着好奇，便缠着妈妈吵着要和她一起分享书中的乐趣和奥秘。那时候，由于年龄的关系，我通常读一些幼儿类的连环画刊。随着年龄的增长，我渐渐学会了阅读一些文学作品，不再满足于图画故事书。现在，我迷恋上了一些世界名著，甚至连妈妈书柜里珍藏的《红楼梦》也成了我爱不释手的书籍。书，就是这样成了我最亲密的伙伴。</w:t>
      </w:r>
      <w:r>
        <w:rPr>
          <w:lang w:eastAsia="zh-CN"/>
        </w:rPr>
        <w:br/>
      </w:r>
      <w:r>
        <w:rPr>
          <w:lang w:eastAsia="zh-CN"/>
        </w:rPr>
        <w:t>　　我爱读书，常常废寝忘食的读着书。书中精彩的情节往往让我忘记了一切，整个身心都沉浸在书的世界里。当书中的主人公胜利时，我会高兴的手舞足蹈;当邪恶没有受到惩罚时，我会气得直跺脚;当英雄牺牲时，我的眼泪会顺着脸颊“吧嗒吧嗒”往下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为什么我的生活变得这么充实?为什么我感到生命是如此的精彩?因为“书中自有黄金屋，书中自有颜如玉”。书是无穷的宝藏，为我增添了丰富的知识;书是快乐的天堂，让我忘记了所有的忧伤。如果没有书，我们的生活将是多么的寂寥空虚，我们的生命将是多么的暗淡无光。</w:t>
      </w:r>
      <w:r>
        <w:rPr>
          <w:lang w:eastAsia="zh-CN"/>
        </w:rPr>
        <w:br/>
      </w:r>
      <w:r>
        <w:rPr>
          <w:lang w:eastAsia="zh-CN"/>
        </w:rPr>
        <w:t>　　书，陪伴我走过了无数风雨，它见证了我的快乐成长。</w:t>
      </w:r>
      <w:r>
        <w:rPr>
          <w:lang w:eastAsia="zh-CN"/>
        </w:rPr>
        <w:br/>
      </w:r>
      <w:r>
        <w:rPr>
          <w:lang w:eastAsia="zh-CN"/>
        </w:rPr>
        <w:t>　　我爱读书!</w:t>
      </w:r>
      <w:r>
        <w:rPr>
          <w:lang w:eastAsia="zh-CN"/>
        </w:rPr>
        <w:br/>
      </w:r>
      <w:r>
        <w:rPr>
          <w:lang w:eastAsia="zh-CN"/>
        </w:rPr>
        <w:t xml:space="preserve">    于读书的演讲稿集合 篇8 </w:t>
      </w:r>
      <w:r>
        <w:rPr>
          <w:lang w:eastAsia="zh-CN"/>
        </w:rPr>
        <w:br/>
      </w:r>
      <w:r>
        <w:rPr>
          <w:lang w:eastAsia="zh-CN"/>
        </w:rPr>
        <w:t>　　有人曾说，身体和心灵，必须有一个在路上。我们总希望，手持一台单反，背上行囊，赖着一颗年轻的说走就走的勇敢的心，以明媚之眸去观望世间的山山水水。可限于生活的压力，学业的繁重，我们少有时间去实现心中的理想。这个时候，请别忘记，读书，是一种心灵的修行，淡澈如初。</w:t>
      </w:r>
      <w:r>
        <w:rPr>
          <w:lang w:eastAsia="zh-CN"/>
        </w:rPr>
        <w:br/>
      </w:r>
      <w:r>
        <w:rPr>
          <w:lang w:eastAsia="zh-CN"/>
        </w:rPr>
        <w:t>　　书，丰富我们的视野，带领我们走上万里路。</w:t>
      </w:r>
      <w:r>
        <w:rPr>
          <w:lang w:eastAsia="zh-CN"/>
        </w:rPr>
        <w:br/>
      </w:r>
      <w:r>
        <w:rPr>
          <w:lang w:eastAsia="zh-CN"/>
        </w:rPr>
        <w:t>　　邂逅一本好书，如同在春之暮野，黯然心动。它为你打开一扇窗，眺窗而望，景色尽收眼底：塞北江南，任意驰骋。</w:t>
      </w:r>
      <w:r>
        <w:rPr>
          <w:lang w:eastAsia="zh-CN"/>
        </w:rPr>
        <w:br/>
      </w:r>
      <w:r>
        <w:rPr>
          <w:lang w:eastAsia="zh-CN"/>
        </w:rPr>
        <w:t>　　看，李白的云帆点缀了沧海；听，文天祥的激情回荡了整个零丁；闻，零落的梅花暗香如故。</w:t>
      </w:r>
      <w:r>
        <w:rPr>
          <w:lang w:eastAsia="zh-CN"/>
        </w:rPr>
        <w:br/>
      </w:r>
      <w:r>
        <w:rPr>
          <w:lang w:eastAsia="zh-CN"/>
        </w:rPr>
        <w:t>　　同学们，老师曾带领你们看落红化为春泥，叹国破山河存，赞东篱之采菊，唱绝顶之豪情，你们，还记得吗？</w:t>
      </w:r>
      <w:r>
        <w:rPr>
          <w:lang w:eastAsia="zh-CN"/>
        </w:rPr>
        <w:br/>
      </w:r>
      <w:r>
        <w:rPr>
          <w:lang w:eastAsia="zh-CN"/>
        </w:rPr>
        <w:t>　　书，潜移默化着人的心灵，教会我们做人的道理。</w:t>
      </w:r>
      <w:r>
        <w:rPr>
          <w:lang w:eastAsia="zh-CN"/>
        </w:rPr>
        <w:br/>
      </w:r>
      <w:r>
        <w:rPr>
          <w:lang w:eastAsia="zh-CN"/>
        </w:rPr>
        <w:t>　　同学们，我们读书，不为书中的“颜如玉”，亦不为书中的“黄金屋”，</w:t>
      </w:r>
      <w:r>
        <w:rPr>
          <w:lang w:eastAsia="zh-CN"/>
        </w:rPr>
        <w:br/>
      </w:r>
      <w:r>
        <w:rPr>
          <w:lang w:eastAsia="zh-CN"/>
        </w:rPr>
        <w:t>　　培根说：读书足以怡情，足以博采，足以长才。有知识，就有力量；有力量，就有希望。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经典的四大名著，同学们读过吗？</w:t>
      </w:r>
      <w:r>
        <w:rPr>
          <w:lang w:eastAsia="zh-CN"/>
        </w:rPr>
        <w:br/>
      </w:r>
      <w:r>
        <w:rPr>
          <w:lang w:eastAsia="zh-CN"/>
        </w:rPr>
        <w:t>　　大观园的人情分离，桃园中的三结之义，西经路中的纷纷纠葛，义聚一堂的壮志豪情。每部著作都深情诠释着真善美，揭露了假恶丑。(演讲稿 )用文字的力量，诠释了真爱、团结、义气和勇敢的美好。这些，你向往吗？</w:t>
      </w:r>
      <w:r>
        <w:rPr>
          <w:lang w:eastAsia="zh-CN"/>
        </w:rPr>
        <w:br/>
      </w:r>
      <w:r>
        <w:rPr>
          <w:lang w:eastAsia="zh-CN"/>
        </w:rPr>
        <w:t>　　为了营造书香校园，学校开展了中华经典诵读活动，还开展了图书进班的活动，每个班级都设有读书角。琳琅满目的好书，我们怎么去选择和阅读呢？老师给你们提出几点建议：</w:t>
      </w:r>
      <w:r>
        <w:rPr>
          <w:lang w:eastAsia="zh-CN"/>
        </w:rPr>
        <w:br/>
      </w:r>
      <w:r>
        <w:rPr>
          <w:lang w:eastAsia="zh-CN"/>
        </w:rPr>
        <w:t>　　1、 重视书的选择，“杂书万卷，不如经典一部”，有些书，我们要精读；</w:t>
      </w:r>
      <w:r>
        <w:rPr>
          <w:lang w:eastAsia="zh-CN"/>
        </w:rPr>
        <w:br/>
      </w:r>
      <w:r>
        <w:rPr>
          <w:lang w:eastAsia="zh-CN"/>
        </w:rPr>
        <w:t>　　2、“读书破万卷，下笔如有神”，对于有益的书籍，我们要广读，做一个博学的人。</w:t>
      </w:r>
      <w:r>
        <w:rPr>
          <w:lang w:eastAsia="zh-CN"/>
        </w:rPr>
        <w:br/>
      </w:r>
      <w:r>
        <w:rPr>
          <w:lang w:eastAsia="zh-CN"/>
        </w:rPr>
        <w:t>　　3、“学而不思则罔，思而不学则殆”，读书还要深读，切勿囫囵吞枣，而要细嚼慢品。</w:t>
      </w:r>
      <w:r>
        <w:rPr>
          <w:lang w:eastAsia="zh-CN"/>
        </w:rPr>
        <w:br/>
      </w:r>
      <w:r>
        <w:rPr>
          <w:lang w:eastAsia="zh-CN"/>
        </w:rPr>
        <w:t>　　4、最后，“尽信书不如无书”，读书还要疑读。敢于提出自己的想法和观点，做一个有思想的人。</w:t>
      </w:r>
      <w:r>
        <w:rPr>
          <w:lang w:eastAsia="zh-CN"/>
        </w:rPr>
        <w:br/>
      </w:r>
      <w:r>
        <w:rPr>
          <w:lang w:eastAsia="zh-CN"/>
        </w:rPr>
        <w:t>　　同学们，腹有诗书气自华，每每“鸡升茅店月”的清晨或是“月上柳梢头”的傍晚，我们不妨与好书有个约会，好读书，读好书，直到---山无棱，天地合，才敢与书绝。</w:t>
      </w:r>
      <w:r>
        <w:rPr>
          <w:lang w:eastAsia="zh-CN"/>
        </w:rPr>
        <w:br/>
      </w:r>
      <w:r>
        <w:rPr>
          <w:lang w:eastAsia="zh-CN"/>
        </w:rPr>
        <w:t xml:space="preserve">    于读书的演讲稿集合 篇9 </w:t>
      </w:r>
      <w:r>
        <w:rPr>
          <w:lang w:eastAsia="zh-CN"/>
        </w:rPr>
        <w:br/>
      </w:r>
      <w:r>
        <w:rPr>
          <w:lang w:eastAsia="zh-CN"/>
        </w:rPr>
        <w:t>　　尊敬的老师，亲爱的同学们：</w:t>
      </w:r>
      <w:r>
        <w:rPr>
          <w:lang w:eastAsia="zh-CN"/>
        </w:rPr>
        <w:br/>
      </w:r>
      <w:r>
        <w:rPr>
          <w:lang w:eastAsia="zh-CN"/>
        </w:rPr>
        <w:t>　　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是，很荣幸在这演讲，我要说的话题是关于读书的，说到这我觉得大家不是很高兴去，读书谁不会啊，我们都是学生在家里，在学校都会花很多事情去读书，这绝对是坚定不移的，作为一名学生应该做到这些，我想说的是我们读的书真的多吗，书其实是分为两类，我个人的理解就是除了教科书之外的书都叫做杂书，我们除了每天看教科书之外，关于一些别的书籍其实掌握的不多，关于科技的，关于文学的，关于历史的等等，在我们生活当中其实有很有有趣的书籍，这些都是看一遍就让人受益匪浅的，我们先不说那些书，这其中就有一点看书的乐趣，说到看书的乐趣我们每个人都会有一点，可是现在电子设备代替了很多，我们现在很多人看书都太过于依赖电子设备了，失去了那种从纸质书中看书带来的乐趣。</w:t>
      </w:r>
      <w:r>
        <w:rPr>
          <w:lang w:eastAsia="zh-CN"/>
        </w:rPr>
        <w:br/>
      </w:r>
      <w:r>
        <w:rPr>
          <w:lang w:eastAsia="zh-CN"/>
        </w:rPr>
        <w:t>　　我们应该锻炼自己尝试去看一些书，我觉得一句话说的好，我们现在这个年龄是最适合学习看书的年龄段，很多书就是现在开始去尝试接触，不管是因为什么事情总有一些东西是我们应该迈出第一步，这些都是我们应该做好的，读书的乐趣就存在我们周围，这是一种看的到的，那就是文字带来的魅力，我非常喜欢一个人安静享受看书，读书，这些知识的积累我相信会给我一辈子带来帮助，一件简单的事情我们其实就是想的太难的，读书的魅力是很大的，这些我是亲身体会到，不管在什么时候都应该记住自己是一名学生，在学习的时候读读书也是一种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我们现在掌握的知识面不是很很多在，在生活当中一定要知道自己缺少哪些，我觉得这些读书是可以弥补的，我以前不愿意相信读书能改变一个人，现在我信了，一个人堵了很多书，不说别的变化，自身的一个气质就很明显，这是看的见的气质，都说读书的时候要注意到这些，我非常愿意相信这一点，所以我提倡大家多读书不管是什么书我们都去看一点，不要求说在某一类书中领悟的东西很多，至少我们去看了，只要是看了那就是自己的东西，现在我是很感谢读书给我带来的帮助的，因为读书给我的生活带来了影响，这是绝对好的一种东西，我们应该去试着看书，读书，作为一名学生在这个美好的年级应该掌握跟多的东西，这可以是阅历，可以是知识，也可以是能力等等，希望大家能够主动起来，多看一本书。</w:t>
      </w:r>
      <w:r>
        <w:rPr>
          <w:lang w:eastAsia="zh-CN"/>
        </w:rPr>
        <w:br/>
      </w:r>
      <w:r>
        <w:rPr>
          <w:lang w:eastAsia="zh-CN"/>
        </w:rPr>
        <w:t xml:space="preserve">    于读书的演讲稿集合 篇10 </w:t>
      </w:r>
      <w:r>
        <w:rPr>
          <w:lang w:eastAsia="zh-CN"/>
        </w:rPr>
        <w:br/>
      </w:r>
      <w:r>
        <w:rPr>
          <w:lang w:eastAsia="zh-CN"/>
        </w:rPr>
        <w:t>　　尊敬的老师们，亲爱的同学们：</w:t>
      </w:r>
      <w:r>
        <w:rPr>
          <w:lang w:eastAsia="zh-CN"/>
        </w:rPr>
        <w:br/>
      </w:r>
      <w:r>
        <w:rPr>
          <w:lang w:eastAsia="zh-CN"/>
        </w:rPr>
        <w:t>　　大家好！</w:t>
      </w:r>
      <w:r>
        <w:rPr>
          <w:lang w:eastAsia="zh-CN"/>
        </w:rPr>
        <w:br/>
      </w:r>
      <w:r>
        <w:rPr>
          <w:lang w:eastAsia="zh-CN"/>
        </w:rPr>
        <w:t>　　我叫沈越，是育才学校五一班的学生。我的兴趣爱好广泛：爱唱歌、弹琴、爱写作，更爱看书。也许在你们看来，我的模样有些胆小。其实，我也很勇敢。今日，我站在这个舞台上和大家一起竞选阅读之星，相信我能行！</w:t>
      </w:r>
      <w:r>
        <w:rPr>
          <w:lang w:eastAsia="zh-CN"/>
        </w:rPr>
        <w:br/>
      </w:r>
      <w:r>
        <w:rPr>
          <w:lang w:eastAsia="zh-CN"/>
        </w:rPr>
        <w:t>　　小时候，妈妈每天都要陪着我看书，讲故事给我听。长大之后，我看书的兴趣与日俱增，一有时间就泡在书的海洋里。我看完了少儿版的四大名著，《上下五千年》《十万个为什么》《鲁宾逊漂流记》《我的童年》等等，我爱看幻想作品，因为我也爱天马行空；我爱看文学作品，因为它可以开阔我的视野。如今捧书默读成了我最美的姿态。我房间里书架上的书，我都已经翻了好几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我看书很入迷，从不浪费一点可利用的时间，上厕所也不忘捎一本书看，上床睡觉之前也捧着书舍不得放下，就为这经常和妈妈玩起来了猫捉老鼠的游戏，因为妈妈不想让我看书时间太长，经常催促我别看了。有时还会在你没防备的情况下猛的把门打开，看我是不是在偷看。通过阅读，我的知识也越来越丰富，阅读让我明辨是非，识别善恶、分清美丑，阅读让我更自信，更坚强。</w:t>
      </w:r>
      <w:r>
        <w:rPr>
          <w:lang w:eastAsia="zh-CN"/>
        </w:rPr>
        <w:br/>
      </w:r>
      <w:r>
        <w:rPr>
          <w:lang w:eastAsia="zh-CN"/>
        </w:rPr>
        <w:t>　　俗话说：秀才不出门，尽知天下事。书有一种魔力，让你不必身临其境，也可以感觉到它的壮观。在书里，我“去”了黄里树瀑布、埃及金字塔、尼亚加啦大瀑布、天山等。书还像一个时光穿梭机，可以让我和古时候的贤人进行无声而又热烈的探讨。书籍，就像一只火把，在寒冷的时候，送上一丝温暖；书籍，像一位亲切的朋友，在我灰心丧气之时为我送上一丝安慰和鼓励，书给了我知识和力量，让我可以在书的海洋里徜徉着。</w:t>
      </w:r>
      <w:r>
        <w:rPr>
          <w:lang w:eastAsia="zh-CN"/>
        </w:rPr>
        <w:br/>
      </w:r>
      <w:r>
        <w:rPr>
          <w:lang w:eastAsia="zh-CN"/>
        </w:rPr>
        <w:t>　　“书是人类进步的阶梯”。高尔基的这句话，激励着无数莘莘学子发奋读书。让我们以好书为伴，一起去享受阅读的快乐，我们的童年会因阅读而五彩缤纷。为了我们的进步与成长，让我们去读书吧！</w:t>
      </w:r>
      <w:r>
        <w:rPr>
          <w:lang w:eastAsia="zh-CN"/>
        </w:rPr>
        <w:br/>
      </w:r>
      <w:r>
        <w:rPr>
          <w:lang w:eastAsia="zh-CN"/>
        </w:rPr>
        <w:t>　　我的演讲完毕，谢谢大家！</w:t>
      </w:r>
      <w:r>
        <w:rPr>
          <w:lang w:eastAsia="zh-CN"/>
        </w:rPr>
        <w:br/>
      </w:r>
      <w:r>
        <w:rPr>
          <w:lang w:eastAsia="zh-CN"/>
        </w:rPr>
        <w:t xml:space="preserve">    于读书的演讲稿集合 篇11 </w:t>
      </w:r>
      <w:r>
        <w:rPr>
          <w:lang w:eastAsia="zh-CN"/>
        </w:rPr>
        <w:br/>
      </w:r>
      <w:r>
        <w:rPr>
          <w:lang w:eastAsia="zh-CN"/>
        </w:rPr>
        <w:t>　　尊敬的老师，亲爱的同学们：</w:t>
      </w:r>
      <w:r>
        <w:rPr>
          <w:lang w:eastAsia="zh-CN"/>
        </w:rPr>
        <w:br/>
      </w:r>
      <w:r>
        <w:rPr>
          <w:lang w:eastAsia="zh-CN"/>
        </w:rPr>
        <w:t>　　大家晚上好！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我是。首先，感谢图书馆给我们齐聚一堂共同交流读书心得的平台；然后，感谢各位老师和各个协会的代表在百忙中能来到这里，我们用最热烈的掌声欢迎他们。</w:t>
      </w:r>
      <w:r>
        <w:rPr>
          <w:lang w:eastAsia="zh-CN"/>
        </w:rPr>
        <w:br/>
      </w:r>
      <w:r>
        <w:rPr>
          <w:lang w:eastAsia="zh-CN"/>
        </w:rPr>
        <w:t>　　读一本好书，就是和许多高尚的人谈话；读一本好书，就像交了一个益友。庄子说：“吾生有涯，而知无涯。”生命是有限的，而知识却是无限的；“鸟欲高飞先振翅，人求上进先读书。”；人想求上进，就要先把书读好。苏东坡青年时酷读书，曾写了一副对联“发奋识遍天下字，立志读尽人间书。”</w:t>
      </w:r>
      <w:r>
        <w:rPr>
          <w:lang w:eastAsia="zh-CN"/>
        </w:rPr>
        <w:br/>
      </w:r>
      <w:r>
        <w:rPr>
          <w:lang w:eastAsia="zh-CN"/>
        </w:rPr>
        <w:t>　　“为中华之崛起而读书。”这是一个少年发出的铮铮誓言。读书不仅要有明确的目标、有不移的恒心，还要提高读书效率和质量，讲求读书方法和技巧，在爱读书、勤读书、读好书、善读书中提高思想水平、解决实际问题、实现自我超越。</w:t>
      </w:r>
      <w:r>
        <w:rPr>
          <w:lang w:eastAsia="zh-CN"/>
        </w:rPr>
        <w:br/>
      </w:r>
      <w:r>
        <w:rPr>
          <w:lang w:eastAsia="zh-CN"/>
        </w:rPr>
        <w:t>　　读书是就是为了培养独立之思想，自由之人格。国学大师王国维有治学三境界。境界也就是阶段。第一种境界是“昨夜西风凋碧树，独上高楼，望尽天涯路”；第二种境界是“衣带渐宽终不悔，为伊消得人憔悴”；第三种境界是“众里寻他千百度，蓦然回首，那人却在灯火阑珊处”。读书学习也应该有这三种境界：首先，要有“望尽天涯路”那样志存高远的追求，有耐得住“昨夜西风凋碧树”的清冷和“独上高楼”的寂寞，静下心来读书；其次，要勤奋刻苦，舍得付出，百折不挠，即使是“衣带渐宽”也“终不悔”，“人憔悴”也心甘情愿；再次，要坚持独立思考，学用结合，学有所悟，人无悟性如朽木，要在学习和实践中“众里寻他千百度”，最终“蓦然回首”，在“灯火阑珊处”领悟真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古人说：“独学而无友，则孤陋而寡闻。”我们不要闭门造车、固步自封，而要集思广益、取长补短。</w:t>
      </w:r>
      <w:r>
        <w:rPr>
          <w:lang w:eastAsia="zh-CN"/>
        </w:rPr>
        <w:br/>
      </w:r>
      <w:r>
        <w:rPr>
          <w:lang w:eastAsia="zh-CN"/>
        </w:rPr>
        <w:t>　　关于善读书，我有三点认识和体会。</w:t>
      </w:r>
      <w:r>
        <w:rPr>
          <w:lang w:eastAsia="zh-CN"/>
        </w:rPr>
        <w:br/>
      </w:r>
      <w:r>
        <w:rPr>
          <w:lang w:eastAsia="zh-CN"/>
        </w:rPr>
        <w:t>　　第一，孔子曰：“学而不思则罔，思而不学则殆。”书本上的东西是别人的`，要把它变为自己的，离不开思考；书本上的知识是死的，要把它变为活的，为我所用，同样离不开思考。读书学习的过程，实际上是一个不断思考认知的过程。</w:t>
      </w:r>
      <w:r>
        <w:rPr>
          <w:lang w:eastAsia="zh-CN"/>
        </w:rPr>
        <w:br/>
      </w:r>
      <w:r>
        <w:rPr>
          <w:lang w:eastAsia="zh-CN"/>
        </w:rPr>
        <w:t>　　第二，古人讲，“纸上得来终觉浅，绝知此事要躬行”就是注重读书与运用的相结合，而不是读死书、死读书。如果读死书、死读书，即使“学富五车、才高八斗”，也不能说达到了学习的最终目的。</w:t>
      </w:r>
      <w:r>
        <w:rPr>
          <w:lang w:eastAsia="zh-CN"/>
        </w:rPr>
        <w:br/>
      </w:r>
      <w:r>
        <w:rPr>
          <w:lang w:eastAsia="zh-CN"/>
        </w:rPr>
        <w:t>　　第三，荀子曾说：“不积跬步，无以至千里；不积小流，无以成江海。”读书是一个长期付出辛劳的过程，不能心浮气躁、浅尝辄止，而应当先易后难、由浅入深，循序渐进、水滴石穿。要锲而不舍、持之以恒。</w:t>
      </w:r>
      <w:r>
        <w:rPr>
          <w:lang w:eastAsia="zh-CN"/>
        </w:rPr>
        <w:br/>
      </w:r>
      <w:r>
        <w:rPr>
          <w:lang w:eastAsia="zh-CN"/>
        </w:rPr>
        <w:t>　　最后，我对读书的一点认识：</w:t>
      </w:r>
      <w:r>
        <w:rPr>
          <w:lang w:eastAsia="zh-CN"/>
        </w:rPr>
        <w:br/>
      </w:r>
      <w:r>
        <w:rPr>
          <w:lang w:eastAsia="zh-CN"/>
        </w:rPr>
        <w:t>　　读书有益，我们爱读书；</w:t>
      </w:r>
      <w:r>
        <w:rPr>
          <w:lang w:eastAsia="zh-CN"/>
        </w:rPr>
        <w:br/>
      </w:r>
      <w:r>
        <w:rPr>
          <w:lang w:eastAsia="zh-CN"/>
        </w:rPr>
        <w:t>　　行万里路，我们多读书；</w:t>
      </w:r>
      <w:r>
        <w:rPr>
          <w:lang w:eastAsia="zh-CN"/>
        </w:rPr>
        <w:br/>
      </w:r>
      <w:r>
        <w:rPr>
          <w:lang w:eastAsia="zh-CN"/>
        </w:rPr>
        <w:t>　　乐在其中，我们勤读书；</w:t>
      </w:r>
      <w:r>
        <w:rPr>
          <w:lang w:eastAsia="zh-CN"/>
        </w:rPr>
        <w:br/>
      </w:r>
      <w:r>
        <w:rPr>
          <w:lang w:eastAsia="zh-CN"/>
        </w:rPr>
        <w:t>　　学海无涯，我们终生读书。</w:t>
      </w:r>
      <w:r>
        <w:rPr>
          <w:lang w:eastAsia="zh-CN"/>
        </w:rPr>
        <w:br/>
      </w:r>
      <w:r>
        <w:rPr>
          <w:lang w:eastAsia="zh-CN"/>
        </w:rPr>
        <w:t>　　我的演讲完毕，谢谢大家！</w:t>
      </w:r>
      <w:r>
        <w:rPr>
          <w:lang w:eastAsia="zh-CN"/>
        </w:rPr>
        <w:br/>
      </w:r>
      <w:r>
        <w:rPr>
          <w:lang w:eastAsia="zh-CN"/>
        </w:rPr>
        <w:t xml:space="preserve">    于读书的演讲稿集合 篇12 </w:t>
      </w:r>
      <w:r>
        <w:rPr>
          <w:lang w:eastAsia="zh-CN"/>
        </w:rPr>
        <w:br/>
      </w:r>
    </w:p>
    <w:p w:rsidR="001B1F19" w14:textId="27C3F48A">
      <w:pPr>
        <w:rPr>
          <w:rFonts w:hint="eastAsia"/>
          <w:lang w:eastAsia="zh-CN"/>
        </w:rPr>
      </w:pPr>
      <w:r>
        <w:rPr>
          <w:lang w:eastAsia="zh-CN"/>
        </w:rPr>
        <w:t>　　亲爱的.老师、同学们：</w:t>
      </w:r>
      <w:r>
        <w:rPr>
          <w:lang w:eastAsia="zh-CN"/>
        </w:rPr>
        <w:br/>
      </w:r>
      <w:r>
        <w:rPr>
          <w:lang w:eastAsia="zh-CN"/>
        </w:rPr>
        <w:t>　　书，被人们称为人类文明的长生果，我觉得这个比喻特别亲切，最能表现出我对书的感情。</w:t>
      </w:r>
      <w:r>
        <w:rPr>
          <w:lang w:eastAsia="zh-CN"/>
        </w:rPr>
        <w:br/>
      </w:r>
      <w:r>
        <w:rPr>
          <w:lang w:eastAsia="zh-CN"/>
        </w:rPr>
        <w:t>　　我最早的读物是一种图画特别多，文字却这只有一两行的图画书。那时我只喜欢看图画上讲的内容，再根据自己丰富的想象编织出一个又一个美妙而又有趣的故事。</w:t>
      </w:r>
      <w:r>
        <w:rPr>
          <w:lang w:eastAsia="zh-CN"/>
        </w:rPr>
        <w:br/>
      </w:r>
      <w:r>
        <w:rPr>
          <w:lang w:eastAsia="zh-CN"/>
        </w:rPr>
        <w:t>　　刚开始，我读这些小画书有津有味的，可是随着时间的推移，我渐渐长大了，而这些图画书已不能满足我的需求了。不久，我又开辟出了一片新大陆。只要我一放假，我就会央求爸爸妈妈带我到图书馆里去买书，即使他们不给我买书，我也能获得几个小时看书的时间，我为了读书经常废寝忘食。有时甚至作业没写完就去看书;有时为了看书这件事我经常和爸爸妈妈吵起来，可是我总也吵不过他们，怎么办呢?难道就这样放弃吗?不行，因为高尔基曾经说过：书籍是人类进步的阶梯。所以我必须把书读下去，于是，我想出了一个绝妙的方法，当火山再次爆发时我就跑到自己的房间里，把门反插起来，任凭他们在门外大吵大叫。</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https://d.book118.com/948044116044006036</w:t>
        </w:r>
      </w:hyperlink>
    </w:p>
    <w:p w:rsidR="001B1F19">
      <w:pPr>
        <w:rPr>
          <w:rFonts w:hint="eastAsia"/>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48044116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