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你有没有预感到会有一个深色头发</w:t>
        <w:br/>
        <w:t>Did</w:t>
      </w:r>
      <w:r>
        <w:t xml:space="preserve"> your</w:t>
      </w:r>
      <w:r>
        <w:t xml:space="preserve"> psychic</w:t>
      </w:r>
      <w:r>
        <w:t xml:space="preserve"> happen</w:t>
      </w:r>
      <w:r>
        <w:t xml:space="preserve"> to</w:t>
      </w:r>
      <w:r>
        <w:t xml:space="preserve"> tell</w:t>
      </w:r>
      <w:r>
        <w:t xml:space="preserve"> you</w:t>
      </w:r>
      <w:r>
        <w:t xml:space="preserve"> someone</w:t>
      </w:r>
      <w:r>
        <w:t xml:space="preserve"> tall</w:t>
      </w:r>
      <w:r>
        <w:t xml:space="preserve"> </w:t>
        <w:br/>
        <w:t>身材高挑的人请你喝啤酒?</w:t>
        <w:br/>
        <w:t>and</w:t>
      </w:r>
      <w:r>
        <w:t xml:space="preserve"> dark</w:t>
      </w:r>
      <w:r>
        <w:t xml:space="preserve"> would</w:t>
      </w:r>
      <w:r>
        <w:t xml:space="preserve"> offer</w:t>
      </w:r>
      <w:r>
        <w:t xml:space="preserve"> to</w:t>
      </w:r>
      <w:r>
        <w:t xml:space="preserve"> buy</w:t>
      </w:r>
      <w:r>
        <w:t xml:space="preserve"> you</w:t>
      </w:r>
      <w:r>
        <w:t xml:space="preserve"> a</w:t>
      </w:r>
      <w:r>
        <w:t xml:space="preserve"> beer?</w:t>
        <w:br/>
        <w:t>没有</w:t>
      </w:r>
      <w:r>
        <w:t xml:space="preserve"> 我的心理医生告诉我</w:t>
        <w:br/>
        <w:t>No,</w:t>
      </w:r>
      <w:r>
        <w:t xml:space="preserve"> but</w:t>
      </w:r>
      <w:r>
        <w:t xml:space="preserve"> my...</w:t>
      </w:r>
      <w:r>
        <w:t xml:space="preserve"> my</w:t>
      </w:r>
      <w:r>
        <w:t xml:space="preserve"> therapist</w:t>
      </w:r>
      <w:r>
        <w:t xml:space="preserve"> did</w:t>
      </w:r>
      <w:r>
        <w:t xml:space="preserve"> tell</w:t>
      </w:r>
      <w:r>
        <w:t xml:space="preserve"> me</w:t>
      </w:r>
      <w:r>
        <w:t xml:space="preserve"> </w:t>
        <w:br/>
        <w:t>与人交往要注意界限</w:t>
        <w:br/>
        <w:t>to</w:t>
      </w:r>
      <w:r>
        <w:t xml:space="preserve"> set</w:t>
      </w:r>
      <w:r>
        <w:t xml:space="preserve"> clear</w:t>
      </w:r>
      <w:r>
        <w:t xml:space="preserve"> boundaries.</w:t>
        <w:br/>
        <w:t>心理医生?</w:t>
        <w:br/>
        <w:t>Your</w:t>
      </w:r>
      <w:r>
        <w:t xml:space="preserve"> therapist?</w:t>
      </w:r>
      <w:r>
        <w:t xml:space="preserve"> </w:t>
        <w:br/>
        <w:t>那都是骗钱的</w:t>
        <w:br/>
        <w:t>Well,</w:t>
      </w:r>
      <w:r>
        <w:t xml:space="preserve"> therapists</w:t>
      </w:r>
      <w:r>
        <w:t xml:space="preserve"> are</w:t>
      </w:r>
      <w:r>
        <w:t xml:space="preserve"> a</w:t>
      </w:r>
      <w:r>
        <w:t xml:space="preserve"> waste</w:t>
      </w:r>
      <w:r>
        <w:t xml:space="preserve"> of</w:t>
      </w:r>
      <w:r>
        <w:t xml:space="preserve"> money.</w:t>
        <w:br/>
        <w:t>知道我会怎么做吗?</w:t>
        <w:br/>
        <w:t>You</w:t>
      </w:r>
      <w:r>
        <w:t xml:space="preserve"> want</w:t>
      </w:r>
      <w:r>
        <w:t xml:space="preserve"> to</w:t>
      </w:r>
      <w:r>
        <w:t xml:space="preserve"> know</w:t>
      </w:r>
      <w:r>
        <w:t xml:space="preserve"> what</w:t>
      </w:r>
      <w:r>
        <w:t xml:space="preserve"> I</w:t>
      </w:r>
      <w:r>
        <w:t xml:space="preserve"> do?</w:t>
      </w:r>
      <w:r>
        <w:t xml:space="preserve"> </w:t>
        <w:br/>
        <w:t>什么?</w:t>
        <w:br/>
        <w:t>What's</w:t>
      </w:r>
      <w:r>
        <w:t xml:space="preserve"> that?</w:t>
        <w:br/>
        <w:t>把钱给心理医生还不如存银行</w:t>
        <w:br/>
        <w:t>I'd</w:t>
      </w:r>
      <w:r>
        <w:t xml:space="preserve"> take</w:t>
      </w:r>
      <w:r>
        <w:t xml:space="preserve"> the</w:t>
      </w:r>
      <w:r>
        <w:t xml:space="preserve"> money</w:t>
      </w:r>
      <w:r>
        <w:t xml:space="preserve"> I</w:t>
      </w:r>
      <w:r>
        <w:t xml:space="preserve"> would</w:t>
      </w:r>
      <w:r>
        <w:t xml:space="preserve"> have</w:t>
      </w:r>
      <w:r>
        <w:t xml:space="preserve"> spent</w:t>
      </w:r>
      <w:r>
        <w:t xml:space="preserve"> on</w:t>
      </w:r>
      <w:r>
        <w:t xml:space="preserve"> a</w:t>
      </w:r>
      <w:r>
        <w:t xml:space="preserve"> therapist</w:t>
      </w:r>
      <w:r>
        <w:t xml:space="preserve"> and</w:t>
      </w:r>
      <w:r>
        <w:t xml:space="preserve"> put</w:t>
      </w:r>
      <w:r>
        <w:t xml:space="preserve"> it</w:t>
      </w:r>
      <w:r>
        <w:t xml:space="preserve"> in</w:t>
      </w:r>
      <w:r>
        <w:t xml:space="preserve"> a</w:t>
      </w:r>
      <w:r>
        <w:t xml:space="preserve"> bank</w:t>
      </w:r>
      <w:r>
        <w:t xml:space="preserve"> account.</w:t>
        <w:br/>
        <w:t>等我郁闷的时候</w:t>
        <w:br/>
        <w:t>Then,</w:t>
      </w:r>
      <w:r>
        <w:t xml:space="preserve"> when</w:t>
      </w:r>
      <w:r>
        <w:t xml:space="preserve"> I'm</w:t>
      </w:r>
      <w:r>
        <w:t xml:space="preserve"> feeling</w:t>
      </w:r>
      <w:r>
        <w:t xml:space="preserve"> down,</w:t>
      </w:r>
      <w:r>
        <w:t xml:space="preserve"> </w:t>
        <w:br/>
        <w:t>看看银行账户就好了</w:t>
        <w:br/>
        <w:t>I</w:t>
      </w:r>
      <w:r>
        <w:t xml:space="preserve"> just</w:t>
      </w:r>
      <w:r>
        <w:t xml:space="preserve"> look</w:t>
      </w:r>
      <w:r>
        <w:t xml:space="preserve"> at</w:t>
      </w:r>
      <w:r>
        <w:t xml:space="preserve"> my</w:t>
      </w:r>
      <w:r>
        <w:t xml:space="preserve"> bank</w:t>
      </w:r>
      <w:r>
        <w:t xml:space="preserve"> statement.</w:t>
        <w:br/>
        <w:t>哇</w:t>
      </w:r>
      <w:r>
        <w:t xml:space="preserve"> 应该我请你喝一杯才对啊</w:t>
        <w:br/>
        <w:t>Wow.</w:t>
      </w:r>
      <w:r>
        <w:t xml:space="preserve"> Sounds</w:t>
      </w:r>
      <w:r>
        <w:t xml:space="preserve"> like</w:t>
      </w:r>
      <w:r>
        <w:t xml:space="preserve"> I</w:t>
      </w:r>
      <w:r>
        <w:t xml:space="preserve"> need</w:t>
      </w:r>
      <w:r>
        <w:t xml:space="preserve"> to</w:t>
      </w:r>
      <w:r>
        <w:t xml:space="preserve"> buy</w:t>
      </w:r>
      <w:r>
        <w:t xml:space="preserve"> you</w:t>
      </w:r>
      <w:r>
        <w:t xml:space="preserve"> a</w:t>
      </w:r>
      <w:r>
        <w:t xml:space="preserve"> drink.</w:t>
      </w:r>
      <w:r>
        <w:t xml:space="preserve"> </w:t>
        <w:br/>
        <w:t>这是给Henry的生日贺卡</w:t>
        <w:br/>
        <w:t>Hey,</w:t>
      </w:r>
      <w:r>
        <w:t xml:space="preserve"> birthday</w:t>
      </w:r>
      <w:r>
        <w:t xml:space="preserve"> card</w:t>
      </w:r>
      <w:r>
        <w:t xml:space="preserve"> for</w:t>
      </w:r>
      <w:r>
        <w:t xml:space="preserve"> Henry.</w:t>
        <w:br/>
        <w:t>这是欢送Helen退休的卡片</w:t>
        <w:br/>
        <w:t>That</w:t>
      </w:r>
      <w:r>
        <w:t xml:space="preserve"> is</w:t>
      </w:r>
      <w:r>
        <w:t xml:space="preserve"> a</w:t>
      </w:r>
      <w:r>
        <w:t xml:space="preserve"> retirement</w:t>
      </w:r>
      <w:r>
        <w:t xml:space="preserve"> card</w:t>
      </w:r>
      <w:r>
        <w:t xml:space="preserve"> for...</w:t>
      </w:r>
      <w:r>
        <w:t xml:space="preserve"> Helen?</w:t>
        <w:br/>
        <w:t>随便啦无所谓</w:t>
      </w:r>
      <w:r>
        <w:t xml:space="preserve"> 我有事问你</w:t>
        <w:br/>
        <w:t>Whatever,</w:t>
      </w:r>
      <w:r>
        <w:t xml:space="preserve"> it's</w:t>
      </w:r>
      <w:r>
        <w:t xml:space="preserve"> fine.</w:t>
      </w:r>
      <w:r>
        <w:t xml:space="preserve"> So,</w:t>
      </w:r>
      <w:r>
        <w:t xml:space="preserve"> I</w:t>
      </w:r>
      <w:r>
        <w:t xml:space="preserve"> have</w:t>
      </w:r>
      <w:r>
        <w:t xml:space="preserve"> a</w:t>
      </w:r>
      <w:r>
        <w:t xml:space="preserve"> question</w:t>
      </w:r>
      <w:r>
        <w:t xml:space="preserve"> for</w:t>
      </w:r>
      <w:r>
        <w:t xml:space="preserve"> you.</w:t>
        <w:br/>
        <w:t>我希望你能好好听从自己的本能</w:t>
        <w:br/>
        <w:t>Um,</w:t>
      </w:r>
      <w:r>
        <w:t xml:space="preserve"> I</w:t>
      </w:r>
      <w:r>
        <w:t xml:space="preserve"> hope</w:t>
      </w:r>
      <w:r>
        <w:t xml:space="preserve"> you're</w:t>
      </w:r>
      <w:r>
        <w:t xml:space="preserve"> listening</w:t>
      </w:r>
      <w:r>
        <w:t xml:space="preserve"> to</w:t>
      </w:r>
      <w:r>
        <w:t xml:space="preserve"> your</w:t>
      </w:r>
      <w:r>
        <w:t xml:space="preserve"> gut,</w:t>
        <w:br/>
        <w:t>在不屈不挠追姑娘之前</w:t>
        <w:br/>
        <w:t>you</w:t>
      </w:r>
      <w:r>
        <w:t xml:space="preserve"> know,</w:t>
      </w:r>
      <w:r>
        <w:t xml:space="preserve"> when</w:t>
      </w:r>
      <w:r>
        <w:t xml:space="preserve"> it's</w:t>
      </w:r>
      <w:r>
        <w:t xml:space="preserve"> telling</w:t>
      </w:r>
      <w:r>
        <w:t xml:space="preserve"> you</w:t>
      </w:r>
      <w:r>
        <w:t xml:space="preserve"> to</w:t>
      </w:r>
      <w:r>
        <w:t xml:space="preserve"> maybe</w:t>
      </w:r>
      <w:r>
        <w:t xml:space="preserve"> get</w:t>
      </w:r>
      <w:r>
        <w:t xml:space="preserve"> to</w:t>
      </w:r>
      <w:r>
        <w:t xml:space="preserve"> know</w:t>
      </w:r>
      <w:r>
        <w:t xml:space="preserve"> somebody</w:t>
      </w:r>
      <w:r>
        <w:t xml:space="preserve"> better</w:t>
        <w:br/>
        <w:t>最好是等更了解对方再说</w:t>
        <w:br/>
        <w:t>rather</w:t>
      </w:r>
      <w:r>
        <w:t xml:space="preserve"> than</w:t>
      </w:r>
      <w:r>
        <w:t xml:space="preserve"> pursuing</w:t>
      </w:r>
      <w:r>
        <w:t xml:space="preserve"> them</w:t>
      </w:r>
      <w:r>
        <w:t xml:space="preserve"> relentlessly.</w:t>
        <w:br/>
        <w:t>这哪里像是问题了</w:t>
        <w:br/>
        <w:t>That</w:t>
      </w:r>
      <w:r>
        <w:t xml:space="preserve"> doesn't</w:t>
      </w:r>
      <w:r>
        <w:t xml:space="preserve"> sound</w:t>
      </w:r>
      <w:r>
        <w:t xml:space="preserve"> much</w:t>
      </w:r>
      <w:r>
        <w:t xml:space="preserve"> like</w:t>
      </w:r>
      <w:r>
        <w:t xml:space="preserve"> a</w:t>
      </w:r>
      <w:r>
        <w:t xml:space="preserve"> question.</w:t>
        <w:br/>
        <w:t>谢谢</w:t>
        <w:br/>
        <w:t>Thank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you.</w:t>
        <w:br/>
        <w:t>快来帮我想想我的遗愿清单</w:t>
        <w:br/>
        <w:t>Hey,</w:t>
      </w:r>
      <w:r>
        <w:t xml:space="preserve"> I...</w:t>
      </w:r>
      <w:r>
        <w:t xml:space="preserve"> I</w:t>
      </w:r>
      <w:r>
        <w:t xml:space="preserve"> need</w:t>
      </w:r>
      <w:r>
        <w:t xml:space="preserve"> you</w:t>
      </w:r>
      <w:r>
        <w:t xml:space="preserve"> guys</w:t>
      </w:r>
      <w:r>
        <w:t xml:space="preserve"> to</w:t>
      </w:r>
      <w:r>
        <w:t xml:space="preserve"> help</w:t>
      </w:r>
      <w:r>
        <w:t xml:space="preserve"> me</w:t>
      </w:r>
      <w:r>
        <w:t xml:space="preserve"> make</w:t>
      </w:r>
      <w:r>
        <w:t xml:space="preserve"> a</w:t>
      </w:r>
      <w:r>
        <w:t xml:space="preserve"> bucket</w:t>
      </w:r>
      <w:r>
        <w:t xml:space="preserve"> list.</w:t>
        <w:br/>
        <w:t>等我收养Sophie以后就再也不能做的事</w:t>
        <w:br/>
        <w:t>These</w:t>
      </w:r>
      <w:r>
        <w:t xml:space="preserve"> are</w:t>
      </w:r>
      <w:r>
        <w:t xml:space="preserve"> the</w:t>
      </w:r>
      <w:r>
        <w:t xml:space="preserve"> things</w:t>
      </w:r>
      <w:r>
        <w:t xml:space="preserve"> I</w:t>
      </w:r>
      <w:r>
        <w:t xml:space="preserve"> won't</w:t>
      </w:r>
      <w:r>
        <w:t xml:space="preserve"> be</w:t>
      </w:r>
      <w:r>
        <w:t xml:space="preserve"> able</w:t>
      </w:r>
      <w:r>
        <w:t xml:space="preserve"> to</w:t>
      </w:r>
      <w:r>
        <w:t xml:space="preserve"> do</w:t>
      </w:r>
      <w:r>
        <w:t xml:space="preserve"> once</w:t>
      </w:r>
      <w:r>
        <w:t xml:space="preserve"> I</w:t>
      </w:r>
      <w:r>
        <w:t xml:space="preserve"> have</w:t>
      </w:r>
      <w:r>
        <w:t xml:space="preserve"> Sophie.</w:t>
        <w:br/>
        <w:t>行</w:t>
      </w:r>
      <w:r>
        <w:t xml:space="preserve"> 先把这卡给我填了</w:t>
        <w:br/>
        <w:t>Okay,</w:t>
      </w:r>
      <w:r>
        <w:t xml:space="preserve"> first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sign</w:t>
      </w:r>
      <w:r>
        <w:t xml:space="preserve"> this</w:t>
      </w:r>
      <w:r>
        <w:t xml:space="preserve"> card.</w:t>
        <w:br/>
        <w:t>不填</w:t>
      </w:r>
      <w:r>
        <w:t xml:space="preserve"> 我不写祝福卡片</w:t>
        <w:br/>
        <w:t>Hey.</w:t>
      </w:r>
      <w:r>
        <w:t xml:space="preserve"> I</w:t>
      </w:r>
      <w:r>
        <w:t xml:space="preserve"> don't</w:t>
      </w:r>
      <w:r>
        <w:t xml:space="preserve"> sign</w:t>
      </w:r>
      <w:r>
        <w:t xml:space="preserve"> cards.</w:t>
      </w:r>
      <w:r>
        <w:t xml:space="preserve"> I</w:t>
      </w:r>
      <w:r>
        <w:t xml:space="preserve"> don't</w:t>
      </w:r>
      <w:r>
        <w:t xml:space="preserve"> wish</w:t>
      </w:r>
      <w:r>
        <w:t xml:space="preserve"> people</w:t>
      </w:r>
      <w:r>
        <w:t xml:space="preserve"> things.</w:t>
      </w:r>
      <w:r>
        <w:t xml:space="preserve"> </w:t>
        <w:br/>
        <w:t>好吧</w:t>
        <w:br/>
        <w:t>Okay.</w:t>
        <w:br/>
        <w:t>好吧</w:t>
      </w:r>
      <w:r>
        <w:t xml:space="preserve"> 在电影院看R级影片</w:t>
        <w:br/>
        <w:t>All</w:t>
      </w:r>
      <w:r>
        <w:t xml:space="preserve"> right.</w:t>
      </w:r>
      <w:r>
        <w:t xml:space="preserve"> Well,</w:t>
      </w:r>
      <w:r>
        <w:t xml:space="preserve"> "R"</w:t>
      </w:r>
      <w:r>
        <w:t xml:space="preserve"> rated</w:t>
      </w:r>
      <w:r>
        <w:t xml:space="preserve"> movies</w:t>
      </w:r>
      <w:r>
        <w:t xml:space="preserve"> in</w:t>
      </w:r>
      <w:r>
        <w:t xml:space="preserve"> the</w:t>
      </w:r>
      <w:r>
        <w:t xml:space="preserve"> theater.</w:t>
        <w:br/>
        <w:t>这个写上去吧</w:t>
        <w:br/>
        <w:t>Put</w:t>
      </w:r>
      <w:r>
        <w:t xml:space="preserve"> that</w:t>
      </w:r>
      <w:r>
        <w:t xml:space="preserve"> on</w:t>
      </w:r>
      <w:r>
        <w:t xml:space="preserve"> your</w:t>
      </w:r>
      <w:r>
        <w:t xml:space="preserve"> list.</w:t>
      </w:r>
      <w:r>
        <w:t xml:space="preserve"> </w:t>
        <w:br/>
        <w:t>我又不爱去电影院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</w:t>
      </w:r>
      <w:r>
        <w:t xml:space="preserve"> to</w:t>
      </w:r>
      <w:r>
        <w:t xml:space="preserve"> a</w:t>
      </w:r>
      <w:r>
        <w:t xml:space="preserve"> theater.</w:t>
        <w:br/>
        <w:t>对共同体验毫无兴趣</w:t>
        <w:br/>
        <w:t>I'm</w:t>
      </w:r>
      <w:r>
        <w:t xml:space="preserve"> not</w:t>
      </w:r>
      <w:r>
        <w:t xml:space="preserve"> into</w:t>
      </w:r>
      <w:r>
        <w:t xml:space="preserve"> a</w:t>
      </w:r>
      <w:r>
        <w:t xml:space="preserve"> shared</w:t>
      </w:r>
      <w:r>
        <w:t xml:space="preserve"> experience.</w:t>
      </w:r>
      <w:r>
        <w:t xml:space="preserve"> </w:t>
        <w:br/>
        <w:t>再也不能在派对上嗨到半夜了</w:t>
        <w:br/>
        <w:t>Okay,</w:t>
      </w:r>
      <w:r>
        <w:t xml:space="preserve"> well,</w:t>
      </w:r>
      <w:r>
        <w:t xml:space="preserve"> you</w:t>
      </w:r>
      <w:r>
        <w:t xml:space="preserve"> can't</w:t>
      </w:r>
      <w:r>
        <w:t xml:space="preserve"> stay</w:t>
      </w:r>
      <w:r>
        <w:t xml:space="preserve"> late</w:t>
      </w:r>
      <w:r>
        <w:t xml:space="preserve"> at</w:t>
      </w:r>
      <w:r>
        <w:t xml:space="preserve"> parties</w:t>
      </w:r>
      <w:r>
        <w:t xml:space="preserve"> anymore.</w:t>
        <w:br/>
        <w:t>我又不怎么喜欢人类</w:t>
      </w:r>
      <w:r>
        <w:t xml:space="preserve"> 所以...</w:t>
        <w:br/>
        <w:t>Well,</w:t>
      </w:r>
      <w:r>
        <w:t xml:space="preserve"> don't</w:t>
      </w:r>
      <w:r>
        <w:t xml:space="preserve"> really</w:t>
      </w:r>
      <w:r>
        <w:t xml:space="preserve"> like</w:t>
      </w:r>
      <w:r>
        <w:t xml:space="preserve"> people,</w:t>
      </w:r>
      <w:r>
        <w:t xml:space="preserve"> so...</w:t>
        <w:br/>
        <w:t>不爱泡吧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</w:t>
      </w:r>
      <w:r>
        <w:t xml:space="preserve"> to</w:t>
      </w:r>
      <w:r>
        <w:t xml:space="preserve"> a</w:t>
      </w:r>
      <w:r>
        <w:t xml:space="preserve"> swingers</w:t>
      </w:r>
      <w:r>
        <w:t xml:space="preserve"> bar,</w:t>
      </w:r>
      <w:r>
        <w:t xml:space="preserve"> </w:t>
        <w:br/>
        <w:t>不爱赛车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drive</w:t>
      </w:r>
      <w:r>
        <w:t xml:space="preserve"> a</w:t>
      </w:r>
      <w:r>
        <w:t xml:space="preserve"> racecar,</w:t>
        <w:br/>
        <w:t>也没有十分想去蹦个极</w:t>
        <w:br/>
        <w:t>and</w:t>
      </w:r>
      <w:r>
        <w:t xml:space="preserve"> I</w:t>
      </w:r>
      <w:r>
        <w:t xml:space="preserve"> have</w:t>
      </w:r>
      <w:r>
        <w:t xml:space="preserve"> literally</w:t>
      </w:r>
      <w:r>
        <w:t xml:space="preserve"> no</w:t>
      </w:r>
      <w:r>
        <w:t xml:space="preserve"> burning</w:t>
      </w:r>
      <w:r>
        <w:t xml:space="preserve"> urge</w:t>
      </w:r>
      <w:r>
        <w:t xml:space="preserve"> to</w:t>
      </w:r>
      <w:r>
        <w:t xml:space="preserve"> bungee</w:t>
      </w:r>
      <w:r>
        <w:t xml:space="preserve"> jump.</w:t>
        <w:br/>
        <w:t>祝贺你</w:t>
      </w:r>
      <w:r>
        <w:t xml:space="preserve"> 已经准备好当妈了</w:t>
        <w:br/>
        <w:t>Congratulations,</w:t>
      </w:r>
      <w:r>
        <w:t xml:space="preserve"> you're</w:t>
      </w:r>
      <w:r>
        <w:t xml:space="preserve"> ready</w:t>
      </w:r>
      <w:r>
        <w:t xml:space="preserve"> to</w:t>
      </w:r>
      <w:r>
        <w:t xml:space="preserve"> be</w:t>
      </w:r>
      <w:r>
        <w:t xml:space="preserve"> a</w:t>
      </w:r>
      <w:r>
        <w:t xml:space="preserve"> mom.</w:t>
      </w:r>
      <w:r>
        <w:t xml:space="preserve"> </w:t>
        <w:br/>
        <w:t>是哦</w:t>
        <w:br/>
        <w:t>Yeah,</w:t>
      </w:r>
      <w:r>
        <w:t xml:space="preserve"> sounds</w:t>
      </w:r>
      <w:r>
        <w:t xml:space="preserve"> like</w:t>
      </w:r>
      <w:r>
        <w:t xml:space="preserve"> it.</w:t>
        <w:br/>
        <w:t>回见</w:t>
        <w:br/>
        <w:t>See</w:t>
      </w:r>
      <w:r>
        <w:t xml:space="preserve"> you</w:t>
      </w:r>
      <w:r>
        <w:t xml:space="preserve"> guys.</w:t>
      </w:r>
      <w:r>
        <w:t xml:space="preserve"> </w:t>
        <w:br/>
        <w:t>等等!</w:t>
      </w:r>
      <w:r>
        <w:t xml:space="preserve"> 别走!</w:t>
        <w:br/>
        <w:t>Wait!</w:t>
      </w:r>
      <w:r>
        <w:t xml:space="preserve"> No!</w:t>
        <w:br/>
        <w:t>还没帮我搞定遗愿清单呢</w:t>
        <w:br/>
        <w:t>I</w:t>
      </w:r>
      <w:r>
        <w:t xml:space="preserve"> need</w:t>
      </w:r>
      <w:r>
        <w:t xml:space="preserve"> you</w:t>
      </w:r>
      <w:r>
        <w:t xml:space="preserve"> to</w:t>
      </w:r>
      <w:r>
        <w:t xml:space="preserve"> help</w:t>
      </w:r>
      <w:r>
        <w:t xml:space="preserve"> me</w:t>
      </w:r>
      <w:r>
        <w:t xml:space="preserve"> make</w:t>
      </w:r>
      <w:r>
        <w:t xml:space="preserve"> a</w:t>
      </w:r>
      <w:r>
        <w:t xml:space="preserve"> bucket</w:t>
      </w:r>
      <w:r>
        <w:t xml:space="preserve"> list.</w:t>
        <w:br/>
        <w:t>你刚是说要列遗愿清单吗?</w:t>
        <w:br/>
        <w:t>Did,</w:t>
      </w:r>
      <w:r>
        <w:t xml:space="preserve"> um,</w:t>
      </w:r>
      <w:r>
        <w:t xml:space="preserve"> you</w:t>
      </w:r>
      <w:r>
        <w:t xml:space="preserve"> just</w:t>
      </w:r>
      <w:r>
        <w:t xml:space="preserve"> say</w:t>
      </w:r>
      <w:r>
        <w:t xml:space="preserve"> you're</w:t>
      </w:r>
      <w:r>
        <w:t xml:space="preserve"> gonna</w:t>
      </w:r>
      <w:r>
        <w:t xml:space="preserve"> make</w:t>
      </w:r>
      <w:r>
        <w:t xml:space="preserve"> a</w:t>
      </w:r>
      <w:r>
        <w:t xml:space="preserve"> bucket</w:t>
      </w:r>
      <w:r>
        <w:t xml:space="preserve"> list?</w:t>
        <w:br/>
        <w:t>为啥要列遗愿(桶)清单啊?</w:t>
        <w:br/>
        <w:t>Well,</w:t>
      </w:r>
      <w:r>
        <w:t xml:space="preserve"> why...</w:t>
      </w:r>
      <w:r>
        <w:t xml:space="preserve"> why</w:t>
      </w:r>
      <w:r>
        <w:t xml:space="preserve"> are</w:t>
      </w:r>
      <w:r>
        <w:t xml:space="preserve"> you</w:t>
      </w:r>
      <w:r>
        <w:t xml:space="preserve"> making</w:t>
      </w:r>
      <w:r>
        <w:t xml:space="preserve"> a</w:t>
      </w:r>
      <w:r>
        <w:t xml:space="preserve"> bucket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list?</w:t>
        <w:br/>
        <w:t>因为Duncan</w:t>
      </w:r>
      <w:r>
        <w:t xml:space="preserve"> 我得买&amp;hearts;&amp;hearts;几个桶</w:t>
        <w:br/>
        <w:t>Because,</w:t>
      </w:r>
      <w:r>
        <w:t xml:space="preserve"> Duncan,</w:t>
      </w:r>
      <w:r>
        <w:t xml:space="preserve"> I</w:t>
      </w:r>
      <w:r>
        <w:t xml:space="preserve"> need</w:t>
      </w:r>
      <w:r>
        <w:t xml:space="preserve"> to</w:t>
      </w:r>
      <w:r>
        <w:t xml:space="preserve"> go</w:t>
      </w:r>
      <w:r>
        <w:t xml:space="preserve"> shopping</w:t>
      </w:r>
      <w:r>
        <w:t xml:space="preserve"> for</w:t>
      </w:r>
      <w:r>
        <w:t xml:space="preserve"> some</w:t>
      </w:r>
      <w:r>
        <w:t xml:space="preserve"> buckets.</w:t>
        <w:br/>
        <w:t>好吧</w:t>
      </w:r>
      <w:r>
        <w:t xml:space="preserve"> 我走了</w:t>
        <w:br/>
        <w:t>Uh,</w:t>
      </w:r>
      <w:r>
        <w:t xml:space="preserve"> I'm</w:t>
      </w:r>
      <w:r>
        <w:t xml:space="preserve"> gonna</w:t>
      </w:r>
      <w:r>
        <w:t xml:space="preserve"> go.</w:t>
        <w:br/>
        <w:t>回见</w:t>
        <w:br/>
        <w:t>I'll...</w:t>
      </w:r>
      <w:r>
        <w:t xml:space="preserve"> I'll</w:t>
      </w:r>
      <w:r>
        <w:t xml:space="preserve"> see</w:t>
      </w:r>
      <w:r>
        <w:t xml:space="preserve"> you.</w:t>
        <w:br/>
        <w:t>抱歉</w:t>
        <w:br/>
        <w:t>Ooh,</w:t>
      </w:r>
      <w:r>
        <w:t xml:space="preserve"> sorry.</w:t>
      </w:r>
      <w:r>
        <w:t xml:space="preserve"> </w:t>
        <w:br/>
        <w:t>Chloe</w:t>
        <w:br/>
        <w:t>Chloe.</w:t>
        <w:br/>
        <w:t>嗨</w:t>
        <w:br/>
        <w:t>Hi.</w:t>
      </w:r>
      <w:r>
        <w:t xml:space="preserve"> </w:t>
        <w:br/>
        <w:t>最近好吗?</w:t>
        <w:br/>
        <w:t>How</w:t>
      </w:r>
      <w:r>
        <w:t xml:space="preserve"> are</w:t>
      </w:r>
      <w:r>
        <w:t xml:space="preserve"> ya?</w:t>
        <w:br/>
        <w:t>挺好的</w:t>
        <w:br/>
        <w:t>I'm</w:t>
      </w:r>
      <w:r>
        <w:t xml:space="preserve"> good.</w:t>
      </w:r>
      <w:r>
        <w:t xml:space="preserve"> </w:t>
        <w:br/>
        <w:t>各位</w:t>
      </w:r>
      <w:r>
        <w:t xml:space="preserve"> 快问快答</w:t>
        <w:br/>
        <w:t>Hey,</w:t>
      </w:r>
      <w:r>
        <w:t xml:space="preserve"> guys.</w:t>
      </w:r>
      <w:r>
        <w:t xml:space="preserve"> Quick</w:t>
      </w:r>
      <w:r>
        <w:t xml:space="preserve"> question.</w:t>
        <w:br/>
        <w:t>Gail是要死了吗?</w:t>
        <w:br/>
        <w:t>Is</w:t>
      </w:r>
      <w:r>
        <w:t xml:space="preserve"> Gail</w:t>
      </w:r>
      <w:r>
        <w:t xml:space="preserve"> dying?</w:t>
        <w:br/>
        <w:t>是就好了</w:t>
      </w:r>
      <w:r>
        <w:t xml:space="preserve"> 回见</w:t>
        <w:br/>
        <w:t>I</w:t>
      </w:r>
      <w:r>
        <w:t xml:space="preserve"> live</w:t>
      </w:r>
      <w:r>
        <w:t xml:space="preserve"> in</w:t>
      </w:r>
      <w:r>
        <w:t xml:space="preserve"> hope.</w:t>
      </w:r>
      <w:r>
        <w:t xml:space="preserve"> See</w:t>
      </w:r>
      <w:r>
        <w:t xml:space="preserve"> ya.</w:t>
        <w:br/>
        <w:t>是就好了</w:t>
        <w:br/>
        <w:t>"I</w:t>
      </w:r>
      <w:r>
        <w:t xml:space="preserve"> live</w:t>
      </w:r>
      <w:r>
        <w:t xml:space="preserve"> in</w:t>
      </w:r>
      <w:r>
        <w:t xml:space="preserve"> hope."</w:t>
      </w:r>
      <w:r>
        <w:t xml:space="preserve"> </w:t>
        <w:br/>
        <w:t>干嘛打断我和Dov</w:t>
        <w:br/>
        <w:t>You</w:t>
      </w:r>
      <w:r>
        <w:t xml:space="preserve"> interrupted</w:t>
      </w:r>
      <w:r>
        <w:t xml:space="preserve"> me</w:t>
      </w:r>
      <w:r>
        <w:t xml:space="preserve"> and</w:t>
      </w:r>
      <w:r>
        <w:t xml:space="preserve"> Dov.</w:t>
        <w:br/>
        <w:t>是啊</w:t>
      </w:r>
      <w:r>
        <w:t xml:space="preserve"> 先别管了</w:t>
        <w:br/>
        <w:t>Okay.</w:t>
      </w:r>
      <w:r>
        <w:t xml:space="preserve"> Well,</w:t>
      </w:r>
      <w:r>
        <w:t xml:space="preserve"> forget</w:t>
      </w:r>
      <w:r>
        <w:t xml:space="preserve"> about</w:t>
      </w:r>
      <w:r>
        <w:t xml:space="preserve"> that.</w:t>
        <w:br/>
        <w:t>你还想跟我喝一杯吗?</w:t>
        <w:br/>
        <w:t>Listen,</w:t>
      </w:r>
      <w:r>
        <w:t xml:space="preserve"> you</w:t>
      </w:r>
      <w:r>
        <w:t xml:space="preserve"> want</w:t>
      </w:r>
      <w:r>
        <w:t xml:space="preserve"> to</w:t>
      </w:r>
      <w:r>
        <w:t xml:space="preserve"> get</w:t>
      </w:r>
      <w:r>
        <w:t xml:space="preserve"> a</w:t>
      </w:r>
      <w:r>
        <w:t xml:space="preserve"> drink</w:t>
      </w:r>
      <w:r>
        <w:t xml:space="preserve"> with</w:t>
      </w:r>
      <w:r>
        <w:t xml:space="preserve"> me</w:t>
      </w:r>
      <w:r>
        <w:t xml:space="preserve"> again?</w:t>
        <w:br/>
        <w:t>不想</w:t>
        <w:br/>
        <w:t>No.</w:t>
      </w:r>
      <w:r>
        <w:t xml:space="preserve"> </w:t>
        <w:br/>
        <w:t>庆祝Helen退休嘛</w:t>
        <w:br/>
        <w:t>You</w:t>
      </w:r>
      <w:r>
        <w:t xml:space="preserve"> know,</w:t>
      </w:r>
      <w:r>
        <w:t xml:space="preserve"> well,</w:t>
      </w:r>
      <w:r>
        <w:t xml:space="preserve"> in</w:t>
      </w:r>
      <w:r>
        <w:t xml:space="preserve"> celebration</w:t>
      </w:r>
      <w:r>
        <w:t xml:space="preserve"> of</w:t>
      </w:r>
      <w:r>
        <w:t xml:space="preserve"> Helen's</w:t>
      </w:r>
      <w:r>
        <w:t xml:space="preserve"> retirement.</w:t>
        <w:br/>
        <w:t>不想</w:t>
      </w:r>
      <w:r>
        <w:t xml:space="preserve"> 因为我不知道那是谁</w:t>
        <w:br/>
        <w:t>No,</w:t>
      </w:r>
      <w:r>
        <w:t xml:space="preserve"> okay?</w:t>
      </w:r>
      <w:r>
        <w:t xml:space="preserve"> 'Cause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who</w:t>
      </w:r>
      <w:r>
        <w:t xml:space="preserve"> that</w:t>
      </w:r>
      <w:r>
        <w:t xml:space="preserve"> is,</w:t>
        <w:br/>
        <w:t>也不愿意跟你喝酒</w:t>
        <w:br/>
        <w:t>and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have</w:t>
      </w:r>
      <w:r>
        <w:t xml:space="preserve"> a</w:t>
      </w:r>
      <w:r>
        <w:t xml:space="preserve"> drink</w:t>
      </w:r>
      <w:r>
        <w:t xml:space="preserve"> with</w:t>
      </w:r>
      <w:r>
        <w:t xml:space="preserve"> you,</w:t>
      </w:r>
      <w:r>
        <w:t xml:space="preserve"> okay?</w:t>
        <w:br/>
        <w:t>我想跟Dov喝酒</w:t>
        <w:br/>
        <w:t>I</w:t>
      </w:r>
      <w:r>
        <w:t xml:space="preserve"> want</w:t>
      </w:r>
      <w:r>
        <w:t xml:space="preserve"> to</w:t>
      </w:r>
      <w:r>
        <w:t xml:space="preserve"> have</w:t>
      </w:r>
      <w:r>
        <w:t xml:space="preserve"> a</w:t>
      </w:r>
      <w:r>
        <w:t xml:space="preserve"> drink</w:t>
      </w:r>
      <w:r>
        <w:t xml:space="preserve"> with</w:t>
      </w:r>
      <w:r>
        <w:t xml:space="preserve"> Dov.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</w:t>
        <w:br/>
        <w:t>那个Dov?</w:t>
        <w:br/>
        <w:t>That</w:t>
      </w:r>
      <w:r>
        <w:t xml:space="preserve"> Dov?</w:t>
        <w:br/>
        <w:t>甩了你</w:t>
      </w:r>
      <w:r>
        <w:t xml:space="preserve"> 伤透你的心的Dov?</w:t>
        <w:br/>
        <w:t>Same</w:t>
      </w:r>
      <w:r>
        <w:t xml:space="preserve"> Dov</w:t>
      </w:r>
      <w:r>
        <w:t xml:space="preserve"> that</w:t>
      </w:r>
      <w:r>
        <w:t xml:space="preserve"> dumped</w:t>
      </w:r>
      <w:r>
        <w:t xml:space="preserve"> you,</w:t>
      </w:r>
      <w:r>
        <w:t xml:space="preserve"> broke</w:t>
      </w:r>
      <w:r>
        <w:t xml:space="preserve"> your</w:t>
      </w:r>
      <w:r>
        <w:t xml:space="preserve"> heart?</w:t>
        <w:br/>
        <w:t>谢了</w:t>
      </w:r>
      <w:r>
        <w:t xml:space="preserve"> Dov</w:t>
        <w:br/>
        <w:t>Thanks,</w:t>
      </w:r>
      <w:r>
        <w:t xml:space="preserve"> Dov.</w:t>
      </w:r>
      <w:r>
        <w:t xml:space="preserve"> </w:t>
        <w:br/>
        <w:t>客气了</w:t>
      </w:r>
      <w:r>
        <w:t xml:space="preserve"> 这是我应该做的</w:t>
        <w:br/>
        <w:t>My</w:t>
      </w:r>
      <w:r>
        <w:t xml:space="preserve"> pleasure.</w:t>
      </w:r>
      <w:r>
        <w:t xml:space="preserve"> It's</w:t>
      </w:r>
      <w:r>
        <w:t xml:space="preserve"> the</w:t>
      </w:r>
      <w:r>
        <w:t xml:space="preserve"> least</w:t>
      </w:r>
      <w:r>
        <w:t xml:space="preserve"> I</w:t>
      </w:r>
      <w:r>
        <w:t xml:space="preserve"> can</w:t>
      </w:r>
      <w:r>
        <w:t xml:space="preserve"> do.</w:t>
        <w:br/>
        <w:t>谢谢你给我机会跟Cruz警官一起培训</w:t>
        <w:br/>
        <w:t>You've</w:t>
      </w:r>
      <w:r>
        <w:t xml:space="preserve"> been</w:t>
      </w:r>
      <w:r>
        <w:t xml:space="preserve"> giving</w:t>
      </w:r>
      <w:r>
        <w:t xml:space="preserve"> me</w:t>
      </w:r>
      <w:r>
        <w:t xml:space="preserve"> all</w:t>
      </w:r>
      <w:r>
        <w:t xml:space="preserve"> this</w:t>
      </w:r>
      <w:r>
        <w:t xml:space="preserve"> time</w:t>
      </w:r>
      <w:r>
        <w:t xml:space="preserve"> to</w:t>
      </w:r>
      <w:r>
        <w:t xml:space="preserve"> train</w:t>
      </w:r>
      <w:r>
        <w:t xml:space="preserve"> with</w:t>
      </w:r>
      <w:r>
        <w:t xml:space="preserve"> Officer</w:t>
      </w:r>
      <w:r>
        <w:t xml:space="preserve"> Cruz.</w:t>
        <w:br/>
        <w:t>怎么样</w:t>
      </w:r>
      <w:r>
        <w:t xml:space="preserve"> 喜欢情报部门吗?</w:t>
        <w:br/>
        <w:t>Yeah,</w:t>
      </w:r>
      <w:r>
        <w:t xml:space="preserve"> are</w:t>
      </w:r>
      <w:r>
        <w:t xml:space="preserve"> you</w:t>
      </w:r>
      <w:r>
        <w:t xml:space="preserve"> liking</w:t>
      </w:r>
      <w:r>
        <w:t xml:space="preserve"> Intelligence?</w:t>
        <w:br/>
        <w:t>是</w:t>
        <w:br/>
        <w:t>Yeah.</w:t>
      </w:r>
      <w:r>
        <w:t xml:space="preserve"> </w:t>
        <w:br/>
        <w:t>给Henry的送别卡</w:t>
        <w:br/>
        <w:t>Card</w:t>
      </w:r>
      <w:r>
        <w:t xml:space="preserve"> for</w:t>
      </w:r>
      <w:r>
        <w:t xml:space="preserve"> Henry.</w:t>
        <w:br/>
        <w:t>是Helen啦</w:t>
        <w:br/>
        <w:t>It's,</w:t>
      </w:r>
      <w:r>
        <w:t xml:space="preserve"> uh...</w:t>
      </w:r>
      <w:r>
        <w:t xml:space="preserve"> it's</w:t>
      </w:r>
      <w:r>
        <w:t xml:space="preserve"> Helen.</w:t>
        <w:br/>
        <w:t>Helen</w:t>
        <w:br/>
        <w:t>Helen.</w:t>
        <w:br/>
        <w:t>是</w:t>
      </w:r>
      <w:r>
        <w:t xml:space="preserve"> 情报部挺好的</w:t>
        <w:br/>
        <w:t>Uh,</w:t>
      </w:r>
      <w:r>
        <w:t xml:space="preserve"> yeah,</w:t>
      </w:r>
      <w:r>
        <w:t xml:space="preserve"> no,</w:t>
      </w:r>
      <w:r>
        <w:t xml:space="preserve"> Intelligence</w:t>
      </w:r>
      <w:r>
        <w:t xml:space="preserve"> is</w:t>
      </w:r>
      <w:r>
        <w:t xml:space="preserve"> great.</w:t>
        <w:br/>
        <w:t>我挺喜欢了</w:t>
      </w:r>
      <w:r>
        <w:t xml:space="preserve"> 不过我也准备好回去巡逻了</w:t>
        <w:br/>
        <w:t>I</w:t>
      </w:r>
      <w:r>
        <w:t xml:space="preserve"> love</w:t>
      </w:r>
      <w:r>
        <w:t xml:space="preserve"> it.</w:t>
      </w:r>
      <w:r>
        <w:t xml:space="preserve"> Of</w:t>
      </w:r>
      <w:r>
        <w:t xml:space="preserve"> course,</w:t>
      </w:r>
      <w:r>
        <w:t xml:space="preserve"> I'm</w:t>
      </w:r>
      <w:r>
        <w:t xml:space="preserve"> ready</w:t>
      </w:r>
      <w:r>
        <w:t xml:space="preserve"> to</w:t>
      </w:r>
      <w:r>
        <w:t xml:space="preserve"> get</w:t>
      </w:r>
      <w:r>
        <w:t xml:space="preserve"> back</w:t>
      </w:r>
      <w:r>
        <w:t xml:space="preserve"> out</w:t>
      </w:r>
      <w:r>
        <w:t xml:space="preserve"> on</w:t>
      </w:r>
      <w:r>
        <w:t xml:space="preserve"> the</w:t>
      </w:r>
      <w:r>
        <w:t xml:space="preserve"> street.</w:t>
        <w:br/>
        <w:t>那是</w:t>
      </w:r>
      <w:r>
        <w:t xml:space="preserve"> 偶尔换一换最好不过了</w:t>
        <w:br/>
        <w:t>Yeah,</w:t>
      </w:r>
      <w:r>
        <w:t xml:space="preserve"> there's</w:t>
      </w:r>
      <w:r>
        <w:t xml:space="preserve"> nothing</w:t>
      </w:r>
      <w:r>
        <w:t xml:space="preserve"> like</w:t>
      </w:r>
      <w:r>
        <w:t xml:space="preserve"> switching</w:t>
      </w:r>
      <w:r>
        <w:t xml:space="preserve"> things</w:t>
      </w:r>
      <w:r>
        <w:t xml:space="preserve"> up</w:t>
      </w:r>
      <w:r>
        <w:t xml:space="preserve"> for</w:t>
      </w:r>
      <w:r>
        <w:t xml:space="preserve"> a</w:t>
      </w:r>
      <w:r>
        <w:t xml:space="preserve"> while,</w:t>
      </w:r>
      <w:r>
        <w:t xml:space="preserve"> you</w:t>
      </w:r>
      <w:r>
        <w:t xml:space="preserve"> know?</w:t>
        <w:br/>
        <w:t>毕竟谁也不知道自己最后会走到哪里</w:t>
        <w:br/>
        <w:t>I</w:t>
      </w:r>
      <w:r>
        <w:t xml:space="preserve"> mean,</w:t>
      </w:r>
      <w:r>
        <w:t xml:space="preserve"> nobody</w:t>
      </w:r>
      <w:r>
        <w:t xml:space="preserve"> knows</w:t>
      </w:r>
      <w:r>
        <w:t xml:space="preserve"> where</w:t>
      </w:r>
      <w:r>
        <w:t xml:space="preserve"> any</w:t>
      </w:r>
      <w:r>
        <w:t xml:space="preserve"> of</w:t>
      </w:r>
      <w:r>
        <w:t xml:space="preserve"> us</w:t>
      </w:r>
      <w:r>
        <w:t xml:space="preserve"> will</w:t>
      </w:r>
      <w:r>
        <w:t xml:space="preserve"> wind</w:t>
      </w:r>
      <w:r>
        <w:t xml:space="preserve"> up</w:t>
      </w:r>
      <w:r>
        <w:t xml:space="preserve"> in</w:t>
      </w:r>
      <w:r>
        <w:t xml:space="preserve"> the</w:t>
      </w:r>
      <w:r>
        <w:t xml:space="preserve"> end.</w:t>
        <w:br/>
        <w:t>人是会变的</w:t>
        <w:br/>
        <w:t>Hey,</w:t>
      </w:r>
      <w:r>
        <w:t xml:space="preserve"> people</w:t>
      </w:r>
      <w:r>
        <w:t xml:space="preserve"> change.</w:t>
      </w:r>
      <w:r>
        <w:t xml:space="preserve"> </w:t>
        <w:br/>
        <w:t>必须的</w:t>
        <w:br/>
        <w:t>Totally.</w:t>
        <w:br/>
        <w:t>不过</w:t>
      </w:r>
      <w:r>
        <w:t xml:space="preserve"> 有一点我还是认同你说的</w:t>
      </w:r>
      <w:r>
        <w:t xml:space="preserve"> Epstein</w:t>
        <w:br/>
        <w:t>Though,</w:t>
      </w:r>
      <w:r>
        <w:t xml:space="preserve"> I</w:t>
      </w:r>
      <w:r>
        <w:t xml:space="preserve"> kind</w:t>
      </w:r>
      <w:r>
        <w:t xml:space="preserve"> of</w:t>
      </w:r>
      <w:r>
        <w:t xml:space="preserve"> agree</w:t>
      </w:r>
      <w:r>
        <w:t xml:space="preserve"> with</w:t>
      </w:r>
      <w:r>
        <w:t xml:space="preserve"> you,</w:t>
      </w:r>
      <w:r>
        <w:t xml:space="preserve"> Epstein.</w:t>
        <w:br/>
        <w:t>我觉得你还是适合跟我们一起在街头巡逻</w:t>
        <w:br/>
        <w:t>Well,</w:t>
      </w:r>
      <w:r>
        <w:t xml:space="preserve"> I</w:t>
      </w:r>
      <w:r>
        <w:t xml:space="preserve"> think</w:t>
      </w:r>
      <w:r>
        <w:t xml:space="preserve"> you</w:t>
      </w:r>
      <w:r>
        <w:t xml:space="preserve"> belong</w:t>
      </w:r>
      <w:r>
        <w:t xml:space="preserve"> on</w:t>
      </w:r>
      <w:r>
        <w:t xml:space="preserve"> the</w:t>
      </w:r>
      <w:r>
        <w:t xml:space="preserve"> street.</w:t>
        <w:br/>
        <w:t>敬街头</w:t>
        <w:br/>
        <w:t>To</w:t>
      </w:r>
      <w:r>
        <w:t xml:space="preserve"> the</w:t>
      </w:r>
      <w:r>
        <w:t xml:space="preserve"> street.</w:t>
        <w:br/>
        <w:t>谢谢你</w:t>
        <w:br/>
        <w:t>Thank</w:t>
      </w:r>
      <w:r>
        <w:t xml:space="preserve"> you.</w:t>
        <w:br/>
        <w:t>Henry要退休了</w:t>
        <w:br/>
        <w:t>Henry's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retiring.</w:t>
        <w:br/>
        <w:t>是Helen</w:t>
        <w:br/>
        <w:t>It's</w:t>
      </w:r>
      <w:r>
        <w:t xml:space="preserve"> Helen.</w:t>
        <w:br/>
        <w:t>昨晚睡得晚?</w:t>
        <w:br/>
        <w:t>Late</w:t>
      </w:r>
      <w:r>
        <w:t xml:space="preserve"> night?</w:t>
        <w:br/>
        <w:t>我跟Juliet一直待到打烊才走</w:t>
        <w:br/>
        <w:t>I</w:t>
      </w:r>
      <w:r>
        <w:t xml:space="preserve"> shut</w:t>
      </w:r>
      <w:r>
        <w:t xml:space="preserve"> down</w:t>
      </w:r>
      <w:r>
        <w:t xml:space="preserve"> the</w:t>
      </w:r>
      <w:r>
        <w:t xml:space="preserve"> place</w:t>
      </w:r>
      <w:r>
        <w:t xml:space="preserve"> with</w:t>
      </w:r>
      <w:r>
        <w:t xml:space="preserve"> Juliet.</w:t>
        <w:br/>
        <w:t>艾玛</w:t>
      </w:r>
      <w:r>
        <w:t xml:space="preserve"> 那姑娘有正经八百的爱尔兰血统啊</w:t>
        <w:br/>
        <w:t>Man,</w:t>
      </w:r>
      <w:r>
        <w:t xml:space="preserve"> that</w:t>
      </w:r>
      <w:r>
        <w:t xml:space="preserve"> serita</w:t>
      </w:r>
      <w:r>
        <w:t xml:space="preserve"> has</w:t>
      </w:r>
      <w:r>
        <w:t xml:space="preserve"> some</w:t>
      </w:r>
      <w:r>
        <w:t xml:space="preserve"> serious</w:t>
      </w:r>
      <w:r>
        <w:t xml:space="preserve"> Irish</w:t>
      </w:r>
      <w:r>
        <w:t xml:space="preserve"> blood</w:t>
      </w:r>
      <w:r>
        <w:t xml:space="preserve"> in</w:t>
      </w:r>
      <w:r>
        <w:t xml:space="preserve"> her.</w:t>
        <w:br/>
        <w:t>我连她姓啥都不知道</w:t>
        <w:br/>
        <w:t>I</w:t>
      </w:r>
      <w:r>
        <w:t xml:space="preserve"> don't</w:t>
      </w:r>
      <w:r>
        <w:t xml:space="preserve"> even</w:t>
      </w:r>
      <w:r>
        <w:t xml:space="preserve"> know</w:t>
      </w:r>
      <w:r>
        <w:t xml:space="preserve"> her</w:t>
      </w:r>
      <w:r>
        <w:t xml:space="preserve"> last</w:t>
      </w:r>
      <w:r>
        <w:t xml:space="preserve"> name.</w:t>
      </w:r>
      <w:r>
        <w:t xml:space="preserve"> </w:t>
        <w:br/>
        <w:t>Ward</w:t>
      </w:r>
      <w:r>
        <w:t xml:space="preserve"> 铭牌上有呢</w:t>
        <w:br/>
        <w:t>Ward.</w:t>
      </w:r>
      <w:r>
        <w:t xml:space="preserve"> It's</w:t>
      </w:r>
      <w:r>
        <w:t xml:space="preserve"> on</w:t>
      </w:r>
      <w:r>
        <w:t xml:space="preserve"> her</w:t>
      </w:r>
      <w:r>
        <w:t xml:space="preserve"> name</w:t>
      </w:r>
      <w:r>
        <w:t xml:space="preserve"> tag.</w:t>
        <w:br/>
        <w:t>就想哦</w:t>
        <w:br/>
        <w:t>Totally</w:t>
      </w:r>
      <w:r>
        <w:t xml:space="preserve"> is.</w:t>
        <w:br/>
        <w:t>你手&amp;hearts;机&amp;hearts;响了</w:t>
        <w:br/>
        <w:t>Oh,</w:t>
      </w:r>
      <w:r>
        <w:t xml:space="preserve"> your</w:t>
      </w:r>
      <w:r>
        <w:t xml:space="preserve"> phone's</w:t>
      </w:r>
      <w:r>
        <w:t xml:space="preserve"> ringing.</w:t>
      </w:r>
      <w:r>
        <w:t xml:space="preserve"> </w:t>
        <w:br/>
        <w:t>挂掉就行了</w:t>
        <w:br/>
        <w:t>Oh,</w:t>
      </w:r>
      <w:r>
        <w:t xml:space="preserve"> just</w:t>
      </w:r>
      <w:r>
        <w:t xml:space="preserve"> hit</w:t>
      </w:r>
      <w:r>
        <w:t xml:space="preserve"> cancel.</w:t>
        <w:br/>
        <w:t>万一你是中奖了</w:t>
        <w:br/>
        <w:t>B-b-b-but</w:t>
      </w:r>
      <w:r>
        <w:t xml:space="preserve"> what</w:t>
      </w:r>
      <w:r>
        <w:t xml:space="preserve"> if</w:t>
      </w:r>
      <w:r>
        <w:t xml:space="preserve"> you</w:t>
      </w:r>
      <w:r>
        <w:t xml:space="preserve"> won</w:t>
      </w:r>
      <w:r>
        <w:t xml:space="preserve"> a</w:t>
      </w:r>
      <w:r>
        <w:t xml:space="preserve"> prize</w:t>
      </w:r>
      <w:r>
        <w:t xml:space="preserve"> </w:t>
        <w:br/>
        <w:t>或者赢了度假机会怎么办?</w:t>
        <w:br/>
        <w:t>or</w:t>
      </w:r>
      <w:r>
        <w:t xml:space="preserve"> a</w:t>
      </w:r>
      <w:r>
        <w:t xml:space="preserve"> vacation?</w:t>
        <w:br/>
        <w:t>喂?</w:t>
        <w:br/>
        <w:t>Hello?</w:t>
      </w:r>
      <w:r>
        <w:t xml:space="preserve"> </w:t>
        <w:br/>
        <w:t>嘿</w:t>
      </w:r>
      <w:r>
        <w:t xml:space="preserve"> Nick</w:t>
      </w:r>
      <w:r>
        <w:t xml:space="preserve"> 我是Finn</w:t>
        <w:br/>
        <w:t>Hey,</w:t>
      </w:r>
      <w:r>
        <w:t xml:space="preserve"> Nick.</w:t>
      </w:r>
      <w:r>
        <w:t xml:space="preserve"> It's</w:t>
      </w:r>
      <w:r>
        <w:t xml:space="preserve"> Finn.</w:t>
        <w:br/>
        <w:t>你好</w:t>
      </w:r>
      <w:r>
        <w:t xml:space="preserve"> Finn</w:t>
      </w:r>
      <w:r>
        <w:t xml:space="preserve"> 谁啊?</w:t>
        <w:br/>
        <w:t>Hi,</w:t>
      </w:r>
      <w:r>
        <w:t xml:space="preserve"> Finn.</w:t>
      </w:r>
      <w:r>
        <w:t xml:space="preserve"> Who's</w:t>
      </w:r>
      <w:r>
        <w:t xml:space="preserve"> Finn?</w:t>
        <w:br/>
        <w:t>没啥事吧?</w:t>
        <w:br/>
        <w:t>Hey,</w:t>
      </w:r>
      <w:r>
        <w:t xml:space="preserve"> is</w:t>
      </w:r>
      <w:r>
        <w:t xml:space="preserve"> everything</w:t>
      </w:r>
      <w:r>
        <w:t xml:space="preserve"> all</w:t>
      </w:r>
      <w:r>
        <w:t xml:space="preserve"> right?</w:t>
      </w:r>
      <w:r>
        <w:t xml:space="preserve"> </w:t>
        <w:br/>
        <w:t>我正要去上班</w:t>
        <w:br/>
        <w:t>I'm</w:t>
      </w:r>
      <w:r>
        <w:t xml:space="preserve"> just</w:t>
      </w:r>
      <w:r>
        <w:t xml:space="preserve"> on</w:t>
      </w:r>
      <w:r>
        <w:t xml:space="preserve"> my</w:t>
      </w:r>
      <w:r>
        <w:t xml:space="preserve"> way</w:t>
      </w:r>
      <w:r>
        <w:t xml:space="preserve"> to</w:t>
      </w:r>
      <w:r>
        <w:t xml:space="preserve"> work.</w:t>
        <w:br/>
        <w:t>跟我一起</w:t>
      </w:r>
      <w:r>
        <w:t xml:space="preserve"> 我是Chloe</w:t>
        <w:br/>
        <w:t>With</w:t>
      </w:r>
      <w:r>
        <w:t xml:space="preserve"> me,</w:t>
      </w:r>
      <w:r>
        <w:t xml:space="preserve"> I'm</w:t>
      </w:r>
      <w:r>
        <w:t xml:space="preserve"> Chloe.</w:t>
        <w:br/>
        <w:t>你好</w:t>
        <w:br/>
        <w:t>Hey.</w:t>
      </w:r>
      <w:r>
        <w:t xml:space="preserve"> </w:t>
        <w:br/>
        <w:t>我是Nick的同事</w:t>
      </w:r>
      <w:r>
        <w:t xml:space="preserve"> 很高兴认识你</w:t>
        <w:br/>
        <w:t>I</w:t>
      </w:r>
      <w:r>
        <w:t xml:space="preserve"> work</w:t>
      </w:r>
      <w:r>
        <w:t xml:space="preserve"> with</w:t>
      </w:r>
      <w:r>
        <w:t xml:space="preserve"> Nick.</w:t>
      </w:r>
      <w:r>
        <w:t xml:space="preserve"> Nice</w:t>
      </w:r>
      <w:r>
        <w:t xml:space="preserve"> to</w:t>
      </w:r>
      <w:r>
        <w:t xml:space="preserve"> meet</w:t>
      </w:r>
      <w:r>
        <w:t xml:space="preserve"> you.</w:t>
        <w:br/>
        <w:t>Finn</w:t>
      </w:r>
      <w:r>
        <w:t xml:space="preserve"> 过五分钟再打给我</w:t>
      </w:r>
      <w:r>
        <w:t xml:space="preserve"> 行吗?</w:t>
        <w:br/>
        <w:t>Hey,</w:t>
      </w:r>
      <w:r>
        <w:t xml:space="preserve"> Finn,</w:t>
      </w:r>
      <w:r>
        <w:t xml:space="preserve"> call</w:t>
      </w:r>
      <w:r>
        <w:t xml:space="preserve"> me</w:t>
      </w:r>
      <w:r>
        <w:t xml:space="preserve"> back</w:t>
      </w:r>
      <w:r>
        <w:t xml:space="preserve"> in</w:t>
      </w:r>
      <w:r>
        <w:t xml:space="preserve"> five</w:t>
      </w:r>
      <w:r>
        <w:t xml:space="preserve"> minutes,</w:t>
      </w:r>
      <w:r>
        <w:t xml:space="preserve"> all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right?</w:t>
        <w:br/>
        <w:t>好吧</w:t>
        <w:br/>
        <w:t>Okay.</w:t>
      </w:r>
      <w:r>
        <w:t xml:space="preserve"> </w:t>
        <w:br/>
        <w:t>Chloe</w:t>
      </w:r>
      <w:r>
        <w:t xml:space="preserve"> 你就先在这儿下车吧</w:t>
        <w:br/>
        <w:t>Chloe,</w:t>
      </w:r>
      <w:r>
        <w:t xml:space="preserve"> I'm</w:t>
      </w:r>
      <w:r>
        <w:t xml:space="preserve"> gonna</w:t>
      </w:r>
      <w:r>
        <w:t xml:space="preserve"> drop</w:t>
      </w:r>
      <w:r>
        <w:t xml:space="preserve"> you</w:t>
      </w:r>
      <w:r>
        <w:t xml:space="preserve"> off</w:t>
      </w:r>
      <w:r>
        <w:t xml:space="preserve"> up</w:t>
      </w:r>
      <w:r>
        <w:t xml:space="preserve"> here.</w:t>
        <w:br/>
        <w:t>帮个忙</w:t>
      </w:r>
      <w:r>
        <w:t xml:space="preserve"> 跟Oliver说我会晚几分钟</w:t>
        <w:br/>
        <w:t>Do</w:t>
      </w:r>
      <w:r>
        <w:t xml:space="preserve"> me</w:t>
      </w:r>
      <w:r>
        <w:t xml:space="preserve"> a</w:t>
      </w:r>
      <w:r>
        <w:t xml:space="preserve"> favor.</w:t>
      </w:r>
      <w:r>
        <w:t xml:space="preserve"> Tell</w:t>
      </w:r>
      <w:r>
        <w:t xml:space="preserve"> Oliver</w:t>
      </w:r>
      <w:r>
        <w:t xml:space="preserve"> I</w:t>
      </w:r>
      <w:r>
        <w:t xml:space="preserve"> might</w:t>
      </w:r>
      <w:r>
        <w:t xml:space="preserve"> be</w:t>
      </w:r>
      <w:r>
        <w:t xml:space="preserve"> a</w:t>
      </w:r>
      <w:r>
        <w:t xml:space="preserve"> few</w:t>
      </w:r>
      <w:r>
        <w:t xml:space="preserve"> minutes</w:t>
      </w:r>
      <w:r>
        <w:t xml:space="preserve"> late.</w:t>
        <w:br/>
        <w:t>你个烂人</w:t>
        <w:br/>
        <w:t>Oh,</w:t>
      </w:r>
      <w:r>
        <w:t xml:space="preserve"> you</w:t>
      </w:r>
      <w:r>
        <w:t xml:space="preserve"> suck.</w:t>
        <w:br/>
        <w:t>进!</w:t>
        <w:br/>
        <w:t>Come</w:t>
      </w:r>
      <w:r>
        <w:t xml:space="preserve"> in!</w:t>
        <w:br/>
        <w:t>抱歉兄弟</w:t>
      </w:r>
      <w:r>
        <w:t xml:space="preserve"> 我刚撒尿去了</w:t>
        <w:br/>
        <w:t>Sorry,</w:t>
      </w:r>
      <w:r>
        <w:t xml:space="preserve"> man.</w:t>
      </w:r>
      <w:r>
        <w:t xml:space="preserve"> I</w:t>
      </w:r>
      <w:r>
        <w:t xml:space="preserve"> was</w:t>
      </w:r>
      <w:r>
        <w:t xml:space="preserve"> taking</w:t>
      </w:r>
      <w:r>
        <w:t xml:space="preserve"> a</w:t>
      </w:r>
      <w:r>
        <w:t xml:space="preserve"> leak.</w:t>
        <w:br/>
        <w:t>没事</w:t>
        <w:br/>
        <w:t>It's</w:t>
      </w:r>
      <w:r>
        <w:t xml:space="preserve"> fine.</w:t>
        <w:br/>
        <w:t>你最近怎么样?</w:t>
        <w:br/>
        <w:t>How</w:t>
      </w:r>
      <w:r>
        <w:t xml:space="preserve"> you</w:t>
      </w:r>
      <w:r>
        <w:t xml:space="preserve"> doing?</w:t>
      </w:r>
      <w:r>
        <w:t xml:space="preserve"> </w:t>
        <w:br/>
        <w:t>我闻起来怎样?</w:t>
        <w:br/>
        <w:t>How</w:t>
      </w:r>
      <w:r>
        <w:t xml:space="preserve"> do</w:t>
      </w:r>
      <w:r>
        <w:t xml:space="preserve"> I</w:t>
      </w:r>
      <w:r>
        <w:t xml:space="preserve"> smell?</w:t>
        <w:br/>
        <w:t>像玫瑰</w:t>
        <w:br/>
        <w:t>You</w:t>
      </w:r>
      <w:r>
        <w:t xml:space="preserve"> smell</w:t>
      </w:r>
      <w:r>
        <w:t xml:space="preserve"> like</w:t>
      </w:r>
      <w:r>
        <w:t xml:space="preserve"> roses.</w:t>
      </w:r>
      <w:r>
        <w:t xml:space="preserve"> </w:t>
        <w:br/>
        <w:t>那我就过得挺好</w:t>
        <w:br/>
        <w:t>Then</w:t>
      </w:r>
      <w:r>
        <w:t xml:space="preserve"> I</w:t>
      </w:r>
      <w:r>
        <w:t xml:space="preserve"> guess</w:t>
      </w:r>
      <w:r>
        <w:t xml:space="preserve"> I'm</w:t>
      </w:r>
      <w:r>
        <w:t xml:space="preserve"> good.</w:t>
        <w:br/>
        <w:t>你回来多久了?</w:t>
        <w:br/>
        <w:t>How</w:t>
      </w:r>
      <w:r>
        <w:t xml:space="preserve"> long</w:t>
      </w:r>
      <w:r>
        <w:t xml:space="preserve"> you</w:t>
      </w:r>
      <w:r>
        <w:t xml:space="preserve"> been</w:t>
      </w:r>
      <w:r>
        <w:t xml:space="preserve"> back?</w:t>
        <w:br/>
        <w:t>有一阵子了</w:t>
        <w:br/>
        <w:t>A</w:t>
      </w:r>
      <w:r>
        <w:t xml:space="preserve"> while.</w:t>
      </w:r>
      <w:r>
        <w:t xml:space="preserve"> </w:t>
        <w:br/>
        <w:t>怎么不联&amp;hearts;系&amp;hearts;我</w:t>
        <w:br/>
        <w:t>You</w:t>
      </w:r>
      <w:r>
        <w:t xml:space="preserve"> should</w:t>
      </w:r>
      <w:r>
        <w:t xml:space="preserve"> have</w:t>
      </w:r>
      <w:r>
        <w:t xml:space="preserve"> called.</w:t>
        <w:br/>
        <w:t>为什么?</w:t>
        <w:br/>
        <w:t>Why?</w:t>
        <w:br/>
        <w:t>让老圣人Nick帮我的轮椅上油?</w:t>
        <w:br/>
        <w:t>Get</w:t>
      </w:r>
      <w:r>
        <w:t xml:space="preserve"> old</w:t>
      </w:r>
      <w:r>
        <w:t xml:space="preserve"> Saint</w:t>
      </w:r>
      <w:r>
        <w:t xml:space="preserve"> Nick</w:t>
      </w:r>
      <w:r>
        <w:t xml:space="preserve"> to</w:t>
      </w:r>
      <w:r>
        <w:t xml:space="preserve"> grease</w:t>
      </w:r>
      <w:r>
        <w:t xml:space="preserve"> my</w:t>
      </w:r>
      <w:r>
        <w:t xml:space="preserve"> wheels</w:t>
      </w:r>
      <w:r>
        <w:t xml:space="preserve"> for</w:t>
      </w:r>
      <w:r>
        <w:t xml:space="preserve"> me?</w:t>
        <w:br/>
        <w:t>好吧</w:t>
      </w:r>
      <w:r>
        <w:t xml:space="preserve"> 见到你很高兴</w:t>
        <w:br/>
        <w:t>All</w:t>
      </w:r>
      <w:r>
        <w:t xml:space="preserve"> right.</w:t>
      </w:r>
      <w:r>
        <w:t xml:space="preserve"> It's</w:t>
      </w:r>
      <w:r>
        <w:t xml:space="preserve"> been</w:t>
      </w:r>
      <w:r>
        <w:t xml:space="preserve"> fun.</w:t>
        <w:br/>
        <w:t>过两年再见一次吧</w:t>
        <w:br/>
        <w:t>Let's</w:t>
      </w:r>
      <w:r>
        <w:t xml:space="preserve"> do</w:t>
      </w:r>
      <w:r>
        <w:t xml:space="preserve"> it</w:t>
      </w:r>
      <w:r>
        <w:t xml:space="preserve"> again</w:t>
      </w:r>
      <w:r>
        <w:t xml:space="preserve"> in</w:t>
      </w:r>
      <w:r>
        <w:t xml:space="preserve"> another</w:t>
      </w:r>
      <w:r>
        <w:t xml:space="preserve"> two</w:t>
      </w:r>
      <w:r>
        <w:t xml:space="preserve"> years.</w:t>
      </w:r>
      <w:r>
        <w:t xml:space="preserve"> </w:t>
        <w:br/>
        <w:t>Nick</w:t>
      </w:r>
      <w:r>
        <w:t xml:space="preserve"> 我看见他了</w:t>
        <w:br/>
        <w:t>Nick,</w:t>
      </w:r>
      <w:r>
        <w:t xml:space="preserve"> I</w:t>
      </w:r>
      <w:r>
        <w:t xml:space="preserve"> saw</w:t>
      </w:r>
      <w:r>
        <w:t xml:space="preserve"> him.</w:t>
        <w:br/>
        <w:t>昨晚在Parliament大街</w:t>
      </w:r>
      <w:r>
        <w:t xml:space="preserve"> 看到他从一家酒吧出来</w:t>
        <w:br/>
        <w:t>Last</w:t>
      </w:r>
      <w:r>
        <w:t xml:space="preserve"> night,</w:t>
      </w:r>
      <w:r>
        <w:t xml:space="preserve"> he</w:t>
      </w:r>
      <w:r>
        <w:t xml:space="preserve"> was</w:t>
      </w:r>
      <w:r>
        <w:t xml:space="preserve"> coming</w:t>
      </w:r>
      <w:r>
        <w:t xml:space="preserve"> out</w:t>
      </w:r>
      <w:r>
        <w:t xml:space="preserve"> of</w:t>
      </w:r>
      <w:r>
        <w:t xml:space="preserve"> a</w:t>
      </w:r>
      <w:r>
        <w:t xml:space="preserve"> liquor</w:t>
      </w:r>
      <w:r>
        <w:t xml:space="preserve"> store</w:t>
      </w:r>
      <w:r>
        <w:t xml:space="preserve"> over</w:t>
      </w:r>
      <w:r>
        <w:t xml:space="preserve"> on</w:t>
      </w:r>
      <w:r>
        <w:t xml:space="preserve"> Parliament.</w:t>
        <w:br/>
        <w:t>你怎么知道是他?</w:t>
        <w:br/>
        <w:t>How</w:t>
      </w:r>
      <w:r>
        <w:t xml:space="preserve"> do</w:t>
      </w:r>
      <w:r>
        <w:t xml:space="preserve"> you</w:t>
      </w:r>
      <w:r>
        <w:t xml:space="preserve"> know</w:t>
      </w:r>
      <w:r>
        <w:t xml:space="preserve"> it</w:t>
      </w:r>
      <w:r>
        <w:t xml:space="preserve"> was</w:t>
      </w:r>
      <w:r>
        <w:t xml:space="preserve"> him?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</w:t>
        <w:br/>
        <w:t>一模一样</w:t>
        <w:br/>
        <w:t>Looks</w:t>
      </w:r>
      <w:r>
        <w:t xml:space="preserve"> exactly</w:t>
      </w:r>
      <w:r>
        <w:t xml:space="preserve"> the</w:t>
      </w:r>
      <w:r>
        <w:t xml:space="preserve"> same.</w:t>
        <w:br/>
        <w:t>他当时正要上一辆皮卡</w:t>
        <w:br/>
        <w:t>He</w:t>
      </w:r>
      <w:r>
        <w:t xml:space="preserve"> was</w:t>
      </w:r>
      <w:r>
        <w:t xml:space="preserve"> getting</w:t>
      </w:r>
      <w:r>
        <w:t xml:space="preserve"> into</w:t>
      </w:r>
      <w:r>
        <w:t xml:space="preserve"> a</w:t>
      </w:r>
      <w:r>
        <w:t xml:space="preserve"> blue-and-white</w:t>
      </w:r>
      <w:r>
        <w:t xml:space="preserve"> pickup.</w:t>
        <w:br/>
        <w:t>我抄了他的车牌号&amp;hearts;</w:t>
        <w:br/>
        <w:t>I</w:t>
      </w:r>
      <w:r>
        <w:t xml:space="preserve"> got</w:t>
      </w:r>
      <w:r>
        <w:t xml:space="preserve"> his</w:t>
      </w:r>
      <w:r>
        <w:t xml:space="preserve"> plate</w:t>
      </w:r>
      <w:r>
        <w:t xml:space="preserve"> number</w:t>
      </w:r>
      <w:r>
        <w:t xml:space="preserve"> here</w:t>
      </w:r>
      <w:r>
        <w:t xml:space="preserve"> somewhere.</w:t>
        <w:br/>
        <w:t>你确定是他?</w:t>
        <w:br/>
        <w:t>And</w:t>
      </w:r>
      <w:r>
        <w:t xml:space="preserve"> you're</w:t>
      </w:r>
      <w:r>
        <w:t xml:space="preserve"> sure</w:t>
      </w:r>
      <w:r>
        <w:t xml:space="preserve"> it's</w:t>
      </w:r>
      <w:r>
        <w:t xml:space="preserve"> him?</w:t>
      </w:r>
      <w:r>
        <w:t xml:space="preserve"> </w:t>
        <w:br/>
        <w:t>确定</w:t>
        <w:br/>
        <w:t>Positive.</w:t>
        <w:br/>
        <w:t>我因为这个垃圾坐了18年的轮椅</w:t>
        <w:br/>
        <w:t>18</w:t>
      </w:r>
      <w:r>
        <w:t xml:space="preserve"> years</w:t>
      </w:r>
      <w:r>
        <w:t xml:space="preserve"> I've</w:t>
      </w:r>
      <w:r>
        <w:t xml:space="preserve"> been</w:t>
      </w:r>
      <w:r>
        <w:t xml:space="preserve"> wheeling</w:t>
      </w:r>
      <w:r>
        <w:t xml:space="preserve"> around</w:t>
      </w:r>
      <w:r>
        <w:t xml:space="preserve"> on</w:t>
      </w:r>
      <w:r>
        <w:t xml:space="preserve"> this</w:t>
      </w:r>
      <w:r>
        <w:t xml:space="preserve"> piece</w:t>
      </w:r>
      <w:r>
        <w:t xml:space="preserve"> of</w:t>
      </w:r>
      <w:r>
        <w:t xml:space="preserve"> garbage.</w:t>
        <w:br/>
        <w:t>不能勃起</w:t>
      </w:r>
      <w:r>
        <w:t xml:space="preserve"> 只能勉强排尿</w:t>
        <w:br/>
        <w:t>I</w:t>
      </w:r>
      <w:r>
        <w:t xml:space="preserve"> can't</w:t>
      </w:r>
      <w:r>
        <w:t xml:space="preserve"> screw.</w:t>
      </w:r>
      <w:r>
        <w:t xml:space="preserve"> I</w:t>
      </w:r>
      <w:r>
        <w:t xml:space="preserve"> can</w:t>
      </w:r>
      <w:r>
        <w:t xml:space="preserve"> barely</w:t>
      </w:r>
      <w:r>
        <w:t xml:space="preserve"> piss.</w:t>
        <w:br/>
        <w:br/>
        <w:t>我每天都望着窗外</w:t>
        <w:br/>
        <w:t>I</w:t>
      </w:r>
      <w:r>
        <w:t xml:space="preserve"> think</w:t>
      </w:r>
      <w:r>
        <w:t xml:space="preserve"> about</w:t>
      </w:r>
      <w:r>
        <w:t xml:space="preserve"> that</w:t>
      </w:r>
      <w:r>
        <w:t xml:space="preserve"> guy</w:t>
      </w:r>
      <w:r>
        <w:t xml:space="preserve"> and</w:t>
      </w:r>
      <w:r>
        <w:t xml:space="preserve"> his</w:t>
      </w:r>
      <w:r>
        <w:t xml:space="preserve"> fat</w:t>
      </w:r>
      <w:r>
        <w:t xml:space="preserve"> face</w:t>
        <w:br/>
        <w:t>想着这混&amp;hearts;蛋&amp;hearts;的肥脸</w:t>
        <w:br/>
        <w:t>looking</w:t>
      </w:r>
      <w:r>
        <w:t xml:space="preserve"> through</w:t>
      </w:r>
      <w:r>
        <w:t xml:space="preserve"> the</w:t>
      </w:r>
      <w:r>
        <w:t xml:space="preserve"> window</w:t>
      </w:r>
      <w:r>
        <w:t xml:space="preserve"> every</w:t>
      </w:r>
      <w:r>
        <w:t xml:space="preserve"> single</w:t>
      </w:r>
      <w:r>
        <w:t xml:space="preserve"> day.</w:t>
        <w:br/>
        <w:t>Nick</w:t>
      </w:r>
      <w:r>
        <w:t xml:space="preserve"> 真的是他</w:t>
        <w:br/>
        <w:t>Nick,</w:t>
      </w:r>
      <w:r>
        <w:t xml:space="preserve"> I'm</w:t>
      </w:r>
      <w:r>
        <w:t xml:space="preserve"> telling</w:t>
      </w:r>
      <w:r>
        <w:t xml:space="preserve"> you</w:t>
      </w:r>
      <w:r>
        <w:t xml:space="preserve"> it</w:t>
      </w:r>
      <w:r>
        <w:t xml:space="preserve"> was</w:t>
      </w:r>
      <w:r>
        <w:t xml:space="preserve"> him.</w:t>
        <w:br/>
        <w:t>如果我能</w:t>
      </w:r>
      <w:r>
        <w:t xml:space="preserve"> 我肯定亲手解决他</w:t>
        <w:br/>
        <w:t>I'd</w:t>
      </w:r>
      <w:r>
        <w:t xml:space="preserve"> handle</w:t>
      </w:r>
      <w:r>
        <w:t xml:space="preserve"> it</w:t>
      </w:r>
      <w:r>
        <w:t xml:space="preserve"> on</w:t>
      </w:r>
      <w:r>
        <w:t xml:space="preserve"> my</w:t>
      </w:r>
      <w:r>
        <w:t xml:space="preserve"> own</w:t>
      </w:r>
      <w:r>
        <w:t xml:space="preserve"> if</w:t>
      </w:r>
      <w:r>
        <w:t xml:space="preserve"> I</w:t>
      </w:r>
      <w:r>
        <w:t xml:space="preserve"> could.</w:t>
        <w:br/>
        <w:t>嗯</w:t>
        <w:br/>
        <w:t>Okay.</w:t>
        <w:br/>
        <w:t>很好</w:t>
      </w:r>
      <w:r>
        <w:t xml:space="preserve"> 因为我们是有计划的</w:t>
      </w:r>
      <w:r>
        <w:t xml:space="preserve"> 对吧?</w:t>
        <w:br/>
        <w:t>Okay.</w:t>
      </w:r>
      <w:r>
        <w:t xml:space="preserve"> 'Cause</w:t>
      </w:r>
      <w:r>
        <w:t xml:space="preserve"> we</w:t>
      </w:r>
      <w:r>
        <w:t xml:space="preserve"> got</w:t>
      </w:r>
      <w:r>
        <w:t xml:space="preserve"> a</w:t>
      </w:r>
      <w:r>
        <w:t xml:space="preserve"> plan,</w:t>
      </w:r>
      <w:r>
        <w:t xml:space="preserve"> right?</w:t>
        <w:br/>
        <w:t>我们等这一刻已经很久了</w:t>
        <w:br/>
        <w:t>We've</w:t>
      </w:r>
      <w:r>
        <w:t xml:space="preserve"> been</w:t>
      </w:r>
      <w:r>
        <w:t xml:space="preserve"> waiting</w:t>
      </w:r>
      <w:r>
        <w:t xml:space="preserve"> a</w:t>
      </w:r>
      <w:r>
        <w:t xml:space="preserve"> long</w:t>
      </w:r>
      <w:r>
        <w:t xml:space="preserve"> time</w:t>
      </w:r>
      <w:r>
        <w:t xml:space="preserve"> for</w:t>
      </w:r>
      <w:r>
        <w:t xml:space="preserve"> this.</w:t>
        <w:br/>
        <w:t>蓝白色的皮卡</w:t>
        <w:br/>
        <w:t>Blue-and-white</w:t>
      </w:r>
      <w:r>
        <w:t xml:space="preserve"> pickup.</w:t>
      </w:r>
      <w:r>
        <w:t xml:space="preserve"> </w:t>
        <w:br/>
        <w:t>知道了</w:t>
        <w:br/>
        <w:t>All</w:t>
      </w:r>
      <w:r>
        <w:t xml:space="preserve"> right.</w:t>
        <w:br/>
        <w:t>我会处理</w:t>
        <w:br/>
        <w:t>I'm</w:t>
      </w:r>
      <w:r>
        <w:t xml:space="preserve"> on</w:t>
      </w:r>
      <w:r>
        <w:t xml:space="preserve"> it.</w:t>
        <w:br/>
        <w:t>警监</w:t>
        <w:br/>
        <w:t>Commissioner,</w:t>
      </w:r>
      <w:r>
        <w:t xml:space="preserve"> hey.</w:t>
        <w:br/>
        <w:t>你今早碰见过34分局的人吗?</w:t>
        <w:br/>
        <w:t>You</w:t>
      </w:r>
      <w:r>
        <w:t xml:space="preserve"> talk</w:t>
      </w:r>
      <w:r>
        <w:t xml:space="preserve"> to</w:t>
      </w:r>
      <w:r>
        <w:t xml:space="preserve"> anyone</w:t>
      </w:r>
      <w:r>
        <w:t xml:space="preserve"> at</w:t>
      </w:r>
      <w:r>
        <w:t xml:space="preserve"> 34</w:t>
      </w:r>
      <w:r>
        <w:t xml:space="preserve"> Division</w:t>
      </w:r>
      <w:r>
        <w:t xml:space="preserve"> this</w:t>
      </w:r>
      <w:r>
        <w:t xml:space="preserve"> morning?</w:t>
        <w:br/>
        <w:t>没有啊</w:t>
      </w:r>
      <w:r>
        <w:t xml:space="preserve"> 怎么了?</w:t>
      </w:r>
      <w:r>
        <w:t xml:space="preserve"> 有什么问题吗?</w:t>
        <w:br/>
        <w:t>Uh,</w:t>
      </w:r>
      <w:r>
        <w:t xml:space="preserve"> no.</w:t>
      </w:r>
      <w:r>
        <w:t xml:space="preserve"> No,</w:t>
      </w:r>
      <w:r>
        <w:t xml:space="preserve"> why?</w:t>
      </w:r>
      <w:r>
        <w:t xml:space="preserve"> What's</w:t>
      </w:r>
      <w:r>
        <w:t xml:space="preserve"> going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on?</w:t>
        <w:br/>
        <w:t>他们今早带走了你的女儿</w:t>
        <w:br/>
        <w:t>They</w:t>
      </w:r>
      <w:r>
        <w:t xml:space="preserve"> picked</w:t>
      </w:r>
      <w:r>
        <w:t xml:space="preserve"> up</w:t>
      </w:r>
      <w:r>
        <w:t xml:space="preserve"> your</w:t>
      </w:r>
      <w:r>
        <w:t xml:space="preserve"> daughter</w:t>
      </w:r>
      <w:r>
        <w:t xml:space="preserve"> early</w:t>
      </w:r>
      <w:r>
        <w:t xml:space="preserve"> this</w:t>
      </w:r>
      <w:r>
        <w:t xml:space="preserve"> morning.</w:t>
        <w:br/>
        <w:t>叫Isobel</w:t>
      </w:r>
      <w:r>
        <w:t xml:space="preserve"> 是吧?</w:t>
        <w:br/>
        <w:t>Isobel,</w:t>
      </w:r>
      <w:r>
        <w:t xml:space="preserve"> right?</w:t>
      </w:r>
      <w:r>
        <w:t xml:space="preserve"> </w:t>
        <w:br/>
        <w:t>对</w:t>
        <w:br/>
        <w:t>Yes.</w:t>
        <w:br/>
        <w:t>她还在那边</w:t>
        <w:br/>
        <w:t>She's</w:t>
      </w:r>
      <w:r>
        <w:t xml:space="preserve"> still</w:t>
      </w:r>
      <w:r>
        <w:t xml:space="preserve"> there.</w:t>
        <w:br/>
        <w:t>她没事吧?</w:t>
        <w:br/>
        <w:t>Is</w:t>
      </w:r>
      <w:r>
        <w:t xml:space="preserve"> she</w:t>
      </w:r>
      <w:r>
        <w:t xml:space="preserve"> okay?</w:t>
      </w:r>
      <w:r>
        <w:t xml:space="preserve"> </w:t>
        <w:br/>
        <w:t>她没事</w:t>
        <w:br/>
        <w:t>Yeah,</w:t>
      </w:r>
      <w:r>
        <w:t xml:space="preserve"> she's</w:t>
      </w:r>
      <w:r>
        <w:t xml:space="preserve"> fine.</w:t>
        <w:br/>
        <w:t>怎么搞的?</w:t>
      </w:r>
      <w:r>
        <w:t xml:space="preserve"> 怎么回事?</w:t>
        <w:br/>
        <w:t>What</w:t>
      </w:r>
      <w:r>
        <w:t xml:space="preserve"> happened?</w:t>
      </w:r>
      <w:r>
        <w:t xml:space="preserve"> What's</w:t>
      </w:r>
      <w:r>
        <w:t xml:space="preserve"> going</w:t>
      </w:r>
      <w:r>
        <w:t xml:space="preserve"> on?</w:t>
        <w:br/>
        <w:t>她在Fielding参加派对</w:t>
        <w:br/>
        <w:t>She</w:t>
      </w:r>
      <w:r>
        <w:t xml:space="preserve"> was</w:t>
      </w:r>
      <w:r>
        <w:t xml:space="preserve"> at</w:t>
      </w:r>
      <w:r>
        <w:t xml:space="preserve"> a</w:t>
      </w:r>
      <w:r>
        <w:t xml:space="preserve"> house</w:t>
      </w:r>
      <w:r>
        <w:t xml:space="preserve"> party</w:t>
      </w:r>
      <w:r>
        <w:t xml:space="preserve"> on</w:t>
      </w:r>
      <w:r>
        <w:t xml:space="preserve"> Fielding.</w:t>
      </w:r>
      <w:r>
        <w:t xml:space="preserve"> </w:t>
        <w:br/>
        <w:t>嗯</w:t>
        <w:br/>
        <w:t>Uh-huh.</w:t>
        <w:br/>
        <w:t>有点玩过火了</w:t>
        <w:br/>
        <w:t>Party</w:t>
      </w:r>
      <w:r>
        <w:t xml:space="preserve"> got</w:t>
      </w:r>
      <w:r>
        <w:t xml:space="preserve"> out</w:t>
      </w:r>
      <w:r>
        <w:t xml:space="preserve"> of</w:t>
      </w:r>
      <w:r>
        <w:t xml:space="preserve"> control,</w:t>
      </w:r>
      <w:r>
        <w:t xml:space="preserve"> </w:t>
        <w:br/>
        <w:t>他们发现她身上带了摇&amp;hearts;头&amp;hearts;丸&amp;hearts;</w:t>
        <w:br/>
        <w:t>she</w:t>
      </w:r>
      <w:r>
        <w:t xml:space="preserve"> had</w:t>
      </w:r>
      <w:r>
        <w:t xml:space="preserve"> some</w:t>
      </w:r>
      <w:r>
        <w:t xml:space="preserve"> ecstasy</w:t>
      </w:r>
      <w:r>
        <w:t xml:space="preserve"> on</w:t>
      </w:r>
      <w:r>
        <w:t xml:space="preserve"> her,</w:t>
      </w:r>
      <w:r>
        <w:t xml:space="preserve"> </w:t>
        <w:br/>
        <w:t>就带她回警局了</w:t>
        <w:br/>
        <w:t>they</w:t>
      </w:r>
      <w:r>
        <w:t xml:space="preserve"> brought</w:t>
      </w:r>
      <w:r>
        <w:t xml:space="preserve"> her</w:t>
      </w:r>
      <w:r>
        <w:t xml:space="preserve"> in.</w:t>
        <w:br/>
        <w:t>人没事吧?</w:t>
        <w:br/>
        <w:t>Is</w:t>
      </w:r>
      <w:r>
        <w:t xml:space="preserve"> she</w:t>
      </w:r>
      <w:r>
        <w:t xml:space="preserve"> all</w:t>
      </w:r>
      <w:r>
        <w:t xml:space="preserve"> right?</w:t>
      </w:r>
      <w:r>
        <w:t xml:space="preserve"> </w:t>
        <w:br/>
        <w:t>没事</w:t>
        <w:br/>
        <w:t>She's</w:t>
      </w:r>
      <w:r>
        <w:t xml:space="preserve"> fine.</w:t>
        <w:br/>
        <w:t>她不敢见你</w:t>
        <w:br/>
        <w:t>She's</w:t>
      </w:r>
      <w:r>
        <w:t xml:space="preserve"> afraid</w:t>
      </w:r>
      <w:r>
        <w:t xml:space="preserve"> to</w:t>
      </w:r>
      <w:r>
        <w:t xml:space="preserve"> see</w:t>
      </w:r>
      <w:r>
        <w:t xml:space="preserve"> you,</w:t>
      </w:r>
      <w:r>
        <w:t xml:space="preserve"> </w:t>
        <w:br/>
        <w:t>不过我有让他们好好照顾她</w:t>
        <w:br/>
        <w:t>but</w:t>
      </w:r>
      <w:r>
        <w:t xml:space="preserve"> I</w:t>
      </w:r>
      <w:r>
        <w:t xml:space="preserve"> told</w:t>
      </w:r>
      <w:r>
        <w:t xml:space="preserve"> them</w:t>
      </w:r>
      <w:r>
        <w:t xml:space="preserve"> to</w:t>
      </w:r>
      <w:r>
        <w:t xml:space="preserve"> take</w:t>
      </w:r>
      <w:r>
        <w:t xml:space="preserve"> really</w:t>
      </w:r>
      <w:r>
        <w:t xml:space="preserve"> good</w:t>
      </w:r>
      <w:r>
        <w:t xml:space="preserve"> care</w:t>
      </w:r>
      <w:r>
        <w:t xml:space="preserve"> of</w:t>
      </w:r>
      <w:r>
        <w:t xml:space="preserve"> her.</w:t>
        <w:br/>
        <w:t>我不知道这是怎么回事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happened.</w:t>
      </w:r>
      <w:r>
        <w:t xml:space="preserve"> </w:t>
        <w:br/>
        <w:t>她应该跟Zoe一起过周末的啊</w:t>
        <w:br/>
        <w:t>She's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with</w:t>
      </w:r>
      <w:r>
        <w:t xml:space="preserve"> Zoe</w:t>
      </w:r>
      <w:r>
        <w:t xml:space="preserve"> this</w:t>
      </w:r>
      <w:r>
        <w:t xml:space="preserve"> week.</w:t>
        <w:br/>
        <w:t>没事</w:t>
        <w:br/>
        <w:t>It's</w:t>
      </w:r>
      <w:r>
        <w:t xml:space="preserve"> okay.</w:t>
        <w:br/>
        <w:t>我跟34分局的执行警长说了</w:t>
        <w:br/>
        <w:t>I</w:t>
      </w:r>
      <w:r>
        <w:t xml:space="preserve"> spoke</w:t>
      </w:r>
      <w:r>
        <w:t xml:space="preserve"> to</w:t>
      </w:r>
      <w:r>
        <w:t xml:space="preserve"> the</w:t>
      </w:r>
      <w:r>
        <w:t xml:space="preserve"> staff</w:t>
      </w:r>
      <w:r>
        <w:t xml:space="preserve"> at</w:t>
      </w:r>
      <w:r>
        <w:t xml:space="preserve"> 34,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</w:t>
        <w:br/>
        <w:t>这事可能之后就先压下去吧</w:t>
        <w:br/>
        <w:t>I</w:t>
      </w:r>
      <w:r>
        <w:t xml:space="preserve"> told</w:t>
      </w:r>
      <w:r>
        <w:t xml:space="preserve"> them</w:t>
      </w:r>
      <w:r>
        <w:t xml:space="preserve"> we</w:t>
      </w:r>
      <w:r>
        <w:t xml:space="preserve"> might</w:t>
      </w:r>
      <w:r>
        <w:t xml:space="preserve"> need</w:t>
      </w:r>
      <w:r>
        <w:t xml:space="preserve"> to</w:t>
      </w:r>
      <w:r>
        <w:t xml:space="preserve"> make</w:t>
      </w:r>
      <w:r>
        <w:t xml:space="preserve"> this</w:t>
      </w:r>
      <w:r>
        <w:t xml:space="preserve"> go</w:t>
      </w:r>
      <w:r>
        <w:t xml:space="preserve"> away.</w:t>
        <w:br/>
        <w:t>我绝不会要求你做这样的事的</w:t>
      </w:r>
      <w:r>
        <w:t xml:space="preserve"> 长官</w:t>
        <w:br/>
        <w:t>I</w:t>
      </w:r>
      <w:r>
        <w:t xml:space="preserve"> would</w:t>
      </w:r>
      <w:r>
        <w:t xml:space="preserve"> never</w:t>
      </w:r>
      <w:r>
        <w:t xml:space="preserve"> ask</w:t>
      </w:r>
      <w:r>
        <w:t xml:space="preserve"> you</w:t>
      </w:r>
      <w:r>
        <w:t xml:space="preserve"> to</w:t>
      </w:r>
      <w:r>
        <w:t xml:space="preserve"> do</w:t>
      </w:r>
      <w:r>
        <w:t xml:space="preserve"> that,</w:t>
      </w:r>
      <w:r>
        <w:t xml:space="preserve"> sir.</w:t>
      </w:r>
      <w:r>
        <w:t xml:space="preserve"> </w:t>
        <w:br/>
        <w:t>我知道</w:t>
      </w:r>
      <w:r>
        <w:t xml:space="preserve"> 所以我主动提出来了</w:t>
        <w:br/>
        <w:t>I</w:t>
      </w:r>
      <w:r>
        <w:t xml:space="preserve"> know,</w:t>
      </w:r>
      <w:r>
        <w:t xml:space="preserve"> that's</w:t>
      </w:r>
      <w:r>
        <w:t xml:space="preserve"> why</w:t>
      </w:r>
      <w:r>
        <w:t xml:space="preserve"> I'm</w:t>
      </w:r>
      <w:r>
        <w:t xml:space="preserve"> offering.</w:t>
        <w:br/>
        <w:t>你是我训练过的第一个新警&amp;hearts;察&amp;hearts;</w:t>
        <w:br/>
        <w:t>You</w:t>
      </w:r>
      <w:r>
        <w:t xml:space="preserve"> know,</w:t>
      </w:r>
      <w:r>
        <w:t xml:space="preserve"> you're</w:t>
      </w:r>
      <w:r>
        <w:t xml:space="preserve"> the</w:t>
      </w:r>
      <w:r>
        <w:t xml:space="preserve"> first</w:t>
      </w:r>
      <w:r>
        <w:t xml:space="preserve"> rookie</w:t>
      </w:r>
      <w:r>
        <w:t xml:space="preserve"> I</w:t>
      </w:r>
      <w:r>
        <w:t xml:space="preserve"> ever</w:t>
      </w:r>
      <w:r>
        <w:t xml:space="preserve"> trained</w:t>
      </w:r>
      <w:r>
        <w:t xml:space="preserve"> </w:t>
        <w:br/>
        <w:t>也是最好的一个</w:t>
        <w:br/>
        <w:t>and</w:t>
      </w:r>
      <w:r>
        <w:t xml:space="preserve"> one</w:t>
      </w:r>
      <w:r>
        <w:t xml:space="preserve"> of</w:t>
      </w:r>
      <w:r>
        <w:t xml:space="preserve"> the</w:t>
      </w:r>
      <w:r>
        <w:t xml:space="preserve"> best.</w:t>
        <w:br/>
        <w:t>这多少值点交情吧</w:t>
        <w:br/>
        <w:t>It's</w:t>
      </w:r>
      <w:r>
        <w:t xml:space="preserve"> got</w:t>
      </w:r>
      <w:r>
        <w:t xml:space="preserve"> to</w:t>
      </w:r>
      <w:r>
        <w:t xml:space="preserve"> be</w:t>
      </w:r>
      <w:r>
        <w:t xml:space="preserve"> worth</w:t>
      </w:r>
      <w:r>
        <w:t xml:space="preserve"> something,</w:t>
      </w:r>
      <w:r>
        <w:t xml:space="preserve"> right?</w:t>
        <w:br/>
        <w:t>反正你有我电&amp;hearts;话&amp;hearts;</w:t>
        <w:br/>
        <w:t>Anyway,</w:t>
      </w:r>
      <w:r>
        <w:t xml:space="preserve"> you</w:t>
      </w:r>
      <w:r>
        <w:t xml:space="preserve"> got</w:t>
      </w:r>
      <w:r>
        <w:t xml:space="preserve"> my</w:t>
      </w:r>
      <w:r>
        <w:t xml:space="preserve"> phone</w:t>
      </w:r>
      <w:r>
        <w:t xml:space="preserve"> number.</w:t>
        <w:br/>
        <w:t>你想怎么样</w:t>
      </w:r>
      <w:r>
        <w:t xml:space="preserve"> 打电&amp;hearts;话&amp;hearts;告诉我一声就行</w:t>
        <w:br/>
        <w:t>Give</w:t>
      </w:r>
      <w:r>
        <w:t xml:space="preserve"> me</w:t>
      </w:r>
      <w:r>
        <w:t xml:space="preserve"> a</w:t>
      </w:r>
      <w:r>
        <w:t xml:space="preserve"> call,</w:t>
      </w:r>
      <w:r>
        <w:t xml:space="preserve"> let</w:t>
      </w:r>
      <w:r>
        <w:t xml:space="preserve"> me</w:t>
      </w:r>
      <w:r>
        <w:t xml:space="preserve"> know</w:t>
      </w:r>
      <w:r>
        <w:t xml:space="preserve"> what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do.</w:t>
        <w:br/>
        <w:t>谢谢</w:t>
      </w:r>
      <w:r>
        <w:t xml:space="preserve"> 长官</w:t>
        <w:br/>
        <w:t>Thank</w:t>
      </w:r>
      <w:r>
        <w:t xml:space="preserve"> you,</w:t>
      </w:r>
      <w:r>
        <w:t xml:space="preserve"> sir.</w:t>
      </w:r>
      <w:r>
        <w:t xml:space="preserve"> </w:t>
        <w:br/>
        <w:t>没事</w:t>
        <w:br/>
        <w:t>Anytime.</w:t>
        <w:br/>
        <w:t>你不是卧床休息去了吗</w:t>
        <w:br/>
        <w:t>I</w:t>
      </w:r>
      <w:r>
        <w:t xml:space="preserve"> thought</w:t>
      </w:r>
      <w:r>
        <w:t xml:space="preserve"> you</w:t>
      </w:r>
      <w:r>
        <w:t xml:space="preserve"> were</w:t>
      </w:r>
      <w:r>
        <w:t xml:space="preserve"> on</w:t>
      </w:r>
      <w:r>
        <w:t xml:space="preserve"> bed</w:t>
      </w:r>
      <w:r>
        <w:t xml:space="preserve"> rest.</w:t>
        <w:br/>
        <w:t>Jarvis叫我来的</w:t>
        <w:br/>
        <w:t>Jarvis</w:t>
      </w:r>
      <w:r>
        <w:t xml:space="preserve"> called</w:t>
      </w:r>
      <w:r>
        <w:t xml:space="preserve"> me</w:t>
      </w:r>
      <w:r>
        <w:t xml:space="preserve"> in.</w:t>
        <w:br/>
        <w:t>他正式叫停了Ted</w:t>
      </w:r>
      <w:r>
        <w:t xml:space="preserve"> McDonald的案件调查</w:t>
        <w:br/>
        <w:t>He's</w:t>
      </w:r>
      <w:r>
        <w:t xml:space="preserve"> shut</w:t>
      </w:r>
      <w:r>
        <w:t xml:space="preserve"> down</w:t>
      </w:r>
      <w:r>
        <w:t xml:space="preserve"> the</w:t>
      </w:r>
      <w:r>
        <w:t xml:space="preserve"> Ted</w:t>
      </w:r>
      <w:r>
        <w:t xml:space="preserve"> McDonald</w:t>
      </w:r>
      <w:r>
        <w:t xml:space="preserve"> investigation</w:t>
      </w:r>
      <w:r>
        <w:t xml:space="preserve"> officially.</w:t>
        <w:br/>
        <w:t>他怎么说的?</w:t>
        <w:br/>
        <w:t>What'd</w:t>
      </w:r>
      <w:r>
        <w:t xml:space="preserve"> he</w:t>
      </w:r>
      <w:r>
        <w:t xml:space="preserve"> say?</w:t>
      </w:r>
      <w:r>
        <w:t xml:space="preserve"> </w:t>
        <w:br/>
        <w:t>Ted干的</w:t>
      </w:r>
      <w:r>
        <w:t xml:space="preserve"> Ted死了</w:t>
        <w:br/>
        <w:t>It</w:t>
      </w:r>
      <w:r>
        <w:t xml:space="preserve"> was</w:t>
      </w:r>
      <w:r>
        <w:t xml:space="preserve"> Ted.</w:t>
      </w:r>
      <w:r>
        <w:t xml:space="preserve"> Ted</w:t>
      </w:r>
      <w:r>
        <w:t xml:space="preserve"> is</w:t>
      </w:r>
      <w:r>
        <w:t xml:space="preserve"> dead.</w:t>
        <w:br/>
        <w:t>话少先生知道我们查出这事跟警局内部的联&amp;hearts;系&amp;hearts;吗?</w:t>
        <w:br/>
        <w:t>Does</w:t>
      </w:r>
      <w:r>
        <w:t xml:space="preserve"> Dr.</w:t>
      </w:r>
      <w:r>
        <w:t xml:space="preserve"> Seuss</w:t>
      </w:r>
      <w:r>
        <w:t xml:space="preserve"> know</w:t>
      </w:r>
      <w:r>
        <w:t xml:space="preserve"> we</w:t>
      </w:r>
      <w:r>
        <w:t xml:space="preserve"> found</w:t>
      </w:r>
      <w:r>
        <w:t xml:space="preserve"> a</w:t>
      </w:r>
      <w:r>
        <w:t xml:space="preserve"> connection</w:t>
      </w:r>
      <w:r>
        <w:t xml:space="preserve"> to</w:t>
      </w:r>
      <w:r>
        <w:t xml:space="preserve"> the</w:t>
      </w:r>
      <w:r>
        <w:t xml:space="preserve"> Police</w:t>
      </w:r>
      <w:r>
        <w:t xml:space="preserve"> Department?</w:t>
        <w:br/>
        <w:t>他说卖&amp;hearts;&amp;hearts;炸&amp;hearts;药&amp;hearts;那人可能把炸&amp;hearts;药&amp;hearts;</w:t>
      </w:r>
      <w:r>
        <w:t xml:space="preserve"> 卖&amp;hearts;&amp;hearts;给许多人</w:t>
        <w:br/>
        <w:t>He</w:t>
      </w:r>
      <w:r>
        <w:t xml:space="preserve"> says</w:t>
      </w:r>
      <w:r>
        <w:t xml:space="preserve"> our</w:t>
      </w:r>
      <w:r>
        <w:t xml:space="preserve"> missing</w:t>
      </w:r>
      <w:r>
        <w:t xml:space="preserve"> explosives</w:t>
      </w:r>
      <w:r>
        <w:t xml:space="preserve"> rep</w:t>
      </w:r>
      <w:r>
        <w:t xml:space="preserve"> sold</w:t>
      </w:r>
      <w:r>
        <w:t xml:space="preserve"> to</w:t>
      </w:r>
      <w:r>
        <w:t xml:space="preserve"> hundreds</w:t>
      </w:r>
      <w:r>
        <w:t xml:space="preserve"> of</w:t>
      </w:r>
      <w:r>
        <w:t xml:space="preserve"> people,</w:t>
      </w:r>
      <w:r>
        <w:t xml:space="preserve"> </w:t>
        <w:br/>
        <w:t>许多公&amp;hearts;司&amp;hearts;</w:t>
      </w:r>
      <w:r>
        <w:t xml:space="preserve"> 现在又找不到他</w:t>
        <w:br/>
        <w:t>dozens</w:t>
      </w:r>
      <w:r>
        <w:t xml:space="preserve"> of</w:t>
      </w:r>
      <w:r>
        <w:t xml:space="preserve"> companies.</w:t>
        <w:br/>
        <w:t>说我们"完全是脑补</w:t>
      </w:r>
      <w:r>
        <w:t xml:space="preserve"> 一点关联都没有"</w:t>
        <w:br/>
        <w:t>It's</w:t>
      </w:r>
      <w:r>
        <w:t xml:space="preserve"> a</w:t>
      </w:r>
      <w:r>
        <w:t xml:space="preserve"> "complete</w:t>
      </w:r>
      <w:r>
        <w:t xml:space="preserve"> stretch,</w:t>
      </w:r>
      <w:r>
        <w:t xml:space="preserve"> totally</w:t>
      </w:r>
      <w:r>
        <w:t xml:space="preserve"> irrelevant."</w:t>
        <w:br/>
        <w:t>这样我就能回去卧床休息了</w:t>
        <w:br/>
        <w:t>So,</w:t>
      </w:r>
      <w:r>
        <w:t xml:space="preserve"> I</w:t>
      </w:r>
      <w:r>
        <w:t xml:space="preserve"> get</w:t>
      </w:r>
      <w:r>
        <w:t xml:space="preserve"> to</w:t>
      </w:r>
      <w:r>
        <w:t xml:space="preserve"> go</w:t>
      </w:r>
      <w:r>
        <w:t xml:space="preserve"> back</w:t>
      </w:r>
      <w:r>
        <w:t xml:space="preserve"> to</w:t>
      </w:r>
      <w:r>
        <w:t xml:space="preserve"> bed,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</w:t>
        <w:br/>
        <w:t>你也能出去巡逻了</w:t>
        <w:br/>
        <w:t>and</w:t>
      </w:r>
      <w:r>
        <w:t xml:space="preserve"> you</w:t>
      </w:r>
      <w:r>
        <w:t xml:space="preserve"> get</w:t>
      </w:r>
      <w:r>
        <w:t xml:space="preserve"> to</w:t>
      </w:r>
      <w:r>
        <w:t xml:space="preserve"> go</w:t>
      </w:r>
      <w:r>
        <w:t xml:space="preserve"> back</w:t>
      </w:r>
      <w:r>
        <w:t xml:space="preserve"> out</w:t>
      </w:r>
      <w:r>
        <w:t xml:space="preserve"> into</w:t>
      </w:r>
      <w:r>
        <w:t xml:space="preserve"> the</w:t>
      </w:r>
      <w:r>
        <w:t xml:space="preserve"> field.</w:t>
        <w:br/>
        <w:t>你还是出去跑跑跳跳吧</w:t>
        <w:br/>
        <w:t>You</w:t>
      </w:r>
      <w:r>
        <w:t xml:space="preserve"> should</w:t>
      </w:r>
      <w:r>
        <w:t xml:space="preserve"> run</w:t>
      </w:r>
      <w:r>
        <w:t xml:space="preserve"> and</w:t>
      </w:r>
      <w:r>
        <w:t xml:space="preserve"> jump</w:t>
      </w:r>
      <w:r>
        <w:t xml:space="preserve"> a</w:t>
      </w:r>
      <w:r>
        <w:t xml:space="preserve"> little.</w:t>
      </w:r>
      <w:r>
        <w:t xml:space="preserve"> </w:t>
        <w:br/>
        <w:t>免得做内勤做到退休</w:t>
        <w:br/>
        <w:t>Before</w:t>
      </w:r>
      <w:r>
        <w:t xml:space="preserve"> you</w:t>
      </w:r>
      <w:r>
        <w:t xml:space="preserve"> gain</w:t>
      </w:r>
      <w:r>
        <w:t xml:space="preserve"> the</w:t>
      </w:r>
      <w:r>
        <w:t xml:space="preserve"> "desk</w:t>
      </w:r>
      <w:r>
        <w:t xml:space="preserve"> job</w:t>
      </w:r>
      <w:r>
        <w:t xml:space="preserve"> 20."</w:t>
        <w:br/>
        <w:t>我正朝那个方向发展呢</w:t>
      </w:r>
      <w:r>
        <w:t xml:space="preserve"> 不过我理由充分啊</w:t>
        <w:br/>
        <w:t>I'm</w:t>
      </w:r>
      <w:r>
        <w:t xml:space="preserve"> well</w:t>
      </w:r>
      <w:r>
        <w:t xml:space="preserve"> on</w:t>
      </w:r>
      <w:r>
        <w:t xml:space="preserve"> my</w:t>
      </w:r>
      <w:r>
        <w:t xml:space="preserve"> way,</w:t>
      </w:r>
      <w:r>
        <w:t xml:space="preserve"> but</w:t>
      </w:r>
      <w:r>
        <w:t xml:space="preserve"> I</w:t>
      </w:r>
      <w:r>
        <w:t xml:space="preserve"> guess</w:t>
      </w:r>
      <w:r>
        <w:t xml:space="preserve"> I</w:t>
      </w:r>
      <w:r>
        <w:t xml:space="preserve"> have</w:t>
      </w:r>
      <w:r>
        <w:t xml:space="preserve"> an</w:t>
      </w:r>
      <w:r>
        <w:t xml:space="preserve"> excuse.</w:t>
        <w:br/>
        <w:t>他怎么能叫停呢</w:t>
      </w:r>
      <w:r>
        <w:t xml:space="preserve"> 我们好不容易有点进展</w:t>
        <w:br/>
        <w:t>He</w:t>
      </w:r>
      <w:r>
        <w:t xml:space="preserve"> can't</w:t>
      </w:r>
      <w:r>
        <w:t xml:space="preserve"> shut</w:t>
      </w:r>
      <w:r>
        <w:t xml:space="preserve"> it</w:t>
      </w:r>
      <w:r>
        <w:t xml:space="preserve"> down.</w:t>
      </w:r>
      <w:r>
        <w:t xml:space="preserve"> We're</w:t>
      </w:r>
      <w:r>
        <w:t xml:space="preserve"> finally</w:t>
      </w:r>
      <w:r>
        <w:t xml:space="preserve"> getting</w:t>
      </w:r>
      <w:r>
        <w:t xml:space="preserve"> somewhere.</w:t>
        <w:br/>
        <w:t>没机会了</w:t>
      </w:r>
      <w:r>
        <w:t xml:space="preserve"> 今天下班前把东西都收拾好吧</w:t>
        <w:br/>
        <w:t>Not</w:t>
      </w:r>
      <w:r>
        <w:t xml:space="preserve"> anymore.</w:t>
      </w:r>
      <w:r>
        <w:t xml:space="preserve"> Got</w:t>
      </w:r>
      <w:r>
        <w:t xml:space="preserve"> to</w:t>
      </w:r>
      <w:r>
        <w:t xml:space="preserve"> be</w:t>
      </w:r>
      <w:r>
        <w:t xml:space="preserve"> packed</w:t>
      </w:r>
      <w:r>
        <w:t xml:space="preserve"> up</w:t>
      </w:r>
      <w:r>
        <w:t xml:space="preserve"> by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  <w:r>
        <w:t xml:space="preserve"> day.</w:t>
        <w:br/>
        <w:t>我还以为你会高兴呢</w:t>
        <w:br/>
        <w:t>I</w:t>
      </w:r>
      <w:r>
        <w:t xml:space="preserve"> thought</w:t>
      </w:r>
      <w:r>
        <w:t xml:space="preserve"> you'd</w:t>
      </w:r>
      <w:r>
        <w:t xml:space="preserve"> be</w:t>
      </w:r>
      <w:r>
        <w:t xml:space="preserve"> happy.</w:t>
        <w:br/>
        <w:t>不用成天和一个怀孕的疯女人</w:t>
        <w:br/>
        <w:t>Won't</w:t>
      </w:r>
      <w:r>
        <w:t xml:space="preserve"> be</w:t>
      </w:r>
      <w:r>
        <w:t xml:space="preserve"> stuck</w:t>
      </w:r>
      <w:r>
        <w:t xml:space="preserve"> in</w:t>
      </w:r>
      <w:r>
        <w:t xml:space="preserve"> a</w:t>
      </w:r>
      <w:r>
        <w:t xml:space="preserve"> room</w:t>
      </w:r>
      <w:r>
        <w:t xml:space="preserve"> with</w:t>
      </w:r>
      <w:r>
        <w:t xml:space="preserve"> fluorescent</w:t>
      </w:r>
      <w:r>
        <w:t xml:space="preserve"> lights</w:t>
      </w:r>
      <w:r>
        <w:t xml:space="preserve"> </w:t>
        <w:br/>
        <w:t>待在到处都是荧光灯的房&amp;hearts;间</w:t>
        <w:br/>
        <w:t>and</w:t>
      </w:r>
      <w:r>
        <w:t xml:space="preserve"> a</w:t>
      </w:r>
      <w:r>
        <w:t xml:space="preserve"> crazy</w:t>
      </w:r>
      <w:r>
        <w:t xml:space="preserve"> pregnant</w:t>
      </w:r>
      <w:r>
        <w:t xml:space="preserve"> lady</w:t>
      </w:r>
      <w:r>
        <w:t xml:space="preserve"> anymore.</w:t>
        <w:br/>
        <w:t>一小时前</w:t>
      </w:r>
      <w:r>
        <w:t xml:space="preserve"> 模范市民Brody</w:t>
      </w:r>
      <w:r>
        <w:t xml:space="preserve"> Simmons</w:t>
        <w:br/>
        <w:t>An</w:t>
      </w:r>
      <w:r>
        <w:t xml:space="preserve"> hour</w:t>
      </w:r>
      <w:r>
        <w:t xml:space="preserve"> ago,</w:t>
      </w:r>
      <w:r>
        <w:t xml:space="preserve"> Brody</w:t>
      </w:r>
      <w:r>
        <w:t xml:space="preserve"> Simmons,</w:t>
      </w:r>
      <w:r>
        <w:t xml:space="preserve"> upstanding</w:t>
      </w:r>
      <w:r>
        <w:t xml:space="preserve"> citizen,</w:t>
        <w:br/>
        <w:t>从纪念医院跑了</w:t>
        <w:br/>
        <w:t>he</w:t>
      </w:r>
      <w:r>
        <w:t xml:space="preserve"> walked</w:t>
      </w:r>
      <w:r>
        <w:t xml:space="preserve"> away</w:t>
      </w:r>
      <w:r>
        <w:t xml:space="preserve"> from</w:t>
      </w:r>
      <w:r>
        <w:t xml:space="preserve"> Memorial</w:t>
      </w:r>
      <w:r>
        <w:t xml:space="preserve"> Hospital</w:t>
      </w:r>
      <w:r>
        <w:t xml:space="preserve"> </w:t>
        <w:br/>
        <w:t>今天是他和另外四名囚犯</w:t>
        <w:br/>
        <w:t>where</w:t>
      </w:r>
      <w:r>
        <w:t xml:space="preserve"> he</w:t>
      </w:r>
      <w:r>
        <w:t xml:space="preserve"> and</w:t>
      </w:r>
      <w:r>
        <w:t xml:space="preserve"> four</w:t>
      </w:r>
      <w:r>
        <w:t xml:space="preserve"> other</w:t>
      </w:r>
      <w:r>
        <w:t xml:space="preserve"> inmates</w:t>
        <w:br/>
        <w:t>两月一次的化疗时间</w:t>
        <w:br/>
        <w:t>were</w:t>
      </w:r>
      <w:r>
        <w:t xml:space="preserve"> receiving</w:t>
      </w:r>
      <w:r>
        <w:t xml:space="preserve"> their</w:t>
      </w:r>
      <w:r>
        <w:t xml:space="preserve"> bimonthly</w:t>
      </w:r>
      <w:r>
        <w:t xml:space="preserve"> chemotherapy</w:t>
      </w:r>
      <w:r>
        <w:t xml:space="preserve"> treatment.</w:t>
        <w:br/>
        <w:t>Brody</w:t>
      </w:r>
      <w:r>
        <w:t xml:space="preserve"> Simmons</w:t>
      </w:r>
      <w:r>
        <w:t xml:space="preserve"> 那个MMA拳手?</w:t>
        <w:br/>
        <w:t>Brody</w:t>
      </w:r>
      <w:r>
        <w:t xml:space="preserve"> Simmons,</w:t>
      </w:r>
      <w:r>
        <w:t xml:space="preserve"> the</w:t>
      </w:r>
      <w:r>
        <w:t xml:space="preserve"> MMA</w:t>
      </w:r>
      <w:r>
        <w:t xml:space="preserve"> fighter?</w:t>
      </w:r>
      <w:r>
        <w:t xml:space="preserve"> </w:t>
        <w:br/>
        <w:t>对</w:t>
        <w:br/>
        <w:t>Yep.</w:t>
        <w:br/>
        <w:t>他第一轮就一击放倒了Jefferson</w:t>
        <w:br/>
        <w:t>The</w:t>
      </w:r>
      <w:r>
        <w:t xml:space="preserve"> guy</w:t>
      </w:r>
      <w:r>
        <w:t xml:space="preserve"> T.K.O.'d</w:t>
      </w:r>
      <w:r>
        <w:t xml:space="preserve"> Jefferson</w:t>
      </w:r>
      <w:r>
        <w:t xml:space="preserve"> in</w:t>
      </w:r>
      <w:r>
        <w:t xml:space="preserve"> the</w:t>
      </w:r>
      <w:r>
        <w:t xml:space="preserve"> first</w:t>
      </w:r>
      <w:r>
        <w:t xml:space="preserve"> round.</w:t>
        <w:br/>
        <w:t>他可...</w:t>
        <w:br/>
        <w:t>He's</w:t>
        <w:br/>
        <w:t>Christian特别喜欢他</w:t>
        <w:br/>
        <w:t>Christian's</w:t>
      </w:r>
      <w:r>
        <w:t xml:space="preserve"> a...</w:t>
      </w:r>
      <w:r>
        <w:t xml:space="preserve"> a</w:t>
      </w:r>
      <w:r>
        <w:t xml:space="preserve"> big</w:t>
      </w:r>
      <w:r>
        <w:t xml:space="preserve"> fan.</w:t>
      </w:r>
      <w:r>
        <w:t xml:space="preserve"> Right,</w:t>
      </w:r>
      <w:r>
        <w:t xml:space="preserve"> </w:t>
        <w:br/>
        <w:t>MMA拳手</w:t>
      </w:r>
      <w:r>
        <w:t xml:space="preserve"> 类固醇滥用者</w:t>
        <w:br/>
        <w:t>MMA</w:t>
      </w:r>
      <w:r>
        <w:t xml:space="preserve"> fighter,</w:t>
      </w:r>
      <w:r>
        <w:t xml:space="preserve"> steroid</w:t>
      </w:r>
      <w:r>
        <w:t xml:space="preserve"> abuser,</w:t>
        <w:br/>
        <w:t>有好几个伤人的案底</w:t>
        <w:br/>
        <w:t>repeat</w:t>
      </w:r>
      <w:r>
        <w:t xml:space="preserve"> offender,</w:t>
      </w:r>
      <w:r>
        <w:t xml:space="preserve"> mostly</w:t>
      </w:r>
      <w:r>
        <w:t xml:space="preserve"> for</w:t>
      </w:r>
      <w:r>
        <w:t xml:space="preserve"> assault.</w:t>
        <w:br/>
        <w:t>Swarek会去医院看望</w:t>
        <w:br/>
        <w:t>Um,</w:t>
      </w:r>
      <w:r>
        <w:t xml:space="preserve"> Swarek</w:t>
      </w:r>
      <w:r>
        <w:t xml:space="preserve"> is</w:t>
      </w:r>
      <w:r>
        <w:t xml:space="preserve"> gonna</w:t>
      </w:r>
      <w:r>
        <w:t xml:space="preserve"> go</w:t>
      </w:r>
      <w:r>
        <w:t xml:space="preserve"> down</w:t>
      </w:r>
      <w:r>
        <w:t xml:space="preserve"> to</w:t>
      </w:r>
      <w:r>
        <w:t xml:space="preserve"> the</w:t>
      </w:r>
      <w:r>
        <w:t xml:space="preserve"> hospital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</w:t>
        <w:br/>
        <w:t>并询问</w:t>
      </w:r>
      <w:r>
        <w:t xml:space="preserve"> 那个被他拿手术刀(scalpeled)捅了的医生</w:t>
        <w:br/>
        <w:t>and</w:t>
      </w:r>
      <w:r>
        <w:t xml:space="preserve"> talk</w:t>
      </w:r>
      <w:r>
        <w:t xml:space="preserve"> to</w:t>
      </w:r>
      <w:r>
        <w:t xml:space="preserve"> the</w:t>
      </w:r>
      <w:r>
        <w:t xml:space="preserve"> doctor</w:t>
      </w:r>
      <w:r>
        <w:t xml:space="preserve"> that</w:t>
      </w:r>
      <w:r>
        <w:t xml:space="preserve"> he</w:t>
      </w:r>
      <w:r>
        <w:t xml:space="preserve"> scalpeled.</w:t>
        <w:br/>
        <w:t>你是想说被剥头皮(scalped)吧</w:t>
        <w:br/>
        <w:t>You</w:t>
      </w:r>
      <w:r>
        <w:t xml:space="preserve"> mean</w:t>
      </w:r>
      <w:r>
        <w:t xml:space="preserve"> scalped.</w:t>
      </w:r>
      <w:r>
        <w:t xml:space="preserve"> </w:t>
        <w:br/>
        <w:t>手术刀捅</w:t>
        <w:br/>
        <w:t>Scalpeled.</w:t>
        <w:br/>
        <w:t>我就是想告诉你们怎么使用形近词</w:t>
        <w:br/>
        <w:t>I</w:t>
      </w:r>
      <w:r>
        <w:t xml:space="preserve"> was</w:t>
      </w:r>
      <w:r>
        <w:t xml:space="preserve"> trying</w:t>
      </w:r>
      <w:r>
        <w:t xml:space="preserve"> to</w:t>
      </w:r>
      <w:r>
        <w:t xml:space="preserve"> tell</w:t>
      </w:r>
      <w:r>
        <w:t xml:space="preserve"> you</w:t>
      </w:r>
      <w:r>
        <w:t xml:space="preserve"> what</w:t>
      </w:r>
      <w:r>
        <w:t xml:space="preserve"> and</w:t>
      </w:r>
      <w:r>
        <w:t xml:space="preserve"> how</w:t>
      </w:r>
      <w:r>
        <w:t xml:space="preserve"> using</w:t>
      </w:r>
      <w:r>
        <w:t xml:space="preserve"> the</w:t>
      </w:r>
      <w:r>
        <w:t xml:space="preserve"> same</w:t>
      </w:r>
      <w:r>
        <w:t xml:space="preserve"> word.</w:t>
        <w:br/>
        <w:t>有武器吗?</w:t>
      </w:r>
      <w:r>
        <w:t xml:space="preserve"> 危险吗?</w:t>
        <w:br/>
        <w:t>Armed?</w:t>
      </w:r>
      <w:r>
        <w:t xml:space="preserve"> Dangerous?</w:t>
        <w:br/>
        <w:t>手术刀很可能还在他手上</w:t>
        <w:br/>
        <w:t>It's</w:t>
      </w:r>
      <w:r>
        <w:t xml:space="preserve"> entirely</w:t>
      </w:r>
      <w:r>
        <w:t xml:space="preserve"> possibly</w:t>
      </w:r>
      <w:r>
        <w:t xml:space="preserve"> he</w:t>
      </w:r>
      <w:r>
        <w:t xml:space="preserve"> still</w:t>
      </w:r>
      <w:r>
        <w:t xml:space="preserve"> has,</w:t>
      </w:r>
      <w:r>
        <w:t xml:space="preserve"> uh,</w:t>
      </w:r>
      <w:r>
        <w:t xml:space="preserve"> the</w:t>
      </w:r>
      <w:r>
        <w:t xml:space="preserve"> scalpel.</w:t>
        <w:br/>
        <w:t>我去医院查</w:t>
      </w:r>
      <w:r>
        <w:t xml:space="preserve"> 这单子上写了几个他常去的地方</w:t>
        <w:br/>
        <w:t>While</w:t>
      </w:r>
      <w:r>
        <w:t xml:space="preserve"> I'm</w:t>
      </w:r>
      <w:r>
        <w:t xml:space="preserve"> at</w:t>
      </w:r>
      <w:r>
        <w:t xml:space="preserve"> the</w:t>
      </w:r>
      <w:r>
        <w:t xml:space="preserve"> hospital,</w:t>
      </w:r>
      <w:r>
        <w:t xml:space="preserve"> that's</w:t>
      </w:r>
      <w:r>
        <w:t xml:space="preserve"> a</w:t>
      </w:r>
      <w:r>
        <w:t xml:space="preserve"> list</w:t>
      </w:r>
      <w:r>
        <w:t xml:space="preserve"> of</w:t>
      </w:r>
      <w:r>
        <w:t xml:space="preserve"> his</w:t>
      </w:r>
      <w:r>
        <w:t xml:space="preserve"> old</w:t>
      </w:r>
      <w:r>
        <w:t xml:space="preserve"> haunts.</w:t>
        <w:br/>
        <w:t>Ward和Collins去这些地方查查?</w:t>
        <w:br/>
        <w:t>Why</w:t>
      </w:r>
      <w:r>
        <w:t xml:space="preserve"> don't</w:t>
      </w:r>
      <w:r>
        <w:t xml:space="preserve"> you</w:t>
      </w:r>
      <w:r>
        <w:t xml:space="preserve"> split</w:t>
      </w:r>
      <w:r>
        <w:t xml:space="preserve"> that</w:t>
      </w:r>
      <w:r>
        <w:t xml:space="preserve"> with,</w:t>
      </w:r>
      <w:r>
        <w:t xml:space="preserve"> uh,</w:t>
      </w:r>
      <w:r>
        <w:t xml:space="preserve"> Ward</w:t>
      </w:r>
      <w:r>
        <w:t xml:space="preserve"> and,</w:t>
      </w:r>
      <w:r>
        <w:t xml:space="preserve"> uh,</w:t>
      </w:r>
      <w:r>
        <w:t xml:space="preserve"> Collins?</w:t>
        <w:br/>
        <w:t>人不见了</w:t>
      </w:r>
      <w:r>
        <w:t xml:space="preserve"> Collins在哪里?</w:t>
        <w:br/>
        <w:t>Right,</w:t>
      </w:r>
      <w:r>
        <w:t xml:space="preserve"> wherever</w:t>
      </w:r>
      <w:r>
        <w:t xml:space="preserve"> he</w:t>
      </w:r>
      <w:r>
        <w:t xml:space="preserve"> is.</w:t>
      </w:r>
      <w:r>
        <w:t xml:space="preserve"> Where</w:t>
      </w:r>
      <w:r>
        <w:t xml:space="preserve"> is</w:t>
      </w:r>
      <w:r>
        <w:t xml:space="preserve"> Collins?</w:t>
      </w:r>
      <w:r>
        <w:t xml:space="preserve"> </w:t>
        <w:br/>
        <w:t>他会晚一点到</w:t>
        <w:br/>
        <w:t>Oh,</w:t>
      </w:r>
      <w:r>
        <w:t xml:space="preserve"> he</w:t>
      </w:r>
      <w:r>
        <w:t xml:space="preserve"> was</w:t>
      </w:r>
      <w:r>
        <w:t xml:space="preserve"> gonna</w:t>
      </w:r>
      <w:r>
        <w:t xml:space="preserve"> be</w:t>
      </w:r>
      <w:r>
        <w:t xml:space="preserve"> late.</w:t>
        <w:br/>
        <w:t>是我的错</w:t>
      </w:r>
      <w:r>
        <w:t xml:space="preserve"> 我忘了告诉你了</w:t>
        <w:br/>
        <w:t>My</w:t>
      </w:r>
      <w:r>
        <w:t xml:space="preserve"> bad,</w:t>
      </w:r>
      <w:r>
        <w:t xml:space="preserve"> I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tell</w:t>
      </w:r>
      <w:r>
        <w:t xml:space="preserve"> you</w:t>
      </w:r>
      <w:r>
        <w:t xml:space="preserve"> that.</w:t>
      </w:r>
      <w:r>
        <w:t xml:space="preserve"> </w:t>
        <w:br/>
        <w:t>抱歉</w:t>
        <w:br/>
        <w:t>Sorry.</w:t>
        <w:br/>
        <w:t>Simmons未婚</w:t>
      </w:r>
      <w:r>
        <w:t xml:space="preserve"> 没孩子</w:t>
        <w:br/>
        <w:t>Simmons</w:t>
      </w:r>
      <w:r>
        <w:t xml:space="preserve"> has</w:t>
      </w:r>
      <w:r>
        <w:t xml:space="preserve"> never</w:t>
      </w:r>
      <w:r>
        <w:t xml:space="preserve"> been</w:t>
      </w:r>
      <w:r>
        <w:t xml:space="preserve"> married.</w:t>
      </w:r>
      <w:r>
        <w:t xml:space="preserve"> </w:t>
        <w:br/>
        <w:t>在本市也无亲属</w:t>
        <w:br/>
        <w:t>He's</w:t>
      </w:r>
      <w:r>
        <w:t xml:space="preserve"> got</w:t>
      </w:r>
      <w:r>
        <w:t xml:space="preserve"> no</w:t>
      </w:r>
      <w:r>
        <w:t xml:space="preserve"> children,</w:t>
      </w:r>
      <w:r>
        <w:t xml:space="preserve"> no</w:t>
      </w:r>
      <w:r>
        <w:t xml:space="preserve"> family</w:t>
      </w:r>
      <w:r>
        <w:t xml:space="preserve"> in</w:t>
      </w:r>
      <w:r>
        <w:t xml:space="preserve"> town.</w:t>
        <w:br/>
        <w:t>Peck和Moore还是继续跟进</w:t>
        <w:br/>
        <w:t>But,</w:t>
      </w:r>
      <w:r>
        <w:t xml:space="preserve"> Peck</w:t>
      </w:r>
      <w:r>
        <w:t xml:space="preserve"> and</w:t>
      </w:r>
      <w:r>
        <w:t xml:space="preserve"> Moore,</w:t>
      </w:r>
      <w:r>
        <w:t xml:space="preserve"> why</w:t>
      </w:r>
      <w:r>
        <w:t xml:space="preserve"> don't</w:t>
      </w:r>
      <w:r>
        <w:t xml:space="preserve"> you</w:t>
      </w:r>
      <w:r>
        <w:t xml:space="preserve"> follow</w:t>
      </w:r>
      <w:r>
        <w:t xml:space="preserve"> that</w:t>
      </w:r>
      <w:r>
        <w:t xml:space="preserve"> up</w:t>
      </w:r>
      <w:r>
        <w:t xml:space="preserve"> </w:t>
        <w:br/>
        <w:t>万一他藏在了失联多年的亲戚家怎么办?</w:t>
        <w:br/>
        <w:t>and</w:t>
      </w:r>
      <w:r>
        <w:t xml:space="preserve"> make</w:t>
      </w:r>
      <w:r>
        <w:t xml:space="preserve"> sure</w:t>
      </w:r>
      <w:r>
        <w:t xml:space="preserve"> he's</w:t>
      </w:r>
      <w:r>
        <w:t xml:space="preserve"> not,</w:t>
      </w:r>
      <w:r>
        <w:t xml:space="preserve"> uh,</w:t>
      </w:r>
      <w:r>
        <w:t xml:space="preserve"> hiding</w:t>
      </w:r>
      <w:r>
        <w:t xml:space="preserve"> out</w:t>
      </w:r>
      <w:r>
        <w:t xml:space="preserve"> with</w:t>
      </w:r>
      <w:r>
        <w:t xml:space="preserve"> any</w:t>
      </w:r>
      <w:r>
        <w:t xml:space="preserve"> long-lost</w:t>
      </w:r>
      <w:r>
        <w:t xml:space="preserve"> relatives?</w:t>
        <w:br/>
        <w:t>Price和McNally</w:t>
      </w:r>
      <w:r>
        <w:t xml:space="preserve"> 你们和Swarek留在后方</w:t>
        <w:br/>
        <w:t>Price</w:t>
      </w:r>
      <w:r>
        <w:t xml:space="preserve"> and</w:t>
      </w:r>
      <w:r>
        <w:t xml:space="preserve"> McNally,</w:t>
      </w:r>
      <w:r>
        <w:t xml:space="preserve"> you're</w:t>
      </w:r>
      <w:r>
        <w:t xml:space="preserve"> on</w:t>
      </w:r>
      <w:r>
        <w:t xml:space="preserve"> desk</w:t>
      </w:r>
      <w:r>
        <w:t xml:space="preserve"> with</w:t>
      </w:r>
      <w:r>
        <w:t xml:space="preserve"> Swarek.</w:t>
      </w:r>
      <w:r>
        <w:t xml:space="preserve"> </w:t>
        <w:br/>
        <w:t>全力支持他的调查</w:t>
        <w:br/>
        <w:t>Whatever</w:t>
      </w:r>
      <w:r>
        <w:t xml:space="preserve"> he</w:t>
      </w:r>
      <w:r>
        <w:t xml:space="preserve"> needs.</w:t>
        <w:br/>
        <w:t>今天下班前把这家伙给我逮回监狱</w:t>
        <w:br/>
        <w:t>I</w:t>
      </w:r>
      <w:r>
        <w:t xml:space="preserve"> want</w:t>
      </w:r>
      <w:r>
        <w:t xml:space="preserve"> this</w:t>
      </w:r>
      <w:r>
        <w:t xml:space="preserve"> guy</w:t>
      </w:r>
      <w:r>
        <w:t xml:space="preserve"> back</w:t>
      </w:r>
      <w:r>
        <w:t xml:space="preserve"> in</w:t>
      </w:r>
      <w:r>
        <w:t xml:space="preserve"> jail</w:t>
      </w:r>
      <w:r>
        <w:t xml:space="preserve"> by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  <w:r>
        <w:t xml:space="preserve"> day.</w:t>
        <w:br/>
        <w:t>快去</w:t>
      </w:r>
      <w:r>
        <w:t xml:space="preserve"> 出发</w:t>
      </w:r>
      <w:r>
        <w:t xml:space="preserve"> 把人抓回来</w:t>
        <w:br/>
        <w:t>Go,</w:t>
      </w:r>
      <w:r>
        <w:t xml:space="preserve"> go,</w:t>
      </w:r>
      <w:r>
        <w:t xml:space="preserve"> go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him.</w:t>
        <w:br/>
        <w:t>我们可以从他之前常去的健身房&amp;hearts;开始找起</w:t>
        <w:br/>
        <w:t>So,</w:t>
      </w:r>
      <w:r>
        <w:t xml:space="preserve"> I</w:t>
      </w:r>
      <w:r>
        <w:t xml:space="preserve"> thought</w:t>
      </w:r>
      <w:r>
        <w:t xml:space="preserve"> that</w:t>
      </w:r>
      <w:r>
        <w:t xml:space="preserve"> we</w:t>
      </w:r>
      <w:r>
        <w:t xml:space="preserve"> could</w:t>
      </w:r>
      <w:r>
        <w:t xml:space="preserve"> start</w:t>
      </w:r>
      <w:r>
        <w:t xml:space="preserve"> off</w:t>
      </w:r>
      <w:r>
        <w:t xml:space="preserve"> with</w:t>
      </w:r>
      <w:r>
        <w:t xml:space="preserve"> his</w:t>
      </w:r>
      <w:r>
        <w:t xml:space="preserve"> old</w:t>
      </w:r>
      <w:r>
        <w:t xml:space="preserve"> gym.</w:t>
        <w:br/>
        <w:t>Simmons以前肯定是从那里搞到的类固醇</w:t>
        <w:br/>
        <w:t>Apparently</w:t>
      </w:r>
      <w:r>
        <w:t xml:space="preserve"> that's</w:t>
      </w:r>
      <w:r>
        <w:t xml:space="preserve"> where</w:t>
      </w:r>
      <w:r>
        <w:t xml:space="preserve"> Simmons</w:t>
      </w:r>
      <w:r>
        <w:t xml:space="preserve"> used</w:t>
      </w:r>
      <w:r>
        <w:t xml:space="preserve"> to</w:t>
      </w:r>
      <w:r>
        <w:t xml:space="preserve"> get</w:t>
      </w:r>
      <w:r>
        <w:t xml:space="preserve"> his</w:t>
      </w:r>
      <w:r>
        <w:t xml:space="preserve"> steroids</w:t>
      </w:r>
      <w:r>
        <w:t xml:space="preserve"> from.</w:t>
        <w:br/>
        <w:t>我有别的主意</w:t>
      </w:r>
      <w:r>
        <w:t xml:space="preserve"> 我有个线人</w:t>
        <w:br/>
        <w:t>I've</w:t>
      </w:r>
      <w:r>
        <w:t xml:space="preserve"> got</w:t>
      </w:r>
      <w:r>
        <w:t xml:space="preserve"> another</w:t>
      </w:r>
      <w:r>
        <w:t xml:space="preserve"> idea.</w:t>
      </w:r>
      <w:r>
        <w:t xml:space="preserve"> I</w:t>
      </w:r>
      <w:r>
        <w:t xml:space="preserve"> got</w:t>
      </w:r>
      <w:r>
        <w:t xml:space="preserve"> a</w:t>
      </w:r>
      <w:r>
        <w:t xml:space="preserve"> C.I.</w:t>
        <w:br/>
        <w:t>他之前跟我提过Brody</w:t>
      </w:r>
      <w:r>
        <w:t xml:space="preserve"> Simmons</w:t>
        <w:br/>
        <w:t>He's</w:t>
      </w:r>
      <w:r>
        <w:t xml:space="preserve"> mentioned</w:t>
      </w:r>
      <w:r>
        <w:t xml:space="preserve"> Brody</w:t>
      </w:r>
      <w:r>
        <w:t xml:space="preserve"> Simmons</w:t>
      </w:r>
      <w:r>
        <w:t xml:space="preserve"> before.</w:t>
      </w:r>
      <w:r>
        <w:t xml:space="preserve"> </w:t>
        <w:br/>
        <w:t>不过我得先找到他</w:t>
        <w:br/>
        <w:t>I</w:t>
      </w:r>
      <w:r>
        <w:t xml:space="preserve"> just</w:t>
      </w:r>
      <w:r>
        <w:t xml:space="preserve"> got</w:t>
      </w:r>
      <w:r>
        <w:t xml:space="preserve"> to</w:t>
      </w:r>
      <w:r>
        <w:t xml:space="preserve"> track</w:t>
      </w:r>
      <w:r>
        <w:t xml:space="preserve"> him</w:t>
      </w:r>
      <w:r>
        <w:t xml:space="preserve"> down.</w:t>
        <w:br/>
        <w:t>好的</w:t>
      </w:r>
      <w:r>
        <w:t xml:space="preserve"> 有地址吗?</w:t>
        <w:br/>
        <w:t>Okay,</w:t>
      </w:r>
      <w:r>
        <w:t xml:space="preserve"> you</w:t>
      </w:r>
      <w:r>
        <w:t xml:space="preserve"> got</w:t>
      </w:r>
      <w:r>
        <w:t xml:space="preserve"> an</w:t>
      </w:r>
      <w:r>
        <w:t xml:space="preserve"> address?</w:t>
      </w:r>
      <w:r>
        <w:t xml:space="preserve"> </w:t>
        <w:br/>
        <w:t>没有</w:t>
      </w:r>
      <w:r>
        <w:t xml:space="preserve"> 不过有车牌号&amp;hearts;</w:t>
        <w:br/>
        <w:t>Yeah,</w:t>
      </w:r>
      <w:r>
        <w:t xml:space="preserve"> but</w:t>
      </w:r>
      <w:r>
        <w:t xml:space="preserve"> I've</w:t>
      </w:r>
      <w:r>
        <w:t xml:space="preserve"> got</w:t>
      </w:r>
      <w:r>
        <w:t xml:space="preserve"> his</w:t>
      </w:r>
      <w:r>
        <w:t xml:space="preserve"> plate</w:t>
      </w:r>
      <w:r>
        <w:t xml:space="preserve"> number</w:t>
      </w:r>
      <w:r>
        <w:t xml:space="preserve"> right</w:t>
      </w:r>
      <w:r>
        <w:t xml:space="preserve"> here.</w:t>
        <w:br/>
        <w:t>你有线人的车牌号&amp;hearts;</w:t>
      </w:r>
      <w:r>
        <w:t xml:space="preserve"> 但是没地址?</w:t>
        <w:br/>
        <w:t>You</w:t>
      </w:r>
      <w:r>
        <w:t xml:space="preserve"> have</w:t>
      </w:r>
      <w:r>
        <w:t xml:space="preserve"> your</w:t>
      </w:r>
      <w:r>
        <w:t xml:space="preserve"> C.I.'s</w:t>
      </w:r>
      <w:r>
        <w:t xml:space="preserve"> plate</w:t>
      </w:r>
      <w:r>
        <w:t xml:space="preserve"> number,</w:t>
      </w:r>
      <w:r>
        <w:t xml:space="preserve"> but</w:t>
      </w:r>
      <w:r>
        <w:t xml:space="preserve"> not</w:t>
      </w:r>
      <w:r>
        <w:t xml:space="preserve"> his</w:t>
      </w:r>
      <w:r>
        <w:t xml:space="preserve"> address?</w:t>
        <w:br/>
        <w:t>是啊</w:t>
      </w:r>
      <w:r>
        <w:t xml:space="preserve"> 我们都在他的车里见面</w:t>
        <w:br/>
        <w:t>Yeah,</w:t>
      </w:r>
      <w:r>
        <w:t xml:space="preserve"> we</w:t>
      </w:r>
      <w:r>
        <w:t xml:space="preserve"> meet</w:t>
      </w:r>
      <w:r>
        <w:t xml:space="preserve"> in</w:t>
      </w:r>
      <w:r>
        <w:t xml:space="preserve"> his</w:t>
      </w:r>
      <w:r>
        <w:t xml:space="preserve"> truck.</w:t>
        <w:br/>
        <w:t>Marco</w:t>
      </w:r>
      <w:r>
        <w:t xml:space="preserve"> Brunswick</w:t>
      </w:r>
      <w:r>
        <w:t xml:space="preserve"> 地址是Carleton街493号&amp;hearts;</w:t>
        <w:br/>
        <w:t>Okay.</w:t>
      </w:r>
      <w:r>
        <w:t xml:space="preserve"> Marco</w:t>
      </w:r>
      <w:r>
        <w:t xml:space="preserve"> Brunswick.</w:t>
      </w:r>
      <w:r>
        <w:t xml:space="preserve"> Address</w:t>
      </w:r>
      <w:r>
        <w:t xml:space="preserve"> is</w:t>
      </w:r>
      <w:r>
        <w:t xml:space="preserve"> 493</w:t>
      </w:r>
      <w:r>
        <w:t xml:space="preserve"> Carleton.</w:t>
        <w:br/>
        <w:t>走吧</w:t>
        <w:br/>
        <w:t>Let's</w:t>
      </w:r>
      <w:r>
        <w:t xml:space="preserve"> do</w:t>
      </w:r>
      <w:r>
        <w:t xml:space="preserve"> it.</w:t>
        <w:br/>
        <w:t>房&amp;hearts;东说他会在这里</w:t>
        <w:br/>
        <w:t>So,</w:t>
      </w:r>
      <w:r>
        <w:t xml:space="preserve"> his</w:t>
      </w:r>
      <w:r>
        <w:t xml:space="preserve"> landlord</w:t>
      </w:r>
      <w:r>
        <w:t xml:space="preserve"> said</w:t>
      </w:r>
      <w:r>
        <w:t xml:space="preserve"> he'd</w:t>
      </w:r>
      <w:r>
        <w:t xml:space="preserve"> be</w:t>
      </w:r>
      <w:r>
        <w:t xml:space="preserve"> here.</w:t>
        <w:br/>
        <w:t>你自己进去</w:t>
      </w:r>
      <w:r>
        <w:t xml:space="preserve"> 我在这里等你?</w:t>
        <w:br/>
        <w:t>Do</w:t>
      </w:r>
      <w:r>
        <w:t xml:space="preserve"> you</w:t>
      </w:r>
      <w:r>
        <w:t xml:space="preserve"> want</w:t>
      </w:r>
      <w:r>
        <w:t xml:space="preserve"> to</w:t>
      </w:r>
      <w:r>
        <w:t xml:space="preserve"> go</w:t>
      </w:r>
      <w:r>
        <w:t xml:space="preserve"> in,</w:t>
      </w:r>
      <w:r>
        <w:t xml:space="preserve"> and</w:t>
      </w:r>
      <w:r>
        <w:t xml:space="preserve"> I'll</w:t>
      </w:r>
      <w:r>
        <w:t xml:space="preserve"> wait</w:t>
      </w:r>
      <w:r>
        <w:t xml:space="preserve"> here?</w:t>
        <w:br/>
        <w:t>还是你先进去吧</w:t>
        <w:br/>
        <w:t>Actually,</w:t>
      </w:r>
      <w:r>
        <w:t xml:space="preserve"> do</w:t>
      </w:r>
      <w:r>
        <w:t xml:space="preserve"> you</w:t>
      </w:r>
      <w:r>
        <w:t xml:space="preserve"> mind</w:t>
      </w:r>
      <w:r>
        <w:t xml:space="preserve"> heading</w:t>
      </w:r>
      <w:r>
        <w:t xml:space="preserve"> in?</w:t>
        <w:br/>
        <w:t>我怕他看见我就跑了</w:t>
        <w:br/>
        <w:t>Yeah,</w:t>
      </w:r>
      <w:r>
        <w:t xml:space="preserve"> I'm</w:t>
      </w:r>
      <w:r>
        <w:t xml:space="preserve"> afraid</w:t>
      </w:r>
      <w:r>
        <w:t xml:space="preserve"> he'll</w:t>
      </w:r>
      <w:r>
        <w:t xml:space="preserve"> bolt</w:t>
      </w:r>
      <w:r>
        <w:t xml:space="preserve"> if</w:t>
      </w:r>
      <w:r>
        <w:t xml:space="preserve"> he</w:t>
      </w:r>
      <w:r>
        <w:t xml:space="preserve"> sees</w:t>
      </w:r>
      <w:r>
        <w:t xml:space="preserve"> me.</w:t>
      </w:r>
      <w:r>
        <w:t xml:space="preserve"> </w:t>
        <w:br/>
        <w:t>行啊</w:t>
      </w:r>
      <w:r>
        <w:t xml:space="preserve"> 我该怎么说?</w:t>
        <w:br/>
        <w:t>Sure,</w:t>
      </w:r>
      <w:r>
        <w:t xml:space="preserve"> what</w:t>
      </w:r>
      <w:r>
        <w:t xml:space="preserve"> should</w:t>
      </w:r>
      <w:r>
        <w:t xml:space="preserve"> I</w:t>
      </w:r>
      <w:r>
        <w:t xml:space="preserve"> say?</w:t>
        <w:br/>
        <w:t>就跟他说</w:t>
      </w:r>
      <w:r>
        <w:t xml:space="preserve"> 他的灯亮了</w:t>
        <w:br/>
        <w:t>Tell</w:t>
      </w:r>
      <w:r>
        <w:t xml:space="preserve"> him,</w:t>
      </w:r>
      <w:r>
        <w:t xml:space="preserve"> uh,</w:t>
      </w:r>
      <w:r>
        <w:t xml:space="preserve"> his</w:t>
      </w:r>
      <w:r>
        <w:t xml:space="preserve"> lights</w:t>
      </w:r>
      <w:r>
        <w:t xml:space="preserve"> are</w:t>
      </w:r>
      <w:r>
        <w:t xml:space="preserve"> on.</w:t>
      </w:r>
      <w:r>
        <w:t xml:space="preserve"> </w:t>
        <w:br/>
        <w:t>我就在外面等你们</w:t>
        <w:br/>
        <w:t>I'll</w:t>
      </w:r>
      <w:r>
        <w:t xml:space="preserve"> be</w:t>
      </w:r>
      <w:r>
        <w:t xml:space="preserve"> out</w:t>
      </w:r>
      <w:r>
        <w:t xml:space="preserve"> here</w:t>
      </w:r>
      <w:r>
        <w:t xml:space="preserve"> waiting.</w:t>
        <w:br/>
        <w:t>只要不在朋友面前</w:t>
      </w:r>
      <w:r>
        <w:t xml:space="preserve"> 他会交代的</w:t>
        <w:br/>
        <w:t>He'll</w:t>
      </w:r>
      <w:r>
        <w:t xml:space="preserve"> talk</w:t>
      </w:r>
      <w:r>
        <w:t xml:space="preserve"> if</w:t>
      </w:r>
      <w:r>
        <w:t xml:space="preserve"> he's</w:t>
      </w:r>
      <w:r>
        <w:t xml:space="preserve"> not</w:t>
      </w:r>
      <w:r>
        <w:t xml:space="preserve"> in</w:t>
      </w:r>
      <w:r>
        <w:t xml:space="preserve"> front</w:t>
      </w:r>
      <w:r>
        <w:t xml:space="preserve"> of</w:t>
      </w:r>
      <w:r>
        <w:t xml:space="preserve"> 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friends.</w:t>
        <w:br/>
        <w:t>怎么了?</w:t>
        <w:br/>
        <w:t>What?</w:t>
        <w:br/>
        <w:t>没什么</w:t>
        <w:br/>
        <w:t>Nothing.</w:t>
        <w:br/>
        <w:t>叫Marco</w:t>
      </w:r>
      <w:r>
        <w:t xml:space="preserve"> Brunswick是吧?</w:t>
        <w:br/>
        <w:t>It's</w:t>
      </w:r>
      <w:r>
        <w:t xml:space="preserve"> Marco</w:t>
      </w:r>
      <w:r>
        <w:t xml:space="preserve"> Brunswick,</w:t>
      </w:r>
      <w:r>
        <w:t xml:space="preserve"> right?</w:t>
      </w:r>
      <w:r>
        <w:t xml:space="preserve"> </w:t>
        <w:br/>
        <w:t>他长什么样?</w:t>
        <w:br/>
        <w:t>What</w:t>
      </w:r>
      <w:r>
        <w:t xml:space="preserve"> does</w:t>
      </w:r>
      <w:r>
        <w:t xml:space="preserve"> he</w:t>
      </w:r>
      <w:r>
        <w:t xml:space="preserve"> look</w:t>
      </w:r>
      <w:r>
        <w:t xml:space="preserve"> like?</w:t>
        <w:br/>
        <w:t>20出头</w:t>
      </w:r>
      <w:r>
        <w:t xml:space="preserve"> 挺瘦的</w:t>
      </w:r>
      <w:r>
        <w:t xml:space="preserve"> 金发</w:t>
        <w:br/>
        <w:t>Early</w:t>
      </w:r>
      <w:r>
        <w:t xml:space="preserve"> 20s,</w:t>
      </w:r>
      <w:r>
        <w:t xml:space="preserve"> slim,</w:t>
      </w:r>
      <w:r>
        <w:t xml:space="preserve"> blond</w:t>
      </w:r>
      <w:r>
        <w:t xml:space="preserve"> hair.</w:t>
        <w:br/>
        <w:t>好</w:t>
        <w:br/>
        <w:t>Okay.</w:t>
        <w:br/>
        <w:t>看到了吗?</w:t>
        <w:br/>
        <w:t>Anything?</w:t>
      </w:r>
      <w:r>
        <w:t xml:space="preserve"> </w:t>
        <w:br/>
        <w:t>没看到他</w:t>
        <w:br/>
        <w:t>No,</w:t>
      </w:r>
      <w:r>
        <w:t xml:space="preserve"> I</w:t>
      </w:r>
      <w:r>
        <w:t xml:space="preserve"> didn't</w:t>
      </w:r>
      <w:r>
        <w:t xml:space="preserve"> see</w:t>
      </w:r>
      <w:r>
        <w:t xml:space="preserve"> him.</w:t>
        <w:br/>
        <w:t>实在不行你自己去看看</w:t>
        <w:br/>
        <w:t>You</w:t>
      </w:r>
      <w:r>
        <w:t xml:space="preserve"> can</w:t>
      </w:r>
      <w:r>
        <w:t xml:space="preserve"> go</w:t>
      </w:r>
      <w:r>
        <w:t xml:space="preserve"> check</w:t>
      </w:r>
      <w:r>
        <w:t xml:space="preserve"> for</w:t>
      </w:r>
      <w:r>
        <w:t xml:space="preserve"> yourself,</w:t>
      </w:r>
      <w:r>
        <w:t xml:space="preserve"> but...</w:t>
      </w:r>
      <w:r>
        <w:t xml:space="preserve"> </w:t>
        <w:br/>
        <w:t>算了</w:t>
      </w:r>
      <w:r>
        <w:t xml:space="preserve"> 不用了</w:t>
        <w:br/>
        <w:t>Nah,</w:t>
      </w:r>
      <w:r>
        <w:t xml:space="preserve"> it's</w:t>
      </w:r>
      <w:r>
        <w:t xml:space="preserve"> all</w:t>
      </w:r>
      <w:r>
        <w:t xml:space="preserve"> right.</w:t>
        <w:br/>
        <w:t>要是你没见着他</w:t>
      </w:r>
      <w:r>
        <w:t xml:space="preserve"> 那估计他是没来</w:t>
        <w:br/>
        <w:t>If</w:t>
      </w:r>
      <w:r>
        <w:t xml:space="preserve"> you</w:t>
      </w:r>
      <w:r>
        <w:t xml:space="preserve"> didn't</w:t>
      </w:r>
      <w:r>
        <w:t xml:space="preserve"> see</w:t>
      </w:r>
      <w:r>
        <w:t xml:space="preserve"> him,</w:t>
      </w:r>
      <w:r>
        <w:t xml:space="preserve"> he's</w:t>
      </w:r>
      <w:r>
        <w:t xml:space="preserve"> probably</w:t>
      </w:r>
      <w:r>
        <w:t xml:space="preserve"> not</w:t>
      </w:r>
      <w:r>
        <w:t xml:space="preserve"> there.</w:t>
        <w:br/>
        <w:t>Collins</w:t>
      </w:r>
      <w:r>
        <w:t xml:space="preserve"> 你没事吧?</w:t>
        <w:br/>
        <w:t>Collins,</w:t>
      </w:r>
      <w:r>
        <w:t xml:space="preserve"> you</w:t>
      </w:r>
      <w:r>
        <w:t xml:space="preserve"> okay?</w:t>
      </w:r>
      <w:r>
        <w:t xml:space="preserve"> </w:t>
        <w:br/>
        <w:t>没事没事</w:t>
        <w:br/>
        <w:t>Yeah,</w:t>
      </w:r>
      <w:r>
        <w:t xml:space="preserve"> yeah,</w:t>
      </w:r>
      <w:r>
        <w:t xml:space="preserve"> yeah.</w:t>
        <w:br/>
        <w:t>就是头疼了一早上</w:t>
      </w:r>
      <w:r>
        <w:t xml:space="preserve"> 有点偏头痛的迹象</w:t>
        <w:br/>
        <w:t>I've</w:t>
      </w:r>
      <w:r>
        <w:t xml:space="preserve"> just</w:t>
      </w:r>
      <w:r>
        <w:t xml:space="preserve"> had</w:t>
      </w:r>
      <w:r>
        <w:t xml:space="preserve"> a</w:t>
      </w:r>
      <w:r>
        <w:t xml:space="preserve"> headache</w:t>
      </w:r>
      <w:r>
        <w:t xml:space="preserve"> all</w:t>
      </w:r>
      <w:r>
        <w:t xml:space="preserve"> morning.</w:t>
      </w:r>
      <w:r>
        <w:t xml:space="preserve"> It's</w:t>
      </w:r>
      <w:r>
        <w:t xml:space="preserve"> turning</w:t>
      </w:r>
      <w:r>
        <w:t xml:space="preserve"> into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migraine.</w:t>
        <w:br/>
        <w:t>隔几周就犯一次</w:t>
        <w:br/>
        <w:t>I</w:t>
      </w:r>
      <w:r>
        <w:t xml:space="preserve"> get</w:t>
      </w:r>
      <w:r>
        <w:t xml:space="preserve"> them</w:t>
      </w:r>
      <w:r>
        <w:t xml:space="preserve"> every</w:t>
      </w:r>
      <w:r>
        <w:t xml:space="preserve"> couple</w:t>
      </w:r>
      <w:r>
        <w:t xml:space="preserve"> weeks.</w:t>
      </w:r>
      <w:r>
        <w:t xml:space="preserve"> </w:t>
        <w:br/>
        <w:t>那你都怎么处理啊?</w:t>
        <w:br/>
        <w:t>What</w:t>
      </w:r>
      <w:r>
        <w:t xml:space="preserve"> do</w:t>
      </w:r>
      <w:r>
        <w:t xml:space="preserve"> you</w:t>
      </w:r>
      <w:r>
        <w:t xml:space="preserve"> usually</w:t>
      </w:r>
      <w:r>
        <w:t xml:space="preserve"> do</w:t>
      </w:r>
      <w:r>
        <w:t xml:space="preserve"> about</w:t>
      </w:r>
      <w:r>
        <w:t xml:space="preserve"> them?</w:t>
        <w:br/>
        <w:t>找间黑屋子躺一躺</w:t>
      </w:r>
      <w:r>
        <w:t xml:space="preserve"> 盼着痛劲过去</w:t>
        <w:br/>
        <w:t>Lay</w:t>
      </w:r>
      <w:r>
        <w:t xml:space="preserve"> down</w:t>
      </w:r>
      <w:r>
        <w:t xml:space="preserve"> in</w:t>
      </w:r>
      <w:r>
        <w:t xml:space="preserve"> a</w:t>
      </w:r>
      <w:r>
        <w:t xml:space="preserve"> dark</w:t>
      </w:r>
      <w:r>
        <w:t xml:space="preserve"> room,</w:t>
      </w:r>
      <w:r>
        <w:t xml:space="preserve"> hope</w:t>
      </w:r>
      <w:r>
        <w:t xml:space="preserve"> it</w:t>
      </w:r>
      <w:r>
        <w:t xml:space="preserve"> goes</w:t>
      </w:r>
      <w:r>
        <w:t xml:space="preserve"> away.</w:t>
        <w:br/>
        <w:br/>
        <w:t>那你想回分局吗?</w:t>
        <w:br/>
        <w:t>Well,</w:t>
      </w:r>
      <w:r>
        <w:t xml:space="preserve"> do</w:t>
      </w:r>
      <w:r>
        <w:t xml:space="preserve"> you</w:t>
      </w:r>
      <w:r>
        <w:t xml:space="preserve"> want</w:t>
      </w:r>
      <w:r>
        <w:t xml:space="preserve"> to</w:t>
      </w:r>
      <w:r>
        <w:t xml:space="preserve"> head</w:t>
      </w:r>
      <w:r>
        <w:t xml:space="preserve"> back</w:t>
      </w:r>
      <w:r>
        <w:t xml:space="preserve"> to</w:t>
      </w:r>
      <w:r>
        <w:t xml:space="preserve"> the</w:t>
      </w:r>
      <w:r>
        <w:t xml:space="preserve"> station?</w:t>
      </w:r>
      <w:r>
        <w:t xml:space="preserve"> </w:t>
        <w:br/>
        <w:t>你能行吗?</w:t>
        <w:br/>
        <w:t>Do</w:t>
      </w:r>
      <w:r>
        <w:t xml:space="preserve"> you</w:t>
      </w:r>
      <w:r>
        <w:t xml:space="preserve"> mind?</w:t>
        <w:br/>
        <w:t>没问题</w:t>
      </w:r>
      <w:r>
        <w:t xml:space="preserve"> 先给你找小黑屋吧</w:t>
        <w:br/>
        <w:t>No,</w:t>
      </w:r>
      <w:r>
        <w:t xml:space="preserve"> not</w:t>
      </w:r>
      <w:r>
        <w:t xml:space="preserve"> at</w:t>
      </w:r>
      <w:r>
        <w:t xml:space="preserve"> all.</w:t>
      </w:r>
      <w:r>
        <w:t xml:space="preserve"> Let's</w:t>
      </w:r>
      <w:r>
        <w:t xml:space="preserve"> go</w:t>
      </w:r>
      <w:r>
        <w:t xml:space="preserve"> find</w:t>
      </w:r>
      <w:r>
        <w:t xml:space="preserve"> you</w:t>
      </w:r>
      <w:r>
        <w:t xml:space="preserve"> a</w:t>
      </w:r>
      <w:r>
        <w:t xml:space="preserve"> dark</w:t>
      </w:r>
      <w:r>
        <w:t xml:space="preserve"> room.</w:t>
        <w:br/>
        <w:t>我不懂他们为什么结了Ted</w:t>
      </w:r>
      <w:r>
        <w:t xml:space="preserve"> McDonald的案子</w:t>
      </w:r>
      <w:r>
        <w:t xml:space="preserve"> </w:t>
        <w:br/>
        <w:t>I</w:t>
      </w:r>
      <w:r>
        <w:t xml:space="preserve"> don't</w:t>
      </w:r>
      <w:r>
        <w:t xml:space="preserve"> understand</w:t>
      </w:r>
      <w:r>
        <w:t xml:space="preserve"> why</w:t>
      </w:r>
      <w:r>
        <w:t xml:space="preserve"> they</w:t>
      </w:r>
      <w:r>
        <w:t xml:space="preserve"> shut</w:t>
      </w:r>
      <w:r>
        <w:t xml:space="preserve"> down</w:t>
      </w:r>
      <w:r>
        <w:t xml:space="preserve"> this</w:t>
      </w:r>
      <w:r>
        <w:t xml:space="preserve"> Ted</w:t>
      </w:r>
      <w:r>
        <w:t xml:space="preserve"> McDonald</w:t>
      </w:r>
      <w:r>
        <w:t xml:space="preserve"> case.</w:t>
      </w:r>
      <w:r>
        <w:t xml:space="preserve"> </w:t>
        <w:br/>
        <w:t>太莫名其妙了</w:t>
        <w:br/>
        <w:t>It</w:t>
      </w:r>
      <w:r>
        <w:t xml:space="preserve"> doesn't</w:t>
      </w:r>
      <w:r>
        <w:t xml:space="preserve"> make</w:t>
      </w:r>
      <w:r>
        <w:t xml:space="preserve"> any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sense.</w:t>
        <w:br/>
        <w:t>哥们儿</w:t>
      </w:r>
      <w:r>
        <w:t xml:space="preserve"> 这事让情报部的书呆子整去吧</w:t>
      </w:r>
      <w:r>
        <w:t xml:space="preserve"> </w:t>
        <w:br/>
        <w:t>Look,</w:t>
      </w:r>
      <w:r>
        <w:t xml:space="preserve"> man,</w:t>
      </w:r>
      <w:r>
        <w:t xml:space="preserve"> let</w:t>
      </w:r>
      <w:r>
        <w:t xml:space="preserve"> the</w:t>
      </w:r>
      <w:r>
        <w:t xml:space="preserve"> nerds</w:t>
      </w:r>
      <w:r>
        <w:t xml:space="preserve"> in</w:t>
      </w:r>
      <w:r>
        <w:t xml:space="preserve"> Intelligence</w:t>
      </w:r>
      <w:r>
        <w:t xml:space="preserve"> handle</w:t>
      </w:r>
      <w:r>
        <w:t xml:space="preserve"> it,</w:t>
      </w:r>
      <w:r>
        <w:t xml:space="preserve"> okay?</w:t>
      </w:r>
      <w:r>
        <w:t xml:space="preserve"> </w:t>
        <w:br/>
        <w:t>咱们好好干真正的警&amp;hearts;察&amp;hearts;该干的活</w:t>
        <w:br/>
        <w:t>We'll</w:t>
      </w:r>
      <w:r>
        <w:t xml:space="preserve"> stick</w:t>
      </w:r>
      <w:r>
        <w:t xml:space="preserve"> to</w:t>
      </w:r>
      <w:r>
        <w:t xml:space="preserve"> real</w:t>
      </w:r>
      <w:r>
        <w:t xml:space="preserve"> policing.</w:t>
        <w:br/>
        <w:t>各单位注意</w:t>
      </w:r>
      <w:r>
        <w:t xml:space="preserve"> 15分钟前有人</w:t>
      </w:r>
      <w:r>
        <w:t xml:space="preserve"> </w:t>
        <w:br/>
        <w:t>All</w:t>
      </w:r>
      <w:r>
        <w:t xml:space="preserve"> units,</w:t>
      </w:r>
      <w:r>
        <w:t xml:space="preserve"> suspect</w:t>
      </w:r>
      <w:r>
        <w:t xml:space="preserve"> Brody</w:t>
      </w:r>
      <w:r>
        <w:t xml:space="preserve"> Simmons</w:t>
      </w:r>
      <w:r>
        <w:t xml:space="preserve"> was</w:t>
      </w:r>
      <w:r>
        <w:t xml:space="preserve"> spotted</w:t>
      </w:r>
      <w:r>
        <w:t xml:space="preserve"> 15</w:t>
      </w:r>
      <w:r>
        <w:t xml:space="preserve"> minutes</w:t>
      </w:r>
      <w:r>
        <w:t xml:space="preserve"> ago</w:t>
      </w:r>
      <w:r>
        <w:t xml:space="preserve"> </w:t>
        <w:br/>
        <w:t>在国王西街和皇家约克街发现了嫌犯Brody</w:t>
      </w:r>
      <w:r>
        <w:t xml:space="preserve"> Simmons</w:t>
        <w:br/>
        <w:t>at</w:t>
      </w:r>
      <w:r>
        <w:t xml:space="preserve"> King</w:t>
      </w:r>
      <w:r>
        <w:t xml:space="preserve"> West</w:t>
      </w:r>
      <w:r>
        <w:t xml:space="preserve"> and</w:t>
      </w:r>
      <w:r>
        <w:t xml:space="preserve"> Royal</w:t>
      </w:r>
      <w:r>
        <w:t xml:space="preserve"> York.</w:t>
        <w:br/>
        <w:t>嫌犯留了胡子</w:t>
      </w:r>
      <w:r>
        <w:t xml:space="preserve"> 还穿着囚服</w:t>
        <w:br/>
        <w:t>Suspect</w:t>
      </w:r>
      <w:r>
        <w:t xml:space="preserve"> is</w:t>
      </w:r>
      <w:r>
        <w:t xml:space="preserve"> bearded,</w:t>
      </w:r>
      <w:r>
        <w:t xml:space="preserve"> and</w:t>
      </w:r>
      <w:r>
        <w:t xml:space="preserve"> wearing</w:t>
      </w:r>
      <w:r>
        <w:t xml:space="preserve"> a</w:t>
      </w:r>
      <w:r>
        <w:t xml:space="preserve"> department</w:t>
      </w:r>
      <w:r>
        <w:t xml:space="preserve"> of</w:t>
      </w:r>
      <w:r>
        <w:t xml:space="preserve"> corrections</w:t>
      </w:r>
      <w:r>
        <w:t xml:space="preserve"> uniform.</w:t>
        <w:br/>
        <w:t>我们是1504</w:t>
      </w:r>
      <w:r>
        <w:t xml:space="preserve"> 我们就在附近</w:t>
      </w:r>
      <w:r>
        <w:t xml:space="preserve"> 这就检查周边情况</w:t>
        <w:br/>
        <w:t>This</w:t>
      </w:r>
      <w:r>
        <w:t xml:space="preserve"> is</w:t>
      </w:r>
      <w:r>
        <w:t xml:space="preserve"> 1504.</w:t>
      </w:r>
      <w:r>
        <w:t xml:space="preserve"> We're</w:t>
      </w:r>
      <w:r>
        <w:t xml:space="preserve"> in</w:t>
      </w:r>
      <w:r>
        <w:t xml:space="preserve"> the</w:t>
      </w:r>
      <w:r>
        <w:t xml:space="preserve"> neighborhood.</w:t>
      </w:r>
      <w:r>
        <w:t xml:space="preserve"> We'll</w:t>
      </w:r>
      <w:r>
        <w:t xml:space="preserve"> check</w:t>
      </w:r>
      <w:r>
        <w:t xml:space="preserve"> the</w:t>
      </w:r>
      <w:r>
        <w:t xml:space="preserve"> vicinity.</w:t>
        <w:br/>
        <w:t>瞧见没?</w:t>
      </w:r>
      <w:r>
        <w:t xml:space="preserve"> 这才叫警务工作</w:t>
      </w:r>
      <w:r>
        <w:t xml:space="preserve"> 哥们儿</w:t>
        <w:br/>
        <w:t>See?</w:t>
      </w:r>
      <w:r>
        <w:t xml:space="preserve"> Real</w:t>
      </w:r>
      <w:r>
        <w:t xml:space="preserve"> policing.</w:t>
      </w:r>
      <w:r>
        <w:t xml:space="preserve"> Man.</w:t>
        <w:br/>
        <w:t>说不定我们还有机会练习一下</w:t>
      </w:r>
      <w:r>
        <w:t xml:space="preserve"> </w:t>
        <w:br/>
        <w:t>Maybe</w:t>
      </w:r>
      <w:r>
        <w:t xml:space="preserve"> we</w:t>
      </w:r>
      <w:r>
        <w:t xml:space="preserve"> should</w:t>
      </w:r>
      <w:r>
        <w:t xml:space="preserve"> have</w:t>
      </w:r>
      <w:r>
        <w:t xml:space="preserve"> practiced</w:t>
      </w:r>
      <w:r>
        <w:t xml:space="preserve"> </w:t>
        <w:br/>
        <w:t>我们的巴西柔术呢</w:t>
      </w:r>
      <w:r>
        <w:t xml:space="preserve"> 肩胛固什么的</w:t>
        <w:br/>
        <w:t>our</w:t>
      </w:r>
      <w:r>
        <w:t xml:space="preserve"> triangle</w:t>
      </w:r>
      <w:r>
        <w:t xml:space="preserve"> chokes,</w:t>
      </w:r>
      <w:r>
        <w:t xml:space="preserve"> ankle</w:t>
      </w:r>
      <w:r>
        <w:t xml:space="preserve"> locks,</w:t>
      </w:r>
      <w:r>
        <w:t xml:space="preserve"> omoplata.</w:t>
        <w:br/>
        <w:t>就是一种降伏技</w:t>
        <w:br/>
        <w:t>It's</w:t>
      </w:r>
      <w:r>
        <w:t xml:space="preserve"> a</w:t>
      </w:r>
      <w:r>
        <w:t xml:space="preserve"> submission</w:t>
      </w:r>
      <w:r>
        <w:t xml:space="preserve"> move.</w:t>
        <w:br/>
        <w:t>哦对</w:t>
      </w:r>
      <w:r>
        <w:t xml:space="preserve"> 肩胛固</w:t>
      </w:r>
      <w:r>
        <w:t xml:space="preserve"> 跟你说吧</w:t>
        <w:br/>
        <w:t>Oh,</w:t>
      </w:r>
      <w:r>
        <w:t xml:space="preserve"> right.</w:t>
      </w:r>
      <w:r>
        <w:t xml:space="preserve"> The</w:t>
      </w:r>
      <w:r>
        <w:t xml:space="preserve"> omoplata.</w:t>
      </w:r>
      <w:r>
        <w:t xml:space="preserve"> I'll</w:t>
      </w:r>
      <w:r>
        <w:t xml:space="preserve"> tell</w:t>
      </w:r>
      <w:r>
        <w:t xml:space="preserve"> you</w:t>
      </w:r>
      <w:r>
        <w:t xml:space="preserve"> what.</w:t>
        <w:br/>
        <w:t>Simmons最好还是小心点</w:t>
      </w:r>
      <w:r>
        <w:t xml:space="preserve"> 因为我们会抓到他!</w:t>
        <w:br/>
        <w:t>Simmons</w:t>
      </w:r>
      <w:r>
        <w:t xml:space="preserve"> better</w:t>
      </w:r>
      <w:r>
        <w:t xml:space="preserve"> watch</w:t>
      </w:r>
      <w:r>
        <w:t xml:space="preserve"> his</w:t>
      </w:r>
      <w:r>
        <w:t xml:space="preserve"> back,</w:t>
      </w:r>
      <w:r>
        <w:t xml:space="preserve"> 'cause</w:t>
      </w:r>
      <w:r>
        <w:t xml:space="preserve"> we're</w:t>
      </w:r>
      <w:r>
        <w:t xml:space="preserve"> gonna</w:t>
      </w:r>
      <w:r>
        <w:t xml:space="preserve"> nail</w:t>
      </w:r>
      <w:r>
        <w:t xml:space="preserve"> him!</w:t>
        <w:br/>
        <w:t>你终于打起精神了!</w:t>
      </w:r>
      <w:r>
        <w:t xml:space="preserve"> 你回来真好</w:t>
      </w:r>
      <w:r>
        <w:t xml:space="preserve"> 兄弟</w:t>
        <w:br/>
        <w:t>I'm</w:t>
      </w:r>
      <w:r>
        <w:t xml:space="preserve"> glad</w:t>
      </w:r>
      <w:r>
        <w:t xml:space="preserve"> you're</w:t>
      </w:r>
      <w:r>
        <w:t xml:space="preserve"> pumped!</w:t>
      </w:r>
      <w:r>
        <w:t xml:space="preserve"> It's</w:t>
      </w:r>
      <w:r>
        <w:t xml:space="preserve"> good</w:t>
      </w:r>
      <w:r>
        <w:t xml:space="preserve"> to</w:t>
      </w:r>
      <w:r>
        <w:t xml:space="preserve"> have</w:t>
      </w:r>
      <w:r>
        <w:t xml:space="preserve"> you</w:t>
      </w:r>
      <w:r>
        <w:t xml:space="preserve"> back,</w:t>
      </w:r>
      <w:r>
        <w:t xml:space="preserve"> man.</w:t>
        <w:br/>
        <w:t>Christian不是Brody</w:t>
      </w:r>
      <w:r>
        <w:t xml:space="preserve"> Simmons的粉丝</w:t>
      </w:r>
      <w:r>
        <w:t xml:space="preserve"> 我才是</w:t>
        <w:br/>
        <w:t>It's</w:t>
      </w:r>
      <w:r>
        <w:t xml:space="preserve"> not</w:t>
      </w:r>
      <w:r>
        <w:t xml:space="preserve"> Christian</w:t>
      </w:r>
      <w:r>
        <w:t xml:space="preserve"> who's</w:t>
      </w:r>
      <w:r>
        <w:t xml:space="preserve"> a</w:t>
      </w:r>
      <w:r>
        <w:t xml:space="preserve"> fan</w:t>
      </w:r>
      <w:r>
        <w:t xml:space="preserve"> of</w:t>
      </w:r>
      <w:r>
        <w:t xml:space="preserve"> Brody</w:t>
      </w:r>
      <w:r>
        <w:t xml:space="preserve"> Simmons.</w:t>
      </w:r>
      <w:r>
        <w:t xml:space="preserve"> It's</w:t>
      </w:r>
      <w:r>
        <w:t xml:space="preserve"> me.</w:t>
        <w:br/>
        <w:t>我真没想到啊</w:t>
        <w:br/>
        <w:t>I</w:t>
      </w:r>
      <w:r>
        <w:t xml:space="preserve"> had</w:t>
      </w:r>
      <w:r>
        <w:t xml:space="preserve"> no</w:t>
      </w:r>
      <w:r>
        <w:t xml:space="preserve"> idea.</w:t>
        <w:br/>
        <w:t>你觉得会不会怪怪的</w:t>
        <w:br/>
        <w:t>You</w:t>
      </w:r>
      <w:r>
        <w:t xml:space="preserve"> think</w:t>
      </w:r>
      <w:r>
        <w:t xml:space="preserve"> it'd</w:t>
      </w:r>
      <w:r>
        <w:t xml:space="preserve"> be</w:t>
      </w:r>
      <w:r>
        <w:t xml:space="preserve"> weird</w:t>
      </w:r>
      <w:r>
        <w:t xml:space="preserve"> if</w:t>
      </w:r>
      <w:r>
        <w:t xml:space="preserve"> I</w:t>
      </w:r>
      <w:r>
        <w:t xml:space="preserve"> asked</w:t>
      </w:r>
      <w:r>
        <w:t xml:space="preserve"> for</w:t>
      </w:r>
      <w:r>
        <w:t xml:space="preserve"> his</w:t>
      </w:r>
      <w:r>
        <w:t xml:space="preserve"> autograph</w:t>
      </w:r>
      <w:r>
        <w:t xml:space="preserve"> </w:t>
        <w:br/>
        <w:t>等我们抓到他以后</w:t>
      </w:r>
      <w:r>
        <w:t xml:space="preserve"> 再问他要签名?</w:t>
        <w:br/>
        <w:t>after</w:t>
      </w:r>
      <w:r>
        <w:t xml:space="preserve"> we</w:t>
      </w:r>
      <w:r>
        <w:t xml:space="preserve"> catch</w:t>
      </w:r>
      <w:r>
        <w:t xml:space="preserve"> him?</w:t>
        <w:br/>
        <w:t>会</w:t>
        <w:br/>
        <w:t>Yes,</w:t>
      </w:r>
      <w:r>
        <w:t xml:space="preserve"> I</w:t>
      </w:r>
      <w:r>
        <w:t xml:space="preserve"> do.</w:t>
        <w:br/>
        <w:t>不是吧</w:t>
      </w:r>
      <w:r>
        <w:t xml:space="preserve"> 正前方</w:t>
        <w:br/>
        <w:t>Oh,</w:t>
      </w:r>
      <w:r>
        <w:t xml:space="preserve"> no</w:t>
      </w:r>
      <w:r>
        <w:t xml:space="preserve"> way.</w:t>
      </w:r>
      <w:r>
        <w:t xml:space="preserve"> Straight</w:t>
      </w:r>
      <w:r>
        <w:t xml:space="preserve"> ahead.</w:t>
        <w:br/>
        <w:t>快看</w:t>
      </w:r>
      <w:r>
        <w:t xml:space="preserve"> 是他</w:t>
        <w:br/>
        <w:t>Check</w:t>
      </w:r>
      <w:r>
        <w:t xml:space="preserve"> it</w:t>
      </w:r>
      <w:r>
        <w:t xml:space="preserve"> out,</w:t>
      </w:r>
      <w:r>
        <w:t xml:space="preserve"> it's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him.</w:t>
        <w:br/>
        <w:t>永远不要相信假装没看见警&amp;hearts;察&amp;hearts;的人</w:t>
        <w:br/>
        <w:t>Never</w:t>
      </w:r>
      <w:r>
        <w:t xml:space="preserve"> trust</w:t>
      </w:r>
      <w:r>
        <w:t xml:space="preserve"> a</w:t>
      </w:r>
      <w:r>
        <w:t xml:space="preserve"> man</w:t>
      </w:r>
      <w:r>
        <w:t xml:space="preserve"> who</w:t>
      </w:r>
      <w:r>
        <w:t xml:space="preserve"> pretends</w:t>
      </w:r>
      <w:r>
        <w:t xml:space="preserve"> not</w:t>
      </w:r>
      <w:r>
        <w:t xml:space="preserve"> to</w:t>
      </w:r>
      <w:r>
        <w:t xml:space="preserve"> see</w:t>
      </w:r>
      <w:r>
        <w:t xml:space="preserve"> the</w:t>
      </w:r>
      <w:r>
        <w:t xml:space="preserve"> cops.</w:t>
        <w:br/>
        <w:t>站住!</w:t>
        <w:br/>
        <w:t>Stop!</w:t>
        <w:br/>
        <w:t>1504正在徒步追踪Brody</w:t>
      </w:r>
      <w:r>
        <w:t xml:space="preserve"> Simmons</w:t>
        <w:br/>
        <w:t>1504,</w:t>
      </w:r>
      <w:r>
        <w:t xml:space="preserve"> pursuing</w:t>
      </w:r>
      <w:r>
        <w:t xml:space="preserve"> Brody</w:t>
      </w:r>
      <w:r>
        <w:t xml:space="preserve"> Simmons</w:t>
      </w:r>
      <w:r>
        <w:t xml:space="preserve"> on</w:t>
      </w:r>
      <w:r>
        <w:t xml:space="preserve"> foot,</w:t>
        <w:br/>
        <w:t>嫌犯现已刮干净了胡子</w:t>
      </w:r>
      <w:r>
        <w:t xml:space="preserve"> 穿蓝衬衫和牛仔裤</w:t>
        <w:br/>
        <w:t>suspect</w:t>
      </w:r>
      <w:r>
        <w:t xml:space="preserve"> is</w:t>
      </w:r>
      <w:r>
        <w:t xml:space="preserve"> now</w:t>
      </w:r>
      <w:r>
        <w:t xml:space="preserve"> clean-shaven,</w:t>
      </w:r>
      <w:r>
        <w:t xml:space="preserve"> wearing</w:t>
      </w:r>
      <w:r>
        <w:t xml:space="preserve"> a</w:t>
      </w:r>
      <w:r>
        <w:t xml:space="preserve"> blue</w:t>
      </w:r>
      <w:r>
        <w:t xml:space="preserve"> shirt</w:t>
      </w:r>
      <w:r>
        <w:t xml:space="preserve"> and</w:t>
      </w:r>
      <w:r>
        <w:t xml:space="preserve"> jeans,</w:t>
        <w:br/>
        <w:t>往东向皇家约克西边的湖岸区方向逃窜</w:t>
        <w:br/>
        <w:t>heading</w:t>
      </w:r>
      <w:r>
        <w:t xml:space="preserve"> eastbound</w:t>
      </w:r>
      <w:r>
        <w:t xml:space="preserve"> on</w:t>
      </w:r>
      <w:r>
        <w:t xml:space="preserve"> Lake</w:t>
      </w:r>
      <w:r>
        <w:t xml:space="preserve"> Shore,</w:t>
      </w:r>
      <w:r>
        <w:t xml:space="preserve"> just</w:t>
      </w:r>
      <w:r>
        <w:t xml:space="preserve"> west</w:t>
      </w:r>
      <w:r>
        <w:t xml:space="preserve"> of</w:t>
      </w:r>
      <w:r>
        <w:t xml:space="preserve"> Royal</w:t>
      </w:r>
      <w:r>
        <w:t xml:space="preserve"> York.</w:t>
        <w:br/>
        <w:t>收到</w:t>
      </w:r>
      <w:r>
        <w:t xml:space="preserve"> 1504</w:t>
        <w:br/>
        <w:t>Copy</w:t>
      </w:r>
      <w:r>
        <w:t xml:space="preserve"> that,</w:t>
      </w:r>
      <w:r>
        <w:t xml:space="preserve"> 1504.</w:t>
        <w:br/>
        <w:t>马上派增援给你们</w:t>
        <w:br/>
        <w:t>Sending</w:t>
      </w:r>
      <w:r>
        <w:t xml:space="preserve"> backup</w:t>
      </w:r>
      <w:r>
        <w:t xml:space="preserve"> to</w:t>
      </w:r>
      <w:r>
        <w:t xml:space="preserve"> your</w:t>
      </w:r>
      <w:r>
        <w:t xml:space="preserve"> location.</w:t>
        <w:br/>
        <w:t>我们是1504</w:t>
      </w:r>
      <w:r>
        <w:t xml:space="preserve"> 我们跟丢了Simmons</w:t>
        <w:br/>
        <w:t>This</w:t>
      </w:r>
      <w:r>
        <w:t xml:space="preserve"> is</w:t>
      </w:r>
      <w:r>
        <w:t xml:space="preserve"> 1504.</w:t>
      </w:r>
      <w:r>
        <w:t xml:space="preserve"> We</w:t>
      </w:r>
      <w:r>
        <w:t xml:space="preserve"> lost</w:t>
      </w:r>
      <w:r>
        <w:t xml:space="preserve"> Simmons.</w:t>
        <w:br/>
        <w:t>他跑去了湖岸区南边的居民区街道</w:t>
        <w:br/>
        <w:t>He</w:t>
      </w:r>
      <w:r>
        <w:t xml:space="preserve"> ran</w:t>
      </w:r>
      <w:r>
        <w:t xml:space="preserve"> out</w:t>
      </w:r>
      <w:r>
        <w:t xml:space="preserve"> onto</w:t>
      </w:r>
      <w:r>
        <w:t xml:space="preserve"> a</w:t>
      </w:r>
      <w:r>
        <w:t xml:space="preserve"> residential</w:t>
      </w:r>
      <w:r>
        <w:t xml:space="preserve"> street</w:t>
      </w:r>
      <w:r>
        <w:t xml:space="preserve"> south</w:t>
      </w:r>
      <w:r>
        <w:t xml:space="preserve"> of</w:t>
      </w:r>
      <w:r>
        <w:t xml:space="preserve"> Lake</w:t>
      </w:r>
      <w:r>
        <w:t xml:space="preserve"> Shore,</w:t>
      </w:r>
      <w:r>
        <w:t xml:space="preserve"> </w:t>
        <w:br/>
        <w:t>就在马诺街东边</w:t>
        <w:br/>
        <w:t>east</w:t>
      </w:r>
      <w:r>
        <w:t xml:space="preserve"> of</w:t>
      </w:r>
      <w:r>
        <w:t xml:space="preserve"> Manor.</w:t>
        <w:br/>
        <w:t>收到</w:t>
      </w:r>
      <w:r>
        <w:t xml:space="preserve"> 1504</w:t>
      </w:r>
      <w:r>
        <w:t xml:space="preserve"> 我们会通知增援</w:t>
        <w:br/>
        <w:t>Okay,</w:t>
      </w:r>
      <w:r>
        <w:t xml:space="preserve"> 1504.</w:t>
      </w:r>
      <w:r>
        <w:t xml:space="preserve"> We'll</w:t>
      </w:r>
      <w:r>
        <w:t xml:space="preserve"> let</w:t>
      </w:r>
      <w:r>
        <w:t xml:space="preserve"> backup</w:t>
      </w:r>
      <w:r>
        <w:t xml:space="preserve"> know.</w:t>
        <w:br/>
        <w:t>我们会抓到他的</w:t>
      </w:r>
      <w:r>
        <w:t xml:space="preserve"> 一招肩胛固放倒他</w:t>
        <w:br/>
        <w:t>Hey,</w:t>
      </w:r>
      <w:r>
        <w:t xml:space="preserve"> we'll</w:t>
      </w:r>
      <w:r>
        <w:t xml:space="preserve"> find</w:t>
      </w:r>
      <w:r>
        <w:t xml:space="preserve"> him.</w:t>
      </w:r>
      <w:r>
        <w:t xml:space="preserve"> Omoplata</w:t>
      </w:r>
      <w:r>
        <w:t xml:space="preserve"> the</w:t>
      </w:r>
      <w:r>
        <w:t xml:space="preserve"> hell</w:t>
      </w:r>
      <w:r>
        <w:t xml:space="preserve"> out</w:t>
      </w:r>
      <w:r>
        <w:t xml:space="preserve"> of</w:t>
      </w:r>
      <w:r>
        <w:t xml:space="preserve"> him.</w:t>
        <w:br/>
        <w:t>医院那边查出什么来了吗?</w:t>
        <w:br/>
        <w:t>Hi,</w:t>
      </w:r>
      <w:r>
        <w:t xml:space="preserve"> man.</w:t>
      </w:r>
      <w:r>
        <w:t xml:space="preserve"> Did</w:t>
      </w:r>
      <w:r>
        <w:t xml:space="preserve"> you</w:t>
      </w:r>
      <w:r>
        <w:t xml:space="preserve"> find</w:t>
      </w:r>
      <w:r>
        <w:t xml:space="preserve"> anything</w:t>
      </w:r>
      <w:r>
        <w:t xml:space="preserve"> at</w:t>
      </w:r>
      <w:r>
        <w:t xml:space="preserve"> the</w:t>
      </w:r>
      <w:r>
        <w:t xml:space="preserve"> hospital?</w:t>
        <w:br/>
        <w:t>Simmons化疗的时候</w:t>
        <w:br/>
        <w:t>Well,</w:t>
      </w:r>
      <w:r>
        <w:t xml:space="preserve"> some</w:t>
      </w:r>
      <w:r>
        <w:t xml:space="preserve"> tall</w:t>
      </w:r>
      <w:r>
        <w:t xml:space="preserve"> blonde</w:t>
      </w:r>
      <w:r>
        <w:t xml:space="preserve"> used</w:t>
      </w:r>
      <w:r>
        <w:t xml:space="preserve"> to</w:t>
      </w:r>
      <w:r>
        <w:t xml:space="preserve"> hang</w:t>
      </w:r>
      <w:r>
        <w:t xml:space="preserve"> out</w:t>
      </w:r>
      <w:r>
        <w:t xml:space="preserve"> with</w:t>
      </w:r>
      <w:r>
        <w:t xml:space="preserve"> Simmons</w:t>
      </w:r>
      <w:r>
        <w:t xml:space="preserve"> </w:t>
        <w:br/>
        <w:t>有个高挑金发女</w:t>
      </w:r>
      <w:r>
        <w:t xml:space="preserve"> 老跟他在一起</w:t>
        <w:br/>
        <w:t>while</w:t>
      </w:r>
      <w:r>
        <w:t xml:space="preserve"> he</w:t>
      </w:r>
      <w:r>
        <w:t xml:space="preserve"> was</w:t>
      </w:r>
      <w:r>
        <w:t xml:space="preserve"> getting</w:t>
      </w:r>
      <w:r>
        <w:t xml:space="preserve"> his</w:t>
      </w:r>
      <w:r>
        <w:t xml:space="preserve"> chemo.</w:t>
        <w:br/>
        <w:t>我弄来了监狱的访客名单</w:t>
        <w:br/>
        <w:t>So</w:t>
      </w:r>
      <w:r>
        <w:t xml:space="preserve"> I</w:t>
      </w:r>
      <w:r>
        <w:t xml:space="preserve"> got</w:t>
      </w:r>
      <w:r>
        <w:t xml:space="preserve"> a</w:t>
      </w:r>
      <w:r>
        <w:t xml:space="preserve"> visitor's</w:t>
      </w:r>
      <w:r>
        <w:t xml:space="preserve"> list</w:t>
      </w:r>
      <w:r>
        <w:t xml:space="preserve"> from</w:t>
      </w:r>
      <w:r>
        <w:t xml:space="preserve"> the</w:t>
      </w:r>
      <w:r>
        <w:t xml:space="preserve"> prison.</w:t>
        <w:br/>
        <w:t>看能不能找到她</w:t>
        <w:br/>
        <w:t>We're</w:t>
      </w:r>
      <w:r>
        <w:t xml:space="preserve"> gonna</w:t>
      </w:r>
      <w:r>
        <w:t xml:space="preserve"> see</w:t>
      </w:r>
      <w:r>
        <w:t xml:space="preserve"> if</w:t>
      </w:r>
      <w:r>
        <w:t xml:space="preserve"> we</w:t>
      </w:r>
      <w:r>
        <w:t xml:space="preserve"> can</w:t>
      </w:r>
      <w:r>
        <w:t xml:space="preserve"> track</w:t>
      </w:r>
      <w:r>
        <w:t xml:space="preserve"> her</w:t>
      </w:r>
      <w:r>
        <w:t xml:space="preserve"> down.</w:t>
        <w:br/>
        <w:t>你没什么事吧?</w:t>
        <w:br/>
        <w:t>Is,</w:t>
      </w:r>
      <w:r>
        <w:t xml:space="preserve"> uh...</w:t>
      </w:r>
      <w:r>
        <w:t xml:space="preserve"> is</w:t>
      </w:r>
      <w:r>
        <w:t xml:space="preserve"> everything</w:t>
      </w:r>
      <w:r>
        <w:t xml:space="preserve"> okay?</w:t>
      </w:r>
      <w:r>
        <w:t xml:space="preserve"> </w:t>
        <w:br/>
        <w:t>有事</w:t>
        <w:br/>
        <w:t>Uh,</w:t>
      </w:r>
      <w:r>
        <w:t xml:space="preserve"> no.</w:t>
        <w:br/>
        <w:t>Izzy</w:t>
      </w:r>
      <w:r>
        <w:t xml:space="preserve"> 昨晚被带到警局了</w:t>
        <w:br/>
        <w:t>Izzy,</w:t>
      </w:r>
      <w:r>
        <w:t xml:space="preserve"> uh,</w:t>
      </w:r>
      <w:r>
        <w:t xml:space="preserve"> she</w:t>
      </w:r>
      <w:r>
        <w:t xml:space="preserve"> got</w:t>
      </w:r>
      <w:r>
        <w:t xml:space="preserve"> picked</w:t>
      </w:r>
      <w:r>
        <w:t xml:space="preserve"> up</w:t>
      </w:r>
      <w:r>
        <w:t xml:space="preserve"> last</w:t>
      </w:r>
      <w:r>
        <w:t xml:space="preserve"> night.</w:t>
        <w:br/>
        <w:t>随身带着摇&amp;hearts;头&amp;hearts;丸&amp;hearts;</w:t>
        <w:br/>
        <w:t>She</w:t>
      </w:r>
      <w:r>
        <w:t xml:space="preserve"> had</w:t>
      </w:r>
      <w:r>
        <w:t xml:space="preserve"> some</w:t>
      </w:r>
      <w:r>
        <w:t xml:space="preserve"> ecstasy</w:t>
      </w:r>
      <w:r>
        <w:t xml:space="preserve"> on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her.</w:t>
        <w:br/>
        <w:t>现在34分局等着收监呢</w:t>
        <w:br/>
        <w:t>She's</w:t>
      </w:r>
      <w:r>
        <w:t xml:space="preserve"> sitting</w:t>
      </w:r>
      <w:r>
        <w:t xml:space="preserve"> in</w:t>
      </w:r>
      <w:r>
        <w:t xml:space="preserve"> booking</w:t>
      </w:r>
      <w:r>
        <w:t xml:space="preserve"> down</w:t>
      </w:r>
      <w:r>
        <w:t xml:space="preserve"> at</w:t>
      </w:r>
      <w:r>
        <w:t xml:space="preserve"> 34</w:t>
      </w:r>
      <w:r>
        <w:t xml:space="preserve"> right</w:t>
      </w:r>
      <w:r>
        <w:t xml:space="preserve"> now.</w:t>
        <w:br/>
        <w:t>Santana大老远跑来跟我说</w:t>
        <w:br/>
        <w:t>And</w:t>
      </w:r>
      <w:r>
        <w:t xml:space="preserve"> Santana,</w:t>
      </w:r>
      <w:r>
        <w:t xml:space="preserve"> he</w:t>
      </w:r>
      <w:r>
        <w:t xml:space="preserve"> came</w:t>
      </w:r>
      <w:r>
        <w:t xml:space="preserve"> all</w:t>
      </w:r>
      <w:r>
        <w:t xml:space="preserve"> the</w:t>
      </w:r>
      <w:r>
        <w:t xml:space="preserve"> way</w:t>
      </w:r>
      <w:r>
        <w:t xml:space="preserve"> down</w:t>
      </w:r>
      <w:r>
        <w:t xml:space="preserve"> here</w:t>
      </w:r>
      <w:r>
        <w:t xml:space="preserve"> to</w:t>
      </w:r>
      <w:r>
        <w:t xml:space="preserve"> tell</w:t>
      </w:r>
      <w:r>
        <w:t xml:space="preserve"> me</w:t>
      </w:r>
      <w:r>
        <w:t xml:space="preserve"> </w:t>
        <w:br/>
        <w:t>他可以把这事抹掉</w:t>
        <w:br/>
        <w:t>that</w:t>
      </w:r>
      <w:r>
        <w:t xml:space="preserve"> he</w:t>
      </w:r>
      <w:r>
        <w:t xml:space="preserve"> could</w:t>
      </w:r>
      <w:r>
        <w:t xml:space="preserve"> pull</w:t>
      </w:r>
      <w:r>
        <w:t xml:space="preserve"> it</w:t>
      </w:r>
      <w:r>
        <w:t xml:space="preserve"> from</w:t>
      </w:r>
      <w:r>
        <w:t xml:space="preserve"> the</w:t>
      </w:r>
      <w:r>
        <w:t xml:space="preserve"> system.</w:t>
        <w:br/>
        <w:t>Santana说他可以把这事抹掉?</w:t>
        <w:br/>
        <w:t>Santana</w:t>
      </w:r>
      <w:r>
        <w:t xml:space="preserve"> said</w:t>
      </w:r>
      <w:r>
        <w:t xml:space="preserve"> he</w:t>
      </w:r>
      <w:r>
        <w:t xml:space="preserve"> could</w:t>
      </w:r>
      <w:r>
        <w:t xml:space="preserve"> pull</w:t>
      </w:r>
      <w:r>
        <w:t xml:space="preserve"> it</w:t>
      </w:r>
      <w:r>
        <w:t xml:space="preserve"> from</w:t>
      </w:r>
      <w:r>
        <w:t xml:space="preserve"> the</w:t>
      </w:r>
      <w:r>
        <w:t xml:space="preserve"> system?</w:t>
      </w:r>
      <w:r>
        <w:t xml:space="preserve"> </w:t>
        <w:br/>
        <w:t>对</w:t>
        <w:br/>
        <w:t>Yeah.</w:t>
        <w:br/>
        <w:t>身居高位的朋友啊</w:t>
        <w:br/>
        <w:t>Friends</w:t>
      </w:r>
      <w:r>
        <w:t xml:space="preserve"> in</w:t>
      </w:r>
      <w:r>
        <w:t xml:space="preserve"> high</w:t>
      </w:r>
      <w:r>
        <w:t xml:space="preserve"> places.</w:t>
        <w:br/>
        <w:t>我不知道该怎么办</w:t>
      </w:r>
      <w:r>
        <w:t xml:space="preserve"> 兄弟</w:t>
        <w:br/>
        <w:t>I</w:t>
      </w:r>
      <w:r>
        <w:t xml:space="preserve"> don't</w:t>
      </w:r>
      <w:r>
        <w:t xml:space="preserve"> know,</w:t>
      </w:r>
      <w:r>
        <w:t xml:space="preserve"> brother.</w:t>
        <w:br/>
        <w:t>Izzy已经申请过秋季入学的高校了</w:t>
        <w:br/>
        <w:t>You</w:t>
      </w:r>
      <w:r>
        <w:t xml:space="preserve"> know,</w:t>
      </w:r>
      <w:r>
        <w:t xml:space="preserve"> Izzy's</w:t>
      </w:r>
      <w:r>
        <w:t xml:space="preserve"> applied</w:t>
      </w:r>
      <w:r>
        <w:t xml:space="preserve"> to</w:t>
      </w:r>
      <w:r>
        <w:t xml:space="preserve"> all</w:t>
      </w:r>
      <w:r>
        <w:t xml:space="preserve"> these</w:t>
      </w:r>
      <w:r>
        <w:t xml:space="preserve"> colleges</w:t>
      </w:r>
      <w:r>
        <w:t xml:space="preserve"> for</w:t>
      </w:r>
      <w:r>
        <w:t xml:space="preserve"> the</w:t>
      </w:r>
      <w:r>
        <w:t xml:space="preserve"> fall.</w:t>
        <w:br/>
        <w:t>申请的都是那些只要你有案底</w:t>
        <w:br/>
        <w:t>You</w:t>
      </w:r>
      <w:r>
        <w:t xml:space="preserve"> know,</w:t>
      </w:r>
      <w:r>
        <w:t xml:space="preserve"> kind</w:t>
      </w:r>
      <w:r>
        <w:t xml:space="preserve"> of</w:t>
      </w:r>
      <w:r>
        <w:t xml:space="preserve"> schools</w:t>
      </w:r>
      <w:r>
        <w:t xml:space="preserve"> that</w:t>
      </w:r>
      <w:r>
        <w:t xml:space="preserve"> wouldn't</w:t>
      </w:r>
      <w:r>
        <w:t xml:space="preserve"> even</w:t>
      </w:r>
      <w:r>
        <w:t xml:space="preserve"> look</w:t>
      </w:r>
      <w:r>
        <w:t xml:space="preserve"> at</w:t>
      </w:r>
      <w:r>
        <w:t xml:space="preserve"> a</w:t>
      </w:r>
      <w:r>
        <w:t xml:space="preserve"> kid</w:t>
        <w:br/>
        <w:t>就绝无可能进去的学校</w:t>
      </w:r>
      <w:r>
        <w:t xml:space="preserve"> 所以...</w:t>
        <w:br/>
        <w:t>who's</w:t>
      </w:r>
      <w:r>
        <w:t xml:space="preserve"> got</w:t>
      </w:r>
      <w:r>
        <w:t xml:space="preserve"> a</w:t>
      </w:r>
      <w:r>
        <w:t xml:space="preserve"> record,</w:t>
      </w:r>
      <w:r>
        <w:t xml:space="preserve"> so...</w:t>
        <w:br/>
        <w:t>如果换了是你</w:t>
      </w:r>
      <w:r>
        <w:t xml:space="preserve"> 你怎么办?</w:t>
        <w:br/>
        <w:t>Mm,</w:t>
      </w:r>
      <w:r>
        <w:t xml:space="preserve"> hypothetical,</w:t>
      </w:r>
      <w:r>
        <w:t xml:space="preserve"> what</w:t>
      </w:r>
      <w:r>
        <w:t xml:space="preserve"> would</w:t>
      </w:r>
      <w:r>
        <w:t xml:space="preserve"> you</w:t>
      </w:r>
      <w:r>
        <w:t xml:space="preserve"> do?</w:t>
        <w:br/>
        <w:t>我不知道</w:t>
        <w:br/>
        <w:t>I-I-I</w:t>
      </w:r>
      <w:r>
        <w:t xml:space="preserve"> don't</w:t>
      </w:r>
      <w:r>
        <w:t xml:space="preserve"> know,</w:t>
      </w:r>
      <w:r>
        <w:t xml:space="preserve"> man.</w:t>
        <w:br/>
        <w:t>我不...对不起</w:t>
      </w:r>
      <w:r>
        <w:t xml:space="preserve"> 这么说吧</w:t>
        <w:br/>
        <w:t>I,</w:t>
      </w:r>
      <w:r>
        <w:t xml:space="preserve"> um...</w:t>
      </w:r>
      <w:r>
        <w:t xml:space="preserve"> I'm...</w:t>
      </w:r>
      <w:r>
        <w:t xml:space="preserve"> I'm</w:t>
      </w:r>
      <w:r>
        <w:t xml:space="preserve"> sorry.</w:t>
      </w:r>
      <w:r>
        <w:t xml:space="preserve"> I'll</w:t>
      </w:r>
      <w:r>
        <w:t xml:space="preserve"> t...</w:t>
      </w:r>
      <w:r>
        <w:t xml:space="preserve"> I'll</w:t>
      </w:r>
      <w:r>
        <w:t xml:space="preserve"> tell</w:t>
      </w:r>
      <w:r>
        <w:t xml:space="preserve"> you</w:t>
      </w:r>
      <w:r>
        <w:t xml:space="preserve"> this.</w:t>
        <w:br/>
        <w:t>不管你最终做什么决定</w:t>
      </w:r>
      <w:r>
        <w:t xml:space="preserve"> 都不要告诉别人</w:t>
        <w:br/>
        <w:t>Whatever</w:t>
      </w:r>
      <w:r>
        <w:t xml:space="preserve"> you</w:t>
      </w:r>
      <w:r>
        <w:t xml:space="preserve"> decide,</w:t>
      </w:r>
      <w:r>
        <w:t xml:space="preserve"> you</w:t>
      </w:r>
      <w:r>
        <w:t xml:space="preserve"> keep</w:t>
      </w:r>
      <w:r>
        <w:t xml:space="preserve"> it</w:t>
      </w:r>
      <w:r>
        <w:t xml:space="preserve"> to</w:t>
      </w:r>
      <w:r>
        <w:t xml:space="preserve"> yourself.</w:t>
        <w:br/>
        <w:t>说得好</w:t>
      </w:r>
      <w:r>
        <w:t xml:space="preserve"> 兄弟</w:t>
      </w:r>
      <w:r>
        <w:t xml:space="preserve"> 谢了Sammy</w:t>
        <w:br/>
        <w:t>Well</w:t>
      </w:r>
      <w:r>
        <w:t xml:space="preserve"> said,</w:t>
      </w:r>
      <w:r>
        <w:t xml:space="preserve"> brother.</w:t>
      </w:r>
      <w:r>
        <w:t xml:space="preserve"> Thank</w:t>
      </w:r>
      <w:r>
        <w:t xml:space="preserve"> you,</w:t>
      </w:r>
      <w:r>
        <w:t xml:space="preserve"> Sammy.</w:t>
        <w:br/>
        <w:t>我都不知道...我都没想到</w:t>
      </w:r>
      <w:r>
        <w:t xml:space="preserve"> 我...</w:t>
        <w:br/>
        <w:t>I</w:t>
      </w:r>
      <w:r>
        <w:t xml:space="preserve"> didn't</w:t>
      </w:r>
      <w:r>
        <w:t xml:space="preserve"> even...</w:t>
      </w:r>
      <w:r>
        <w:t xml:space="preserve"> I</w:t>
      </w:r>
      <w:r>
        <w:t xml:space="preserve"> wasn't</w:t>
      </w:r>
      <w:r>
        <w:t xml:space="preserve"> expecting</w:t>
      </w:r>
      <w:r>
        <w:t xml:space="preserve"> it.</w:t>
      </w:r>
      <w:r>
        <w:t xml:space="preserve"> I</w:t>
      </w:r>
      <w:r>
        <w:t xml:space="preserve"> was</w:t>
      </w:r>
      <w:r>
        <w:t xml:space="preserve"> just...</w:t>
        <w:br/>
        <w:t>我总觉得你早跟我说过这事了</w:t>
        <w:br/>
        <w:t>I</w:t>
      </w:r>
      <w:r>
        <w:t xml:space="preserve"> feel...</w:t>
      </w:r>
      <w:r>
        <w:t xml:space="preserve"> I</w:t>
      </w:r>
      <w:r>
        <w:t xml:space="preserve"> feel</w:t>
      </w:r>
      <w:r>
        <w:t xml:space="preserve"> like</w:t>
      </w:r>
      <w:r>
        <w:t xml:space="preserve"> you've</w:t>
      </w:r>
      <w:r>
        <w:t xml:space="preserve"> already</w:t>
      </w:r>
      <w:r>
        <w:t xml:space="preserve"> told</w:t>
      </w:r>
      <w:r>
        <w:t xml:space="preserve"> me</w:t>
      </w:r>
      <w:r>
        <w:t xml:space="preserve"> this.</w:t>
      </w:r>
      <w:r>
        <w:t xml:space="preserve"> </w:t>
        <w:br/>
        <w:t>我没有</w:t>
        <w:br/>
        <w:t>No,</w:t>
      </w:r>
      <w:r>
        <w:t xml:space="preserve"> I</w:t>
      </w:r>
      <w:r>
        <w:t xml:space="preserve"> haven't.</w:t>
        <w:br/>
        <w:t>我总觉得我...嘿</w:t>
        <w:br/>
        <w:t>All</w:t>
      </w:r>
      <w:r>
        <w:t xml:space="preserve"> this</w:t>
      </w:r>
      <w:r>
        <w:t xml:space="preserve"> stuff,</w:t>
      </w:r>
      <w:r>
        <w:t xml:space="preserve"> I</w:t>
      </w:r>
      <w:r>
        <w:t xml:space="preserve"> feel...</w:t>
      </w:r>
      <w:r>
        <w:t xml:space="preserve"> hey.</w:t>
        <w:br/>
        <w:t>查到什么了吗?</w:t>
        <w:br/>
        <w:t>Uh,</w:t>
      </w:r>
      <w:r>
        <w:t xml:space="preserve"> anything</w:t>
      </w:r>
      <w:r>
        <w:t xml:space="preserve"> on</w:t>
      </w:r>
      <w:r>
        <w:t xml:space="preserve"> Brody</w:t>
      </w:r>
      <w:r>
        <w:t xml:space="preserve"> Simmons?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</w:t>
        <w:br/>
        <w:t>我派了四组巡警</w:t>
        <w:br/>
        <w:t>I</w:t>
      </w:r>
      <w:r>
        <w:t xml:space="preserve"> sent</w:t>
      </w:r>
      <w:r>
        <w:t xml:space="preserve"> four</w:t>
      </w:r>
      <w:r>
        <w:t xml:space="preserve"> units</w:t>
      </w:r>
      <w:r>
        <w:t xml:space="preserve"> to</w:t>
      </w:r>
      <w:r>
        <w:t xml:space="preserve"> canvass</w:t>
      </w:r>
      <w:r>
        <w:t xml:space="preserve"> the</w:t>
      </w:r>
      <w:r>
        <w:t xml:space="preserve"> area</w:t>
        <w:br/>
        <w:t>去Diaz和Epstein最后见他的地方走访群众</w:t>
        <w:br/>
        <w:t>Diaz</w:t>
      </w:r>
      <w:r>
        <w:t xml:space="preserve"> and</w:t>
      </w:r>
      <w:r>
        <w:t xml:space="preserve"> Epstein</w:t>
      </w:r>
      <w:r>
        <w:t xml:space="preserve"> last</w:t>
      </w:r>
      <w:r>
        <w:t xml:space="preserve"> saw</w:t>
      </w:r>
      <w:r>
        <w:t xml:space="preserve"> him.</w:t>
      </w:r>
      <w:r>
        <w:t xml:space="preserve"> </w:t>
        <w:br/>
        <w:t>那他跑出来的那栋楼呢?</w:t>
        <w:br/>
        <w:t>All</w:t>
      </w:r>
      <w:r>
        <w:t xml:space="preserve"> right,</w:t>
      </w:r>
      <w:r>
        <w:t xml:space="preserve"> what</w:t>
      </w:r>
      <w:r>
        <w:t xml:space="preserve"> about</w:t>
      </w:r>
      <w:r>
        <w:t xml:space="preserve"> the</w:t>
      </w:r>
      <w:r>
        <w:t xml:space="preserve"> low-rise</w:t>
      </w:r>
      <w:r>
        <w:t xml:space="preserve"> he</w:t>
      </w:r>
      <w:r>
        <w:t xml:space="preserve"> ran</w:t>
      </w:r>
      <w:r>
        <w:t xml:space="preserve"> from?</w:t>
        <w:br/>
        <w:t>他们正在进行彻底清查</w:t>
        <w:br/>
        <w:t>They're</w:t>
      </w:r>
      <w:r>
        <w:t xml:space="preserve"> giving</w:t>
      </w:r>
      <w:r>
        <w:t xml:space="preserve"> it</w:t>
      </w:r>
      <w:r>
        <w:t xml:space="preserve"> a</w:t>
      </w:r>
      <w:r>
        <w:t xml:space="preserve"> sweep</w:t>
      </w:r>
      <w:r>
        <w:t xml:space="preserve"> right</w:t>
      </w:r>
      <w:r>
        <w:t xml:space="preserve"> now.</w:t>
      </w:r>
      <w:r>
        <w:t xml:space="preserve"> </w:t>
        <w:br/>
        <w:t>这是Brody</w:t>
      </w:r>
      <w:r>
        <w:t xml:space="preserve"> Simmons的访客名单</w:t>
        <w:br/>
        <w:t>This</w:t>
      </w:r>
      <w:r>
        <w:t xml:space="preserve"> is,</w:t>
      </w:r>
      <w:r>
        <w:t xml:space="preserve"> uh,</w:t>
      </w:r>
      <w:r>
        <w:t xml:space="preserve"> Brody</w:t>
      </w:r>
      <w:r>
        <w:t xml:space="preserve"> Simmons'</w:t>
      </w:r>
      <w:r>
        <w:t xml:space="preserve"> visitor's</w:t>
      </w:r>
      <w:r>
        <w:t xml:space="preserve"> list.</w:t>
        <w:br/>
        <w:t>监狱那边刚送来的</w:t>
      </w:r>
      <w:r>
        <w:t xml:space="preserve"> 先从高个金发女找起</w:t>
        <w:br/>
        <w:t>The</w:t>
      </w:r>
      <w:r>
        <w:t xml:space="preserve"> prison</w:t>
      </w:r>
      <w:r>
        <w:t xml:space="preserve"> just</w:t>
      </w:r>
      <w:r>
        <w:t xml:space="preserve"> sent</w:t>
      </w:r>
      <w:r>
        <w:t xml:space="preserve"> it</w:t>
      </w:r>
      <w:r>
        <w:t xml:space="preserve"> over.</w:t>
      </w:r>
      <w:r>
        <w:t xml:space="preserve"> I'd</w:t>
      </w:r>
      <w:r>
        <w:t xml:space="preserve"> start</w:t>
      </w:r>
      <w:r>
        <w:t xml:space="preserve"> by</w:t>
      </w:r>
      <w:r>
        <w:t xml:space="preserve"> looking</w:t>
      </w:r>
      <w:r>
        <w:t xml:space="preserve"> for</w:t>
      </w:r>
      <w:r>
        <w:t xml:space="preserve"> a</w:t>
      </w:r>
      <w:r>
        <w:t xml:space="preserve"> tall</w:t>
      </w:r>
      <w:r>
        <w:t xml:space="preserve"> blond</w:t>
      </w:r>
      <w:r>
        <w:t xml:space="preserve"> female.</w:t>
        <w:br/>
        <w:t>医生说她常陪他做化疗</w:t>
        <w:br/>
        <w:t>Doctor</w:t>
      </w:r>
      <w:r>
        <w:t xml:space="preserve"> said</w:t>
      </w:r>
      <w:r>
        <w:t xml:space="preserve"> that</w:t>
      </w:r>
      <w:r>
        <w:t xml:space="preserve"> she</w:t>
      </w:r>
      <w:r>
        <w:t xml:space="preserve"> used</w:t>
      </w:r>
      <w:r>
        <w:t xml:space="preserve"> to</w:t>
      </w:r>
      <w:r>
        <w:t xml:space="preserve"> meet</w:t>
      </w:r>
      <w:r>
        <w:t xml:space="preserve"> him</w:t>
      </w:r>
      <w:r>
        <w:t xml:space="preserve"> for</w:t>
      </w:r>
      <w:r>
        <w:t xml:space="preserve"> his</w:t>
      </w:r>
      <w:r>
        <w:t xml:space="preserve"> chemo</w:t>
      </w:r>
      <w:r>
        <w:t xml:space="preserve"> appointments.</w:t>
        <w:br/>
        <w:t>好</w:t>
      </w:r>
      <w:r>
        <w:t xml:space="preserve"> 你帮我看看这些行吗?</w:t>
        <w:br/>
        <w:t>Yep.</w:t>
      </w:r>
      <w:r>
        <w:t xml:space="preserve"> Hey,</w:t>
      </w:r>
      <w:r>
        <w:t xml:space="preserve"> actually,</w:t>
      </w:r>
      <w:r>
        <w:t xml:space="preserve"> do</w:t>
      </w:r>
      <w:r>
        <w:t xml:space="preserve"> you</w:t>
      </w:r>
      <w:r>
        <w:t xml:space="preserve"> want</w:t>
      </w:r>
      <w:r>
        <w:t xml:space="preserve"> to</w:t>
      </w:r>
      <w:r>
        <w:t xml:space="preserve"> read</w:t>
      </w:r>
      <w:r>
        <w:t xml:space="preserve"> these</w:t>
      </w:r>
      <w:r>
        <w:t xml:space="preserve"> out?</w:t>
        <w:br/>
        <w:t>我把这些输入系统</w:t>
        <w:br/>
        <w:t>I'll</w:t>
      </w:r>
      <w:r>
        <w:t xml:space="preserve"> just</w:t>
      </w:r>
      <w:r>
        <w:t xml:space="preserve"> put</w:t>
      </w:r>
      <w:r>
        <w:t xml:space="preserve"> them</w:t>
      </w:r>
      <w:r>
        <w:t xml:space="preserve"> in</w:t>
      </w:r>
      <w:r>
        <w:t xml:space="preserve"> the</w:t>
      </w:r>
      <w:r>
        <w:t xml:space="preserve"> system.</w:t>
      </w:r>
      <w:r>
        <w:t xml:space="preserve"> </w:t>
        <w:br/>
        <w:t>Nick怎么没穿制&amp;hearts;服&amp;hearts;过来了?</w:t>
        <w:br/>
        <w:t>What</w:t>
      </w:r>
      <w:r>
        <w:t xml:space="preserve"> is</w:t>
      </w:r>
      <w:r>
        <w:t xml:space="preserve"> Nick</w:t>
      </w:r>
      <w:r>
        <w:t xml:space="preserve"> doing</w:t>
      </w:r>
      <w:r>
        <w:t xml:space="preserve"> out</w:t>
      </w:r>
      <w:r>
        <w:t xml:space="preserve"> of</w:t>
      </w:r>
      <w:r>
        <w:t xml:space="preserve"> uniform?</w:t>
        <w:br/>
        <w:t>不知道啊</w:t>
        <w:br/>
        <w:t>I</w:t>
      </w:r>
      <w:r>
        <w:t xml:space="preserve"> don't</w:t>
      </w:r>
      <w:r>
        <w:t xml:space="preserve"> know.</w:t>
        <w:br/>
        <w:t>我马上回来</w:t>
        <w:br/>
        <w:t>I'll</w:t>
      </w:r>
      <w:r>
        <w:t xml:space="preserve"> be</w:t>
      </w:r>
      <w:r>
        <w:t xml:space="preserve"> right</w:t>
      </w:r>
      <w:r>
        <w:t xml:space="preserve"> back.</w:t>
        <w:br/>
        <w:t>怎么了?</w:t>
        <w:br/>
        <w:t>What's</w:t>
      </w:r>
      <w:r>
        <w:t xml:space="preserve"> up?</w:t>
        <w:br/>
        <w:t>找搭档</w:t>
        <w:br/>
        <w:t>Oh,</w:t>
      </w:r>
      <w:r>
        <w:t xml:space="preserve"> just</w:t>
      </w:r>
      <w:r>
        <w:t xml:space="preserve"> looking</w:t>
      </w:r>
      <w:r>
        <w:t xml:space="preserve"> for</w:t>
      </w:r>
      <w:r>
        <w:t xml:space="preserve"> someone</w:t>
      </w:r>
      <w:r>
        <w:t xml:space="preserve"> to</w:t>
      </w:r>
      <w:r>
        <w:t xml:space="preserve"> ride</w:t>
      </w:r>
      <w:r>
        <w:t xml:space="preserve"> with.</w:t>
      </w:r>
      <w:r>
        <w:t xml:space="preserve"> </w:t>
        <w:br/>
        <w:t>Nick呢?</w:t>
        <w:br/>
        <w:t>What</w:t>
      </w:r>
      <w:r>
        <w:t xml:space="preserve"> about</w:t>
      </w:r>
      <w:r>
        <w:t xml:space="preserve"> Nick?</w:t>
        <w:br/>
        <w:t>他找地方休息去了</w:t>
      </w:r>
      <w:r>
        <w:t xml:space="preserve"> 偏头痛犯了</w:t>
        <w:br/>
        <w:t>He</w:t>
      </w:r>
      <w:r>
        <w:t xml:space="preserve"> went</w:t>
      </w:r>
      <w:r>
        <w:t xml:space="preserve"> home</w:t>
      </w:r>
      <w:r>
        <w:t xml:space="preserve"> to</w:t>
      </w:r>
      <w:r>
        <w:t xml:space="preserve"> lie</w:t>
      </w:r>
      <w:r>
        <w:t xml:space="preserve"> down,</w:t>
      </w:r>
      <w:r>
        <w:t xml:space="preserve"> had</w:t>
      </w:r>
      <w:r>
        <w:t xml:space="preserve"> one</w:t>
      </w:r>
      <w:r>
        <w:t xml:space="preserve"> of</w:t>
      </w:r>
      <w:r>
        <w:t xml:space="preserve"> his</w:t>
      </w:r>
      <w:r>
        <w:t xml:space="preserve"> migraines.</w:t>
      </w:r>
      <w:r>
        <w:t xml:space="preserve"> </w:t>
        <w:br/>
        <w:t>不好意思</w:t>
      </w:r>
      <w:r>
        <w:t xml:space="preserve"> 你说啥?</w:t>
        <w:br/>
        <w:t>Sorry,</w:t>
      </w:r>
      <w:r>
        <w:t xml:space="preserve"> what?</w:t>
        <w:br/>
        <w:t>偏头痛?</w:t>
      </w:r>
      <w:r>
        <w:t xml:space="preserve"> 他说他常犯</w:t>
        <w:br/>
        <w:t>His</w:t>
      </w:r>
      <w:r>
        <w:t xml:space="preserve"> migraines?</w:t>
      </w:r>
      <w:r>
        <w:t xml:space="preserve"> Says</w:t>
      </w:r>
      <w:r>
        <w:t xml:space="preserve"> he</w:t>
      </w:r>
      <w:r>
        <w:t xml:space="preserve"> gets</w:t>
      </w:r>
      <w:r>
        <w:t xml:space="preserve"> them</w:t>
      </w:r>
      <w:r>
        <w:t xml:space="preserve"> a</w:t>
      </w:r>
      <w:r>
        <w:t xml:space="preserve"> lot.</w:t>
        <w:br/>
        <w:t>这就怪了</w:t>
      </w:r>
      <w:r>
        <w:t xml:space="preserve"> 我跟他住了半年</w:t>
        <w:br/>
        <w:t>That's</w:t>
      </w:r>
      <w:r>
        <w:t xml:space="preserve"> interesting,</w:t>
      </w:r>
      <w:r>
        <w:t xml:space="preserve"> 'cause</w:t>
      </w:r>
      <w:r>
        <w:t xml:space="preserve"> I</w:t>
      </w:r>
      <w:r>
        <w:t xml:space="preserve"> lived</w:t>
      </w:r>
      <w:r>
        <w:t xml:space="preserve"> with</w:t>
      </w:r>
      <w:r>
        <w:t xml:space="preserve"> him</w:t>
      </w:r>
      <w:r>
        <w:t xml:space="preserve"> for</w:t>
      </w:r>
      <w:r>
        <w:t xml:space="preserve"> six</w:t>
      </w:r>
      <w:r>
        <w:t xml:space="preserve"> months,</w:t>
      </w:r>
      <w:r>
        <w:t xml:space="preserve"> </w:t>
        <w:br/>
        <w:t>没听说他有偏头痛</w:t>
        <w:br/>
        <w:t>and</w:t>
      </w:r>
      <w:r>
        <w:t xml:space="preserve"> I've</w:t>
      </w:r>
      <w:r>
        <w:t xml:space="preserve"> never</w:t>
      </w:r>
      <w:r>
        <w:t xml:space="preserve"> heard</w:t>
      </w:r>
      <w:r>
        <w:t xml:space="preserve"> anything</w:t>
      </w:r>
      <w:r>
        <w:t xml:space="preserve"> about</w:t>
      </w:r>
      <w:r>
        <w:t xml:space="preserve"> a</w:t>
      </w:r>
      <w:r>
        <w:t xml:space="preserve"> migraine</w:t>
      </w:r>
      <w:r>
        <w:t xml:space="preserve"> before.</w:t>
        <w:br/>
        <w:t>你是说他在撒谎吗?</w:t>
        <w:br/>
        <w:t>Well,</w:t>
      </w:r>
      <w:r>
        <w:t xml:space="preserve"> are</w:t>
      </w:r>
      <w:r>
        <w:t xml:space="preserve"> you</w:t>
      </w:r>
      <w:r>
        <w:t xml:space="preserve"> saying</w:t>
      </w:r>
      <w:r>
        <w:t xml:space="preserve"> he's</w:t>
      </w:r>
      <w:r>
        <w:t xml:space="preserve"> lying?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</w:t>
        <w:br/>
        <w:t>我不知道</w:t>
        <w:br/>
        <w:t>I</w:t>
      </w:r>
      <w:r>
        <w:t xml:space="preserve"> don't</w:t>
      </w:r>
      <w:r>
        <w:t xml:space="preserve"> know.</w:t>
        <w:br/>
        <w:t>有秘密的人不是你么</w:t>
        <w:br/>
        <w:t>I</w:t>
      </w:r>
      <w:r>
        <w:t xml:space="preserve"> mean,</w:t>
      </w:r>
      <w:r>
        <w:t xml:space="preserve"> you're</w:t>
      </w:r>
      <w:r>
        <w:t xml:space="preserve"> the</w:t>
      </w:r>
      <w:r>
        <w:t xml:space="preserve"> one</w:t>
      </w:r>
      <w:r>
        <w:t xml:space="preserve"> that's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mystery</w:t>
      </w:r>
      <w:r>
        <w:t xml:space="preserve"> around</w:t>
      </w:r>
      <w:r>
        <w:t xml:space="preserve"> here,</w:t>
      </w:r>
      <w:r>
        <w:t xml:space="preserve"> right?</w:t>
        <w:br/>
        <w:t>也许他是不信任你</w:t>
        <w:br/>
        <w:t>Maybe</w:t>
      </w:r>
      <w:r>
        <w:t xml:space="preserve"> he</w:t>
      </w:r>
      <w:r>
        <w:t xml:space="preserve"> didn't</w:t>
      </w:r>
      <w:r>
        <w:t xml:space="preserve"> trust</w:t>
      </w:r>
      <w:r>
        <w:t xml:space="preserve"> you.</w:t>
        <w:br/>
        <w:t>哇</w:t>
      </w:r>
      <w:r>
        <w:t xml:space="preserve"> 这句够狠</w:t>
        <w:br/>
        <w:t>Phew,</w:t>
      </w:r>
      <w:r>
        <w:t xml:space="preserve"> burn.</w:t>
      </w:r>
      <w:r>
        <w:t xml:space="preserve"> Good</w:t>
      </w:r>
      <w:r>
        <w:t xml:space="preserve"> one.</w:t>
        <w:br/>
        <w:t>我知道</w:t>
      </w:r>
      <w:r>
        <w:t xml:space="preserve"> 我刚说出口就后悔了</w:t>
        <w:br/>
        <w:t>I</w:t>
      </w:r>
      <w:r>
        <w:t xml:space="preserve"> know,</w:t>
      </w:r>
      <w:r>
        <w:t xml:space="preserve"> I</w:t>
      </w:r>
      <w:r>
        <w:t xml:space="preserve"> already</w:t>
      </w:r>
      <w:r>
        <w:t xml:space="preserve"> feel</w:t>
      </w:r>
      <w:r>
        <w:t xml:space="preserve"> bad</w:t>
      </w:r>
      <w:r>
        <w:t xml:space="preserve"> that</w:t>
      </w:r>
      <w:r>
        <w:t xml:space="preserve"> I</w:t>
      </w:r>
      <w:r>
        <w:t xml:space="preserve"> said</w:t>
      </w:r>
      <w:r>
        <w:t xml:space="preserve"> it.</w:t>
        <w:br/>
        <w:t>别走嘛</w:t>
      </w:r>
      <w:r>
        <w:t xml:space="preserve"> 我担心他</w:t>
        <w:br/>
        <w:t>Come</w:t>
      </w:r>
      <w:r>
        <w:t xml:space="preserve"> on.</w:t>
      </w:r>
      <w:r>
        <w:t xml:space="preserve"> Hey,</w:t>
      </w:r>
      <w:r>
        <w:t xml:space="preserve"> I'm</w:t>
      </w:r>
      <w:r>
        <w:t xml:space="preserve"> worried</w:t>
      </w:r>
      <w:r>
        <w:t xml:space="preserve"> about</w:t>
      </w:r>
      <w:r>
        <w:t xml:space="preserve"> him.</w:t>
        <w:br/>
        <w:t>他今天一早上都不在状态</w:t>
        <w:br/>
        <w:t>He</w:t>
      </w:r>
      <w:r>
        <w:t xml:space="preserve"> hasn't</w:t>
      </w:r>
      <w:r>
        <w:t xml:space="preserve"> been</w:t>
      </w:r>
      <w:r>
        <w:t xml:space="preserve"> himself</w:t>
      </w:r>
      <w:r>
        <w:t xml:space="preserve"> all</w:t>
      </w:r>
      <w:r>
        <w:t xml:space="preserve"> morning.</w:t>
      </w:r>
      <w:r>
        <w:t xml:space="preserve"> </w:t>
        <w:br/>
        <w:t>我也不知道</w:t>
        <w:br/>
        <w:t>Look,</w:t>
      </w:r>
      <w:r>
        <w:t xml:space="preserve"> I</w:t>
      </w:r>
      <w:r>
        <w:t xml:space="preserve"> don't</w:t>
      </w:r>
      <w:r>
        <w:t xml:space="preserve"> know.</w:t>
        <w:br/>
        <w:t>我们去找他的某个线人</w:t>
        <w:br/>
        <w:t>We</w:t>
      </w:r>
      <w:r>
        <w:t xml:space="preserve"> went</w:t>
      </w:r>
      <w:r>
        <w:t xml:space="preserve"> to</w:t>
      </w:r>
      <w:r>
        <w:t xml:space="preserve"> try</w:t>
      </w:r>
      <w:r>
        <w:t xml:space="preserve"> to</w:t>
      </w:r>
      <w:r>
        <w:t xml:space="preserve"> track</w:t>
      </w:r>
      <w:r>
        <w:t xml:space="preserve"> down</w:t>
      </w:r>
      <w:r>
        <w:t xml:space="preserve"> one</w:t>
      </w:r>
      <w:r>
        <w:t xml:space="preserve"> of</w:t>
      </w:r>
      <w:r>
        <w:t xml:space="preserve"> his</w:t>
      </w:r>
      <w:r>
        <w:t xml:space="preserve"> C.I.s.</w:t>
      </w:r>
      <w:r>
        <w:t xml:space="preserve"> </w:t>
        <w:br/>
        <w:t>Nick说那人认识Brody</w:t>
      </w:r>
      <w:r>
        <w:t xml:space="preserve"> Simmons</w:t>
        <w:br/>
        <w:t>Nick</w:t>
      </w:r>
      <w:r>
        <w:t xml:space="preserve"> said</w:t>
      </w:r>
      <w:r>
        <w:t xml:space="preserve"> that</w:t>
      </w:r>
      <w:r>
        <w:t xml:space="preserve"> the</w:t>
      </w:r>
      <w:r>
        <w:t xml:space="preserve"> guy</w:t>
      </w:r>
      <w:r>
        <w:t xml:space="preserve"> knew</w:t>
      </w:r>
      <w:r>
        <w:t xml:space="preserve"> Brody</w:t>
      </w:r>
      <w:r>
        <w:t xml:space="preserve"> Simmons.</w:t>
        <w:br/>
        <w:t>然后呢</w:t>
        <w:br/>
        <w:t>Okay.</w:t>
        <w:br/>
        <w:t>可他不在</w:t>
      </w:r>
      <w:r>
        <w:t xml:space="preserve"> 然后Nick就说想回家</w:t>
        <w:br/>
        <w:t>And</w:t>
      </w:r>
      <w:r>
        <w:t xml:space="preserve"> he</w:t>
      </w:r>
      <w:r>
        <w:t xml:space="preserve"> wasn't</w:t>
      </w:r>
      <w:r>
        <w:t xml:space="preserve"> there,</w:t>
      </w:r>
      <w:r>
        <w:t xml:space="preserve"> and</w:t>
      </w:r>
      <w:r>
        <w:t xml:space="preserve"> that's</w:t>
      </w:r>
      <w:r>
        <w:t xml:space="preserve"> when</w:t>
      </w:r>
      <w:r>
        <w:t xml:space="preserve"> Nick</w:t>
      </w:r>
      <w:r>
        <w:t xml:space="preserve"> said</w:t>
      </w:r>
      <w:r>
        <w:t xml:space="preserve"> he</w:t>
      </w:r>
      <w:r>
        <w:t xml:space="preserve"> wanted</w:t>
      </w:r>
      <w:r>
        <w:t xml:space="preserve"> to</w:t>
      </w:r>
      <w:r>
        <w:t xml:space="preserve"> go</w:t>
      </w:r>
      <w:r>
        <w:t xml:space="preserve"> home.</w:t>
        <w:br/>
        <w:t>线人叫什么?</w:t>
        <w:br/>
        <w:t>Okay,</w:t>
      </w:r>
      <w:r>
        <w:t xml:space="preserve"> so,</w:t>
      </w:r>
      <w:r>
        <w:t xml:space="preserve"> did</w:t>
      </w:r>
      <w:r>
        <w:t xml:space="preserve"> you</w:t>
      </w:r>
      <w:r>
        <w:t xml:space="preserve"> get</w:t>
      </w:r>
      <w:r>
        <w:t xml:space="preserve"> a</w:t>
      </w:r>
      <w:r>
        <w:t xml:space="preserve"> name?</w:t>
      </w:r>
      <w:r>
        <w:t xml:space="preserve"> </w:t>
        <w:br/>
        <w:t>Marco</w:t>
      </w:r>
      <w:r>
        <w:t xml:space="preserve"> Brunswick</w:t>
        <w:br/>
        <w:t>Marco</w:t>
      </w:r>
      <w:r>
        <w:t xml:space="preserve"> Brunswick.</w:t>
        <w:br/>
        <w:t>好的</w:t>
      </w:r>
      <w:r>
        <w:t xml:space="preserve"> Marco</w:t>
      </w:r>
      <w:r>
        <w:t xml:space="preserve"> Brunswick</w:t>
        <w:br/>
        <w:t>Okay.</w:t>
      </w:r>
      <w:r>
        <w:t xml:space="preserve"> Marco</w:t>
      </w:r>
      <w:r>
        <w:t xml:space="preserve"> Brunswick.</w:t>
        <w:br/>
        <w:t>是有几个酒驾的案底</w:t>
        <w:br/>
        <w:t>Okay,</w:t>
      </w:r>
      <w:r>
        <w:t xml:space="preserve"> I</w:t>
      </w:r>
      <w:r>
        <w:t xml:space="preserve"> mean,</w:t>
      </w:r>
      <w:r>
        <w:t xml:space="preserve"> there's</w:t>
      </w:r>
      <w:r>
        <w:t xml:space="preserve"> a</w:t>
      </w:r>
      <w:r>
        <w:t xml:space="preserve"> couple</w:t>
      </w:r>
      <w:r>
        <w:t xml:space="preserve"> D.U.I.s,</w:t>
      </w:r>
      <w:r>
        <w:t xml:space="preserve"> </w:t>
        <w:br/>
        <w:t>可那都是好几年前的了</w:t>
        <w:br/>
        <w:t>but</w:t>
      </w:r>
      <w:r>
        <w:t xml:space="preserve"> those</w:t>
      </w:r>
      <w:r>
        <w:t xml:space="preserve"> were</w:t>
      </w:r>
      <w:r>
        <w:t xml:space="preserve"> years</w:t>
      </w:r>
      <w:r>
        <w:t xml:space="preserve"> ago.</w:t>
        <w:br/>
        <w:t>多少年前?</w:t>
        <w:br/>
        <w:t>Well,</w:t>
      </w:r>
      <w:r>
        <w:t xml:space="preserve"> how</w:t>
      </w:r>
      <w:r>
        <w:t xml:space="preserve"> many</w:t>
      </w:r>
      <w:r>
        <w:t xml:space="preserve"> years</w:t>
      </w:r>
      <w:r>
        <w:t xml:space="preserve"> ago?</w:t>
      </w:r>
      <w:r>
        <w:t xml:space="preserve"> </w:t>
        <w:br/>
        <w:t>Nick说他20出头</w:t>
        <w:br/>
        <w:t>Nick</w:t>
      </w:r>
      <w:r>
        <w:t xml:space="preserve"> said</w:t>
      </w:r>
      <w:r>
        <w:t xml:space="preserve"> he</w:t>
      </w:r>
      <w:r>
        <w:t xml:space="preserve"> was</w:t>
      </w:r>
      <w:r>
        <w:t xml:space="preserve"> only</w:t>
      </w:r>
      <w:r>
        <w:t xml:space="preserve"> in</w:t>
      </w:r>
      <w:r>
        <w:t xml:space="preserve"> his</w:t>
      </w:r>
      <w:r>
        <w:t xml:space="preserve"> early</w:t>
      </w:r>
      <w:r>
        <w:t xml:space="preserve"> 20s.</w:t>
        <w:br/>
        <w:t>不对</w:t>
      </w:r>
      <w:r>
        <w:t xml:space="preserve"> 这人都45了</w:t>
        <w:br/>
        <w:t>No,</w:t>
      </w:r>
      <w:r>
        <w:t xml:space="preserve"> guy's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45.</w:t>
        <w:br/>
        <w:t>啥?</w:t>
        <w:br/>
        <w:t>What?</w:t>
        <w:br/>
        <w:t>今天撒的第二个谎了</w:t>
        <w:br/>
        <w:t>Second</w:t>
      </w:r>
      <w:r>
        <w:t xml:space="preserve"> lie</w:t>
      </w:r>
      <w:r>
        <w:t xml:space="preserve"> today.</w:t>
      </w:r>
      <w:r>
        <w:t xml:space="preserve"> </w:t>
        <w:br/>
        <w:t>什么?</w:t>
        <w:br/>
        <w:t>Pardon?</w:t>
        <w:br/>
        <w:t>没什么</w:t>
      </w:r>
      <w:r>
        <w:t xml:space="preserve"> 你介意我查点东西吗?</w:t>
        <w:br/>
        <w:t>Uh,</w:t>
      </w:r>
      <w:r>
        <w:t xml:space="preserve"> nothing.</w:t>
      </w:r>
      <w:r>
        <w:t xml:space="preserve"> Do</w:t>
      </w:r>
      <w:r>
        <w:t xml:space="preserve"> you</w:t>
      </w:r>
      <w:r>
        <w:t xml:space="preserve"> mind?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dig</w:t>
      </w:r>
      <w:r>
        <w:t xml:space="preserve"> around</w:t>
      </w:r>
      <w:r>
        <w:t xml:space="preserve"> for</w:t>
      </w:r>
      <w:r>
        <w:t xml:space="preserve"> a</w:t>
      </w:r>
      <w:r>
        <w:t xml:space="preserve"> little</w:t>
      </w:r>
      <w:r>
        <w:t xml:space="preserve"> bit.</w:t>
        <w:br/>
        <w:t>哦</w:t>
      </w:r>
      <w:r>
        <w:t xml:space="preserve"> 你要坐这儿</w:t>
      </w:r>
      <w:r>
        <w:t xml:space="preserve"> 好吧</w:t>
        <w:br/>
        <w:t>You...</w:t>
      </w:r>
      <w:r>
        <w:t xml:space="preserve"> you</w:t>
      </w:r>
      <w:r>
        <w:t xml:space="preserve"> want</w:t>
      </w:r>
      <w:r>
        <w:t xml:space="preserve"> this...</w:t>
      </w:r>
      <w:r>
        <w:t xml:space="preserve"> okay.</w:t>
        <w:br/>
        <w:t>有人在家吗?</w:t>
        <w:br/>
        <w:t>Anyone</w:t>
      </w:r>
      <w:r>
        <w:t xml:space="preserve"> home?</w:t>
        <w:br/>
        <w:t>我们是警&amp;hearts;察&amp;hearts;</w:t>
      </w:r>
      <w:r>
        <w:t xml:space="preserve"> 你家门没关</w:t>
        <w:br/>
        <w:t>This</w:t>
      </w:r>
      <w:r>
        <w:t xml:space="preserve"> is</w:t>
      </w:r>
      <w:r>
        <w:t xml:space="preserve"> the</w:t>
      </w:r>
      <w:r>
        <w:t xml:space="preserve"> police.</w:t>
      </w:r>
      <w:r>
        <w:t xml:space="preserve"> Your</w:t>
      </w:r>
      <w:r>
        <w:t xml:space="preserve"> door</w:t>
      </w:r>
      <w:r>
        <w:t xml:space="preserve"> was</w:t>
      </w:r>
      <w:r>
        <w:t xml:space="preserve"> open,</w:t>
        <w:br/>
        <w:t>这附近有个携带武器的逃犯</w:t>
        <w:br/>
        <w:t>and</w:t>
      </w:r>
      <w:r>
        <w:t xml:space="preserve"> there's</w:t>
      </w:r>
      <w:r>
        <w:t xml:space="preserve"> an</w:t>
      </w:r>
      <w:r>
        <w:t xml:space="preserve"> armed</w:t>
      </w:r>
      <w:r>
        <w:t xml:space="preserve"> criminal</w:t>
      </w:r>
      <w:r>
        <w:t xml:space="preserve"> in</w:t>
      </w:r>
      <w:r>
        <w:t xml:space="preserve"> the</w:t>
      </w:r>
      <w:r>
        <w:t xml:space="preserve"> area.</w:t>
        <w:br/>
        <w:t>Dov</w:t>
        <w:br/>
        <w:t>Dov.</w:t>
        <w:br/>
        <w:t>胡子</w:t>
        <w:br/>
        <w:t>Beard.</w:t>
        <w:br/>
        <w:t>过来看看</w:t>
        <w:br/>
        <w:t>Check</w:t>
      </w:r>
      <w:r>
        <w:t xml:space="preserve"> it</w:t>
      </w:r>
      <w:r>
        <w:t xml:space="preserve"> out.</w:t>
        <w:br/>
        <w:t>怎么不打扫干净?</w:t>
        <w:br/>
        <w:t>Who</w:t>
      </w:r>
      <w:r>
        <w:t xml:space="preserve"> doesn't</w:t>
      </w:r>
      <w:r>
        <w:t xml:space="preserve"> clean</w:t>
      </w:r>
      <w:r>
        <w:t xml:space="preserve"> up</w:t>
      </w:r>
      <w:r>
        <w:t xml:space="preserve"> their</w:t>
      </w:r>
      <w:r>
        <w:t xml:space="preserve"> trimmings?</w:t>
      </w:r>
      <w:r>
        <w:t xml:space="preserve"> </w:t>
        <w:br/>
        <w:t>老话常说</w:t>
        <w:br/>
        <w:t>You</w:t>
      </w:r>
      <w:r>
        <w:t xml:space="preserve"> know</w:t>
      </w:r>
      <w:r>
        <w:t xml:space="preserve"> what</w:t>
      </w:r>
      <w:r>
        <w:t xml:space="preserve"> they</w:t>
      </w:r>
      <w:r>
        <w:t xml:space="preserve"> say...</w:t>
        <w:br/>
        <w:t>一人不爱干净</w:t>
      </w:r>
      <w:r>
        <w:t xml:space="preserve"> 另一人拿到证据</w:t>
        <w:br/>
        <w:t>one</w:t>
      </w:r>
      <w:r>
        <w:t xml:space="preserve"> man's</w:t>
      </w:r>
      <w:r>
        <w:t xml:space="preserve"> filth,</w:t>
      </w:r>
      <w:r>
        <w:t xml:space="preserve"> another</w:t>
      </w:r>
      <w:r>
        <w:t xml:space="preserve"> man's</w:t>
      </w:r>
      <w:r>
        <w:t xml:space="preserve"> evidence.</w:t>
        <w:br/>
        <w:t>Dov</w:t>
        <w:br/>
        <w:t>Dov.</w:t>
        <w:br/>
        <w:t>快看</w:t>
      </w:r>
      <w:r>
        <w:t xml:space="preserve"> 男衣男鞋</w:t>
        <w:br/>
        <w:t>Check</w:t>
      </w:r>
      <w:r>
        <w:t xml:space="preserve"> it</w:t>
      </w:r>
      <w:r>
        <w:t xml:space="preserve"> out...</w:t>
      </w:r>
      <w:r>
        <w:t xml:space="preserve"> men's</w:t>
      </w:r>
      <w:r>
        <w:t xml:space="preserve"> clothes,</w:t>
      </w:r>
      <w:r>
        <w:t xml:space="preserve"> men's</w:t>
      </w:r>
      <w:r>
        <w:t xml:space="preserve"> shoes.</w:t>
        <w:br/>
        <w:t>还有男子囚服</w:t>
        <w:br/>
        <w:t>Men's</w:t>
      </w:r>
      <w:r>
        <w:t xml:space="preserve"> prison</w:t>
      </w:r>
      <w:r>
        <w:t xml:space="preserve"> jumpsuit.</w:t>
        <w:br/>
        <w:t>有人吗?</w:t>
        <w:br/>
        <w:t>Hello?</w:t>
        <w:br/>
        <w:t>天哪</w:t>
      </w:r>
      <w:r>
        <w:t xml:space="preserve"> 我袋子里有鸡蛋</w:t>
        <w:br/>
        <w:t>Oh,</w:t>
      </w:r>
      <w:r>
        <w:t xml:space="preserve"> my</w:t>
      </w:r>
      <w:r>
        <w:t xml:space="preserve"> God,</w:t>
      </w:r>
      <w:r>
        <w:t xml:space="preserve"> I...</w:t>
      </w:r>
      <w:r>
        <w:t xml:space="preserve"> I</w:t>
      </w:r>
      <w:r>
        <w:t xml:space="preserve"> had</w:t>
      </w:r>
      <w:r>
        <w:t xml:space="preserve"> eggs</w:t>
      </w:r>
      <w:r>
        <w:t xml:space="preserve"> in</w:t>
      </w:r>
      <w:r>
        <w:t xml:space="preserve"> there.</w:t>
        <w:br/>
        <w:t>没关系</w:t>
      </w:r>
      <w:r>
        <w:t xml:space="preserve"> 女士</w:t>
      </w:r>
      <w:r>
        <w:t xml:space="preserve"> 我们可以...</w:t>
        <w:br/>
        <w:t>It's</w:t>
      </w:r>
      <w:r>
        <w:t xml:space="preserve"> okay,</w:t>
      </w:r>
      <w:r>
        <w:t xml:space="preserve"> ma'am.</w:t>
      </w:r>
      <w:r>
        <w:t xml:space="preserve"> We</w:t>
      </w:r>
      <w:r>
        <w:t xml:space="preserve"> can...</w:t>
        <w:br/>
        <w:t>别碰我!</w:t>
        <w:br/>
        <w:t>Don't</w:t>
      </w:r>
      <w:r>
        <w:t xml:space="preserve"> touch</w:t>
      </w:r>
      <w:r>
        <w:t xml:space="preserve"> me!</w:t>
      </w:r>
    </w:p>
    <w:p>
      <w:r>
        <w:t xml:space="preserve"> </w:t>
        <w:br/>
        <w:t>不</w:t>
      </w:r>
      <w:r>
        <w:t xml:space="preserve"> 不会不会</w:t>
        <w:br/>
        <w:t>No,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  <w:br/>
        <w:t>我不碰你</w:t>
        <w:br/>
        <w:t>No</w:t>
      </w:r>
      <w:r>
        <w:t xml:space="preserve"> touching.</w:t>
      </w:r>
      <w:r>
        <w:t xml:space="preserve"> </w:t>
        <w:br/>
        <w:br/>
        <w:t>你搞什么?!</w:t>
        <w:br/>
        <w:t>What</w:t>
      </w:r>
      <w:r>
        <w:t xml:space="preserve"> are</w:t>
      </w:r>
      <w:r>
        <w:t xml:space="preserve"> you</w:t>
      </w:r>
      <w:r>
        <w:t xml:space="preserve"> doing?!</w:t>
      </w:r>
      <w:r>
        <w:t xml:space="preserve"> </w:t>
        <w:br/>
        <w:t>好了</w:t>
      </w:r>
      <w:r>
        <w:t xml:space="preserve"> 大家都冷静点</w:t>
        <w:br/>
        <w:t>Whoa!</w:t>
      </w:r>
      <w:r>
        <w:t xml:space="preserve"> Whoa!</w:t>
      </w:r>
      <w:r>
        <w:t xml:space="preserve"> Everybody,</w:t>
      </w:r>
      <w:r>
        <w:t xml:space="preserve"> calm</w:t>
      </w:r>
      <w:r>
        <w:t xml:space="preserve"> down.</w:t>
        <w:br/>
        <w:t>我是Epstein警官</w:t>
      </w:r>
      <w:r>
        <w:t xml:space="preserve"> 这位是Diaz警官</w:t>
        <w:br/>
        <w:t>I'm</w:t>
      </w:r>
      <w:r>
        <w:t xml:space="preserve"> Officer</w:t>
      </w:r>
      <w:r>
        <w:t xml:space="preserve"> Epstein.</w:t>
      </w:r>
      <w:r>
        <w:t xml:space="preserve"> This</w:t>
      </w:r>
      <w:r>
        <w:t xml:space="preserve"> is</w:t>
      </w:r>
      <w:r>
        <w:t xml:space="preserve"> Officer</w:t>
      </w:r>
      <w:r>
        <w:t xml:space="preserve"> Diaz.</w:t>
        <w:br/>
        <w:t>我们在找Brody</w:t>
      </w:r>
      <w:r>
        <w:t xml:space="preserve"> Simmons</w:t>
        <w:br/>
        <w:t>We're</w:t>
      </w:r>
      <w:r>
        <w:t xml:space="preserve"> looking</w:t>
      </w:r>
      <w:r>
        <w:t xml:space="preserve"> for</w:t>
      </w:r>
      <w:r>
        <w:t xml:space="preserve"> a</w:t>
      </w:r>
      <w:r>
        <w:t xml:space="preserve"> man</w:t>
      </w:r>
      <w:r>
        <w:t xml:space="preserve"> named</w:t>
      </w:r>
      <w:r>
        <w:t xml:space="preserve"> Brody</w:t>
      </w:r>
      <w:r>
        <w:t xml:space="preserve"> Simmons.</w:t>
        <w:br/>
        <w:t>Brody?</w:t>
        <w:br/>
        <w:t>Brody?</w:t>
      </w:r>
      <w:r>
        <w:t xml:space="preserve"> </w:t>
        <w:br/>
        <w:t>对</w:t>
        <w:br/>
        <w:t>Yes.</w:t>
        <w:br/>
        <w:t>你认识他吗?</w:t>
        <w:br/>
        <w:t>Do</w:t>
      </w:r>
      <w:r>
        <w:t xml:space="preserve"> you</w:t>
      </w:r>
      <w:r>
        <w:t xml:space="preserve"> know</w:t>
      </w:r>
      <w:r>
        <w:t xml:space="preserve"> him?</w:t>
      </w:r>
      <w:r>
        <w:t xml:space="preserve"> </w:t>
        <w:br/>
        <w:t>当然认识</w:t>
        <w:br/>
        <w:t>Of</w:t>
      </w:r>
      <w:r>
        <w:t xml:space="preserve"> course</w:t>
      </w:r>
      <w:r>
        <w:t xml:space="preserve"> I</w:t>
      </w:r>
      <w:r>
        <w:t xml:space="preserve"> know</w:t>
      </w:r>
      <w:r>
        <w:t xml:space="preserve"> him.</w:t>
        <w:br/>
        <w:t>他是我丈夫</w:t>
        <w:br/>
        <w:t>He's</w:t>
      </w:r>
      <w:r>
        <w:t xml:space="preserve"> my</w:t>
      </w:r>
      <w:r>
        <w:t xml:space="preserve"> husband.</w:t>
        <w:br/>
        <w:t>喝点什么?</w:t>
        <w:br/>
        <w:t>What</w:t>
      </w:r>
      <w:r>
        <w:t xml:space="preserve"> can</w:t>
      </w:r>
      <w:r>
        <w:t xml:space="preserve"> I</w:t>
      </w:r>
      <w:r>
        <w:t xml:space="preserve"> get</w:t>
      </w:r>
      <w:r>
        <w:t xml:space="preserve"> for</w:t>
      </w:r>
      <w:r>
        <w:t xml:space="preserve"> you?</w:t>
      </w:r>
      <w:r>
        <w:t xml:space="preserve"> </w:t>
        <w:br/>
        <w:t>你家有什么波本?</w:t>
        <w:br/>
        <w:t>What</w:t>
      </w:r>
      <w:r>
        <w:t xml:space="preserve"> kind</w:t>
      </w:r>
      <w:r>
        <w:t xml:space="preserve"> of</w:t>
      </w:r>
      <w:r>
        <w:t xml:space="preserve"> bourbon</w:t>
      </w:r>
      <w:r>
        <w:t xml:space="preserve"> you</w:t>
      </w:r>
      <w:r>
        <w:t xml:space="preserve"> got?</w:t>
        <w:br/>
        <w:t>就这一种</w:t>
        <w:br/>
        <w:t>One</w:t>
      </w:r>
      <w:r>
        <w:t xml:space="preserve"> kind.</w:t>
      </w:r>
      <w:r>
        <w:t xml:space="preserve"> </w:t>
        <w:br/>
        <w:t>听起来不错</w:t>
        <w:br/>
        <w:t>Sounds</w:t>
      </w:r>
      <w:r>
        <w:t xml:space="preserve"> good.</w:t>
        <w:br/>
        <w:t>再来一杯</w:t>
      </w:r>
      <w:r>
        <w:t xml:space="preserve"> Will</w:t>
        <w:br/>
        <w:t>Another,</w:t>
      </w:r>
      <w:r>
        <w:t xml:space="preserve"> Will.</w:t>
        <w:br/>
        <w:t>McNally</w:t>
        <w:br/>
        <w:t>McNally.</w:t>
        <w:br/>
        <w:t>你有时间吗?</w:t>
        <w:br/>
        <w:t>Do</w:t>
      </w:r>
      <w:r>
        <w:t xml:space="preserve"> you</w:t>
      </w:r>
      <w:r>
        <w:t xml:space="preserve"> have</w:t>
      </w:r>
      <w:r>
        <w:t xml:space="preserve"> a</w:t>
      </w:r>
      <w:r>
        <w:t xml:space="preserve"> minute?</w:t>
      </w:r>
      <w:r>
        <w:t xml:space="preserve"> </w:t>
        <w:br/>
        <w:t>有</w:t>
        <w:br/>
        <w:t>Yeah.</w:t>
        <w:br/>
        <w:t>你知道Nick的双亲死于车祸吗?</w:t>
        <w:br/>
        <w:t>Did</w:t>
      </w:r>
      <w:r>
        <w:t xml:space="preserve"> you</w:t>
      </w:r>
      <w:r>
        <w:t xml:space="preserve"> know</w:t>
      </w:r>
      <w:r>
        <w:t xml:space="preserve"> that</w:t>
      </w:r>
      <w:r>
        <w:t xml:space="preserve"> Nick's</w:t>
      </w:r>
      <w:r>
        <w:t xml:space="preserve"> parents</w:t>
      </w:r>
      <w:r>
        <w:t xml:space="preserve"> died</w:t>
      </w:r>
      <w:r>
        <w:t xml:space="preserve"> in</w:t>
      </w:r>
      <w:r>
        <w:t xml:space="preserve"> a</w:t>
      </w:r>
      <w:r>
        <w:t xml:space="preserve"> car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https://d.book118.com/948126035000006042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48126035000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