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安全日演讲稿（31篇）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安全日演讲稿（通用31篇）</w:t>
      </w:r>
      <w:r>
        <w:rPr>
          <w:lang w:eastAsia="zh-CN"/>
        </w:rPr>
        <w:br/>
      </w:r>
      <w:r>
        <w:rPr>
          <w:lang w:eastAsia="zh-CN"/>
        </w:rPr>
        <w:t xml:space="preserve">    安全日演讲稿 篇1 </w:t>
      </w:r>
      <w:r>
        <w:rPr>
          <w:lang w:eastAsia="zh-CN"/>
        </w:rPr>
        <w:br/>
      </w:r>
      <w:r>
        <w:rPr>
          <w:lang w:eastAsia="zh-CN"/>
        </w:rPr>
        <w:t>　　尊敬的老师们，同学们：</w:t>
      </w:r>
      <w:r>
        <w:rPr>
          <w:lang w:eastAsia="zh-CN"/>
        </w:rPr>
        <w:br/>
      </w:r>
      <w:r>
        <w:rPr>
          <w:lang w:eastAsia="zh-CN"/>
        </w:rPr>
        <w:t>　　大家好!</w:t>
      </w:r>
      <w:r>
        <w:rPr>
          <w:lang w:eastAsia="zh-CN"/>
        </w:rPr>
        <w:br/>
      </w:r>
      <w:r>
        <w:rPr>
          <w:lang w:eastAsia="zh-CN"/>
        </w:rPr>
        <w:t>　　今天的安全知识讲座我主要讲两个方面的内容，一是遭遇火灾怎么办?二是煤气中毒怎么办?</w:t>
      </w:r>
      <w:r>
        <w:rPr>
          <w:lang w:eastAsia="zh-CN"/>
        </w:rPr>
        <w:br/>
      </w:r>
      <w:r>
        <w:rPr>
          <w:lang w:eastAsia="zh-CN"/>
        </w:rPr>
        <w:t>　　一、遭遇火灾怎么办?</w:t>
      </w:r>
      <w:r>
        <w:rPr>
          <w:lang w:eastAsia="zh-CN"/>
        </w:rPr>
        <w:br/>
      </w:r>
      <w:r>
        <w:rPr>
          <w:lang w:eastAsia="zh-CN"/>
        </w:rPr>
        <w:t>　　1、基本要求</w:t>
      </w:r>
      <w:r>
        <w:rPr>
          <w:lang w:eastAsia="zh-CN"/>
        </w:rPr>
        <w:br/>
      </w:r>
      <w:r>
        <w:rPr>
          <w:lang w:eastAsia="zh-CN"/>
        </w:rPr>
        <w:t>　　小学生不得玩火。一是不能带火柴或打火机等火种;二是不得随意点火;三是不得在公共场所燃放鞭炮，更不允许将点燃的鞭炮乱扔。在火灾现场，小学生等未成年人要坚持先逃生的原则。</w:t>
      </w:r>
      <w:r>
        <w:rPr>
          <w:lang w:eastAsia="zh-CN"/>
        </w:rPr>
        <w:br/>
      </w:r>
      <w:r>
        <w:rPr>
          <w:lang w:eastAsia="zh-CN"/>
        </w:rPr>
        <w:t>　　2、火灾的处理办法</w:t>
      </w:r>
      <w:r>
        <w:rPr>
          <w:lang w:eastAsia="zh-CN"/>
        </w:rPr>
        <w:br/>
      </w:r>
      <w:r>
        <w:rPr>
          <w:lang w:eastAsia="zh-CN"/>
        </w:rPr>
        <w:t>　　家中起火，不要慌张，应根据火情及时采取相应措施：如果炒菜时油锅起火，迅速将锅盖紧紧盖上，使锅里的油火因缺氧而熄灭，不可用水扑救。</w:t>
      </w:r>
      <w:r>
        <w:rPr>
          <w:lang w:eastAsia="zh-CN"/>
        </w:rPr>
        <w:br/>
      </w:r>
      <w:r>
        <w:rPr>
          <w:lang w:eastAsia="zh-CN"/>
        </w:rPr>
        <w:t>　　房间内起火时，不能轻易打开门窗，以免空气对流，形成大面积火灾。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纸张、木头或布起火时，可用水来扑救，而电器、汽油、酒精、食用油着火时，则用土、沙泥、干粉灭火器等灭火。</w:t>
      </w:r>
      <w:r>
        <w:rPr>
          <w:lang w:eastAsia="zh-CN"/>
        </w:rPr>
        <w:br/>
      </w:r>
      <w:r>
        <w:rPr>
          <w:lang w:eastAsia="zh-CN"/>
        </w:rPr>
        <w:t>　　若火势已大，必须立即报火警。被火围困时，应视不同情况，采取不同方法脱离险境。如俯下身体，用湿布捂鼻。</w:t>
      </w:r>
      <w:r>
        <w:rPr>
          <w:lang w:eastAsia="zh-CN"/>
        </w:rPr>
        <w:br/>
      </w:r>
      <w:r>
        <w:rPr>
          <w:lang w:eastAsia="zh-CN"/>
        </w:rPr>
        <w:t>　　3、发生火灾应如何报警?</w:t>
      </w:r>
      <w:r>
        <w:rPr>
          <w:lang w:eastAsia="zh-CN"/>
        </w:rPr>
        <w:br/>
      </w:r>
      <w:r>
        <w:rPr>
          <w:lang w:eastAsia="zh-CN"/>
        </w:rPr>
        <w:t>　　如果发现火灾发生，最重要的是报警，这样才能及时扑救，控制火势，减轻火灾造成损失。火警电话的号码是 119。这个号码应当牢记，在全国任何地区，向公安消防部门报告火警的电话号码都是一样的。格根据这个号码，每年的11月9日，被确定为消防安全日。不能随意拨打火警电话，假报火警是扰乱社会公共秩序的违法行为。在没有电话的情况下，应大声呼喊或采取其他方法引起邻居、行人注意，协助灭火或报警。</w:t>
      </w:r>
      <w:r>
        <w:rPr>
          <w:lang w:eastAsia="zh-CN"/>
        </w:rPr>
        <w:br/>
      </w:r>
      <w:r>
        <w:rPr>
          <w:lang w:eastAsia="zh-CN"/>
        </w:rPr>
        <w:t>　　4、遭遇火灾如何正确脱险?</w:t>
      </w:r>
      <w:r>
        <w:rPr>
          <w:lang w:eastAsia="zh-CN"/>
        </w:rPr>
        <w:br/>
      </w:r>
      <w:r>
        <w:rPr>
          <w:lang w:eastAsia="zh-CN"/>
        </w:rPr>
        <w:t>　　遭遇火灾，应采取正确有效的方法自救逃生，减少人身伤亡损失：</w:t>
      </w:r>
      <w:r>
        <w:rPr>
          <w:lang w:eastAsia="zh-CN"/>
        </w:rPr>
        <w:br/>
      </w:r>
      <w:r>
        <w:rPr>
          <w:lang w:eastAsia="zh-CN"/>
        </w:rPr>
        <w:t>　　(1)一旦身受火灾危胁，千万不要惊慌失措，要冷静地确定自己所处位置，根据周围的烟、火光、温度等分析判断火势，不要盲目采取行动。</w:t>
      </w:r>
      <w:r>
        <w:rPr>
          <w:lang w:eastAsia="zh-CN"/>
        </w:rPr>
        <w:br/>
      </w:r>
      <w:r>
        <w:rPr>
          <w:lang w:eastAsia="zh-CN"/>
        </w:rPr>
        <w:t>　　(2)身处平房的，如果门的周围火势不大，应迅速离开火场。反之，则必须另行选择出口脱身(如从窗口跳出)，或者采取保护措施(如用水淋湿衣服、用温湿的棉被包住头部和上身等)以后再离开火场。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(3)身处楼房的，不要盲目乱跑、更不要跳楼逃生，这样会造成不应有的伤亡。可以躲到居室里或者阳台上。紧闭门窗，隔断火路，等待救援。有条件的，可以不断向门窗上浇水降温，以延缓火势蔓延。</w:t>
      </w:r>
      <w:r>
        <w:rPr>
          <w:lang w:eastAsia="zh-CN"/>
        </w:rPr>
        <w:br/>
      </w:r>
      <w:r>
        <w:rPr>
          <w:lang w:eastAsia="zh-CN"/>
        </w:rPr>
        <w:t>　　(4)在失火的楼房内，逃生不可使用电梯，应通过防火通道走楼梯脱险。因为失火后电梯竖井往往成为烟火的通道。并且电梯随时可能发生故障。</w:t>
      </w:r>
      <w:r>
        <w:rPr>
          <w:lang w:eastAsia="zh-CN"/>
        </w:rPr>
        <w:br/>
      </w:r>
      <w:r>
        <w:rPr>
          <w:lang w:eastAsia="zh-CN"/>
        </w:rPr>
        <w:t>　　(5)因火势太猛，必须从楼房内逃生的，可以选择二楼跳下，但绝不可盲目跳下，一定要选择不坚硬的地面，同时应从楼上先扔下被褥等增加地面的缓冲，然后再顺窗滑下，要尽量缩小下落高度，做到双脚先落地。</w:t>
      </w:r>
      <w:r>
        <w:rPr>
          <w:lang w:eastAsia="zh-CN"/>
        </w:rPr>
        <w:br/>
      </w:r>
      <w:r>
        <w:rPr>
          <w:lang w:eastAsia="zh-CN"/>
        </w:rPr>
        <w:t>　　(6)在有把握的情况下、可以将绳索(也可用床单等撕开连接起来)一头系在窗框上，然后顺绳索滑落到地面。</w:t>
      </w:r>
      <w:r>
        <w:rPr>
          <w:lang w:eastAsia="zh-CN"/>
        </w:rPr>
        <w:br/>
      </w:r>
      <w:r>
        <w:rPr>
          <w:lang w:eastAsia="zh-CN"/>
        </w:rPr>
        <w:t>　　(7)逃生时。尽量采取保护措施，如用湿毛巾捂住口鼻、用湿衣物包裹身体。以往火灾发生时，真正被火直接烧死的人员不多，大多数是死于有毒烟雾造成的窒息。</w:t>
      </w:r>
      <w:r>
        <w:rPr>
          <w:lang w:eastAsia="zh-CN"/>
        </w:rPr>
        <w:br/>
      </w:r>
      <w:r>
        <w:rPr>
          <w:lang w:eastAsia="zh-CN"/>
        </w:rPr>
        <w:t>　　二、煤气中毒怎么办?</w:t>
      </w:r>
      <w:r>
        <w:rPr>
          <w:lang w:eastAsia="zh-CN"/>
        </w:rPr>
        <w:br/>
      </w:r>
      <w:r>
        <w:rPr>
          <w:lang w:eastAsia="zh-CN"/>
        </w:rPr>
        <w:t>　　日常生活中，家庭用火、取暖、洗澡时缺乏预防措施，是导致煤气中毒的主要原因。煤气中毒又叫一氧化碳中毒，一氧化碳是一种无色、无味的气体，几乎不溶于水。进入人体后，与体内血红蛋白的亲和力比氧高300倍，使血红蛋白丧失了携带氧的能力和作用，对全身的组织细胞均有毒性作用，尤其对大脑皮质的影响最为严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轻度中毒者仅有头晕、头痛、眼花、心慌、胸闷、腿软、恶心等症状;中度者除有上述症状外，还有呼吸及脉搏增快、四肢冰凉、嗜睡、全身无力;重者可昏迷、</w:t>
      </w:r>
      <w:r>
        <w:rPr>
          <w:lang w:eastAsia="zh-CN"/>
        </w:rPr>
        <w:t xml:space="preserve"> 呼吸困难、大小便失禁、全身软瘫，瞳孔也散大，皮肤呈青紫色或灰白色，重者危机生命。</w:t>
      </w:r>
      <w:r>
        <w:rPr>
          <w:lang w:eastAsia="zh-CN"/>
        </w:rPr>
        <w:br/>
      </w:r>
      <w:r>
        <w:rPr>
          <w:lang w:eastAsia="zh-CN"/>
        </w:rPr>
        <w:t>　　发现中毒病人后，要迅速打开门窗，搬掉煤炉或关闭煤气开关;立即将病人移出中毒处，转移到空气新鲜的地方，解开衣扣，但要注意保暖。轻度中毒病人经充分吸入新鲜空气，休息2-3小时，一般可不治自愈。对昏迷者应立即将病人送医院救治。</w:t>
      </w:r>
      <w:r>
        <w:rPr>
          <w:lang w:eastAsia="zh-CN"/>
        </w:rPr>
        <w:br/>
      </w:r>
      <w:r>
        <w:rPr>
          <w:lang w:eastAsia="zh-CN"/>
        </w:rPr>
        <w:t>　　预防煤气中毒的最有效的办法是：</w:t>
      </w:r>
      <w:r>
        <w:rPr>
          <w:lang w:eastAsia="zh-CN"/>
        </w:rPr>
        <w:br/>
      </w:r>
      <w:r>
        <w:rPr>
          <w:lang w:eastAsia="zh-CN"/>
        </w:rPr>
        <w:t>　　(1)冬季烤炭火取暖的一定要适时开窗换气，夜晚睡觉前要将取暖煤炉的煤炭烧尽，特别是烧蜂窝煤的，要将火炉移出屋外。</w:t>
      </w:r>
      <w:r>
        <w:rPr>
          <w:lang w:eastAsia="zh-CN"/>
        </w:rPr>
        <w:br/>
      </w:r>
      <w:r>
        <w:rPr>
          <w:lang w:eastAsia="zh-CN"/>
        </w:rPr>
        <w:t>　　(2)燃气热水器、燃气灶等应放置在通风处，经常保持室内良好通风状况。冬天用燃气热水器洗澡的，洗澡时间不要过长。</w:t>
      </w:r>
      <w:r>
        <w:rPr>
          <w:lang w:eastAsia="zh-CN"/>
        </w:rPr>
        <w:br/>
      </w:r>
      <w:r>
        <w:rPr>
          <w:lang w:eastAsia="zh-CN"/>
        </w:rPr>
        <w:t>　　同学们，美好的人生从安全开始，只有保证了健康和安全，才能创造美好的.未来，重视安全，是我们每个公民的义务，更是我们每个公民的责任。</w:t>
      </w:r>
      <w:r>
        <w:rPr>
          <w:lang w:eastAsia="zh-CN"/>
        </w:rPr>
        <w:br/>
      </w:r>
      <w:r>
        <w:rPr>
          <w:lang w:eastAsia="zh-CN"/>
        </w:rPr>
        <w:t>　　最后，祝愿大家身体健康，平平安安!</w:t>
      </w:r>
      <w:r>
        <w:rPr>
          <w:lang w:eastAsia="zh-CN"/>
        </w:rPr>
        <w:br/>
      </w:r>
      <w:r>
        <w:rPr>
          <w:lang w:eastAsia="zh-CN"/>
        </w:rPr>
        <w:t xml:space="preserve">    安全日演讲稿 篇2 </w:t>
      </w:r>
      <w:r>
        <w:rPr>
          <w:lang w:eastAsia="zh-CN"/>
        </w:rPr>
        <w:br/>
      </w:r>
      <w:r>
        <w:rPr>
          <w:lang w:eastAsia="zh-CN"/>
        </w:rPr>
        <w:t>　　亲爱的同学们：</w:t>
      </w:r>
      <w:r>
        <w:rPr>
          <w:lang w:eastAsia="zh-CN"/>
        </w:rPr>
        <w:br/>
      </w:r>
      <w:r>
        <w:rPr>
          <w:lang w:eastAsia="zh-CN"/>
        </w:rPr>
        <w:t>　　你们好!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人最宝贵的是生命。只有生命才会创造奇迹。没有生命，一切无从谈起。安全责任，就是生命的保护神!责任让家庭宁静安全、爱意盈盈!责任让工作更有战斗力和竞争力!责任让社会平安稳健发展!一句话：安全工作需要责任，责任让美丽的生命健康永恒!让我们手牵着手共建安全堡垒，肩并着肩共铸钢铁长城!</w:t>
      </w:r>
      <w:r>
        <w:rPr>
          <w:lang w:eastAsia="zh-CN"/>
        </w:rPr>
        <w:br/>
      </w:r>
      <w:r>
        <w:rPr>
          <w:lang w:eastAsia="zh-CN"/>
        </w:rPr>
        <w:t>　　安全系于责任，责任重于泰山。失去了责任，随之而来的就是哭声、是血泪，是家庭的破碎，是企业的泥潭，是社会无法承受之重。责任多一分，隐患少十分。让我们一起，担起责任，守护健康，呵护生命!</w:t>
      </w:r>
      <w:r>
        <w:rPr>
          <w:lang w:eastAsia="zh-CN"/>
        </w:rPr>
        <w:br/>
      </w:r>
      <w:r>
        <w:rPr>
          <w:lang w:eastAsia="zh-CN"/>
        </w:rPr>
        <w:t>　　一个个悲情的瞬间、一声声哀痛的呼唤，像一块块寒冷的冰，撞击着我们的眼球，刺激着我们的神经，搅动着我们的心灵。我们尝试让安全领域的反面阴影摆脱正面光环的掩盖，呈现于世人眼前，希望对人们形成一种记忆的刺激与强化，刺激人们对那些忽视安全事件的长久记忆，刺激人们对不可推卸的安全责任的重新认识。不管你在什么岗位，不管你从事什么工作，请看到事故的危害、平安的可贵。让我们用责任，来呵护身边每一个生命吧!</w:t>
      </w:r>
      <w:r>
        <w:rPr>
          <w:lang w:eastAsia="zh-CN"/>
        </w:rPr>
        <w:br/>
      </w:r>
      <w:r>
        <w:rPr>
          <w:lang w:eastAsia="zh-CN"/>
        </w:rPr>
        <w:t>　　凡事都应遵循法规、准则，安全也不例外。幸福和痛苦，仅在一念之差，只缘于你触碰了那本不该碰的“高压线”。安全关乎你、我、他，任何一个环节的缺失，都有可能以你、以我、以他，甚至更多的无辜生命为代价，在岗一天，就要尽职一天。岗位上的一时疏忽，也许留给你的是一世的苦痛与不幸。</w:t>
      </w:r>
      <w:r>
        <w:rPr>
          <w:lang w:eastAsia="zh-CN"/>
        </w:rPr>
        <w:br/>
      </w:r>
      <w:r>
        <w:rPr>
          <w:lang w:eastAsia="zh-CN"/>
        </w:rPr>
        <w:t>　　安全责任，重在落实。这八个字，除了带给我沉甸甸的感觉之外，再无其它。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最近，一直在很费心思的琢磨：我们究竟应该如何进一步推进安全责任的落实;如何创新安全管理机制：如何做到结合实际，如何真正避免安全工作成为一页泛黄的纸张。思考这些问题的目的很明确，就是为了安全。一切为了安全。</w:t>
      </w:r>
      <w:r>
        <w:rPr>
          <w:lang w:eastAsia="zh-CN"/>
        </w:rPr>
        <w:br/>
      </w:r>
      <w:r>
        <w:rPr>
          <w:lang w:eastAsia="zh-CN"/>
        </w:rPr>
        <w:t>　　纵观历往，因为这样或那样的原因导致的安全事故，事后分析原因、总结经验、取得教训，大多都是因为人的安全意识未到位、物的隐患未消除系列问题所致。事故发生的原因不管是什么，但都不是大家所愿的。</w:t>
      </w:r>
      <w:r>
        <w:rPr>
          <w:lang w:eastAsia="zh-CN"/>
        </w:rPr>
        <w:br/>
      </w:r>
      <w:r>
        <w:rPr>
          <w:lang w:eastAsia="zh-CN"/>
        </w:rPr>
        <w:t>　　既然发现问题，就要想办法解决问题，而不是放任问题而不顾，一味地追究责任，急于惩处责任人。对于已经存在的事实，我们不能推诿卸责，相反地，应该理性面对，有所担当，敢于担负责任;遇到问题迎难而上解决问题，尽可能的将伤害减至最小范围内，尽最大努力将伤害和损失减至最小范围内。</w:t>
      </w:r>
      <w:r>
        <w:rPr>
          <w:lang w:eastAsia="zh-CN"/>
        </w:rPr>
        <w:br/>
      </w:r>
      <w:r>
        <w:rPr>
          <w:lang w:eastAsia="zh-CN"/>
        </w:rPr>
        <w:t>　　不能低水平的重复。那么，对于事故的发生我们是否也可同样做到如此，杜绝事故的频发?</w:t>
      </w:r>
      <w:r>
        <w:rPr>
          <w:lang w:eastAsia="zh-CN"/>
        </w:rPr>
        <w:br/>
      </w:r>
      <w:r>
        <w:rPr>
          <w:lang w:eastAsia="zh-CN"/>
        </w:rPr>
        <w:t>　　从以往发生的事故案例中，我们可以找出或者看到当下发生事故的身影。我们无法做到未卜先知，却可以通过事后所总结的经验教训，透过现象看本质，做到防微杜渐，确保我们日后不再重蹈其覆辙。</w:t>
      </w:r>
      <w:r>
        <w:rPr>
          <w:lang w:eastAsia="zh-CN"/>
        </w:rPr>
        <w:br/>
      </w:r>
      <w:r>
        <w:rPr>
          <w:lang w:eastAsia="zh-CN"/>
        </w:rPr>
        <w:t xml:space="preserve">    安全日演讲稿 篇3 </w:t>
      </w:r>
      <w:r>
        <w:rPr>
          <w:lang w:eastAsia="zh-CN"/>
        </w:rPr>
        <w:br/>
      </w:r>
      <w:r>
        <w:rPr>
          <w:lang w:eastAsia="zh-CN"/>
        </w:rPr>
        <w:t>　　亲爱的老师、同学，大家早上好，我国旗下讲话的题目是：交通安全。随着经济发展速度的加快，人们生活水平的提高，车辆逐渐走进千家万户，但随时而来的也有惨痛的交通事故。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中国的汽车保有量站全球的百分之三，但交通死亡事故占到了全球的百分之，交通意外死亡更是全球之冠。近多年来，奖金万条生命，用血的代价敲响了交通安全警钟，使人们在为无辜生命惋惜的同时，不禁深切地感受到“车辆猛于虎”。究其原因，大都是人们忽视了交通安全，没有足够的交通安全意识，很多“交通陋习”习以为常，例如中国式过马路，等车加塞，闯红灯等等。公安厅交警总队成精精心推出了道题的“交通安全微测验”，有近_名微友参与测试，遗憾的是有高达%的答题者成了交通安全的“高危人群”，这些都不得不让人深思和重视。</w:t>
      </w:r>
      <w:r>
        <w:rPr>
          <w:lang w:eastAsia="zh-CN"/>
        </w:rPr>
        <w:br/>
      </w:r>
      <w:r>
        <w:rPr>
          <w:lang w:eastAsia="zh-CN"/>
        </w:rPr>
        <w:t>　　为了提高全民交通法制意识，安全意识和公德意识，创造安全、畅通、文明、和谐的道路交通环境。20__年11月18日，国务院正式批复自20__年起，将每年12月2日设立为“全国交通安全日”。</w:t>
      </w:r>
      <w:r>
        <w:rPr>
          <w:lang w:eastAsia="zh-CN"/>
        </w:rPr>
        <w:br/>
      </w:r>
      <w:r>
        <w:rPr>
          <w:lang w:eastAsia="zh-CN"/>
        </w:rPr>
        <w:t>　　20__年12月2日为第一个“全国交通安全日”中央文明办，公安部，教育部等多部门围绕“遵守交通信号，安全文明出行”的主题，联合部署了“全国交通安全日”活动。中国各地举办了形式不一，丰富多彩的活动，集中宣传这个具有特别意义的主题日，大力推动群众交通安全意识，倡导全民安全文明出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还有_天就是20__年的“全国交通安全日”，今年的主题是。我们也同样应该在班级内开展活动，让交通安全意识牢记心中。千万不要只把这当小事，不去重视。俗话说：“一个不经意的动作就可能会改变人的一生！”或许就在你身边，甚至是你自己身上。自行车在校园里疾驰而过，而在拐角处货这是在夜晚里看不清的地方就有同学们的身影，也许是大意了，也许本就不可避免。最终，事故发生了。这样的场景在现实生活中并不罕见。在我们的校园中，偶尔就能看到一些同学为了赶时间而直接汽车进出校园：为了方便而不把自行车停在专门停放的区域。</w:t>
      </w:r>
      <w:r>
        <w:rPr>
          <w:lang w:eastAsia="zh-CN"/>
        </w:rPr>
        <w:br/>
      </w:r>
      <w:r>
        <w:rPr>
          <w:lang w:eastAsia="zh-CN"/>
        </w:rPr>
        <w:t>　　早上，有些家长用车接送同学们上学，为了方便我们进入校园，直接把车停在了学校门口，挡住了其它车辆。到了晚上，更是堵得水泄不通，同学们在穿行马路时，车子不时地就会往前开，又或是一辆电动车突然从车隙中窜了出来，加上天黑看不清楚，极有可能出事。在这个月前不久，就有这样一起事故发生在学校前门口。又有，在_年，本校的一个学生突然从车辆中穿行，当时他还戴着耳机，并没有听到车喇叭的声音，不慎被撞，下巴直接骨折。这些危险的隐患，其实都藏在我们的生活当中。一个不起眼的小细节，就可能把我们推下深渊，对此，我有一些建议送给大家：</w:t>
      </w:r>
      <w:r>
        <w:rPr>
          <w:lang w:eastAsia="zh-CN"/>
        </w:rPr>
        <w:br/>
      </w:r>
      <w:r>
        <w:rPr>
          <w:lang w:eastAsia="zh-CN"/>
        </w:rPr>
        <w:t>　　1、不要骑自行车进出校园。</w:t>
      </w:r>
      <w:r>
        <w:rPr>
          <w:lang w:eastAsia="zh-CN"/>
        </w:rPr>
        <w:br/>
      </w:r>
      <w:r>
        <w:rPr>
          <w:lang w:eastAsia="zh-CN"/>
        </w:rPr>
        <w:t>　　2、要将车辆停放在指定位置。</w:t>
      </w:r>
      <w:r>
        <w:rPr>
          <w:lang w:eastAsia="zh-CN"/>
        </w:rPr>
        <w:br/>
      </w:r>
      <w:r>
        <w:rPr>
          <w:lang w:eastAsia="zh-CN"/>
        </w:rPr>
        <w:t>　　3、骑自行车时速度不能太快。</w:t>
      </w:r>
      <w:r>
        <w:rPr>
          <w:lang w:eastAsia="zh-CN"/>
        </w:rPr>
        <w:br/>
      </w:r>
      <w:r>
        <w:rPr>
          <w:lang w:eastAsia="zh-CN"/>
        </w:rPr>
        <w:t>　　4、红灯时，即使没有车辆行驶也不要穿行马路。</w:t>
      </w:r>
      <w:r>
        <w:rPr>
          <w:lang w:eastAsia="zh-CN"/>
        </w:rPr>
        <w:br/>
      </w:r>
      <w:r>
        <w:rPr>
          <w:lang w:eastAsia="zh-CN"/>
        </w:rPr>
        <w:t>　　5、走路时不要玩手机，听歌。</w:t>
      </w:r>
      <w:r>
        <w:rPr>
          <w:lang w:eastAsia="zh-CN"/>
        </w:rPr>
        <w:br/>
      </w:r>
      <w:r>
        <w:rPr>
          <w:lang w:eastAsia="zh-CN"/>
        </w:rPr>
        <w:t>　　6、开车门前，一定要看看后面有没有车辆行驶过来。</w:t>
      </w:r>
      <w:r>
        <w:rPr>
          <w:lang w:eastAsia="zh-CN"/>
        </w:rPr>
        <w:br/>
      </w:r>
      <w:r>
        <w:rPr>
          <w:lang w:eastAsia="zh-CN"/>
        </w:rPr>
        <w:t>　　我的讲话结束，谢谢大家。</w:t>
      </w:r>
      <w:r>
        <w:rPr>
          <w:lang w:eastAsia="zh-CN"/>
        </w:rPr>
        <w:br/>
      </w:r>
      <w:r>
        <w:rPr>
          <w:lang w:eastAsia="zh-CN"/>
        </w:rPr>
        <w:t xml:space="preserve">    安全日演讲稿 篇4 </w:t>
      </w:r>
      <w:r>
        <w:rPr>
          <w:lang w:eastAsia="zh-CN"/>
        </w:rPr>
        <w:br/>
      </w:r>
      <w:r>
        <w:rPr>
          <w:lang w:eastAsia="zh-CN"/>
        </w:rPr>
        <w:t>　　尊敬的各位领导，各位工友：</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今天我演讲的题目是注重安全，珍爱生命。 朋友，试想一下，当你离开家前去工作的时候，心中是否会想到要注意安全?当你在车间操作机器的时候，你是否惦记着安全?当你违章指挥，违章操作的时候，是否会想到你的不安全行为会带来多么严重的后果?当你因为不注意安全而有所闪失的时候，你能否想到你的家人要承受多大的痛苦!安全——多么简单的一个词语，可是它却显得那么的沉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安全也是一个古老的话题，从我们出生时候起，它便时刻与我们相伴，有了它，我们才能茁壮快乐的成长，有了它，我们才能做我们喜欢的事，实现我们的理想与价值。可是说了这么多，安全到底是什么呢?安全是一种态度。它着重与你在心里对它的重视程度。钢铁生产行业被中国列为十大高危行业之一，在钢铁行业工作的我们更应该时刻将安全放在首位，“安全第一，预防为主，综合治理”这就是我们的态度。安全对于我们来说至关重要，我们不能只把“安全第一”停在口头上，挂在墙壁上，而是实实在在要把“要我安全，我要安全”转化成“我会安全”的行动。只有从心理上重视它，行动上执行它，我们才能避免危险，安全生产与生活。安全是一种责任。责任是一种要求、一种义务、一种保持企业持续稳步发展的庄重使命。因为有责任，我们才可以从不断变换的安全问题上积累进步的经验。细细体会各项处罚措施，这些看似繁琐、苛刻、不近人情的制度条款，这不正是企业对员工负责任的一种体现吗?不正是对员工生命健康保护的重要举措吗?安全也是一种财富。如果大家回过头去，把以前在咱们钢厂发生事故粗略的算一下的话，就不难发现，每一次事故都伴随着或多或少的财产损失，有些甚至是巨额损失。可能你会说，钢厂又不是我家的，损失不损失我不在乎，就算你不在乎，可是你在乎不在乎每一次事故给自己带来的损失，轻则花费巨额医药费，重则可能导致家庭失去唯一的经济来源，因此，从这个角度考虑，我们安全就是一笔巨大的财富。安全又是一种文化。文化是一个社会、一个国家、一个民族、一个时代普遍认同并追求的价值观和行为准则，是生活方式的理性表达。重视安全、珍爱生命，是先进文化的体现;忽视安全，轻视生命，是落后文化的表现。一种文化的形成，要靠全社会的努力。生产区内大量的安全警示语、标示牌就是一种文化，全体员工应认真学习安全文化，提高安全意识。安全更是一种爱。每个人背后都有家庭，都有父母，现在有或者总要有妻儿，从我们走出家门去工作开始，咱们的身上都背负着他们深深的爱。咱们是父母的心肝，是孩子的靠山，是家庭的脊梁，是妻子的天。因此，当侥幸心理闪现、麻痹思想抬头时，请想一想，夫妇双鬓的白发、妻子牵挂的眼神、孩子在你怀里撒娇时可爱的笑脸。</w:t>
      </w:r>
      <w:r>
        <w:rPr>
          <w:lang w:eastAsia="zh-CN"/>
        </w:rPr>
        <w:t xml:space="preserve"> 人的生命只有一次，注重安全，珍爱生命是我们应享的权利，也是我们应该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履行的义务。人生在世，每一个都希望快乐的生活，每一个家庭都渴望幸福美满，每一个企业都愿兴旺发达，而这一切都离不开安全，安全是企业发展的永恒主题，是关乎我们生命安全的头号大事。离开了安全就谈不上企业稳定繁荣的发展，更谈不上企业职工幸福美满的生活。然而，由于我们的安全理念没有深入人心，部分员工不重视安全、不讲安全、不懂安全，在工作中存在侥幸心理，安全操作规范得不到有效执行，以及违章指挥违章操作等原因，安全事故依然在我们身边发生着，吞噬着我们的生命，毁灭着我们的幸福。前车之鉴，后车之师。面对一幕幕在我们身边发生的悲剧，除了惋惜，我们更应该从中吸取教训，反省工作中存在的问题。化悲痛位力量，化悲痛为我们心中时刻铭记的安全意识。</w:t>
      </w:r>
      <w:r>
        <w:rPr>
          <w:lang w:eastAsia="zh-CN"/>
        </w:rPr>
        <w:br/>
      </w:r>
      <w:r>
        <w:rPr>
          <w:lang w:eastAsia="zh-CN"/>
        </w:rPr>
        <w:t>　　注重安全，珍爱生命并不是一句口号，它需要我们切切实实的行动。在企业生产中，事故产生的原因总的来说为人的不安全行为和物的不安全状态。因此，要保证员工人身安全和企业稳定的发展，就要着重从这两方面来抓。</w:t>
      </w:r>
      <w:r>
        <w:rPr>
          <w:lang w:eastAsia="zh-CN"/>
        </w:rPr>
        <w:br/>
      </w:r>
      <w:r>
        <w:rPr>
          <w:lang w:eastAsia="zh-CN"/>
        </w:rPr>
        <w:t>　　在人员方面，首先要加强安全思想教育，提高企业全员安全意识。思想是行动的先导，因此在日常工作中要坚持安全理论知识学习，夯实安全理论基础，不断提高员工队伍的安全专业素质，强化员工预防安全事故的相关知识。树立科学的安全观，切实打牢员工队伍的思想根基，坚决杜绝影响企业安全生产的六种不健康心理。其次要强化安全生产管理，要求严格执行“确认制”。俗话说，无规矩不成方圆。除了提高员工的安全意识，企业严格的管理制度也是必不可少的。在生产中要加强对违章违纪的考核力度，坚决杜绝“三违”。要求员工严格执行确认制，定期开展批评与自我批评活动，从思想和行为上贯彻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针对物的不安全状态，要加强现场安全隐患的检查和整改力度，对危险性较大的特种设备和重要安全附件按照国家标准要求定期检查和检验，定期对区域危险源进行辨识，对较难整改的隐患进行安全技术改造。</w:t>
      </w:r>
      <w:r>
        <w:rPr>
          <w:lang w:eastAsia="zh-CN"/>
        </w:rPr>
        <w:br/>
      </w:r>
      <w:r>
        <w:rPr>
          <w:lang w:eastAsia="zh-CN"/>
        </w:rPr>
        <w:t>　　总之，安全是个人的幸福、家庭的稳定、企业的发展和效益的重要保障。皮之不存，毛将焉附。没有了安全，其他的一切都无从谈起。古人曾说，勿以善小而不为，勿以恶小而为之。这句话在我们这里同样适用。一个不起眼的规范行为可能保证长久的平安，而一个不起眼的不规范行为也可能导致重大事故的发生。我们只有从思想上重视安全，从行为上确保安全，我们才能享受精彩的人生，企业也才能稳定长久的发展!</w:t>
      </w:r>
      <w:r>
        <w:rPr>
          <w:lang w:eastAsia="zh-CN"/>
        </w:rPr>
        <w:br/>
      </w:r>
      <w:r>
        <w:rPr>
          <w:lang w:eastAsia="zh-CN"/>
        </w:rPr>
        <w:t xml:space="preserve">    安全日演讲稿 篇5 </w:t>
      </w:r>
      <w:r>
        <w:rPr>
          <w:lang w:eastAsia="zh-CN"/>
        </w:rPr>
        <w:br/>
      </w:r>
      <w:r>
        <w:rPr>
          <w:lang w:eastAsia="zh-CN"/>
        </w:rPr>
        <w:t>　　杜伽尔说过：“没有比生命更宝贵的东西，生命想象不到的短暂。”但是，现实生活中，每天都有许多导致生命丧失的交通惨案发生。大多数事故都是因为酒后驾车、疲劳驾驶、闯红路灯造成的，一个个血淋淋的悲剧一次次为我们敲响警钟——珍爱生命，安全出行!</w:t>
      </w:r>
      <w:r>
        <w:rPr>
          <w:lang w:eastAsia="zh-CN"/>
        </w:rPr>
        <w:br/>
      </w:r>
      <w:r>
        <w:rPr>
          <w:lang w:eastAsia="zh-CN"/>
        </w:rPr>
        <w:t>　　首先我们自己要注意出行安全。还记得今年二月时滨河东路上小学生被撞得事故吗?想到白发人送黑发人的情景，想到这位学生的死会给家人带来的永久伤痛，我们也应该反思自己，是否自己曾经不遵守交通秩序而闯红灯，在川流不息的汽车之间嬉戏打闹呢?对于道路上飞奔而过的汽车来说，我们便是弱者，因而要提高安全防范意识，避免自身受到伤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而对于手握方向盘的司机们，则更应为路上的行人着想。关爱他人生命就是关爱自己。自第一辆汽车行驶上路后，已有4000多万人死于飞驰的车轮下，可是还是有人对交通规则不以为然，对交通事故的发生存在侥幸心理。司机们，请换位思考一下，如果因车祸离开人世的是你的亲人，你还会无动于衷，还会置之不理吗?请不要在来不及的时候才开始注意行车安全，从现在开始吧!</w:t>
      </w:r>
      <w:r>
        <w:rPr>
          <w:lang w:eastAsia="zh-CN"/>
        </w:rPr>
        <w:br/>
      </w:r>
      <w:r>
        <w:rPr>
          <w:lang w:eastAsia="zh-CN"/>
        </w:rPr>
        <w:t>　　交通安全这件事是需要所有人来共同维持的，如果每个人都将生命安全放在首位，将关爱他人的理念永树心中，遵守交通规则和秩序，那么整个社会将会拥有更加和谐的未来。</w:t>
      </w:r>
      <w:r>
        <w:rPr>
          <w:lang w:eastAsia="zh-CN"/>
        </w:rPr>
        <w:br/>
      </w:r>
      <w:r>
        <w:rPr>
          <w:lang w:eastAsia="zh-CN"/>
        </w:rPr>
        <w:t xml:space="preserve">    安全日演讲稿 篇6 </w:t>
      </w:r>
      <w:r>
        <w:rPr>
          <w:lang w:eastAsia="zh-CN"/>
        </w:rPr>
        <w:br/>
      </w:r>
      <w:r>
        <w:rPr>
          <w:lang w:eastAsia="zh-CN"/>
        </w:rPr>
        <w:t>　　人的生命是可贵的，人的生命也是脆弱的。纵观人类历史的长河，我们的祖先在原始社会抵御洪水猛兽袭击，才有了今天人类的繁衍。即使今天，对抗各种各样的自然灾害——洪灾、旱灾、火灾……仍然不断的威胁着人类的安全，在交通日益发达的今天，交通事故也接连不断发生，让多少生命经受痛苦的煎熬，甚至鲜花般的生命过早凋谢，让无数家庭蒙上阴影。而我们的身边，也不乏曾经因为忽略交通安全而尝尽苦头的事情，带给我们不该承受的伤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我的同学a是个长得标标致致的男孩，运动场上常可以见到他矫健的身姿，尤其是篮球场上，更是一员勇将。可是却因为一次意外的交通事故，至今还靠拄着拐杖过日子。不幸的事情发生在暑假，那时，a因为特别向往和自己年纪差不多的人骑着摩托车兜风，羡慕他们的神气和潇洒。于是就和父亲商量，也要学着骑摩托，虽然家长不愿意，可到底因为拗不过孩子，答应有空的时候指点指点。没想到，a同学接受能力特强，没多大工夫，就能够自己操纵驾驶。从此，只要摩托车一有空，他就想尽办法骑着出去溜达溜达，就在他自认为摩托车水平日臻熟练的时候，有一天他骑着摩托车回家，在离家不远的一个拐弯处，突然有一辆大货车迎面而来，由于摩托车车速太快，他无法面对突如其来的意外，慌了，来不及刹车、也无法控制摩托车的方向，就面对面硬生生的撞向了货车……当他在医院里痛不欲生的时候，要面对的就是无法承受的事实，脚部骨头断了几根，必须接受完全卧床两个多月的治疗，才能够勉强拄着拐杖走路，脚部的骨头用钢钎栓住，露在外面，让人看了都胆战心惊……</w:t>
      </w:r>
      <w:r>
        <w:rPr>
          <w:lang w:eastAsia="zh-CN"/>
        </w:rPr>
        <w:br/>
      </w:r>
      <w:r>
        <w:rPr>
          <w:lang w:eastAsia="zh-CN"/>
        </w:rPr>
        <w:t>　　因为忽略了交通安全，a同学给自己和家庭造成了多大的伤害，事情过去几个月了，每天，都还要由家长接送上学放学、在学校需要同学照顾，是多么不方便……我想此刻，留给他的，大概只有无尽的悔恨吧。如果他能够自觉遵守交通安全，在没有取得摩托车驾驶证的时候，不骑摩托车上路，那么悲剧还会发生吗?</w:t>
      </w:r>
      <w:r>
        <w:rPr>
          <w:lang w:eastAsia="zh-CN"/>
        </w:rPr>
        <w:br/>
      </w:r>
      <w:r>
        <w:rPr>
          <w:lang w:eastAsia="zh-CN"/>
        </w:rPr>
        <w:t>　　同学们，为了我们的健康成长，为了自身的生命安全，为了家庭的幸福生活，让我们时刻铭记交通安全，让交通安全的警钟在我们心里长鸣!</w:t>
      </w:r>
      <w:r>
        <w:rPr>
          <w:lang w:eastAsia="zh-CN"/>
        </w:rPr>
        <w:br/>
      </w:r>
      <w:r>
        <w:rPr>
          <w:lang w:eastAsia="zh-CN"/>
        </w:rPr>
        <w:t xml:space="preserve">    安全日演讲稿 篇7 </w:t>
      </w:r>
      <w:r>
        <w:rPr>
          <w:lang w:eastAsia="zh-CN"/>
        </w:rPr>
        <w:br/>
      </w:r>
      <w:r>
        <w:rPr>
          <w:lang w:eastAsia="zh-CN"/>
        </w:rPr>
        <w:t>　　各位老师、同学们：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今天我演讲的题目是《交通安全伴我行》。在我们的日常生活中，交通安全总是和我们如影随形，人们都希望平安地度过每一天，然而事实却总是大相径庭。中国每天因车祸死亡的人数就有280多人，每年就有十万多人葬身车轮。血淋淋的事实摆在人们面前，人们不禁要问：“这是为什么呢?”</w:t>
      </w:r>
      <w:r>
        <w:rPr>
          <w:lang w:eastAsia="zh-CN"/>
        </w:rPr>
        <w:br/>
      </w:r>
      <w:r>
        <w:rPr>
          <w:lang w:eastAsia="zh-CN"/>
        </w:rPr>
        <w:t>　　我想这是因为在这些行人和洗车驾驶员的眼里，红绿灯和交通安全是可以忽略不计的。他们或许真的有急速，但他们不知道的是，行人闯红灯，下一站可能就是医院或者是阎王殿。司机闯红灯，如果发生了事故，就可能会失去人生自由，害人害己。而这些悲剧的根源就是他们不遵守交通规则，无视交通安全，才酿成了苦果。</w:t>
      </w:r>
      <w:r>
        <w:rPr>
          <w:lang w:eastAsia="zh-CN"/>
        </w:rPr>
        <w:br/>
      </w:r>
      <w:r>
        <w:rPr>
          <w:lang w:eastAsia="zh-CN"/>
        </w:rPr>
        <w:t>　　为了避免悲剧的发生，我们应该时刻牢记交通规则，不论做什么都应该把安全放在第一位。比如，在繁忙的十字路口，四面都悬挂着红黄绿三种信号灯，这时候我们就应该做到红灯停，黄灯等，绿灯行，过马路才会安全。当我们随爸爸妈妈一起出行时，我们要提醒爸爸妈妈要做到各行其道，靠右行驶，看清警示牌，我们才能做到安全出行、平安归家。不能逞一时之快，将自己的生命当儿戏。</w:t>
      </w:r>
      <w:r>
        <w:rPr>
          <w:lang w:eastAsia="zh-CN"/>
        </w:rPr>
        <w:br/>
      </w:r>
      <w:r>
        <w:rPr>
          <w:lang w:eastAsia="zh-CN"/>
        </w:rPr>
        <w:t>　　交通安全像是警钟，悬挂在我们身后。这个警钟时时刻刻都在长鸣，好像在提醒我们要遵守交通规则，把安全放在第一位。</w:t>
      </w:r>
      <w:r>
        <w:rPr>
          <w:lang w:eastAsia="zh-CN"/>
        </w:rPr>
        <w:br/>
      </w:r>
      <w:r>
        <w:rPr>
          <w:lang w:eastAsia="zh-CN"/>
        </w:rPr>
        <w:t>　　愿我们每位同学快乐地成长，平安地生活!</w:t>
      </w:r>
      <w:r>
        <w:rPr>
          <w:lang w:eastAsia="zh-CN"/>
        </w:rPr>
        <w:br/>
      </w:r>
      <w:r>
        <w:rPr>
          <w:lang w:eastAsia="zh-CN"/>
        </w:rPr>
        <w:t>　　我的演讲到此结束，谢谢大家!</w:t>
      </w:r>
      <w:r>
        <w:rPr>
          <w:lang w:eastAsia="zh-CN"/>
        </w:rPr>
        <w:br/>
      </w:r>
      <w:r>
        <w:rPr>
          <w:lang w:eastAsia="zh-CN"/>
        </w:rPr>
        <w:t xml:space="preserve">    安全日演讲稿 篇8 </w:t>
      </w:r>
      <w:r>
        <w:rPr>
          <w:lang w:eastAsia="zh-CN"/>
        </w:rPr>
        <w:br/>
      </w:r>
      <w:r>
        <w:rPr>
          <w:lang w:eastAsia="zh-CN"/>
        </w:rPr>
        <w:t>　　各位老师、同学们：</w:t>
      </w:r>
      <w:r>
        <w:rPr>
          <w:lang w:eastAsia="zh-CN"/>
        </w:rPr>
        <w:br/>
      </w:r>
      <w:r>
        <w:rPr>
          <w:lang w:eastAsia="zh-CN"/>
        </w:rPr>
        <w:t>　　大家好！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交通安全与我们的关系是非常密切的，它就像我们的朋友。日日夜夜都守在我们的身边，教育我们，劝戒我们。</w:t>
      </w:r>
      <w:r>
        <w:rPr>
          <w:lang w:eastAsia="zh-CN"/>
        </w:rPr>
        <w:br/>
      </w:r>
      <w:r>
        <w:rPr>
          <w:lang w:eastAsia="zh-CN"/>
        </w:rPr>
        <w:t>　　生命是宝贵的，人的一生就只有一次生命，我们应该爱惜生命。注意交通安全也是爱惜生命的一部分。现在因为交通事故而死于非命的人太多了，难道他们不是死的太冤枉了吗?</w:t>
      </w:r>
      <w:r>
        <w:rPr>
          <w:lang w:eastAsia="zh-CN"/>
        </w:rPr>
        <w:br/>
      </w:r>
      <w:r>
        <w:rPr>
          <w:lang w:eastAsia="zh-CN"/>
        </w:rPr>
        <w:t>　　交通安全，我们应当牢记在心。更主要的，是要知道交通安全常识：首先，行人须在人行通道内行走，没有人行道靠右边行走;穿越马路须走人行横道(斑马线);通过有交通信号控制的人行横道，须遵守信号的规定;通过没有交通信号控制的人行道，要左顾右盼，注意车辆来往，不准追逐，奔跑;有人行过街天桥或地道时，须走人行街天桥或地道;不准爬马路边和路中的护栏、隔离栏，不准在道路上扒车、追车、强行拦车或抛物击车。</w:t>
      </w:r>
      <w:r>
        <w:rPr>
          <w:lang w:eastAsia="zh-CN"/>
        </w:rPr>
        <w:br/>
      </w:r>
      <w:r>
        <w:rPr>
          <w:lang w:eastAsia="zh-CN"/>
        </w:rPr>
        <w:t>　　那么，有红绿灯的情况下，该怎么办呢?不用着急，请看：绿灯亮时，准许行人通过斑马线;绿灯闪烁时，不准行人进入人行横道，但已经进入人行横道的可以继续通行;红灯亮时，不准行人进入人行横道。</w:t>
      </w:r>
      <w:r>
        <w:rPr>
          <w:lang w:eastAsia="zh-CN"/>
        </w:rPr>
        <w:br/>
      </w:r>
      <w:r>
        <w:rPr>
          <w:lang w:eastAsia="zh-CN"/>
        </w:rPr>
        <w:t>　　只要你把这些交通安全牢记在心中，那么它便是你最好最好的朋友。它将永远保护着你，带给你幸福。</w:t>
      </w:r>
      <w:r>
        <w:rPr>
          <w:lang w:eastAsia="zh-CN"/>
        </w:rPr>
        <w:br/>
      </w:r>
      <w:r>
        <w:rPr>
          <w:lang w:eastAsia="zh-CN"/>
        </w:rPr>
        <w:t>　　交通安全，我的朋友。</w:t>
      </w:r>
      <w:r>
        <w:rPr>
          <w:lang w:eastAsia="zh-CN"/>
        </w:rPr>
        <w:br/>
      </w:r>
      <w:r>
        <w:rPr>
          <w:lang w:eastAsia="zh-CN"/>
        </w:rPr>
        <w:t xml:space="preserve">    安全日演讲稿 篇9 </w:t>
      </w:r>
      <w:r>
        <w:rPr>
          <w:lang w:eastAsia="zh-CN"/>
        </w:rPr>
        <w:br/>
      </w:r>
      <w:r>
        <w:rPr>
          <w:lang w:eastAsia="zh-CN"/>
        </w:rPr>
        <w:t>　　星期天，我们一家要去看望奶奶，经过的那条路很窄，勉强能够让两辆汽车同时经过。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路上，车一直在开，突然间车停了。我万分不解地说：“还没到奶奶家，为什么要停车呢?真奇怪!”妹妹也说：“是呀，干嘛停下来呢?”妈妈指着前方，说：“你看那里有一群鸡，我们等它们经过了才能开车。”</w:t>
      </w:r>
      <w:r>
        <w:rPr>
          <w:lang w:eastAsia="zh-CN"/>
        </w:rPr>
        <w:br/>
      </w:r>
      <w:r>
        <w:rPr>
          <w:lang w:eastAsia="zh-CN"/>
        </w:rPr>
        <w:t>　　我朝前面看去，果真不错。一只金色的、神气十足的鸡妈妈，领着一群走得颤颤巍巍、摇摇晃晃的小鸡，大步向前面迈去。它很警惕，左瞧瞧右看看，一听到风吹草动就用翅膀护着后面的小鸡仔，发出“叽叽”的声音，大概是在提醒小鸡仔们。</w:t>
      </w:r>
      <w:r>
        <w:rPr>
          <w:lang w:eastAsia="zh-CN"/>
        </w:rPr>
        <w:br/>
      </w:r>
      <w:r>
        <w:rPr>
          <w:lang w:eastAsia="zh-CN"/>
        </w:rPr>
        <w:t>　　这时，来了一辆黑色的宝马轿车，车主先是要开，后来看了看前方的一群鸡，又停下来了。后来又陆续来了好几辆车子，看见一群鸡后都停下来了。他们都很有耐心等着鸡妈妈。看着鸡妈妈一步、两步、三步，慢慢地护送小鸡仔过马路。</w:t>
      </w:r>
      <w:r>
        <w:rPr>
          <w:lang w:eastAsia="zh-CN"/>
        </w:rPr>
        <w:br/>
      </w:r>
      <w:r>
        <w:rPr>
          <w:lang w:eastAsia="zh-CN"/>
        </w:rPr>
        <w:t>　　这里并没有红绿灯，这儿也并没有警示牌，什么也没有。大家互相不认识，谁也没有开口说过什么，也没提醒过谁要停下。可是，大家都自觉停下来了。</w:t>
      </w:r>
      <w:r>
        <w:rPr>
          <w:lang w:eastAsia="zh-CN"/>
        </w:rPr>
        <w:br/>
      </w:r>
      <w:r>
        <w:rPr>
          <w:lang w:eastAsia="zh-CN"/>
        </w:rPr>
        <w:t>　　这一会儿，没有车开时的“哧哧”声，没有喇叭的“嘟嘟”声，世界变得好安静好安静啊!一枚绣花针掉落地上的声音也能听得十分清楚。</w:t>
      </w:r>
      <w:r>
        <w:rPr>
          <w:lang w:eastAsia="zh-CN"/>
        </w:rPr>
        <w:br/>
      </w:r>
      <w:r>
        <w:rPr>
          <w:lang w:eastAsia="zh-CN"/>
        </w:rPr>
        <w:t>　　等鸡妈妈过完马路，一辆辆车就开动了，卷起一路沙尘。很快，路上又变得热闹起来了。不一会儿，我们就到达了奶奶家。</w:t>
      </w:r>
      <w:r>
        <w:rPr>
          <w:lang w:eastAsia="zh-CN"/>
        </w:rPr>
        <w:br/>
      </w:r>
      <w:r>
        <w:rPr>
          <w:lang w:eastAsia="zh-CN"/>
        </w:rPr>
        <w:t>　　之后的那几天，我一直在琢磨，是什么让他们停下来呢?哦，我明白了，是他们心中的红绿灯。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xml:space="preserve">    安全日演讲稿 篇10 </w:t>
      </w:r>
      <w:r>
        <w:rPr>
          <w:lang w:eastAsia="zh-CN"/>
        </w:rPr>
        <w:br/>
      </w:r>
      <w:r>
        <w:rPr>
          <w:lang w:eastAsia="zh-CN"/>
        </w:rPr>
        <w:t>　　生命，是上天赐给我们最好的礼物，它是刚毅的，它能让人思索让人感受，让人倾听，只要是有毅力，它就能克服任何困难;然而生命又如一棵弱不禁风的小草，那么脆弱，稍一不注意，它便会从你手中悄悄溜走。</w:t>
      </w:r>
      <w:r>
        <w:rPr>
          <w:lang w:eastAsia="zh-CN"/>
        </w:rPr>
        <w:br/>
      </w:r>
      <w:r>
        <w:rPr>
          <w:lang w:eastAsia="zh-CN"/>
        </w:rPr>
        <w:t>　　我们要更好的维护交通秩序，保障道路安全：人行道、红绿灯、护栏……这些交通“小卫士”无处不见，时刻提醒人们注意安全，给予人们平安出行的保障。可一年中还是九万多人因交通事故，导致死亡。</w:t>
      </w:r>
      <w:r>
        <w:rPr>
          <w:lang w:eastAsia="zh-CN"/>
        </w:rPr>
        <w:br/>
      </w:r>
      <w:r>
        <w:rPr>
          <w:lang w:eastAsia="zh-CN"/>
        </w:rPr>
        <w:t>　　我曾经在电视上看到一个可爱的小女孩在火车道上玩，看到一列火车行驶而来，想跳过去，没想到被一根小草拌了一下，摔倒在地，这列火车飞驰而过，使这个小女孩失去了生命。看完过后，我真的为那个小女孩感到伤感。她和我一般大，正是花季时节，是少年最美好的时候，我们应该好好学习，可是，这个女孩却因为一时失足，而造成死亡，破碎了一个幸福的家庭。再仔细想想，那个女孩在学校中也学过度过安全的种.种方法，也一定写过《安全公约》，但为什么还会被火车撞死呢?那小女孩只是为了刺激一点，才去跳的，却没想到一时失去了生命。然而，在川流不息的马路上，这样的一暮你也时常看到：在离人行道只有几步之遥的地方，一些同学却无视人行道，在机动车道车来车往中毫无顾虑地笔直穿过去。也许，你对这一暮习以为常，可是，你是否想过，生命也许就停留在这一刻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生命是可贵的，如果失去了，就不会再回来，让生命永远存下去，就要珍爱生命，平安出行!</w:t>
      </w:r>
      <w:r>
        <w:rPr>
          <w:lang w:eastAsia="zh-CN"/>
        </w:rPr>
        <w:br/>
      </w:r>
      <w:r>
        <w:rPr>
          <w:lang w:eastAsia="zh-CN"/>
        </w:rPr>
        <w:t xml:space="preserve">    安全日演讲稿 篇11 </w:t>
      </w:r>
      <w:r>
        <w:rPr>
          <w:lang w:eastAsia="zh-CN"/>
        </w:rPr>
        <w:br/>
      </w:r>
      <w:r>
        <w:rPr>
          <w:lang w:eastAsia="zh-CN"/>
        </w:rPr>
        <w:t>　　尊敬的老师、亲爱的同学们：</w:t>
      </w:r>
      <w:r>
        <w:rPr>
          <w:lang w:eastAsia="zh-CN"/>
        </w:rPr>
        <w:br/>
      </w:r>
      <w:r>
        <w:rPr>
          <w:lang w:eastAsia="zh-CN"/>
        </w:rPr>
        <w:t>　　今天我讲话的主题是《生命至上、安全第一》。今天是本学期吃三顿饭的第一天，中午时间较长，存在很大的安全隐患，现将围绕“安全”这个主题，强调以下几点。</w:t>
      </w:r>
      <w:r>
        <w:rPr>
          <w:lang w:eastAsia="zh-CN"/>
        </w:rPr>
        <w:br/>
      </w:r>
      <w:r>
        <w:rPr>
          <w:lang w:eastAsia="zh-CN"/>
        </w:rPr>
        <w:t>　　一、注意校园安全：</w:t>
      </w:r>
      <w:r>
        <w:rPr>
          <w:lang w:eastAsia="zh-CN"/>
        </w:rPr>
        <w:br/>
      </w:r>
      <w:r>
        <w:rPr>
          <w:lang w:eastAsia="zh-CN"/>
        </w:rPr>
        <w:t>　　全体同学要严守《小学生日常行为规范》，从小养成良好的生活行为习惯，具体的说要做到：</w:t>
      </w:r>
      <w:r>
        <w:rPr>
          <w:lang w:eastAsia="zh-CN"/>
        </w:rPr>
        <w:br/>
      </w:r>
      <w:r>
        <w:rPr>
          <w:lang w:eastAsia="zh-CN"/>
        </w:rPr>
        <w:t>　　1、禁止携带管制刀具、有伤害他人的.一切工具进入校园。禁止玩耍有危害性的玩具进入校园，如小枪、鞭炮、弹弓等。</w:t>
      </w:r>
      <w:r>
        <w:rPr>
          <w:lang w:eastAsia="zh-CN"/>
        </w:rPr>
        <w:br/>
      </w:r>
      <w:r>
        <w:rPr>
          <w:lang w:eastAsia="zh-CN"/>
        </w:rPr>
        <w:t>　　2、禁止携带火种进入校园。</w:t>
      </w:r>
      <w:r>
        <w:rPr>
          <w:lang w:eastAsia="zh-CN"/>
        </w:rPr>
        <w:br/>
      </w:r>
      <w:r>
        <w:rPr>
          <w:lang w:eastAsia="zh-CN"/>
        </w:rPr>
        <w:t>　　3、与同学和睦相处，不能寻衅滋事，引发矛盾。同学之间要互相体谅和互相理解，多看看别人的长处，尊重同学的不同个性;同时自己也要以平和的心态来处理自己面对的困难。</w:t>
      </w:r>
      <w:r>
        <w:rPr>
          <w:lang w:eastAsia="zh-CN"/>
        </w:rPr>
        <w:br/>
      </w:r>
      <w:r>
        <w:rPr>
          <w:lang w:eastAsia="zh-CN"/>
        </w:rPr>
        <w:t>　　4、禁止攀爬高层和危险物，不得攀爬教室窗口。</w:t>
      </w:r>
      <w:r>
        <w:rPr>
          <w:lang w:eastAsia="zh-CN"/>
        </w:rPr>
        <w:br/>
      </w:r>
      <w:r>
        <w:rPr>
          <w:lang w:eastAsia="zh-CN"/>
        </w:rPr>
        <w:t>　　5、午休期间任何学生不准到江边、河边、水库等水深处玩耍。严禁私自下水洗澡，以防溺水事件的发生。</w:t>
      </w:r>
      <w:r>
        <w:rPr>
          <w:lang w:eastAsia="zh-CN"/>
        </w:rPr>
        <w:br/>
      </w:r>
      <w:r>
        <w:rPr>
          <w:lang w:eastAsia="zh-CN"/>
        </w:rPr>
        <w:t>　　6、安全用电，禁止接触电源。</w:t>
      </w:r>
      <w:r>
        <w:rPr>
          <w:lang w:eastAsia="zh-CN"/>
        </w:rPr>
        <w:br/>
      </w:r>
      <w:r>
        <w:rPr>
          <w:lang w:eastAsia="zh-CN"/>
        </w:rPr>
        <w:t>　　①不能接近、触摸电源和电器。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②不要用湿手，湿布触摸、擦拭电器外壳，更不能在电线上晾衣服或悬挂物体，或将电线直接挂在铁钉上。</w:t>
      </w:r>
      <w:r>
        <w:rPr>
          <w:lang w:eastAsia="zh-CN"/>
        </w:rPr>
        <w:br/>
      </w:r>
      <w:r>
        <w:rPr>
          <w:lang w:eastAsia="zh-CN"/>
        </w:rPr>
        <w:t>　　③发现绝层损坏的电线、灯头、插座要及时报告，请电工检修，切勿乱动。</w:t>
      </w:r>
      <w:r>
        <w:rPr>
          <w:lang w:eastAsia="zh-CN"/>
        </w:rPr>
        <w:br/>
      </w:r>
      <w:r>
        <w:rPr>
          <w:lang w:eastAsia="zh-CN"/>
        </w:rPr>
        <w:t>　　④同学们不得在院墙旁配电房、变压器周围逗留，更不能攀爬变压器，不得把其他物体抛向变压器及配电房内，不得乱动电气设备。</w:t>
      </w:r>
      <w:r>
        <w:rPr>
          <w:lang w:eastAsia="zh-CN"/>
        </w:rPr>
        <w:br/>
      </w:r>
      <w:r>
        <w:rPr>
          <w:lang w:eastAsia="zh-CN"/>
        </w:rPr>
        <w:t>　　7、禁止在校园追逐、打闹、嬉戏和作危险游戏。上体育课和课外活动前要充分做好准备活动，运动时不要剧烈碰撞，以免撞伤或摔伤。没有老师的允许不准使用固定体育器械，如打篮球、踢足球等。</w:t>
      </w:r>
      <w:r>
        <w:rPr>
          <w:lang w:eastAsia="zh-CN"/>
        </w:rPr>
        <w:br/>
      </w:r>
      <w:r>
        <w:rPr>
          <w:lang w:eastAsia="zh-CN"/>
        </w:rPr>
        <w:t>　　8、禁止到危险建筑物周围玩耍。</w:t>
      </w:r>
      <w:r>
        <w:rPr>
          <w:lang w:eastAsia="zh-CN"/>
        </w:rPr>
        <w:br/>
      </w:r>
      <w:r>
        <w:rPr>
          <w:lang w:eastAsia="zh-CN"/>
        </w:rPr>
        <w:t>　　9、通校的学生禁止在学校和路上逗留，要按时回家。</w:t>
      </w:r>
      <w:r>
        <w:rPr>
          <w:lang w:eastAsia="zh-CN"/>
        </w:rPr>
        <w:br/>
      </w:r>
      <w:r>
        <w:rPr>
          <w:lang w:eastAsia="zh-CN"/>
        </w:rPr>
        <w:t>　　10、在学校各种劳动中注意安全，如扫地，擦窗户，搬桌子等，预防意外事故。</w:t>
      </w:r>
      <w:r>
        <w:rPr>
          <w:lang w:eastAsia="zh-CN"/>
        </w:rPr>
        <w:br/>
      </w:r>
      <w:r>
        <w:rPr>
          <w:lang w:eastAsia="zh-CN"/>
        </w:rPr>
        <w:t>　　二、注意交通安全：</w:t>
      </w:r>
      <w:r>
        <w:rPr>
          <w:lang w:eastAsia="zh-CN"/>
        </w:rPr>
        <w:br/>
      </w:r>
      <w:r>
        <w:rPr>
          <w:lang w:eastAsia="zh-CN"/>
        </w:rPr>
        <w:t>　　现在的交通发展比较快，路上车辆来来往往非常多，在此提醒同学们在上放学途要中注意交通安全，不要在路上玩耍;更不要在公路上乱穿，不在公路中间行走，要走公路两旁人行道;过路不得翻越栏杆和隔离墩，要走人行横道线，还要注意来往车辆;不在马路上踢球;不准骑摩托车;不骑自行车带人;乘车时不向窗外招手探头，乘车须抓紧扶手，车停稳后再下车，不乘坐无牌、无证的农用运输车。做到：宁走百里平安路，不乘半里危险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三、注意校外活动安全：</w:t>
      </w:r>
      <w:r>
        <w:rPr>
          <w:lang w:eastAsia="zh-CN"/>
        </w:rPr>
        <w:br/>
      </w:r>
      <w:r>
        <w:rPr>
          <w:lang w:eastAsia="zh-CN"/>
        </w:rPr>
        <w:t>　　在家活动要注意安全。特别是父母不在的时候，活动要远离建筑工地、道路等存在安全隐患的场所;不到坑、池、塘、沟、河流、水坝、施工重地等不安全的地方玩耍;不玩火，不燃放烟花爆竹，不带或进入林区，防止意外伤害和森林火灾;不烤明火、煤火，以防煤气中毒。不进入网吧、电子游戏厅等未成年人禁止活动的场所。出门一定要告知父母长辈知道，告诉他们你和谁在什么地方玩，要注意时间，不要很晚到家，以免父母担心。双休日，不要到学校玩耍。</w:t>
      </w:r>
      <w:r>
        <w:rPr>
          <w:lang w:eastAsia="zh-CN"/>
        </w:rPr>
        <w:br/>
      </w:r>
      <w:r>
        <w:rPr>
          <w:lang w:eastAsia="zh-CN"/>
        </w:rPr>
        <w:t>　　四、注意饮食安全：</w:t>
      </w:r>
      <w:r>
        <w:rPr>
          <w:lang w:eastAsia="zh-CN"/>
        </w:rPr>
        <w:br/>
      </w:r>
      <w:r>
        <w:rPr>
          <w:lang w:eastAsia="zh-CN"/>
        </w:rPr>
        <w:t>　　现正逢春季，是多病病发期，每个同学要注意身体，要求每个同学做到：</w:t>
      </w:r>
      <w:r>
        <w:rPr>
          <w:lang w:eastAsia="zh-CN"/>
        </w:rPr>
        <w:br/>
      </w:r>
      <w:r>
        <w:rPr>
          <w:lang w:eastAsia="zh-CN"/>
        </w:rPr>
        <w:t>　　1、讲究个人卫生，常洗手、常洗头、常洗衣服、常剪指甲，被褥要整洁并要常晒。</w:t>
      </w:r>
      <w:r>
        <w:rPr>
          <w:lang w:eastAsia="zh-CN"/>
        </w:rPr>
        <w:br/>
      </w:r>
      <w:r>
        <w:rPr>
          <w:lang w:eastAsia="zh-CN"/>
        </w:rPr>
        <w:t>　　2、加强体育锻炼，按时做操，增强身体免疫能力。</w:t>
      </w:r>
      <w:r>
        <w:rPr>
          <w:lang w:eastAsia="zh-CN"/>
        </w:rPr>
        <w:br/>
      </w:r>
      <w:r>
        <w:rPr>
          <w:lang w:eastAsia="zh-CN"/>
        </w:rPr>
        <w:t>　　3、不购买“三无”食品;防止误食不卫生食品、过期变质食品，造成食物中毒。</w:t>
      </w:r>
      <w:r>
        <w:rPr>
          <w:lang w:eastAsia="zh-CN"/>
        </w:rPr>
        <w:br/>
      </w:r>
      <w:r>
        <w:rPr>
          <w:lang w:eastAsia="zh-CN"/>
        </w:rPr>
        <w:t>　　4、讲究环境卫生：</w:t>
      </w:r>
      <w:r>
        <w:rPr>
          <w:lang w:eastAsia="zh-CN"/>
        </w:rPr>
        <w:br/>
      </w:r>
      <w:r>
        <w:rPr>
          <w:lang w:eastAsia="zh-CN"/>
        </w:rPr>
        <w:t>　　(1)、不随地吐痰，不随地大小便，不随地抛包装袋、废纸等杂物。</w:t>
      </w:r>
      <w:r>
        <w:rPr>
          <w:lang w:eastAsia="zh-CN"/>
        </w:rPr>
        <w:br/>
      </w:r>
      <w:r>
        <w:rPr>
          <w:lang w:eastAsia="zh-CN"/>
        </w:rPr>
        <w:t>　　(2)、要讲究环境卫生。</w:t>
      </w:r>
      <w:r>
        <w:rPr>
          <w:lang w:eastAsia="zh-CN"/>
        </w:rPr>
        <w:br/>
      </w:r>
      <w:r>
        <w:rPr>
          <w:lang w:eastAsia="zh-CN"/>
        </w:rPr>
        <w:t>　　(3)、负责的值日生每天保证清洁区及教室内整洁卫生，每天开门开窗，保证室内通风。要注意食品卫生安全。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xml:space="preserve">    安全日演讲稿 篇12 </w:t>
      </w:r>
      <w:r>
        <w:rPr>
          <w:lang w:eastAsia="zh-CN"/>
        </w:rPr>
        <w:br/>
      </w:r>
      <w:r>
        <w:rPr>
          <w:lang w:eastAsia="zh-CN"/>
        </w:rPr>
        <w:t>　　各位老师、同学们：</w:t>
      </w:r>
      <w:r>
        <w:rPr>
          <w:lang w:eastAsia="zh-CN"/>
        </w:rPr>
        <w:br/>
      </w:r>
      <w:r>
        <w:rPr>
          <w:lang w:eastAsia="zh-CN"/>
        </w:rPr>
        <w:t>　　大家好！</w:t>
      </w:r>
      <w:r>
        <w:rPr>
          <w:lang w:eastAsia="zh-CN"/>
        </w:rPr>
        <w:br/>
      </w:r>
      <w:r>
        <w:rPr>
          <w:lang w:eastAsia="zh-CN"/>
        </w:rPr>
        <w:t>　　冬寒料峭，在我们即将迎来新的一年的时候，不要忘了让安全的警钟长鸣。</w:t>
      </w:r>
      <w:r>
        <w:rPr>
          <w:lang w:eastAsia="zh-CN"/>
        </w:rPr>
        <w:br/>
      </w:r>
      <w:r>
        <w:rPr>
          <w:lang w:eastAsia="zh-CN"/>
        </w:rPr>
        <w:t>　　冬季天气寒冷，气候干燥，是交通事故、火灾事故和人生伤害事故的多发季节。为了抓好冬季校园安全，为我们的学习和生活提供更好的安全保证，下面我给大家提几点建议：</w:t>
      </w:r>
      <w:r>
        <w:rPr>
          <w:lang w:eastAsia="zh-CN"/>
        </w:rPr>
        <w:br/>
      </w:r>
      <w:r>
        <w:rPr>
          <w:lang w:eastAsia="zh-CN"/>
        </w:rPr>
        <w:t>　　一、交通安全：</w:t>
      </w:r>
      <w:r>
        <w:rPr>
          <w:lang w:eastAsia="zh-CN"/>
        </w:rPr>
        <w:br/>
      </w:r>
      <w:r>
        <w:rPr>
          <w:lang w:eastAsia="zh-CN"/>
        </w:rPr>
        <w:t>　　冬季人体关节的灵活性较差，反应也相对缓慢。而我们上学和放学的时候，正是一天中道路最拥挤的时候，人多车辆多，所以要注意交通安全。步行的同学要走人行道，在没有人行道的地方要靠路右边行走;骑自行车的同学要走慢车道，不抢机动车道，不要几辆自行车并排行进，通过路口或者横过马路时要减速慢行;不要猛刹车，尽量减少急拐弯。要随时准备应付突发情况，在雾、雨、雪天，最好穿着色彩鲜艳的衣服，以便于机动车司机尽早发现目标，提前采取安全措施。结冰的天气，请不要在结有薄冰的水面上玩耍，这样最容易出事。下雪的天气，要选择无冰冻、雪层浅的平坦路面，不要追逐打闹。下雪了，想象力丰富的你可不能在道路上堆雪人、打雪仗、滚雪球，这样既不安全，又会影响交通，甚至发生车祸。</w:t>
      </w:r>
      <w:r>
        <w:rPr>
          <w:lang w:eastAsia="zh-CN"/>
        </w:rPr>
        <w:br/>
      </w:r>
      <w:r>
        <w:rPr>
          <w:lang w:eastAsia="zh-CN"/>
        </w:rPr>
        <w:t>　　二、校园安全：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学校禁止学生在走廊、楼梯口进行跑、跳、爬、拉、推、扯、打闹等危险动作。学生上下楼梯有序进行，不要大声喧哗。当前面的学生不小心跌倒时，后面的学生应原地停步，并转告后面的学生，不要再往前挤。早晨，校园有些低洼处，走廊上，池塘里会结霜、结冰，好奇的你们或许会想在冰雪上滑一滑，玩一玩，甚至到池塘边去砸冰块，这样做很危险，很容易出现滑倒摔倒的现象，造成不必要的身体损伤。如遇结冰天气，不要用水拖地;上、下楼梯、去食堂用餐，不要奔跑，更不能追逐打闹。</w:t>
      </w:r>
      <w:r>
        <w:rPr>
          <w:lang w:eastAsia="zh-CN"/>
        </w:rPr>
        <w:br/>
      </w:r>
      <w:r>
        <w:rPr>
          <w:lang w:eastAsia="zh-CN"/>
        </w:rPr>
        <w:t>　　三、消防安全</w:t>
      </w:r>
      <w:r>
        <w:rPr>
          <w:lang w:eastAsia="zh-CN"/>
        </w:rPr>
        <w:br/>
      </w:r>
      <w:r>
        <w:rPr>
          <w:lang w:eastAsia="zh-CN"/>
        </w:rPr>
        <w:t>　　普罗米修斯从阿波罗那儿偷来了火种，给人类带来了光明，但如果不注意安全，它也会给人类带来灾难。所以我们每个人尤其是住校的同学，千万要注意不能把火柴、打火机等火种以及烟花等易燃易爆物品带进校园，以免发生意外。同学们也要从日常生活中的`小事做起，不玩火，不吸烟，自觉爱护校园内的各种消防措施，如消防栓、灭火器等。在教室里，不得擅自使用电器设备。放学之后，请随手关掉电器。不允许将电取暖器带到学校充电。</w:t>
      </w:r>
      <w:r>
        <w:rPr>
          <w:lang w:eastAsia="zh-CN"/>
        </w:rPr>
        <w:br/>
      </w:r>
      <w:r>
        <w:rPr>
          <w:lang w:eastAsia="zh-CN"/>
        </w:rPr>
        <w:t>　　四、卫生防病</w:t>
      </w:r>
      <w:r>
        <w:rPr>
          <w:lang w:eastAsia="zh-CN"/>
        </w:rPr>
        <w:br/>
      </w:r>
      <w:r>
        <w:rPr>
          <w:lang w:eastAsia="zh-CN"/>
        </w:rPr>
        <w:t>　　冬季是流感等传染病高发季节，学校要求同学们继续做好预防措施，做好个人卫生，勤洗手、勤通风。同学在咳嗽和打喷嚏的时候请用纸巾捂住口鼻，并及时洗手;有感冒症状应及时向班主任报告并前往医院就诊;同时，天气寒冷，同学们要多添加衣物，不要为了所谓风度而挨冻受冷。</w:t>
      </w:r>
      <w:r>
        <w:rPr>
          <w:lang w:eastAsia="zh-CN"/>
        </w:rPr>
        <w:br/>
      </w:r>
      <w:r>
        <w:rPr>
          <w:lang w:eastAsia="zh-CN"/>
        </w:rPr>
        <w:t>　　五、运动安全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冬季天气寒冷，人体肌肉和韧带的弹性和伸展性降低，关节的灵活性差，身体不易舒展。所以我们还得注意运动安全。所以在跑操前，要穿平底低跟鞋，系好鞋带，在跑操中不可以推推搡搡，或者手插在口袋里，或者一边跑步一边讲话，这样很容易发生意外，体育课上的训练内容多种多样的，要注意的事项也因训练的内容、使用的器械不同而有所区别。不论练习什么样的项目，都要严格按照老师的要求进行训练，不要擅自行动。对于有器械的项目，更要互相帮助做好保护工作。做动作时要严肃认真，不能打闹，以免发生扭伤。在争抢激烈的运动中，要自觉遵守竞赛规则。锻炼后，要注意保暖，不要轻易脱掉外套，防止感冒。</w:t>
      </w:r>
      <w:r>
        <w:rPr>
          <w:lang w:eastAsia="zh-CN"/>
        </w:rPr>
        <w:br/>
      </w:r>
      <w:r>
        <w:rPr>
          <w:lang w:eastAsia="zh-CN"/>
        </w:rPr>
        <w:t>　　“平安是福”、“平安是金”，安全无处不在。做好安全工作是我们一切学习和生活的保证和前提。让我们齐心协力，共同做好冬季校园安全工作，共同创建一个文明和谐的校园!也让我们的校园正真成为全校师生安全的港湾，和谐的乐园!谢谢大家!</w:t>
      </w:r>
      <w:r>
        <w:rPr>
          <w:lang w:eastAsia="zh-CN"/>
        </w:rPr>
        <w:br/>
      </w:r>
      <w:r>
        <w:rPr>
          <w:lang w:eastAsia="zh-CN"/>
        </w:rPr>
        <w:t xml:space="preserve">    安全日演讲稿 篇13 </w:t>
      </w:r>
      <w:r>
        <w:rPr>
          <w:lang w:eastAsia="zh-CN"/>
        </w:rPr>
        <w:br/>
      </w:r>
      <w:r>
        <w:rPr>
          <w:lang w:eastAsia="zh-CN"/>
        </w:rPr>
        <w:t>　　敬爱的老师、亲爱的同学们：</w:t>
      </w:r>
      <w:r>
        <w:rPr>
          <w:lang w:eastAsia="zh-CN"/>
        </w:rPr>
        <w:br/>
      </w:r>
      <w:r>
        <w:rPr>
          <w:lang w:eastAsia="zh-CN"/>
        </w:rPr>
        <w:t>　　你们好!</w:t>
      </w:r>
      <w:r>
        <w:rPr>
          <w:lang w:eastAsia="zh-CN"/>
        </w:rPr>
        <w:br/>
      </w:r>
      <w:r>
        <w:rPr>
          <w:lang w:eastAsia="zh-CN"/>
        </w:rPr>
        <w:t>　　今天我演讲的题目是《交通安全伴我行》。</w:t>
      </w:r>
      <w:r>
        <w:rPr>
          <w:lang w:eastAsia="zh-CN"/>
        </w:rPr>
        <w:br/>
      </w:r>
    </w:p>
    <w:p w:rsidR="001B1F19" w14:textId="27C3F48A">
      <w:pPr>
        <w:rPr>
          <w:rFonts w:hint="eastAsia"/>
          <w:lang w:eastAsia="zh-CN"/>
        </w:rPr>
      </w:pPr>
      <w:r>
        <w:rPr>
          <w:lang w:eastAsia="zh-CN"/>
        </w:rPr>
        <w:t>　　安全，牵系着每一个人的生活。每当我走在上学、放学的路上，看到“车水马龙”，“人头攒动”的热闹景象，看到身边飞驰而过的车辆，心里就会产生恐惧感。眼前浮现的一幕幕车毁人亡的画面，让我感到害怕。大家可能看到过这样一个报道：_年_月_日，是个阳光明媚的日子。_县第二中学的几百名师生正在马路边跑操，突然间，一辆大货车象一个发疯的恶魔碾向跑操的队伍，随着一片片惊呼和惨叫，21个鲜花般的生命永远的离开了这美好的世界。许多家长听到噩耗传来，一路上呼唤着孩子的名字，奔向现场，可是，任凭大人们怎样撕心裂肺地呼喊，他们永远也不能回应。这血的教训，给多少家庭带来痛苦，把多少幸福的家庭拆散。</w:t>
      </w:r>
      <w:r>
        <w:rPr>
          <w:lang w:eastAsia="zh-CN"/>
        </w:rPr>
        <w:br/>
      </w:r>
      <w:r>
        <w:rPr>
          <w:lang w:eastAsia="zh-CN"/>
        </w:rPr>
        <w:t>　　我国是一个人口大国，人多车多，使道路显得更加拥挤。这下触目惊心的数字背后，有多少个家庭失去欢乐，多少个亲人痛不欲生，多少个生命之花永远凋零。想到这些，我抑制不住内心的激动，为遇难者留下同情的泪水，对肇事者产生无比的愤慨!</w:t>
      </w:r>
      <w:r>
        <w:rPr>
          <w:lang w:eastAsia="zh-CN"/>
        </w:rPr>
        <w:br/>
      </w:r>
      <w:r>
        <w:rPr>
          <w:lang w:eastAsia="zh-CN"/>
        </w:rPr>
        <w:t>　　然而，这些事故的发生，绝大多数都是因为人们的交通安全意识淡薄，不遵守交通法规造成的。同学们，当你看到我们学校播放的宣传片《流泪的花季》后，你没有什么感触吗?当你们班召开主题队会后，你还会违反交通法规吗?我想一定不会!作为一名合格的少先队员，我们理应积极行动起来，从我做起，从身边做起。因此，我倡议：①全体同学要认真遵守《小学生守则》、《小学生日常行为规范》和交通法规。②校内文明守纪，楼道内轻声轻步，绝不打闹，不做危险的游戏。③校外一定要注意交通安全，走路要走人行道，过马路要走斑马线，不要翻越护栏。十字路口一定要看清红绿灯。④马路上行走时要集中精力，不看书、不听音乐、不打闹。</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https://d.book118.com/955242021034011102</w:t>
        </w:r>
      </w:hyperlink>
    </w:p>
    <w:p w:rsidR="001B1F19">
      <w:pPr>
        <w:rPr>
          <w:rFonts w:hint="eastAsia"/>
          <w:lang w:eastAsia="zh-CN"/>
        </w:rPr>
      </w:pPr>
    </w:p>
    <w:sectPr>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95524202103401110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