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McNally?</w:t>
        <w:br/>
        <w:t>McNally?</w:t>
      </w:r>
      <w:r>
        <w:t xml:space="preserve"> </w:t>
        <w:br/>
        <w:t>嘿</w:t>
      </w:r>
      <w:r>
        <w:t xml:space="preserve"> 快起床</w:t>
      </w:r>
      <w:r>
        <w:t xml:space="preserve"> 8点10分了</w:t>
        <w:br/>
        <w:t>Yo.</w:t>
      </w:r>
      <w:r>
        <w:t xml:space="preserve"> Up</w:t>
      </w:r>
      <w:r>
        <w:t xml:space="preserve"> and</w:t>
      </w:r>
      <w:r>
        <w:t xml:space="preserve"> at</w:t>
      </w:r>
      <w:r>
        <w:t xml:space="preserve"> 'em.</w:t>
      </w:r>
      <w:r>
        <w:t xml:space="preserve"> It's</w:t>
      </w:r>
      <w:r>
        <w:t xml:space="preserve"> 10</w:t>
      </w:r>
      <w:r>
        <w:t xml:space="preserve"> after</w:t>
      </w:r>
      <w:r>
        <w:t xml:space="preserve"> 8:00.</w:t>
        <w:br/>
        <w:t>我们得赶紧的</w:t>
        <w:br/>
        <w:t>We</w:t>
      </w:r>
      <w:r>
        <w:t xml:space="preserve"> got</w:t>
      </w:r>
      <w:r>
        <w:t xml:space="preserve"> to</w:t>
      </w:r>
      <w:r>
        <w:t xml:space="preserve"> get</w:t>
      </w:r>
      <w:r>
        <w:t xml:space="preserve"> a</w:t>
      </w:r>
      <w:r>
        <w:t xml:space="preserve"> move</w:t>
      </w:r>
      <w:r>
        <w:t xml:space="preserve"> on!</w:t>
      </w:r>
      <w:r>
        <w:t xml:space="preserve"> </w:t>
        <w:br/>
        <w:t>为什么啊</w:t>
      </w:r>
      <w:r>
        <w:t xml:space="preserve"> 你干嘛吼我啊</w:t>
        <w:br/>
        <w:t>Why...</w:t>
      </w:r>
      <w:r>
        <w:t xml:space="preserve"> why</w:t>
      </w:r>
      <w:r>
        <w:t xml:space="preserve"> are</w:t>
      </w:r>
      <w:r>
        <w:t xml:space="preserve"> you</w:t>
      </w:r>
      <w:r>
        <w:t xml:space="preserve"> hollering</w:t>
      </w:r>
      <w:r>
        <w:t xml:space="preserve"> at</w:t>
      </w:r>
      <w:r>
        <w:t xml:space="preserve"> me?</w:t>
        <w:br/>
        <w:t>上来打个招呼</w:t>
        <w:br/>
        <w:t>Come</w:t>
      </w:r>
      <w:r>
        <w:t xml:space="preserve"> up</w:t>
      </w:r>
      <w:r>
        <w:t xml:space="preserve"> here</w:t>
      </w:r>
      <w:r>
        <w:t xml:space="preserve"> and</w:t>
      </w:r>
      <w:r>
        <w:t xml:space="preserve"> say</w:t>
      </w:r>
      <w:r>
        <w:t xml:space="preserve"> hello.</w:t>
      </w:r>
      <w:r>
        <w:t xml:space="preserve"> </w:t>
        <w:br/>
        <w:t>不行</w:t>
      </w:r>
      <w:r>
        <w:t xml:space="preserve"> 仪式前你不能见到我</w:t>
        <w:br/>
        <w:t>No!</w:t>
      </w:r>
      <w:r>
        <w:t xml:space="preserve"> You</w:t>
      </w:r>
      <w:r>
        <w:t xml:space="preserve"> can't</w:t>
      </w:r>
      <w:r>
        <w:t xml:space="preserve"> see</w:t>
      </w:r>
      <w:r>
        <w:t xml:space="preserve"> me</w:t>
      </w:r>
      <w:r>
        <w:t xml:space="preserve"> until</w:t>
      </w:r>
      <w:r>
        <w:t xml:space="preserve"> the</w:t>
      </w:r>
      <w:r>
        <w:t xml:space="preserve"> ceremony.</w:t>
        <w:br/>
        <w:t>嘿</w:t>
      </w:r>
      <w:r>
        <w:t xml:space="preserve"> 过来</w:t>
        <w:br/>
        <w:t>Hey.</w:t>
      </w:r>
      <w:r>
        <w:t xml:space="preserve"> Get</w:t>
      </w:r>
      <w:r>
        <w:t xml:space="preserve"> over</w:t>
      </w:r>
      <w:r>
        <w:t xml:space="preserve"> here.</w:t>
        <w:br/>
        <w:t>太扯了吧</w:t>
        <w:br/>
        <w:t>That's</w:t>
      </w:r>
      <w:r>
        <w:t xml:space="preserve"> ridiculous.</w:t>
      </w:r>
      <w:r>
        <w:t xml:space="preserve"> </w:t>
        <w:br/>
        <w:t>这是传统</w:t>
        <w:br/>
        <w:t>It's</w:t>
      </w:r>
      <w:r>
        <w:t xml:space="preserve"> actually</w:t>
      </w:r>
      <w:r>
        <w:t xml:space="preserve"> tradition.</w:t>
        <w:br/>
        <w:t>是迷信</w:t>
        <w:br/>
        <w:t>It's</w:t>
      </w:r>
      <w:r>
        <w:t xml:space="preserve"> a</w:t>
      </w:r>
      <w:r>
        <w:t xml:space="preserve"> superstition.</w:t>
        <w:br/>
        <w:t>听着</w:t>
      </w:r>
      <w:r>
        <w:t xml:space="preserve"> 我带Boo去散步</w:t>
      </w:r>
      <w:r>
        <w:t xml:space="preserve"> 然后送他去保姆那里</w:t>
      </w:r>
      <w:r>
        <w:t xml:space="preserve"> 好吗</w:t>
        <w:br/>
        <w:t>Look,</w:t>
      </w:r>
      <w:r>
        <w:t xml:space="preserve"> I'm</w:t>
      </w:r>
      <w:r>
        <w:t xml:space="preserve"> gonna</w:t>
      </w:r>
      <w:r>
        <w:t xml:space="preserve"> take</w:t>
      </w:r>
      <w:r>
        <w:t xml:space="preserve"> Boo</w:t>
      </w:r>
      <w:r>
        <w:t xml:space="preserve"> for</w:t>
      </w:r>
      <w:r>
        <w:t xml:space="preserve"> a</w:t>
      </w:r>
      <w:r>
        <w:t xml:space="preserve"> walk</w:t>
      </w:r>
      <w:r>
        <w:t xml:space="preserve"> and</w:t>
      </w:r>
      <w:r>
        <w:t xml:space="preserve"> then</w:t>
      </w:r>
      <w:r>
        <w:t xml:space="preserve"> take</w:t>
      </w:r>
      <w:r>
        <w:t xml:space="preserve"> him</w:t>
      </w:r>
      <w:r>
        <w:t xml:space="preserve"> to</w:t>
      </w:r>
      <w:r>
        <w:t xml:space="preserve"> the</w:t>
      </w:r>
      <w:r>
        <w:t xml:space="preserve"> sitter's,</w:t>
      </w:r>
      <w:r>
        <w:t xml:space="preserve"> okay?</w:t>
        <w:br/>
        <w:t>你有40分钟时间准备</w:t>
      </w:r>
      <w:r>
        <w:t xml:space="preserve"> 然后出门</w:t>
        <w:br/>
        <w:t>Uh,</w:t>
      </w:r>
      <w:r>
        <w:t xml:space="preserve"> you</w:t>
      </w:r>
      <w:r>
        <w:t xml:space="preserve"> have</w:t>
      </w:r>
      <w:r>
        <w:t xml:space="preserve"> like</w:t>
      </w:r>
      <w:r>
        <w:t xml:space="preserve"> 40</w:t>
      </w:r>
      <w:r>
        <w:t xml:space="preserve"> minutes</w:t>
      </w:r>
      <w:r>
        <w:t xml:space="preserve"> to</w:t>
      </w:r>
      <w:r>
        <w:t xml:space="preserve"> get</w:t>
      </w:r>
      <w:r>
        <w:t xml:space="preserve"> ready</w:t>
      </w:r>
      <w:r>
        <w:t xml:space="preserve"> and</w:t>
      </w:r>
      <w:r>
        <w:t xml:space="preserve"> get</w:t>
      </w:r>
      <w:r>
        <w:t xml:space="preserve"> out</w:t>
      </w:r>
      <w:r>
        <w:t xml:space="preserve"> of</w:t>
      </w:r>
      <w:r>
        <w:t xml:space="preserve"> here.</w:t>
        <w:br/>
        <w:t>还有</w:t>
      </w:r>
      <w:r>
        <w:t xml:space="preserve"> 不要忘了Oliver会载你</w:t>
      </w:r>
      <w:r>
        <w:t xml:space="preserve"> 好吗?</w:t>
        <w:br/>
        <w:t>Also,</w:t>
      </w:r>
      <w:r>
        <w:t xml:space="preserve"> don't</w:t>
      </w:r>
      <w:r>
        <w:t xml:space="preserve"> forget</w:t>
      </w:r>
      <w:r>
        <w:t xml:space="preserve"> that</w:t>
      </w:r>
      <w:r>
        <w:t xml:space="preserve"> Oliver's</w:t>
      </w:r>
      <w:r>
        <w:t xml:space="preserve"> taking</w:t>
      </w:r>
      <w:r>
        <w:t xml:space="preserve"> you,</w:t>
      </w:r>
      <w:r>
        <w:t xml:space="preserve"> all</w:t>
      </w:r>
      <w:r>
        <w:t xml:space="preserve"> right?</w:t>
        <w:br/>
        <w:t>Traci会载我</w:t>
        <w:br/>
        <w:t>Traci's</w:t>
      </w:r>
      <w:r>
        <w:t xml:space="preserve"> gonna</w:t>
      </w:r>
      <w:r>
        <w:t xml:space="preserve"> take</w:t>
      </w:r>
      <w:r>
        <w:t xml:space="preserve"> me.</w:t>
        <w:br/>
        <w:t>音乐存在手&amp;hearts;机&amp;hearts;里了吗</w:t>
        <w:br/>
        <w:t>Uh,</w:t>
      </w:r>
      <w:r>
        <w:t xml:space="preserve"> do</w:t>
      </w:r>
      <w:r>
        <w:t xml:space="preserve"> you</w:t>
      </w:r>
      <w:r>
        <w:t xml:space="preserve"> have</w:t>
      </w:r>
      <w:r>
        <w:t xml:space="preserve"> the</w:t>
      </w:r>
      <w:r>
        <w:t xml:space="preserve"> music</w:t>
      </w:r>
      <w:r>
        <w:t xml:space="preserve"> on</w:t>
      </w:r>
      <w:r>
        <w:t xml:space="preserve"> your</w:t>
      </w:r>
      <w:r>
        <w:t xml:space="preserve"> phone?</w:t>
      </w:r>
      <w:r>
        <w:t xml:space="preserve"> </w:t>
        <w:br/>
        <w:t>有</w:t>
        <w:br/>
        <w:t>I</w:t>
      </w:r>
      <w:r>
        <w:t xml:space="preserve"> do.</w:t>
        <w:br/>
        <w:t>好</w:t>
      </w:r>
      <w:r>
        <w:t xml:space="preserve"> 那你的誓词呢</w:t>
        <w:br/>
        <w:t>Okay.</w:t>
      </w:r>
      <w:r>
        <w:t xml:space="preserve"> What</w:t>
      </w:r>
      <w:r>
        <w:t xml:space="preserve"> about</w:t>
      </w:r>
      <w:r>
        <w:t xml:space="preserve"> your</w:t>
      </w:r>
      <w:r>
        <w:t xml:space="preserve"> vows?</w:t>
      </w:r>
      <w:r>
        <w:t xml:space="preserve"> </w:t>
        <w:br/>
        <w:t>有</w:t>
      </w:r>
      <w:r>
        <w:t xml:space="preserve"> 都记住了</w:t>
        <w:br/>
        <w:t>I</w:t>
      </w:r>
      <w:r>
        <w:t xml:space="preserve"> do...</w:t>
      </w:r>
      <w:r>
        <w:t xml:space="preserve"> memorized.</w:t>
        <w:br/>
        <w:t>拜托你上来问个好</w:t>
      </w:r>
      <w:r>
        <w:t xml:space="preserve"> 行不</w:t>
        <w:br/>
        <w:t>Would</w:t>
      </w:r>
      <w:r>
        <w:t xml:space="preserve"> you</w:t>
      </w:r>
      <w:r>
        <w:t xml:space="preserve"> please</w:t>
      </w:r>
      <w:r>
        <w:t xml:space="preserve"> come</w:t>
      </w:r>
      <w:r>
        <w:t xml:space="preserve"> up</w:t>
      </w:r>
      <w:r>
        <w:t xml:space="preserve"> here</w:t>
      </w:r>
      <w:r>
        <w:t xml:space="preserve"> and</w:t>
      </w:r>
      <w:r>
        <w:t xml:space="preserve"> say</w:t>
      </w:r>
      <w:r>
        <w:t xml:space="preserve"> hello?</w:t>
        <w:br/>
        <w:t>好吧</w:t>
      </w:r>
      <w:r>
        <w:t xml:space="preserve"> 闭上眼</w:t>
        <w:br/>
        <w:t>Okay.</w:t>
      </w:r>
      <w:r>
        <w:t xml:space="preserve"> Close</w:t>
      </w:r>
      <w:r>
        <w:t xml:space="preserve"> your</w:t>
      </w:r>
      <w:r>
        <w:t xml:space="preserve"> eyes.</w:t>
        <w:br/>
        <w:t>你要是偷看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我会知道的</w:t>
        <w:br/>
        <w:t>I'll</w:t>
      </w:r>
      <w:r>
        <w:t xml:space="preserve"> know</w:t>
      </w:r>
      <w:r>
        <w:t xml:space="preserve"> if</w:t>
      </w:r>
      <w:r>
        <w:t xml:space="preserve"> you're</w:t>
      </w:r>
      <w:r>
        <w:t xml:space="preserve"> cheating.</w:t>
        <w:br/>
        <w:t>我闭上眼了</w:t>
        <w:br/>
        <w:t>My</w:t>
      </w:r>
      <w:r>
        <w:t xml:space="preserve"> eyes</w:t>
      </w:r>
      <w:r>
        <w:t xml:space="preserve"> are</w:t>
      </w:r>
      <w:r>
        <w:t xml:space="preserve"> closed.</w:t>
        <w:br/>
        <w:t>看到没</w:t>
        <w:br/>
        <w:t>See?</w:t>
        <w:br/>
        <w:t>咱俩真是</w:t>
      </w:r>
      <w:r>
        <w:t xml:space="preserve"> McNally</w:t>
      </w:r>
      <w:r>
        <w:t xml:space="preserve"> 天生一对儿</w:t>
        <w:br/>
        <w:t>A</w:t>
      </w:r>
      <w:r>
        <w:t xml:space="preserve"> perfect</w:t>
      </w:r>
      <w:r>
        <w:t xml:space="preserve"> match,</w:t>
      </w:r>
      <w:r>
        <w:t xml:space="preserve"> McNally,</w:t>
      </w:r>
      <w:r>
        <w:t xml:space="preserve"> you</w:t>
      </w:r>
      <w:r>
        <w:t xml:space="preserve"> and</w:t>
      </w:r>
      <w:r>
        <w:t xml:space="preserve"> me.</w:t>
        <w:br/>
        <w:t>因为你很难搞</w:t>
        <w:br/>
        <w:t>'Cause</w:t>
      </w:r>
      <w:r>
        <w:t xml:space="preserve"> you</w:t>
      </w:r>
      <w:r>
        <w:t xml:space="preserve"> are</w:t>
      </w:r>
      <w:r>
        <w:t xml:space="preserve"> very</w:t>
      </w:r>
      <w:r>
        <w:t xml:space="preserve"> high-maintenance,</w:t>
      </w:r>
      <w:r>
        <w:t xml:space="preserve"> </w:t>
        <w:br/>
        <w:t>而我什么都能搞定</w:t>
        <w:br/>
        <w:t>and</w:t>
      </w:r>
      <w:r>
        <w:t xml:space="preserve"> I</w:t>
      </w:r>
      <w:r>
        <w:t xml:space="preserve"> can</w:t>
      </w:r>
      <w:r>
        <w:t xml:space="preserve"> fix</w:t>
      </w:r>
      <w:r>
        <w:t xml:space="preserve"> anything.</w:t>
        <w:br/>
        <w:t>我爱你</w:t>
        <w:br/>
        <w:t>I</w:t>
      </w:r>
      <w:r>
        <w:t xml:space="preserve"> love</w:t>
      </w:r>
      <w:r>
        <w:t xml:space="preserve"> you.</w:t>
        <w:br/>
        <w:t>我们走了</w:t>
        <w:br/>
        <w:t>Let's</w:t>
      </w:r>
      <w:r>
        <w:t xml:space="preserve"> go.</w:t>
        <w:br/>
        <w:t>好</w:t>
        <w:br/>
        <w:t>Okay.</w:t>
        <w:br/>
        <w:t>好</w:t>
        <w:br/>
        <w:t>Okay.</w:t>
        <w:br/>
        <w:t>开工</w:t>
        <w:br/>
        <w:t>Let's</w:t>
      </w:r>
      <w:r>
        <w:t xml:space="preserve"> do</w:t>
      </w:r>
      <w:r>
        <w:t xml:space="preserve"> this</w:t>
      </w:r>
      <w:r>
        <w:t xml:space="preserve"> thing.</w:t>
        <w:br/>
        <w:t>Nash</w:t>
      </w:r>
      <w:r>
        <w:t xml:space="preserve"> Lindsay</w:t>
      </w:r>
      <w:r>
        <w:t xml:space="preserve"> McConnell的谋杀案进展如何?</w:t>
        <w:br/>
        <w:t>Nash,</w:t>
      </w:r>
      <w:r>
        <w:t xml:space="preserve"> where</w:t>
      </w:r>
      <w:r>
        <w:t xml:space="preserve"> are</w:t>
      </w:r>
      <w:r>
        <w:t xml:space="preserve"> we</w:t>
      </w:r>
      <w:r>
        <w:t xml:space="preserve"> on</w:t>
      </w:r>
      <w:r>
        <w:t xml:space="preserve"> the</w:t>
      </w:r>
      <w:r>
        <w:t xml:space="preserve"> Lindsay</w:t>
      </w:r>
      <w:r>
        <w:t xml:space="preserve"> McConnell</w:t>
      </w:r>
      <w:r>
        <w:t xml:space="preserve"> murder?</w:t>
        <w:br/>
        <w:t>我和Gail</w:t>
      </w:r>
      <w:r>
        <w:t xml:space="preserve"> 还有Anderson警探忙了一晚上</w:t>
        <w:br/>
        <w:t>Uh,</w:t>
      </w:r>
      <w:r>
        <w:t xml:space="preserve"> I've</w:t>
      </w:r>
      <w:r>
        <w:t xml:space="preserve"> been</w:t>
      </w:r>
      <w:r>
        <w:t xml:space="preserve"> working</w:t>
      </w:r>
      <w:r>
        <w:t xml:space="preserve"> it</w:t>
      </w:r>
      <w:r>
        <w:t xml:space="preserve"> all</w:t>
      </w:r>
      <w:r>
        <w:t xml:space="preserve"> night</w:t>
      </w:r>
      <w:r>
        <w:t xml:space="preserve"> with</w:t>
      </w:r>
      <w:r>
        <w:t xml:space="preserve"> Gail</w:t>
      </w:r>
      <w:r>
        <w:t xml:space="preserve"> and</w:t>
      </w:r>
      <w:r>
        <w:t xml:space="preserve"> Detective</w:t>
      </w:r>
      <w:r>
        <w:t xml:space="preserve"> Anderson.</w:t>
        <w:br/>
        <w:t>Gail是第一个到现场的</w:t>
        <w:br/>
        <w:t>Gail</w:t>
      </w:r>
      <w:r>
        <w:t xml:space="preserve"> was</w:t>
      </w:r>
      <w:r>
        <w:t xml:space="preserve"> the</w:t>
      </w:r>
      <w:r>
        <w:t xml:space="preserve"> first</w:t>
      </w:r>
      <w:r>
        <w:t xml:space="preserve"> on-scene.</w:t>
      </w:r>
      <w:r>
        <w:t xml:space="preserve"> </w:t>
        <w:br/>
        <w:t>目前还不能确定发生了什么</w:t>
        <w:br/>
        <w:t>And</w:t>
      </w:r>
      <w:r>
        <w:t xml:space="preserve"> we're</w:t>
      </w:r>
      <w:r>
        <w:t xml:space="preserve"> still</w:t>
      </w:r>
      <w:r>
        <w:t xml:space="preserve"> not</w:t>
      </w:r>
      <w:r>
        <w:t xml:space="preserve"> sure</w:t>
      </w:r>
      <w:r>
        <w:t xml:space="preserve"> what</w:t>
      </w:r>
      <w:r>
        <w:t xml:space="preserve"> happened.</w:t>
        <w:br/>
        <w:t>你是新来的吗</w:t>
      </w:r>
      <w:r>
        <w:t xml:space="preserve"> 肯定是老公干的啊</w:t>
        <w:br/>
        <w:t>What</w:t>
      </w:r>
      <w:r>
        <w:t xml:space="preserve"> are</w:t>
      </w:r>
      <w:r>
        <w:t xml:space="preserve"> you,</w:t>
      </w:r>
      <w:r>
        <w:t xml:space="preserve"> new?</w:t>
      </w:r>
      <w:r>
        <w:t xml:space="preserve"> The</w:t>
      </w:r>
      <w:r>
        <w:t xml:space="preserve"> husband</w:t>
      </w:r>
      <w:r>
        <w:t xml:space="preserve"> did</w:t>
      </w:r>
      <w:r>
        <w:t xml:space="preserve"> it.</w:t>
        <w:br/>
        <w:t>从来都是这样</w:t>
        <w:br/>
        <w:t>The</w:t>
      </w:r>
      <w:r>
        <w:t xml:space="preserve"> husband</w:t>
      </w:r>
      <w:r>
        <w:t xml:space="preserve"> always</w:t>
      </w:r>
      <w:r>
        <w:t xml:space="preserve"> did</w:t>
      </w:r>
      <w:r>
        <w:t xml:space="preserve"> it.</w:t>
      </w:r>
      <w:r>
        <w:t xml:space="preserve"> </w:t>
        <w:br/>
        <w:t>好吧</w:t>
      </w:r>
      <w:r>
        <w:t xml:space="preserve"> 但我审了他4个小时</w:t>
        <w:br/>
        <w:t>Okay,</w:t>
      </w:r>
      <w:r>
        <w:t xml:space="preserve"> but</w:t>
      </w:r>
      <w:r>
        <w:t xml:space="preserve"> I've</w:t>
      </w:r>
      <w:r>
        <w:t xml:space="preserve"> had</w:t>
      </w:r>
      <w:r>
        <w:t xml:space="preserve"> him</w:t>
      </w:r>
      <w:r>
        <w:t xml:space="preserve"> in</w:t>
      </w:r>
      <w:r>
        <w:t xml:space="preserve"> interview</w:t>
      </w:r>
      <w:r>
        <w:t xml:space="preserve"> for</w:t>
      </w:r>
      <w:r>
        <w:t xml:space="preserve"> four</w:t>
      </w:r>
      <w:r>
        <w:t xml:space="preserve"> hours.</w:t>
        <w:br/>
        <w:t>都是同样的答案</w:t>
        <w:br/>
        <w:t>His</w:t>
      </w:r>
      <w:r>
        <w:t xml:space="preserve"> story</w:t>
      </w:r>
      <w:r>
        <w:t xml:space="preserve"> hasn't</w:t>
      </w:r>
      <w:r>
        <w:t xml:space="preserve"> changed.</w:t>
      </w:r>
      <w:r>
        <w:t xml:space="preserve"> </w:t>
        <w:br/>
        <w:t>说他昨晚下班回家</w:t>
      </w:r>
      <w:r>
        <w:t xml:space="preserve"> 发现她死了</w:t>
        <w:br/>
        <w:t>He</w:t>
      </w:r>
      <w:r>
        <w:t xml:space="preserve"> said</w:t>
      </w:r>
      <w:r>
        <w:t xml:space="preserve"> he</w:t>
      </w:r>
      <w:r>
        <w:t xml:space="preserve"> came</w:t>
      </w:r>
      <w:r>
        <w:t xml:space="preserve"> home</w:t>
      </w:r>
      <w:r>
        <w:t xml:space="preserve"> from</w:t>
      </w:r>
      <w:r>
        <w:t xml:space="preserve"> work</w:t>
      </w:r>
      <w:r>
        <w:t xml:space="preserve"> last</w:t>
      </w:r>
      <w:r>
        <w:t xml:space="preserve"> night</w:t>
      </w:r>
      <w:r>
        <w:t xml:space="preserve"> and</w:t>
      </w:r>
      <w:r>
        <w:t xml:space="preserve"> he</w:t>
      </w:r>
      <w:r>
        <w:t xml:space="preserve"> found</w:t>
      </w:r>
      <w:r>
        <w:t xml:space="preserve"> her</w:t>
      </w:r>
      <w:r>
        <w:t xml:space="preserve"> dead.</w:t>
      </w:r>
      <w:r>
        <w:t xml:space="preserve"> </w:t>
        <w:br/>
        <w:t>你就信了?</w:t>
        <w:br/>
        <w:t>And</w:t>
      </w:r>
      <w:r>
        <w:t xml:space="preserve"> you</w:t>
      </w:r>
      <w:r>
        <w:t xml:space="preserve"> bought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that?</w:t>
        <w:br/>
        <w:t>好吧</w:t>
      </w:r>
      <w:r>
        <w:t xml:space="preserve"> 长官</w:t>
      </w:r>
      <w:r>
        <w:t xml:space="preserve"> 今天是Andy和Sam结婚的日子</w:t>
        <w:br/>
        <w:t>Okay,</w:t>
      </w:r>
      <w:r>
        <w:t xml:space="preserve"> sir,</w:t>
      </w:r>
      <w:r>
        <w:t xml:space="preserve"> it's</w:t>
      </w:r>
      <w:r>
        <w:t xml:space="preserve"> just</w:t>
      </w:r>
      <w:r>
        <w:t xml:space="preserve"> that</w:t>
      </w:r>
      <w:r>
        <w:t xml:space="preserve"> it's</w:t>
      </w:r>
      <w:r>
        <w:t xml:space="preserve"> Andy</w:t>
      </w:r>
      <w:r>
        <w:t xml:space="preserve"> and</w:t>
      </w:r>
      <w:r>
        <w:t xml:space="preserve"> Sam's</w:t>
      </w:r>
      <w:r>
        <w:t xml:space="preserve"> wedding</w:t>
      </w:r>
      <w:r>
        <w:t xml:space="preserve"> day.</w:t>
        <w:br/>
        <w:t>我是女傧相</w:t>
        <w:br/>
        <w:t>I'm</w:t>
      </w:r>
      <w:r>
        <w:t xml:space="preserve"> the</w:t>
      </w:r>
      <w:r>
        <w:t xml:space="preserve"> maid</w:t>
      </w:r>
      <w:r>
        <w:t xml:space="preserve"> of</w:t>
      </w:r>
      <w:r>
        <w:t xml:space="preserve"> honor...</w:t>
      </w:r>
      <w:r>
        <w:t xml:space="preserve"> </w:t>
        <w:br/>
        <w:t>你知道Daniel</w:t>
      </w:r>
      <w:r>
        <w:t xml:space="preserve"> McConnell是谁吗?</w:t>
        <w:br/>
        <w:t>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Daniel</w:t>
      </w:r>
      <w:r>
        <w:t xml:space="preserve"> McConnell</w:t>
      </w:r>
      <w:r>
        <w:t xml:space="preserve"> is?</w:t>
        <w:br/>
        <w:t>辩护律师?</w:t>
        <w:br/>
        <w:t>The</w:t>
      </w:r>
      <w:r>
        <w:t xml:space="preserve"> defense</w:t>
      </w:r>
      <w:r>
        <w:t xml:space="preserve"> lawyer?</w:t>
      </w:r>
      <w:r>
        <w:t xml:space="preserve"> </w:t>
        <w:br/>
        <w:t>对</w:t>
      </w:r>
      <w:r>
        <w:t xml:space="preserve"> 同样是受害者的舅舅</w:t>
        <w:br/>
        <w:t>Yeah.</w:t>
      </w:r>
      <w:r>
        <w:t xml:space="preserve"> He's</w:t>
      </w:r>
      <w:r>
        <w:t xml:space="preserve"> also</w:t>
      </w:r>
      <w:r>
        <w:t xml:space="preserve"> the</w:t>
      </w:r>
      <w:r>
        <w:t xml:space="preserve"> victim's</w:t>
      </w:r>
      <w:r>
        <w:t xml:space="preserve"> uncle.</w:t>
      </w:r>
      <w:r>
        <w:t xml:space="preserve"> </w:t>
        <w:br/>
        <w:t>他打了6通电&amp;hearts;话&amp;hearts;给我</w:t>
        <w:br/>
        <w:t>He</w:t>
      </w:r>
      <w:r>
        <w:t xml:space="preserve"> called</w:t>
      </w:r>
      <w:r>
        <w:t xml:space="preserve"> me</w:t>
      </w:r>
      <w:r>
        <w:t xml:space="preserve"> six</w:t>
      </w:r>
      <w:r>
        <w:t xml:space="preserve"> times.</w:t>
        <w:br/>
        <w:t>想知道我们是否会起诉</w:t>
        <w:br/>
        <w:t>He</w:t>
      </w:r>
      <w:r>
        <w:t xml:space="preserve"> wants</w:t>
      </w:r>
      <w:r>
        <w:t xml:space="preserve"> to</w:t>
      </w:r>
      <w:r>
        <w:t xml:space="preserve"> know</w:t>
      </w:r>
      <w:r>
        <w:t xml:space="preserve"> if</w:t>
      </w:r>
      <w:r>
        <w:t xml:space="preserve"> we're</w:t>
      </w:r>
      <w:r>
        <w:t xml:space="preserve"> laying</w:t>
      </w:r>
      <w:r>
        <w:t xml:space="preserve"> any</w:t>
      </w:r>
      <w:r>
        <w:t xml:space="preserve"> charges.</w:t>
        <w:br/>
        <w:t>今晚我要出席一个慈善晚宴</w:t>
        <w:br/>
        <w:t>And</w:t>
      </w:r>
      <w:r>
        <w:t xml:space="preserve"> tonight</w:t>
      </w:r>
      <w:r>
        <w:t xml:space="preserve"> I'm</w:t>
      </w:r>
      <w:r>
        <w:t xml:space="preserve"> having</w:t>
      </w:r>
      <w:r>
        <w:t xml:space="preserve"> dinner</w:t>
      </w:r>
      <w:r>
        <w:t xml:space="preserve"> at</w:t>
      </w:r>
      <w:r>
        <w:t xml:space="preserve"> a</w:t>
      </w:r>
      <w:r>
        <w:t xml:space="preserve"> charity</w:t>
      </w:r>
      <w:r>
        <w:t xml:space="preserve"> fundraiser.</w:t>
      </w:r>
      <w:r>
        <w:t xml:space="preserve"> </w:t>
        <w:br/>
        <w:t>猜猜谁跟我同桌?</w:t>
        <w:br/>
        <w:t>Guess</w:t>
      </w:r>
      <w:r>
        <w:t xml:space="preserve"> who's</w:t>
      </w:r>
      <w:r>
        <w:t xml:space="preserve"> sitting</w:t>
      </w:r>
      <w:r>
        <w:t xml:space="preserve"> at</w:t>
      </w:r>
      <w:r>
        <w:t xml:space="preserve"> my</w:t>
      </w:r>
      <w:r>
        <w:t xml:space="preserve"> table.</w:t>
        <w:br/>
        <w:t>在你今天去任何地方之前</w:t>
        <w:br/>
        <w:t>Before</w:t>
      </w:r>
      <w:r>
        <w:t xml:space="preserve"> you</w:t>
      </w:r>
      <w:r>
        <w:t xml:space="preserve"> go</w:t>
      </w:r>
      <w:r>
        <w:t xml:space="preserve"> anywhere</w:t>
      </w:r>
      <w:r>
        <w:t xml:space="preserve"> today,</w:t>
      </w:r>
      <w:r>
        <w:t xml:space="preserve"> </w:t>
        <w:br/>
        <w:t>给我一个说法</w:t>
      </w:r>
      <w:r>
        <w:t xml:space="preserve"> 警探</w:t>
        <w:br/>
        <w:t>I</w:t>
      </w:r>
      <w:r>
        <w:t xml:space="preserve"> need</w:t>
      </w:r>
      <w:r>
        <w:t xml:space="preserve"> a</w:t>
      </w:r>
      <w:r>
        <w:t xml:space="preserve"> working</w:t>
      </w:r>
      <w:r>
        <w:t xml:space="preserve"> theory,</w:t>
      </w:r>
      <w:r>
        <w:t xml:space="preserve"> Detective.</w:t>
        <w:br/>
        <w:t>时间不凑巧</w:t>
      </w:r>
      <w:r>
        <w:t xml:space="preserve"> 我很抱歉</w:t>
        <w:br/>
        <w:t>I'm</w:t>
      </w:r>
      <w:r>
        <w:t xml:space="preserve"> sorry</w:t>
      </w:r>
      <w:r>
        <w:t xml:space="preserve"> about</w:t>
      </w:r>
      <w:r>
        <w:t xml:space="preserve"> the</w:t>
      </w:r>
      <w:r>
        <w:t xml:space="preserve"> timing.</w:t>
        <w:br/>
        <w:t>Traci</w:t>
      </w:r>
      <w:r>
        <w:t xml:space="preserve"> 你不是应该去帮Andy吗?</w:t>
        <w:br/>
        <w:t>Traci.</w:t>
      </w:r>
      <w:r>
        <w:t xml:space="preserve"> Aren't</w:t>
      </w:r>
      <w:r>
        <w:t xml:space="preserve"> you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helping</w:t>
      </w:r>
      <w:r>
        <w:t xml:space="preserve"> Andy?</w:t>
        <w:br/>
        <w:t>是的</w:t>
      </w:r>
      <w:r>
        <w:t xml:space="preserve"> 但是显然</w:t>
      </w:r>
      <w:r>
        <w:t xml:space="preserve"> 我没有</w:t>
        <w:br/>
        <w:t>Yeah,</w:t>
      </w:r>
      <w:r>
        <w:t xml:space="preserve"> I</w:t>
      </w:r>
      <w:r>
        <w:t xml:space="preserve"> am,</w:t>
      </w:r>
      <w:r>
        <w:t xml:space="preserve"> but</w:t>
      </w:r>
      <w:r>
        <w:t xml:space="preserve"> I'm</w:t>
      </w:r>
      <w:r>
        <w:t xml:space="preserve"> not,</w:t>
      </w:r>
      <w:r>
        <w:t xml:space="preserve"> clearly.</w:t>
        <w:br/>
        <w:t>好吧</w:t>
      </w:r>
      <w:r>
        <w:t xml:space="preserve"> 你需要帮什么?</w:t>
        <w:br/>
        <w:t>Okay.</w:t>
      </w:r>
      <w:r>
        <w:t xml:space="preserve"> What</w:t>
      </w:r>
      <w:r>
        <w:t xml:space="preserve"> do</w:t>
      </w:r>
      <w:r>
        <w:t xml:space="preserve"> you</w:t>
      </w:r>
      <w:r>
        <w:t xml:space="preserve"> need?</w:t>
        <w:br/>
        <w:t>现在花应该送到萨里港口了</w:t>
        <w:br/>
        <w:t>The</w:t>
      </w:r>
      <w:r>
        <w:t xml:space="preserve"> flowers</w:t>
      </w:r>
      <w:r>
        <w:t xml:space="preserve"> are</w:t>
      </w:r>
      <w:r>
        <w:t xml:space="preserve"> being</w:t>
      </w:r>
      <w:r>
        <w:t xml:space="preserve"> delivered</w:t>
      </w:r>
      <w:r>
        <w:t xml:space="preserve"> probably</w:t>
      </w:r>
      <w:r>
        <w:t xml:space="preserve"> right</w:t>
      </w:r>
      <w:r>
        <w:t xml:space="preserve"> now</w:t>
      </w:r>
      <w:r>
        <w:t xml:space="preserve"> to</w:t>
      </w:r>
      <w:r>
        <w:t xml:space="preserve"> the</w:t>
      </w:r>
      <w:r>
        <w:t xml:space="preserve"> Sally</w:t>
      </w:r>
      <w:r>
        <w:t xml:space="preserve"> port.</w:t>
        <w:br/>
        <w:t>我需要你和Chris把花拿到教堂</w:t>
        <w:br/>
        <w:t>I</w:t>
      </w:r>
      <w:r>
        <w:t xml:space="preserve"> need</w:t>
      </w:r>
      <w:r>
        <w:t xml:space="preserve"> you</w:t>
      </w:r>
      <w:r>
        <w:t xml:space="preserve"> and</w:t>
      </w:r>
      <w:r>
        <w:t xml:space="preserve"> Chris</w:t>
      </w:r>
      <w:r>
        <w:t xml:space="preserve"> to</w:t>
      </w:r>
      <w:r>
        <w:t xml:space="preserve"> drive</w:t>
      </w:r>
      <w:r>
        <w:t xml:space="preserve"> them</w:t>
      </w:r>
      <w:r>
        <w:t xml:space="preserve"> up</w:t>
      </w:r>
      <w:r>
        <w:t xml:space="preserve"> to</w:t>
      </w:r>
      <w:r>
        <w:t xml:space="preserve"> the</w:t>
      </w:r>
      <w:r>
        <w:t xml:space="preserve"> church.</w:t>
      </w:r>
      <w:r>
        <w:t xml:space="preserve"> </w:t>
        <w:br/>
        <w:t>好的</w:t>
        <w:br/>
        <w:t>All</w:t>
      </w:r>
      <w:r>
        <w:t xml:space="preserve"> right.</w:t>
        <w:br/>
        <w:t>我柜子里</w:t>
      </w:r>
      <w:r>
        <w:t xml:space="preserve"> 有那个...梅森罐的缎带</w:t>
        <w:br/>
        <w:t>In</w:t>
      </w:r>
      <w:r>
        <w:t xml:space="preserve"> my</w:t>
      </w:r>
      <w:r>
        <w:t xml:space="preserve"> locker,</w:t>
      </w:r>
      <w:r>
        <w:t xml:space="preserve"> you're</w:t>
      </w:r>
      <w:r>
        <w:t xml:space="preserve"> gonna</w:t>
      </w:r>
      <w:r>
        <w:t xml:space="preserve"> find,</w:t>
      </w:r>
      <w:r>
        <w:t xml:space="preserve"> um,</w:t>
      </w:r>
      <w:r>
        <w:t xml:space="preserve"> um,</w:t>
      </w:r>
      <w:r>
        <w:t xml:space="preserve"> um,</w:t>
      </w:r>
      <w:r>
        <w:t xml:space="preserve"> ribbons</w:t>
      </w:r>
      <w:r>
        <w:t xml:space="preserve"> for</w:t>
      </w:r>
      <w:r>
        <w:t xml:space="preserve"> the</w:t>
      </w:r>
      <w:r>
        <w:t xml:space="preserve"> Mason</w:t>
      </w:r>
      <w:r>
        <w:t xml:space="preserve"> jars,</w:t>
      </w:r>
      <w:r>
        <w:t xml:space="preserve"> </w:t>
        <w:br/>
        <w:t>还有投影仪</w:t>
        <w:br/>
        <w:t>and</w:t>
      </w:r>
      <w:r>
        <w:t xml:space="preserve"> the</w:t>
      </w:r>
      <w:r>
        <w:t xml:space="preserve"> projector...</w:t>
        <w:br/>
        <w:t>天啊</w:t>
      </w:r>
      <w:r>
        <w:t xml:space="preserve"> 幻灯片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我本该昨晚搞定的</w:t>
        <w:br/>
        <w:t>Oh,</w:t>
      </w:r>
      <w:r>
        <w:t xml:space="preserve"> my</w:t>
      </w:r>
      <w:r>
        <w:t xml:space="preserve"> God.</w:t>
      </w:r>
      <w:r>
        <w:t xml:space="preserve"> The</w:t>
      </w:r>
      <w:r>
        <w:t xml:space="preserve"> slide</w:t>
      </w:r>
      <w:r>
        <w:t xml:space="preserve"> show.</w:t>
      </w:r>
      <w:r>
        <w:t xml:space="preserve"> I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do</w:t>
      </w:r>
      <w:r>
        <w:t xml:space="preserve"> it</w:t>
      </w:r>
      <w:r>
        <w:t xml:space="preserve"> last</w:t>
      </w:r>
      <w:r>
        <w:t xml:space="preserve"> night.</w:t>
      </w:r>
      <w:r>
        <w:t xml:space="preserve"> </w:t>
        <w:br/>
        <w:t>是惊喜来的</w:t>
        <w:br/>
        <w:t>It's</w:t>
      </w:r>
      <w:r>
        <w:t xml:space="preserve"> a</w:t>
      </w:r>
      <w:r>
        <w:t xml:space="preserve"> surprise.</w:t>
        <w:br/>
        <w:t>不</w:t>
      </w:r>
      <w:r>
        <w:t xml:space="preserve"> 没事儿的</w:t>
      </w:r>
      <w:r>
        <w:t xml:space="preserve"> 我留下</w:t>
        <w:br/>
        <w:t>No,</w:t>
      </w:r>
      <w:r>
        <w:t xml:space="preserve"> it's</w:t>
      </w:r>
      <w:r>
        <w:t xml:space="preserve"> cool.</w:t>
      </w:r>
      <w:r>
        <w:t xml:space="preserve"> I</w:t>
      </w:r>
      <w:r>
        <w:t xml:space="preserve"> will</w:t>
      </w:r>
      <w:r>
        <w:t xml:space="preserve"> stay.</w:t>
      </w:r>
      <w:r>
        <w:t xml:space="preserve"> </w:t>
        <w:br/>
        <w:t>嘿</w:t>
      </w:r>
      <w:r>
        <w:t xml:space="preserve"> 我帮你</w:t>
      </w:r>
      <w:r>
        <w:t xml:space="preserve"> 好吗</w:t>
        <w:br/>
        <w:t>Hey,</w:t>
      </w:r>
      <w:r>
        <w:t xml:space="preserve"> I</w:t>
      </w:r>
      <w:r>
        <w:t xml:space="preserve"> got</w:t>
      </w:r>
      <w:r>
        <w:t xml:space="preserve"> you</w:t>
      </w:r>
      <w:r>
        <w:t xml:space="preserve"> covered,</w:t>
      </w:r>
      <w:r>
        <w:t xml:space="preserve"> right?</w:t>
        <w:br/>
        <w:t>好</w:t>
      </w:r>
      <w:r>
        <w:t xml:space="preserve"> 一点闪闪特效</w:t>
      </w:r>
      <w:r>
        <w:t xml:space="preserve"> 一点慢动作特效</w:t>
        <w:br/>
        <w:t>Okay,</w:t>
      </w:r>
      <w:r>
        <w:t xml:space="preserve"> a</w:t>
      </w:r>
      <w:r>
        <w:t xml:space="preserve"> little</w:t>
      </w:r>
      <w:r>
        <w:t xml:space="preserve"> star</w:t>
      </w:r>
      <w:r>
        <w:t xml:space="preserve"> transition,</w:t>
      </w:r>
      <w:r>
        <w:t xml:space="preserve"> a</w:t>
      </w:r>
      <w:r>
        <w:t xml:space="preserve"> little</w:t>
      </w:r>
      <w:r>
        <w:t xml:space="preserve"> slo-mo,</w:t>
      </w:r>
      <w:r>
        <w:t xml:space="preserve"> </w:t>
        <w:br/>
        <w:t>再加菲尔-柯林斯</w:t>
        <w:br/>
        <w:t>a</w:t>
      </w:r>
      <w:r>
        <w:t xml:space="preserve"> little</w:t>
      </w:r>
      <w:r>
        <w:t xml:space="preserve"> Phil</w:t>
      </w:r>
      <w:r>
        <w:t xml:space="preserve"> Collins...</w:t>
      </w:r>
      <w:r>
        <w:t xml:space="preserve"> </w:t>
        <w:br/>
        <w:t>交给我</w:t>
        <w:br/>
        <w:t>I</w:t>
      </w:r>
      <w:r>
        <w:t xml:space="preserve"> got</w:t>
      </w:r>
      <w:r>
        <w:t xml:space="preserve"> this.</w:t>
        <w:br/>
        <w:t>Nash!</w:t>
      </w:r>
      <w:r>
        <w:t xml:space="preserve"> 随时</w:t>
        <w:br/>
        <w:t>Nash!</w:t>
      </w:r>
      <w:r>
        <w:t xml:space="preserve"> Any</w:t>
      </w:r>
      <w:r>
        <w:t xml:space="preserve"> day.</w:t>
        <w:br/>
        <w:t>两分钟?</w:t>
      </w:r>
      <w:r>
        <w:t xml:space="preserve"> 谢谢</w:t>
        <w:br/>
        <w:t>Two</w:t>
      </w:r>
      <w:r>
        <w:t xml:space="preserve"> minutes?</w:t>
      </w:r>
      <w:r>
        <w:t xml:space="preserve"> Thank</w:t>
      </w:r>
      <w:r>
        <w:t xml:space="preserve"> you.</w:t>
        <w:br/>
        <w:t>我们时间充足</w:t>
        <w:br/>
        <w:t>We</w:t>
      </w:r>
      <w:r>
        <w:t xml:space="preserve"> have</w:t>
      </w:r>
      <w:r>
        <w:t xml:space="preserve"> tons</w:t>
      </w:r>
      <w:r>
        <w:t xml:space="preserve"> of</w:t>
      </w:r>
      <w:r>
        <w:t xml:space="preserve"> time.</w:t>
        <w:br/>
        <w:t>应该我选走哪条路的</w:t>
        <w:br/>
        <w:t>I</w:t>
      </w:r>
      <w:r>
        <w:t xml:space="preserve"> should</w:t>
      </w:r>
      <w:r>
        <w:t xml:space="preserve"> have</w:t>
      </w:r>
      <w:r>
        <w:t xml:space="preserve"> picked</w:t>
      </w:r>
      <w:r>
        <w:t xml:space="preserve"> the</w:t>
      </w:r>
      <w:r>
        <w:t xml:space="preserve"> route.</w:t>
      </w:r>
      <w:r>
        <w:t xml:space="preserve"> </w:t>
        <w:br/>
        <w:t>别担心</w:t>
        <w:br/>
        <w:t>Do</w:t>
      </w:r>
      <w:r>
        <w:t xml:space="preserve"> not</w:t>
      </w:r>
      <w:r>
        <w:t xml:space="preserve"> worry.</w:t>
        <w:br/>
        <w:t>我担心的不是咱们</w:t>
        <w:br/>
        <w:t>It's</w:t>
      </w:r>
      <w:r>
        <w:t xml:space="preserve"> not</w:t>
      </w:r>
      <w:r>
        <w:t xml:space="preserve"> us</w:t>
      </w:r>
      <w:r>
        <w:t xml:space="preserve"> I'm</w:t>
      </w:r>
      <w:r>
        <w:t xml:space="preserve"> worried</w:t>
      </w:r>
      <w:r>
        <w:t xml:space="preserve"> about.</w:t>
        <w:br/>
        <w:t>嘿</w:t>
      </w:r>
      <w:r>
        <w:t xml:space="preserve"> Traci打给你了?</w:t>
        <w:br/>
        <w:t>Hey.</w:t>
      </w:r>
      <w:r>
        <w:t xml:space="preserve"> Did</w:t>
      </w:r>
      <w:r>
        <w:t xml:space="preserve"> Traci</w:t>
      </w:r>
      <w:r>
        <w:t xml:space="preserve"> call</w:t>
      </w:r>
      <w:r>
        <w:t xml:space="preserve"> you?</w:t>
      </w:r>
      <w:r>
        <w:t xml:space="preserve"> </w:t>
        <w:br/>
        <w:t>没</w:t>
        <w:br/>
        <w:t>No.</w:t>
        <w:br/>
        <w:t>有点小阻滞</w:t>
        <w:br/>
        <w:t>It's</w:t>
      </w:r>
      <w:r>
        <w:t xml:space="preserve"> just</w:t>
      </w:r>
      <w:r>
        <w:t xml:space="preserve"> a</w:t>
      </w:r>
      <w:r>
        <w:t xml:space="preserve"> little</w:t>
      </w:r>
      <w:r>
        <w:t xml:space="preserve"> snag.</w:t>
        <w:br/>
        <w:t>她被工作拖住了</w:t>
        <w:br/>
        <w:t>Uh,</w:t>
      </w:r>
      <w:r>
        <w:t xml:space="preserve"> she</w:t>
      </w:r>
      <w:r>
        <w:t xml:space="preserve"> got</w:t>
      </w:r>
      <w:r>
        <w:t xml:space="preserve"> held</w:t>
      </w:r>
      <w:r>
        <w:t xml:space="preserve"> up</w:t>
      </w:r>
      <w:r>
        <w:t xml:space="preserve"> at</w:t>
      </w:r>
      <w:r>
        <w:t xml:space="preserve"> work,</w:t>
      </w:r>
      <w:r>
        <w:t xml:space="preserve"> </w:t>
        <w:br/>
        <w:t>不过已经派车过来了</w:t>
        <w:br/>
        <w:t>but</w:t>
      </w:r>
      <w:r>
        <w:t xml:space="preserve"> she's</w:t>
      </w:r>
      <w:r>
        <w:t xml:space="preserve"> already</w:t>
      </w:r>
      <w:r>
        <w:t xml:space="preserve"> sending</w:t>
      </w:r>
      <w:r>
        <w:t xml:space="preserve"> a</w:t>
      </w:r>
      <w:r>
        <w:t xml:space="preserve"> car.</w:t>
        <w:br/>
        <w:t>你能催一下吗</w:t>
        <w:br/>
        <w:t>Well,</w:t>
      </w:r>
      <w:r>
        <w:t xml:space="preserve"> can</w:t>
      </w:r>
      <w:r>
        <w:t xml:space="preserve"> you</w:t>
      </w:r>
      <w:r>
        <w:t xml:space="preserve"> push</w:t>
      </w:r>
      <w:r>
        <w:t xml:space="preserve"> it</w:t>
      </w:r>
      <w:r>
        <w:t xml:space="preserve"> up?</w:t>
        <w:br/>
        <w:t>我...出城的路堵到不行</w:t>
        <w:br/>
        <w:t>I...</w:t>
      </w:r>
      <w:r>
        <w:t xml:space="preserve"> I...</w:t>
      </w:r>
      <w:r>
        <w:t xml:space="preserve"> traffic</w:t>
      </w:r>
      <w:r>
        <w:t xml:space="preserve"> is</w:t>
      </w:r>
      <w:r>
        <w:t xml:space="preserve"> impossible</w:t>
      </w:r>
      <w:r>
        <w:t xml:space="preserve"> all</w:t>
      </w:r>
      <w:r>
        <w:t xml:space="preserve"> the</w:t>
      </w:r>
      <w:r>
        <w:t xml:space="preserve"> way</w:t>
      </w:r>
      <w:r>
        <w:t xml:space="preserve"> out</w:t>
      </w:r>
      <w:r>
        <w:t xml:space="preserve"> of</w:t>
      </w:r>
      <w:r>
        <w:t xml:space="preserve"> town.</w:t>
        <w:br/>
        <w:t>这样吧</w:t>
      </w:r>
      <w:r>
        <w:t xml:space="preserve"> 改变路线</w:t>
        <w:br/>
        <w:t>You</w:t>
      </w:r>
      <w:r>
        <w:t xml:space="preserve"> know</w:t>
      </w:r>
      <w:r>
        <w:t xml:space="preserve"> what?</w:t>
      </w:r>
      <w:r>
        <w:t xml:space="preserve"> Change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route.</w:t>
        <w:br/>
        <w:t>从407走到9</w:t>
      </w:r>
      <w:r>
        <w:t xml:space="preserve"> 再拐到5</w:t>
      </w:r>
      <w:r>
        <w:t xml:space="preserve"> 好吗?</w:t>
        <w:br/>
        <w:t>407</w:t>
      </w:r>
      <w:r>
        <w:t xml:space="preserve"> to</w:t>
      </w:r>
      <w:r>
        <w:t xml:space="preserve"> the</w:t>
      </w:r>
      <w:r>
        <w:t xml:space="preserve"> 9</w:t>
      </w:r>
      <w:r>
        <w:t xml:space="preserve"> to</w:t>
      </w:r>
      <w:r>
        <w:t xml:space="preserve"> the</w:t>
      </w:r>
      <w:r>
        <w:t xml:space="preserve"> 5,</w:t>
      </w:r>
      <w:r>
        <w:t xml:space="preserve"> okay?</w:t>
      </w:r>
      <w:r>
        <w:t xml:space="preserve"> </w:t>
        <w:br/>
        <w:t>通知所有人</w:t>
        <w:br/>
        <w:t>Tell</w:t>
      </w:r>
      <w:r>
        <w:t xml:space="preserve"> everybody.</w:t>
        <w:br/>
        <w:t>好</w:t>
      </w:r>
      <w:r>
        <w:t xml:space="preserve"> 明白</w:t>
      </w:r>
      <w:r>
        <w:t xml:space="preserve"> 知道了</w:t>
      </w:r>
      <w:r>
        <w:t xml:space="preserve"> 爱你</w:t>
      </w:r>
      <w:r>
        <w:t xml:space="preserve"> 先挂了</w:t>
        <w:br/>
        <w:t>Yes,</w:t>
      </w:r>
      <w:r>
        <w:t xml:space="preserve"> I</w:t>
      </w:r>
      <w:r>
        <w:t xml:space="preserve"> got</w:t>
      </w:r>
      <w:r>
        <w:t xml:space="preserve"> it.</w:t>
      </w:r>
      <w:r>
        <w:t xml:space="preserve"> I</w:t>
      </w:r>
      <w:r>
        <w:t xml:space="preserve"> got</w:t>
      </w:r>
      <w:r>
        <w:t xml:space="preserve"> it.</w:t>
      </w:r>
      <w:r>
        <w:t xml:space="preserve"> I</w:t>
      </w:r>
      <w:r>
        <w:t xml:space="preserve"> love</w:t>
      </w:r>
      <w:r>
        <w:t xml:space="preserve"> you.</w:t>
      </w:r>
      <w:r>
        <w:t xml:space="preserve"> I</w:t>
      </w:r>
      <w:r>
        <w:t xml:space="preserve"> got</w:t>
      </w:r>
      <w:r>
        <w:t xml:space="preserve"> to</w:t>
      </w:r>
      <w:r>
        <w:t xml:space="preserve"> go.</w:t>
        <w:br/>
        <w:t>别担心</w:t>
        <w:br/>
        <w:t>Don't</w:t>
      </w:r>
      <w:r>
        <w:t xml:space="preserve"> worry.</w:t>
      </w:r>
      <w:r>
        <w:t xml:space="preserve"> </w:t>
        <w:br/>
        <w:t>爱你</w:t>
        <w:br/>
        <w:t>Love</w:t>
      </w:r>
      <w:r>
        <w:t xml:space="preserve"> you.</w:t>
        <w:br/>
        <w:t>听她的</w:t>
      </w:r>
      <w:r>
        <w:t xml:space="preserve"> 伙计</w:t>
        <w:br/>
        <w:t>Listen</w:t>
      </w:r>
      <w:r>
        <w:t xml:space="preserve"> to</w:t>
      </w:r>
      <w:r>
        <w:t xml:space="preserve"> her,</w:t>
      </w:r>
      <w:r>
        <w:t xml:space="preserve"> buddy.</w:t>
      </w:r>
      <w:r>
        <w:t xml:space="preserve"> </w:t>
        <w:br/>
        <w:t>记得我的婚礼吗</w:t>
        <w:br/>
        <w:t>Remember</w:t>
      </w:r>
      <w:r>
        <w:t xml:space="preserve"> my</w:t>
      </w:r>
      <w:r>
        <w:t xml:space="preserve"> wedding?</w:t>
        <w:br/>
        <w:t>我老表</w:t>
      </w:r>
      <w:r>
        <w:t xml:space="preserve"> 把戒指落在了城市大巴上</w:t>
        <w:br/>
        <w:t>My</w:t>
      </w:r>
      <w:r>
        <w:t xml:space="preserve"> cousin,</w:t>
      </w:r>
      <w:r>
        <w:t xml:space="preserve"> and</w:t>
      </w:r>
      <w:r>
        <w:t xml:space="preserve"> he</w:t>
      </w:r>
      <w:r>
        <w:t xml:space="preserve"> left</w:t>
      </w:r>
      <w:r>
        <w:t xml:space="preserve"> our</w:t>
      </w:r>
      <w:r>
        <w:t xml:space="preserve"> rings</w:t>
      </w:r>
      <w:r>
        <w:t xml:space="preserve"> on</w:t>
      </w:r>
      <w:r>
        <w:t xml:space="preserve"> a</w:t>
      </w:r>
      <w:r>
        <w:t xml:space="preserve"> city</w:t>
      </w:r>
      <w:r>
        <w:t xml:space="preserve"> bus.</w:t>
      </w:r>
      <w:r>
        <w:t xml:space="preserve"> </w:t>
        <w:br/>
        <w:t>我不得不追了10条街</w:t>
        <w:br/>
        <w:t>I</w:t>
      </w:r>
      <w:r>
        <w:t xml:space="preserve"> had</w:t>
      </w:r>
      <w:r>
        <w:t xml:space="preserve"> to</w:t>
      </w:r>
      <w:r>
        <w:t xml:space="preserve"> chase</w:t>
      </w:r>
      <w:r>
        <w:t xml:space="preserve"> that</w:t>
      </w:r>
      <w:r>
        <w:t xml:space="preserve"> thing</w:t>
      </w:r>
      <w:r>
        <w:t xml:space="preserve"> for</w:t>
      </w:r>
      <w:r>
        <w:t xml:space="preserve"> like</w:t>
      </w:r>
      <w:r>
        <w:t xml:space="preserve"> 10</w:t>
      </w:r>
      <w:r>
        <w:t xml:space="preserve"> blocks.</w:t>
        <w:br/>
        <w:t>好吗?</w:t>
      </w:r>
      <w:r>
        <w:t xml:space="preserve"> 船到桥头自然直的</w:t>
        <w:br/>
        <w:t>Okay?</w:t>
      </w:r>
      <w:r>
        <w:t xml:space="preserve"> These</w:t>
      </w:r>
      <w:r>
        <w:t xml:space="preserve"> things</w:t>
      </w:r>
      <w:r>
        <w:t xml:space="preserve"> always</w:t>
      </w:r>
      <w:r>
        <w:t xml:space="preserve"> have</w:t>
      </w:r>
      <w:r>
        <w:t xml:space="preserve"> a</w:t>
      </w:r>
      <w:r>
        <w:t xml:space="preserve"> way</w:t>
      </w:r>
      <w:r>
        <w:t xml:space="preserve"> of</w:t>
      </w:r>
      <w:r>
        <w:t xml:space="preserve"> working</w:t>
      </w:r>
      <w:r>
        <w:t xml:space="preserve"> themselves</w:t>
      </w:r>
      <w:r>
        <w:t xml:space="preserve"> out.</w:t>
        <w:br/>
        <w:t>伙计们</w:t>
      </w:r>
      <w:r>
        <w:t xml:space="preserve"> 好啊</w:t>
        <w:br/>
        <w:t>Fellas.</w:t>
      </w:r>
      <w:r>
        <w:t xml:space="preserve"> Sup?</w:t>
        <w:br/>
        <w:t>有个小问题</w:t>
        <w:br/>
        <w:t>Um,</w:t>
      </w:r>
      <w:r>
        <w:t xml:space="preserve"> I</w:t>
      </w:r>
      <w:r>
        <w:t xml:space="preserve"> got</w:t>
      </w:r>
      <w:r>
        <w:t xml:space="preserve"> a</w:t>
      </w:r>
      <w:r>
        <w:t xml:space="preserve"> quick</w:t>
      </w:r>
      <w:r>
        <w:t xml:space="preserve"> question.</w:t>
        <w:br/>
        <w:t>携伴出席是怎么个情况?</w:t>
        <w:br/>
        <w:t>What's</w:t>
      </w:r>
      <w:r>
        <w:t xml:space="preserve"> the</w:t>
      </w:r>
      <w:r>
        <w:t xml:space="preserve"> whole</w:t>
      </w:r>
      <w:r>
        <w:t xml:space="preserve"> situation</w:t>
      </w:r>
      <w:r>
        <w:t xml:space="preserve"> with</w:t>
      </w:r>
      <w:r>
        <w:t xml:space="preserve"> the</w:t>
      </w:r>
      <w:r>
        <w:t xml:space="preserve"> plus-one?</w:t>
        <w:br/>
        <w:t>我带Chloe去</w:t>
        <w:br/>
        <w:t>I'm</w:t>
      </w:r>
      <w:r>
        <w:t xml:space="preserve"> taking</w:t>
      </w:r>
      <w:r>
        <w:t xml:space="preserve"> Chloe.</w:t>
        <w:br/>
        <w:t>她已经被邀请了</w:t>
        <w:br/>
        <w:t>Well,</w:t>
      </w:r>
      <w:r>
        <w:t xml:space="preserve"> she's</w:t>
      </w:r>
      <w:r>
        <w:t xml:space="preserve"> technically</w:t>
      </w:r>
      <w:r>
        <w:t xml:space="preserve"> invited,</w:t>
      </w:r>
      <w:r>
        <w:t xml:space="preserve"> </w:t>
        <w:br/>
        <w:t>所以你得换别人</w:t>
        <w:br/>
        <w:t>so</w:t>
      </w:r>
      <w:r>
        <w:t xml:space="preserve"> you're</w:t>
      </w:r>
      <w:r>
        <w:t xml:space="preserve"> supposed</w:t>
      </w:r>
      <w:r>
        <w:t xml:space="preserve"> to</w:t>
      </w:r>
      <w:r>
        <w:t xml:space="preserve"> bring</w:t>
      </w:r>
      <w:r>
        <w:t xml:space="preserve"> somebody</w:t>
      </w:r>
      <w:r>
        <w:t xml:space="preserve"> else.</w:t>
        <w:br/>
        <w:t>我不这么认为</w:t>
        <w:br/>
        <w:t>Don't</w:t>
      </w:r>
      <w:r>
        <w:t xml:space="preserve"> think</w:t>
      </w:r>
      <w:r>
        <w:t xml:space="preserve"> it</w:t>
      </w:r>
      <w:r>
        <w:t xml:space="preserve"> works</w:t>
      </w:r>
      <w:r>
        <w:t xml:space="preserve"> that</w:t>
      </w:r>
      <w:r>
        <w:t xml:space="preserve"> way.</w:t>
        <w:br/>
        <w:t>Diaz</w:t>
      </w:r>
      <w:r>
        <w:t xml:space="preserve"> 好兄弟</w:t>
        <w:br/>
        <w:t>Diaz,</w:t>
      </w:r>
      <w:r>
        <w:t xml:space="preserve"> my</w:t>
      </w:r>
      <w:r>
        <w:t xml:space="preserve"> man...</w:t>
      </w:r>
      <w:r>
        <w:t xml:space="preserve"> </w:t>
        <w:br/>
        <w:t>不行</w:t>
        <w:br/>
        <w:t>Nope.</w:t>
        <w:br/>
        <w:t>今天是我的幸运日吗?</w:t>
        <w:br/>
        <w:t>So,</w:t>
      </w:r>
      <w:r>
        <w:t xml:space="preserve"> is</w:t>
      </w:r>
      <w:r>
        <w:t xml:space="preserve"> this</w:t>
      </w:r>
      <w:r>
        <w:t xml:space="preserve"> my</w:t>
      </w:r>
      <w:r>
        <w:t xml:space="preserve"> lucky</w:t>
      </w:r>
      <w:r>
        <w:t xml:space="preserve"> day</w:t>
      </w:r>
      <w:r>
        <w:t xml:space="preserve"> 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what?</w:t>
        <w:br/>
        <w:t>刚好赶上单身派对啊</w:t>
        <w:br/>
        <w:t>Just</w:t>
      </w:r>
      <w:r>
        <w:t xml:space="preserve"> in</w:t>
      </w:r>
      <w:r>
        <w:t xml:space="preserve"> time</w:t>
      </w:r>
      <w:r>
        <w:t xml:space="preserve"> for</w:t>
      </w:r>
      <w:r>
        <w:t xml:space="preserve"> the</w:t>
      </w:r>
      <w:r>
        <w:t xml:space="preserve"> bachelor</w:t>
      </w:r>
      <w:r>
        <w:t xml:space="preserve"> party.</w:t>
        <w:br/>
        <w:t>请了舞者吗?</w:t>
        <w:br/>
        <w:t>You</w:t>
      </w:r>
      <w:r>
        <w:t xml:space="preserve"> guys</w:t>
      </w:r>
      <w:r>
        <w:t xml:space="preserve"> got</w:t>
      </w:r>
      <w:r>
        <w:t xml:space="preserve"> dancers?</w:t>
      </w:r>
      <w:r>
        <w:t xml:space="preserve"> </w:t>
        <w:br/>
        <w:t>最好是啊</w:t>
        <w:br/>
        <w:t>Better</w:t>
      </w:r>
      <w:r>
        <w:t xml:space="preserve"> hope</w:t>
      </w:r>
      <w:r>
        <w:t xml:space="preserve"> so.</w:t>
        <w:br/>
        <w:t>抱歉</w:t>
      </w:r>
      <w:r>
        <w:t xml:space="preserve"> 你哪位</w:t>
        <w:br/>
        <w:t>Sorry.</w:t>
      </w:r>
      <w:r>
        <w:t xml:space="preserve"> Who</w:t>
      </w:r>
      <w:r>
        <w:t xml:space="preserve"> are</w:t>
      </w:r>
      <w:r>
        <w:t xml:space="preserve"> you?</w:t>
      </w:r>
      <w:r>
        <w:t xml:space="preserve"> </w:t>
        <w:br/>
        <w:t>我是Jay</w:t>
      </w:r>
      <w:r>
        <w:t xml:space="preserve"> Swarek</w:t>
        <w:br/>
        <w:t>My</w:t>
      </w:r>
      <w:r>
        <w:t xml:space="preserve"> name's</w:t>
      </w:r>
      <w:r>
        <w:t xml:space="preserve"> Jay</w:t>
      </w:r>
      <w:r>
        <w:t xml:space="preserve"> Swarek.</w:t>
      </w:r>
      <w:r>
        <w:t xml:space="preserve"> </w:t>
        <w:br/>
        <w:t>新郎的爸爸</w:t>
        <w:br/>
        <w:t>I'm</w:t>
      </w:r>
      <w:r>
        <w:t xml:space="preserve"> the</w:t>
      </w:r>
      <w:r>
        <w:t xml:space="preserve"> father</w:t>
      </w:r>
      <w:r>
        <w:t xml:space="preserve"> of</w:t>
      </w:r>
      <w:r>
        <w:t xml:space="preserve"> the</w:t>
      </w:r>
      <w:r>
        <w:t xml:space="preserve"> groom.</w:t>
        <w:br/>
        <w:t>不过你应该不认识我</w:t>
        <w:br/>
        <w:t>But</w:t>
      </w:r>
      <w:r>
        <w:t xml:space="preserve"> I</w:t>
      </w:r>
      <w:r>
        <w:t xml:space="preserve"> guess</w:t>
      </w:r>
      <w:r>
        <w:t xml:space="preserve"> you</w:t>
      </w:r>
      <w:r>
        <w:t xml:space="preserve"> guys</w:t>
      </w:r>
      <w:r>
        <w:t xml:space="preserve"> wouldn't</w:t>
      </w:r>
      <w:r>
        <w:t xml:space="preserve"> recognize</w:t>
      </w:r>
      <w:r>
        <w:t xml:space="preserve"> me.</w:t>
        <w:br/>
        <w:t>相信他的钱包里没我的照片</w:t>
        <w:br/>
        <w:t>I'm</w:t>
      </w:r>
      <w:r>
        <w:t xml:space="preserve"> sure</w:t>
      </w:r>
      <w:r>
        <w:t xml:space="preserve"> that</w:t>
      </w:r>
      <w:r>
        <w:t xml:space="preserve"> my</w:t>
      </w:r>
      <w:r>
        <w:t xml:space="preserve"> picture</w:t>
      </w:r>
      <w:r>
        <w:t xml:space="preserve"> didn't</w:t>
      </w:r>
      <w:r>
        <w:t xml:space="preserve"> end</w:t>
      </w:r>
      <w:r>
        <w:t xml:space="preserve"> up</w:t>
      </w:r>
      <w:r>
        <w:t xml:space="preserve"> in</w:t>
      </w:r>
      <w:r>
        <w:t xml:space="preserve"> his</w:t>
      </w:r>
      <w:r>
        <w:t xml:space="preserve"> wallet.</w:t>
        <w:br/>
        <w:t>真的吗</w:t>
        <w:br/>
        <w:t>Seriously?</w:t>
      </w:r>
      <w:r>
        <w:t xml:space="preserve"> </w:t>
        <w:br/>
        <w:t>是啊</w:t>
        <w:br/>
        <w:t>Yeah.</w:t>
        <w:br/>
        <w:t>你是Sam的老爸?</w:t>
        <w:br/>
        <w:t>You're</w:t>
      </w:r>
      <w:r>
        <w:t xml:space="preserve"> Sam's</w:t>
      </w:r>
      <w:r>
        <w:t xml:space="preserve"> dad?</w:t>
      </w:r>
      <w:r>
        <w:t xml:space="preserve"> </w:t>
        <w:br/>
        <w:t>正是在下</w:t>
        <w:br/>
        <w:t>Yes,</w:t>
      </w:r>
      <w:r>
        <w:t xml:space="preserve"> I</w:t>
      </w:r>
      <w:r>
        <w:t xml:space="preserve"> am.</w:t>
        <w:br/>
        <w:t>他说我应该在这儿跟你们碰头</w:t>
        <w:br/>
        <w:t>Now,</w:t>
      </w:r>
      <w:r>
        <w:t xml:space="preserve"> he</w:t>
      </w:r>
      <w:r>
        <w:t xml:space="preserve"> told</w:t>
      </w:r>
      <w:r>
        <w:t xml:space="preserve"> me</w:t>
      </w:r>
      <w:r>
        <w:t xml:space="preserve"> I</w:t>
      </w:r>
      <w:r>
        <w:t xml:space="preserve"> should</w:t>
      </w:r>
      <w:r>
        <w:t xml:space="preserve"> meet</w:t>
      </w:r>
      <w:r>
        <w:t xml:space="preserve"> you</w:t>
      </w:r>
      <w:r>
        <w:t xml:space="preserve"> guys</w:t>
      </w:r>
      <w:r>
        <w:t xml:space="preserve"> and</w:t>
      </w:r>
      <w:r>
        <w:t xml:space="preserve"> hook</w:t>
      </w:r>
      <w:r>
        <w:t xml:space="preserve"> up</w:t>
      </w:r>
      <w:r>
        <w:t xml:space="preserve"> here</w:t>
      </w:r>
      <w:r>
        <w:t xml:space="preserve"> </w:t>
        <w:br/>
        <w:t>然后一起开车过去</w:t>
        <w:br/>
        <w:t>and</w:t>
      </w:r>
      <w:r>
        <w:t xml:space="preserve"> we'll</w:t>
      </w:r>
      <w:r>
        <w:t xml:space="preserve"> drive</w:t>
      </w:r>
      <w:r>
        <w:t xml:space="preserve"> up</w:t>
      </w:r>
      <w:r>
        <w:t xml:space="preserve"> together.</w:t>
        <w:br/>
        <w:t>可以吗</w:t>
        <w:br/>
        <w:t>Is</w:t>
      </w:r>
      <w:r>
        <w:t xml:space="preserve"> that</w:t>
      </w:r>
      <w:r>
        <w:t xml:space="preserve"> all</w:t>
      </w:r>
      <w:r>
        <w:t xml:space="preserve"> right?</w:t>
      </w:r>
      <w:r>
        <w:t xml:space="preserve"> </w:t>
        <w:br/>
        <w:t>可以</w:t>
      </w:r>
      <w:r>
        <w:t xml:space="preserve"> 不过...</w:t>
        <w:br/>
        <w:t>Yeah,</w:t>
      </w:r>
      <w:r>
        <w:t xml:space="preserve"> but...</w:t>
        <w:br/>
        <w:t>不用担心</w:t>
      </w:r>
      <w:r>
        <w:t xml:space="preserve"> 尽管放心</w:t>
      </w:r>
      <w:r>
        <w:t xml:space="preserve"> Nancy</w:t>
        <w:br/>
        <w:t>Don't</w:t>
      </w:r>
      <w:r>
        <w:t xml:space="preserve"> worry</w:t>
      </w:r>
      <w:r>
        <w:t xml:space="preserve"> about</w:t>
      </w:r>
      <w:r>
        <w:t xml:space="preserve"> it.</w:t>
      </w:r>
      <w:r>
        <w:t xml:space="preserve"> You</w:t>
      </w:r>
      <w:r>
        <w:t xml:space="preserve"> relax,</w:t>
      </w:r>
      <w:r>
        <w:t xml:space="preserve"> there,</w:t>
      </w:r>
      <w:r>
        <w:t xml:space="preserve"> Nancy.</w:t>
        <w:br/>
        <w:t>特别巡逻组</w:t>
      </w:r>
      <w:r>
        <w:t xml:space="preserve"> 今天就不乖一次了</w:t>
        <w:br/>
        <w:t>Special</w:t>
      </w:r>
      <w:r>
        <w:t xml:space="preserve"> parole.</w:t>
      </w:r>
      <w:r>
        <w:t xml:space="preserve"> Just</w:t>
      </w:r>
      <w:r>
        <w:t xml:space="preserve"> a</w:t>
      </w:r>
      <w:r>
        <w:t xml:space="preserve"> day</w:t>
      </w:r>
      <w:r>
        <w:t xml:space="preserve"> pass</w:t>
      </w:r>
      <w:r>
        <w:t xml:space="preserve"> for</w:t>
      </w:r>
      <w:r>
        <w:t xml:space="preserve"> good</w:t>
      </w:r>
      <w:r>
        <w:t xml:space="preserve"> behavior.</w:t>
        <w:br/>
        <w:t>日子特殊</w:t>
        <w:br/>
        <w:t>It's</w:t>
      </w:r>
      <w:r>
        <w:t xml:space="preserve"> a</w:t>
      </w:r>
      <w:r>
        <w:t xml:space="preserve"> special</w:t>
      </w:r>
      <w:r>
        <w:t xml:space="preserve"> occasion.</w:t>
        <w:br/>
        <w:t>来吧</w:t>
      </w:r>
      <w:r>
        <w:t xml:space="preserve"> 我们走</w:t>
        <w:br/>
        <w:t>Come</w:t>
      </w:r>
      <w:r>
        <w:t xml:space="preserve"> on.</w:t>
      </w:r>
      <w:r>
        <w:t xml:space="preserve"> Let's</w:t>
      </w:r>
      <w:r>
        <w:t xml:space="preserve"> go.</w:t>
        <w:br/>
        <w:t>我的誓词</w:t>
        <w:br/>
        <w:t>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vows.</w:t>
        <w:br/>
        <w:t>到这儿时你应该打电&amp;hearts;话&amp;hearts;的</w:t>
        <w:br/>
        <w:t>You're</w:t>
      </w:r>
      <w:r>
        <w:t xml:space="preserve"> supposed</w:t>
      </w:r>
      <w:r>
        <w:t xml:space="preserve"> to</w:t>
      </w:r>
      <w:r>
        <w:t xml:space="preserve"> call</w:t>
      </w:r>
      <w:r>
        <w:t xml:space="preserve"> when</w:t>
      </w:r>
      <w:r>
        <w:t xml:space="preserve"> you</w:t>
      </w:r>
      <w:r>
        <w:t xml:space="preserve"> get</w:t>
      </w:r>
      <w:r>
        <w:t xml:space="preserve"> here.</w:t>
        <w:br/>
        <w:t>Nick</w:t>
        <w:br/>
        <w:t>Nick.</w:t>
        <w:br/>
        <w:t>你真漂亮</w:t>
        <w:br/>
        <w:t>You</w:t>
      </w:r>
      <w:r>
        <w:t xml:space="preserve"> look</w:t>
      </w:r>
      <w:r>
        <w:t xml:space="preserve"> beautiful.</w:t>
        <w:br/>
        <w:t>谢谢</w:t>
        <w:br/>
        <w:t>Thank</w:t>
      </w:r>
      <w:r>
        <w:t xml:space="preserve"> you.</w:t>
      </w:r>
      <w:r>
        <w:t xml:space="preserve"> </w:t>
        <w:br/>
        <w:t>我没想到你这会儿已经换上了</w:t>
        <w:br/>
        <w:t>I</w:t>
      </w:r>
      <w:r>
        <w:t xml:space="preserve"> thought</w:t>
      </w:r>
      <w:r>
        <w:t xml:space="preserve"> you</w:t>
      </w:r>
      <w:r>
        <w:t xml:space="preserve"> weren't</w:t>
      </w:r>
      <w:r>
        <w:t xml:space="preserve"> supposed</w:t>
      </w:r>
      <w:r>
        <w:t xml:space="preserve"> to</w:t>
      </w:r>
      <w:r>
        <w:t xml:space="preserve"> put</w:t>
      </w:r>
      <w:r>
        <w:t xml:space="preserve"> that</w:t>
      </w:r>
      <w:r>
        <w:t xml:space="preserve"> on</w:t>
      </w:r>
      <w:r>
        <w:t xml:space="preserve"> yet.</w:t>
        <w:br/>
        <w:t>是啊</w:t>
      </w:r>
      <w:r>
        <w:t xml:space="preserve"> 我只是再试一次</w:t>
        <w:br/>
        <w:t>Well,</w:t>
      </w:r>
      <w:r>
        <w:t xml:space="preserve"> yeah.</w:t>
      </w:r>
      <w:r>
        <w:t xml:space="preserve"> I</w:t>
      </w:r>
      <w:r>
        <w:t xml:space="preserve"> was</w:t>
      </w:r>
      <w:r>
        <w:t xml:space="preserve"> just</w:t>
      </w:r>
      <w:r>
        <w:t xml:space="preserve"> trying</w:t>
      </w:r>
      <w:r>
        <w:t xml:space="preserve"> it</w:t>
      </w:r>
      <w:r>
        <w:t xml:space="preserve"> on</w:t>
      </w:r>
      <w:r>
        <w:t xml:space="preserve"> one</w:t>
      </w:r>
      <w:r>
        <w:t xml:space="preserve"> more</w:t>
      </w:r>
      <w:r>
        <w:t xml:space="preserve"> time...</w:t>
      </w:r>
      <w:r>
        <w:t xml:space="preserve"> </w:t>
        <w:br/>
        <w:t>确保万无一失</w:t>
        <w:br/>
        <w:t>you</w:t>
      </w:r>
      <w:r>
        <w:t xml:space="preserve"> know,</w:t>
      </w:r>
      <w:r>
        <w:t xml:space="preserve"> make</w:t>
      </w:r>
      <w:r>
        <w:t xml:space="preserve"> sure</w:t>
      </w:r>
      <w:r>
        <w:t xml:space="preserve"> it</w:t>
      </w:r>
      <w:r>
        <w:t xml:space="preserve"> was</w:t>
      </w:r>
      <w:r>
        <w:t xml:space="preserve"> perfect.</w:t>
        <w:br/>
        <w:br/>
        <w:t>进来吧</w:t>
        <w:br/>
        <w:t>Come</w:t>
      </w:r>
      <w:r>
        <w:t xml:space="preserve"> in.</w:t>
        <w:br/>
        <w:t>你会来的</w:t>
      </w:r>
      <w:r>
        <w:t xml:space="preserve"> 是吧</w:t>
        <w:br/>
        <w:t>You're</w:t>
      </w:r>
      <w:r>
        <w:t xml:space="preserve"> coming,</w:t>
      </w:r>
      <w:r>
        <w:t xml:space="preserve"> right?</w:t>
        <w:br/>
        <w:t>不</w:t>
        <w:br/>
        <w:t>No.</w:t>
        <w:br/>
        <w:t>其实</w:t>
      </w:r>
      <w:r>
        <w:t xml:space="preserve"> 我两小时后要去温哥华</w:t>
        <w:br/>
        <w:t>Actually,</w:t>
      </w:r>
      <w:r>
        <w:t xml:space="preserve"> I'm,</w:t>
      </w:r>
      <w:r>
        <w:t xml:space="preserve"> uh,</w:t>
      </w:r>
      <w:r>
        <w:t xml:space="preserve"> I'm</w:t>
      </w:r>
      <w:r>
        <w:t xml:space="preserve"> heading</w:t>
      </w:r>
      <w:r>
        <w:t xml:space="preserve"> to</w:t>
      </w:r>
      <w:r>
        <w:t xml:space="preserve"> Vancouver</w:t>
      </w:r>
      <w:r>
        <w:t xml:space="preserve"> in</w:t>
      </w:r>
      <w:r>
        <w:t xml:space="preserve"> two</w:t>
      </w:r>
      <w:r>
        <w:t xml:space="preserve"> hours.</w:t>
        <w:br/>
        <w:t>不知道会去多久</w:t>
        <w:br/>
        <w:t>I</w:t>
      </w:r>
      <w:r>
        <w:t xml:space="preserve"> don't</w:t>
      </w:r>
      <w:r>
        <w:t xml:space="preserve"> know</w:t>
      </w:r>
      <w:r>
        <w:t xml:space="preserve"> for</w:t>
      </w:r>
      <w:r>
        <w:t xml:space="preserve"> how</w:t>
      </w:r>
      <w:r>
        <w:t xml:space="preserve"> long,</w:t>
      </w:r>
      <w:r>
        <w:t xml:space="preserve"> </w:t>
        <w:br/>
        <w:t>不过我想值得一试</w:t>
      </w:r>
      <w:r>
        <w:t xml:space="preserve"> 是吧?</w:t>
        <w:br/>
        <w:t>but</w:t>
      </w:r>
      <w:r>
        <w:t xml:space="preserve"> I</w:t>
      </w:r>
      <w:r>
        <w:t xml:space="preserve"> figure</w:t>
      </w:r>
      <w:r>
        <w:t xml:space="preserve"> it's</w:t>
      </w:r>
      <w:r>
        <w:t xml:space="preserve"> worth</w:t>
      </w:r>
      <w:r>
        <w:t xml:space="preserve"> a</w:t>
      </w:r>
      <w:r>
        <w:t xml:space="preserve"> shot,</w:t>
      </w:r>
      <w:r>
        <w:t xml:space="preserve"> right?</w:t>
        <w:br/>
        <w:t>好吧</w:t>
        <w:br/>
        <w:t>Ohh.</w:t>
      </w:r>
      <w:r>
        <w:t xml:space="preserve"> Okay.</w:t>
        <w:br/>
        <w:t>我走之前...要帮什么忙吗?</w:t>
        <w:br/>
        <w:t>Do</w:t>
      </w:r>
      <w:r>
        <w:t xml:space="preserve"> you</w:t>
      </w:r>
      <w:r>
        <w:t xml:space="preserve"> need</w:t>
      </w:r>
      <w:r>
        <w:t xml:space="preserve"> anything</w:t>
      </w:r>
      <w:r>
        <w:t xml:space="preserve"> before</w:t>
      </w:r>
      <w:r>
        <w:t xml:space="preserve"> I,</w:t>
      </w:r>
      <w:r>
        <w:t xml:space="preserve"> uh...</w:t>
      </w:r>
      <w:r>
        <w:t xml:space="preserve"> Before</w:t>
      </w:r>
      <w:r>
        <w:t xml:space="preserve"> I</w:t>
      </w:r>
      <w:r>
        <w:t xml:space="preserve"> go?</w:t>
        <w:br/>
        <w:t>借来的东西</w:t>
      </w:r>
      <w:r>
        <w:t xml:space="preserve"> 蓝色的东西</w:t>
        <w:br/>
        <w:t>Uh,</w:t>
      </w:r>
      <w:r>
        <w:t xml:space="preserve"> I</w:t>
      </w:r>
      <w:r>
        <w:t xml:space="preserve"> mean,</w:t>
      </w:r>
      <w:r>
        <w:t xml:space="preserve"> something</w:t>
      </w:r>
      <w:r>
        <w:t xml:space="preserve"> borrowed,</w:t>
      </w:r>
      <w:r>
        <w:t xml:space="preserve"> something</w:t>
      </w:r>
      <w:r>
        <w:t xml:space="preserve"> blue.</w:t>
        <w:br/>
        <w:t>我的誓词</w:t>
      </w:r>
      <w:r>
        <w:t xml:space="preserve"> 怎么样</w:t>
      </w:r>
      <w:r>
        <w:t xml:space="preserve"> 因为我搞丢了</w:t>
        <w:br/>
        <w:t>Uh,</w:t>
      </w:r>
      <w:r>
        <w:t xml:space="preserve"> my</w:t>
      </w:r>
      <w:r>
        <w:t xml:space="preserve"> vows.</w:t>
      </w:r>
      <w:r>
        <w:t xml:space="preserve"> How</w:t>
      </w:r>
      <w:r>
        <w:t xml:space="preserve"> about</w:t>
      </w:r>
      <w:r>
        <w:t xml:space="preserve"> those?</w:t>
      </w:r>
      <w:r>
        <w:t xml:space="preserve"> 'Cause</w:t>
      </w:r>
      <w:r>
        <w:t xml:space="preserve"> I</w:t>
      </w:r>
      <w:r>
        <w:t xml:space="preserve"> lost</w:t>
      </w:r>
      <w:r>
        <w:t xml:space="preserve"> them.</w:t>
        <w:br/>
        <w:t>好</w:t>
      </w:r>
      <w:r>
        <w:t xml:space="preserve"> 那你最后一次看到</w:t>
      </w:r>
      <w:r>
        <w:t xml:space="preserve"> 是什么时候?</w:t>
        <w:br/>
        <w:t>Okay,</w:t>
      </w:r>
      <w:r>
        <w:t xml:space="preserve"> well,</w:t>
      </w:r>
      <w:r>
        <w:t xml:space="preserve"> where</w:t>
      </w:r>
      <w:r>
        <w:t xml:space="preserve"> was</w:t>
      </w:r>
      <w:r>
        <w:t xml:space="preserve"> the</w:t>
      </w:r>
      <w:r>
        <w:t xml:space="preserve"> last</w:t>
      </w:r>
      <w:r>
        <w:t xml:space="preserve"> place</w:t>
      </w:r>
      <w:r>
        <w:t xml:space="preserve"> you,</w:t>
      </w:r>
      <w:r>
        <w:t xml:space="preserve"> uh,</w:t>
      </w:r>
      <w:r>
        <w:t xml:space="preserve"> you</w:t>
      </w:r>
      <w:r>
        <w:t xml:space="preserve"> saw</w:t>
      </w:r>
      <w:r>
        <w:t xml:space="preserve"> them?</w:t>
        <w:br/>
        <w:t>就在这儿</w:t>
      </w:r>
      <w:r>
        <w:t xml:space="preserve"> 台子上</w:t>
        <w:br/>
        <w:t>Here,</w:t>
      </w:r>
      <w:r>
        <w:t xml:space="preserve"> actually,</w:t>
      </w:r>
      <w:r>
        <w:t xml:space="preserve"> on</w:t>
      </w:r>
      <w:r>
        <w:t xml:space="preserve"> the</w:t>
      </w:r>
      <w:r>
        <w:t xml:space="preserve"> counter.</w:t>
        <w:br/>
        <w:t>这不是真的</w:t>
        <w:br/>
        <w:t>This</w:t>
      </w:r>
      <w:r>
        <w:t xml:space="preserve"> is</w:t>
      </w:r>
      <w:r>
        <w:t xml:space="preserve"> not</w:t>
      </w:r>
      <w:r>
        <w:t xml:space="preserve"> happening.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</w:t>
        <w:br/>
        <w:t>针线包?</w:t>
        <w:br/>
        <w:t>Sewing</w:t>
      </w:r>
      <w:r>
        <w:t xml:space="preserve"> kit?</w:t>
        <w:br/>
        <w:t>我包里</w:t>
      </w:r>
      <w:r>
        <w:t xml:space="preserve"> 就在那儿</w:t>
        <w:br/>
        <w:t>Eh...</w:t>
      </w:r>
      <w:r>
        <w:t xml:space="preserve"> my</w:t>
      </w:r>
      <w:r>
        <w:t xml:space="preserve"> bag,</w:t>
      </w:r>
      <w:r>
        <w:t xml:space="preserve"> right</w:t>
      </w:r>
      <w:r>
        <w:t xml:space="preserve"> there.</w:t>
        <w:br/>
        <w:t>好</w:t>
        <w:br/>
        <w:t>Okay.</w:t>
        <w:br/>
        <w:t>不是吧</w:t>
        <w:br/>
        <w:t>Oh,</w:t>
      </w:r>
      <w:r>
        <w:t xml:space="preserve"> come</w:t>
      </w:r>
      <w:r>
        <w:t xml:space="preserve"> on!</w:t>
        <w:br/>
        <w:t>我看看</w:t>
        <w:br/>
        <w:t>Let's</w:t>
      </w:r>
      <w:r>
        <w:t xml:space="preserve"> see.</w:t>
      </w:r>
      <w:r>
        <w:t xml:space="preserve"> </w:t>
        <w:br/>
        <w:t>有多严重</w:t>
        <w:br/>
        <w:t>How</w:t>
      </w:r>
      <w:r>
        <w:t xml:space="preserve"> bad</w:t>
      </w:r>
      <w:r>
        <w:t xml:space="preserve"> is</w:t>
      </w:r>
      <w:r>
        <w:t xml:space="preserve"> it?</w:t>
        <w:br/>
        <w:t>你想脱下来吗?</w:t>
        <w:br/>
        <w:t>Um...</w:t>
      </w:r>
      <w:r>
        <w:t xml:space="preserve"> You</w:t>
      </w:r>
      <w:r>
        <w:t xml:space="preserve"> want</w:t>
      </w:r>
      <w:r>
        <w:t xml:space="preserve"> to</w:t>
      </w:r>
      <w:r>
        <w:t xml:space="preserve"> take</w:t>
      </w:r>
      <w:r>
        <w:t xml:space="preserve"> that</w:t>
      </w:r>
      <w:r>
        <w:t xml:space="preserve"> off?</w:t>
        <w:br/>
        <w:t>因为我要是把你缝进去</w:t>
        <w:br/>
        <w:t>'Cause</w:t>
      </w:r>
      <w:r>
        <w:t xml:space="preserve"> if</w:t>
      </w:r>
      <w:r>
        <w:t xml:space="preserve"> I</w:t>
      </w:r>
      <w:r>
        <w:t xml:space="preserve"> stitch</w:t>
      </w:r>
      <w:r>
        <w:t xml:space="preserve"> you</w:t>
      </w:r>
      <w:r>
        <w:t xml:space="preserve"> into</w:t>
      </w:r>
      <w:r>
        <w:t xml:space="preserve"> there,</w:t>
      </w:r>
      <w:r>
        <w:t xml:space="preserve"> </w:t>
        <w:br/>
        <w:t>你就脱不下来了</w:t>
        <w:br/>
        <w:t>you</w:t>
      </w:r>
      <w:r>
        <w:t xml:space="preserve"> will</w:t>
      </w:r>
      <w:r>
        <w:t xml:space="preserve"> not</w:t>
      </w:r>
      <w:r>
        <w:t xml:space="preserve"> be</w:t>
      </w:r>
      <w:r>
        <w:t xml:space="preserve"> able</w:t>
      </w:r>
      <w:r>
        <w:t xml:space="preserve"> to</w:t>
      </w:r>
      <w:r>
        <w:t xml:space="preserve"> get</w:t>
      </w:r>
      <w:r>
        <w:t xml:space="preserve"> out.</w:t>
        <w:br/>
        <w:t>没事</w:t>
      </w:r>
      <w:r>
        <w:t xml:space="preserve"> 就这么弄吧</w:t>
      </w:r>
      <w:r>
        <w:t xml:space="preserve"> 没事</w:t>
        <w:br/>
        <w:t>Uh,</w:t>
      </w:r>
      <w:r>
        <w:t xml:space="preserve"> fine.</w:t>
      </w:r>
      <w:r>
        <w:t xml:space="preserve"> Just</w:t>
      </w:r>
      <w:r>
        <w:t xml:space="preserve"> do</w:t>
      </w:r>
      <w:r>
        <w:t xml:space="preserve"> it.</w:t>
      </w:r>
      <w:r>
        <w:t xml:space="preserve"> It's</w:t>
      </w:r>
      <w:r>
        <w:t xml:space="preserve"> fine.</w:t>
        <w:br/>
        <w:t>确定?</w:t>
        <w:br/>
        <w:t>Yeah?</w:t>
      </w:r>
      <w:r>
        <w:t xml:space="preserve"> </w:t>
        <w:br/>
        <w:t>对</w:t>
      </w:r>
      <w:r>
        <w:t xml:space="preserve"> 我没时间了</w:t>
        <w:br/>
        <w:t>Yeah.</w:t>
      </w:r>
      <w:r>
        <w:t xml:space="preserve"> I</w:t>
      </w:r>
      <w:r>
        <w:t xml:space="preserve"> don't</w:t>
      </w:r>
      <w:r>
        <w:t xml:space="preserve"> have</w:t>
      </w:r>
      <w:r>
        <w:t xml:space="preserve"> time.</w:t>
        <w:br/>
        <w:t>好</w:t>
        <w:br/>
        <w:t>All</w:t>
      </w:r>
      <w:r>
        <w:t xml:space="preserve"> right.</w:t>
        <w:br/>
        <w:t>你会缝的</w:t>
      </w:r>
      <w:r>
        <w:t xml:space="preserve"> 对吧</w:t>
        <w:br/>
        <w:t>I</w:t>
      </w:r>
      <w:r>
        <w:t xml:space="preserve"> mean,</w:t>
      </w:r>
      <w:r>
        <w:t xml:space="preserve"> you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doing,</w:t>
      </w:r>
      <w:r>
        <w:t xml:space="preserve"> right?</w:t>
      </w:r>
      <w:r>
        <w:t xml:space="preserve"> </w:t>
        <w:br/>
        <w:t>当然</w:t>
        <w:br/>
        <w:t>Of</w:t>
      </w:r>
      <w:r>
        <w:t xml:space="preserve"> course</w:t>
      </w:r>
      <w:r>
        <w:t xml:space="preserve"> I</w:t>
      </w:r>
      <w:r>
        <w:t xml:space="preserve"> do.</w:t>
        <w:br/>
        <w:t>部队里还教针线活儿啊</w:t>
        <w:br/>
        <w:t>Teach</w:t>
      </w:r>
      <w:r>
        <w:t xml:space="preserve"> you</w:t>
      </w:r>
      <w:r>
        <w:t xml:space="preserve"> how</w:t>
      </w:r>
      <w:r>
        <w:t xml:space="preserve"> to</w:t>
      </w:r>
      <w:r>
        <w:t xml:space="preserve"> sew</w:t>
      </w:r>
      <w:r>
        <w:t xml:space="preserve"> in</w:t>
      </w:r>
      <w:r>
        <w:t xml:space="preserve"> the</w:t>
      </w:r>
      <w:r>
        <w:t xml:space="preserve"> army?</w:t>
        <w:br/>
        <w:t>是的</w:t>
      </w:r>
      <w:r>
        <w:t xml:space="preserve"> 长官</w:t>
        <w:br/>
        <w:t>Yes,</w:t>
      </w:r>
      <w:r>
        <w:t xml:space="preserve"> ma'am.</w:t>
        <w:br/>
        <w:t>老大</w:t>
        <w:br/>
        <w:t>Man!</w:t>
      </w:r>
      <w:r>
        <w:t xml:space="preserve"> </w:t>
        <w:br/>
        <w:t>深呼吸</w:t>
        <w:br/>
        <w:t>Deep</w:t>
      </w:r>
      <w:r>
        <w:t xml:space="preserve"> breath</w:t>
      </w:r>
      <w:r>
        <w:t xml:space="preserve"> in.</w:t>
        <w:br/>
        <w:t>你很幸福</w:t>
      </w:r>
      <w:r>
        <w:t xml:space="preserve"> 是吧</w:t>
        <w:br/>
        <w:t>You're</w:t>
      </w:r>
      <w:r>
        <w:t xml:space="preserve"> happy,</w:t>
      </w:r>
      <w:r>
        <w:t xml:space="preserve"> huh?</w:t>
        <w:br/>
        <w:t>是的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确实</w:t>
        <w:br/>
        <w:t>Yeah.</w:t>
      </w:r>
      <w:r>
        <w:t xml:space="preserve"> Yeah,</w:t>
      </w:r>
      <w:r>
        <w:t xml:space="preserve"> I</w:t>
      </w:r>
      <w:r>
        <w:t xml:space="preserve"> really</w:t>
      </w:r>
      <w:r>
        <w:t xml:space="preserve"> am.</w:t>
        <w:br/>
        <w:t>很好</w:t>
      </w:r>
      <w:r>
        <w:t xml:space="preserve"> 我很高兴</w:t>
        <w:br/>
        <w:t>Good.</w:t>
      </w:r>
      <w:r>
        <w:t xml:space="preserve"> I'm</w:t>
      </w:r>
      <w:r>
        <w:t xml:space="preserve"> glad.</w:t>
        <w:br/>
        <w:t>那你呢</w:t>
        <w:br/>
        <w:t>What</w:t>
      </w:r>
      <w:r>
        <w:t xml:space="preserve"> about</w:t>
      </w:r>
      <w:r>
        <w:t xml:space="preserve"> you?</w:t>
      </w:r>
      <w:r>
        <w:t xml:space="preserve"> </w:t>
        <w:br/>
        <w:t>高兴极了</w:t>
        <w:br/>
        <w:t>Over</w:t>
      </w:r>
      <w:r>
        <w:t xml:space="preserve"> the</w:t>
      </w:r>
      <w:r>
        <w:t xml:space="preserve"> moon.</w:t>
        <w:br/>
        <w:t>Marlo的事有点小麻烦</w:t>
        <w:br/>
        <w:t>I</w:t>
      </w:r>
      <w:r>
        <w:t xml:space="preserve"> mean,</w:t>
      </w:r>
      <w:r>
        <w:t xml:space="preserve"> the</w:t>
      </w:r>
      <w:r>
        <w:t xml:space="preserve"> Marlo</w:t>
      </w:r>
      <w:r>
        <w:t xml:space="preserve"> stuff</w:t>
      </w:r>
      <w:r>
        <w:t xml:space="preserve"> is</w:t>
      </w:r>
      <w:r>
        <w:t xml:space="preserve"> a</w:t>
      </w:r>
      <w:r>
        <w:t xml:space="preserve"> little</w:t>
      </w:r>
      <w:r>
        <w:t xml:space="preserve"> tricky.</w:t>
        <w:br/>
        <w:t>不过</w:t>
      </w:r>
      <w:r>
        <w:t xml:space="preserve"> 我也不知道</w:t>
        <w:br/>
        <w:t>.</w:t>
      </w:r>
      <w:r>
        <w:t xml:space="preserve"> But...</w:t>
      </w:r>
      <w:r>
        <w:t xml:space="preserve"> I</w:t>
      </w:r>
      <w:r>
        <w:t xml:space="preserve"> don't</w:t>
      </w:r>
      <w:r>
        <w:t xml:space="preserve"> know.</w:t>
        <w:br/>
        <w:t>我其实不敢相信</w:t>
      </w:r>
      <w:r>
        <w:t xml:space="preserve"> 我们都走到这一步了</w:t>
        <w:br/>
        <w:t>I</w:t>
      </w:r>
      <w:r>
        <w:t xml:space="preserve"> actually</w:t>
      </w:r>
      <w:r>
        <w:t xml:space="preserve"> can't</w:t>
      </w:r>
      <w:r>
        <w:t xml:space="preserve"> believe</w:t>
      </w:r>
      <w:r>
        <w:t xml:space="preserve"> we</w:t>
      </w:r>
      <w:r>
        <w:t xml:space="preserve"> made</w:t>
      </w:r>
      <w:r>
        <w:t xml:space="preserve"> it</w:t>
      </w:r>
      <w:r>
        <w:t xml:space="preserve"> this</w:t>
      </w:r>
      <w:r>
        <w:t xml:space="preserve"> far.</w:t>
        <w:br/>
        <w:t>我其实也不敢相信</w:t>
        <w:br/>
        <w:t>Well,</w:t>
      </w:r>
      <w:r>
        <w:t xml:space="preserve"> I</w:t>
      </w:r>
      <w:r>
        <w:t xml:space="preserve"> actually</w:t>
      </w:r>
      <w:r>
        <w:t xml:space="preserve"> can't</w:t>
      </w:r>
      <w:r>
        <w:t xml:space="preserve"> believe</w:t>
      </w:r>
      <w:r>
        <w:t xml:space="preserve"> </w:t>
        <w:br/>
        <w:t>把你缝进婚纱里</w:t>
        <w:br/>
        <w:t>I'm</w:t>
      </w:r>
      <w:r>
        <w:t xml:space="preserve"> stitching</w:t>
      </w:r>
      <w:r>
        <w:t xml:space="preserve"> you</w:t>
      </w:r>
      <w:r>
        <w:t xml:space="preserve"> into</w:t>
      </w:r>
      <w:r>
        <w:t xml:space="preserve"> your</w:t>
      </w:r>
      <w:r>
        <w:t xml:space="preserve"> wedding</w:t>
      </w:r>
      <w:r>
        <w:t xml:space="preserve"> dress.</w:t>
        <w:br/>
        <w:t>好了</w:t>
        <w:br/>
        <w:t>There</w:t>
      </w:r>
      <w:r>
        <w:t xml:space="preserve"> we</w:t>
      </w:r>
      <w:r>
        <w:t xml:space="preserve"> go.</w:t>
      </w:r>
      <w:r>
        <w:t xml:space="preserve"> </w:t>
        <w:br/>
        <w:t>谢谢</w:t>
        <w:br/>
        <w:t>Thank</w:t>
      </w:r>
      <w:r>
        <w:t xml:space="preserve"> you.</w:t>
        <w:br/>
        <w:t>谢谢</w:t>
      </w:r>
      <w:r>
        <w:t xml:space="preserve"> 谢谢</w:t>
      </w:r>
      <w:r>
        <w:t xml:space="preserve"> 要是拜托司机帮忙</w:t>
        <w:br/>
        <w:t>Thank</w:t>
      </w:r>
      <w:r>
        <w:t xml:space="preserve"> you,</w:t>
      </w:r>
      <w:r>
        <w:t xml:space="preserve"> thank</w:t>
      </w:r>
      <w:r>
        <w:t xml:space="preserve"> you.</w:t>
      </w:r>
      <w:r>
        <w:t xml:space="preserve"> If</w:t>
      </w:r>
      <w:r>
        <w:t xml:space="preserve"> I</w:t>
      </w:r>
      <w:r>
        <w:t xml:space="preserve"> had</w:t>
      </w:r>
      <w:r>
        <w:t xml:space="preserve"> to</w:t>
      </w:r>
      <w:r>
        <w:t xml:space="preserve"> ask</w:t>
      </w:r>
      <w:r>
        <w:t xml:space="preserve"> the</w:t>
      </w:r>
      <w:r>
        <w:t xml:space="preserve"> driver</w:t>
      </w:r>
      <w:r>
        <w:t xml:space="preserve"> to</w:t>
      </w:r>
      <w:r>
        <w:t xml:space="preserve"> do</w:t>
      </w:r>
      <w:r>
        <w:t xml:space="preserve"> it,</w:t>
      </w:r>
      <w:r>
        <w:t xml:space="preserve"> </w:t>
        <w:br/>
        <w:t>就太尴尬了</w:t>
        <w:br/>
        <w:t>that</w:t>
      </w:r>
      <w:r>
        <w:t xml:space="preserve"> would</w:t>
      </w:r>
      <w:r>
        <w:t xml:space="preserve"> have</w:t>
      </w:r>
      <w:r>
        <w:t xml:space="preserve"> been</w:t>
      </w:r>
      <w:r>
        <w:t xml:space="preserve"> pretty</w:t>
      </w:r>
      <w:r>
        <w:t xml:space="preserve"> awkward.</w:t>
        <w:br/>
        <w:t>借来的东西</w:t>
        <w:br/>
        <w:t>Something</w:t>
      </w:r>
      <w:r>
        <w:t xml:space="preserve"> borrowed.</w:t>
        <w:br/>
        <w:t>谢谢</w:t>
        <w:br/>
        <w:t>Thank</w:t>
      </w:r>
      <w:r>
        <w:t xml:space="preserve"> you.</w:t>
        <w:br/>
        <w:t>一路平安</w:t>
        <w:br/>
        <w:t>Have</w:t>
      </w:r>
      <w:r>
        <w:t xml:space="preserve"> a</w:t>
      </w:r>
      <w:r>
        <w:t xml:space="preserve"> great</w:t>
      </w:r>
      <w:r>
        <w:t xml:space="preserve"> flight.</w:t>
        <w:br/>
        <w:t>你结婚...愉快</w:t>
        <w:br/>
        <w:t>You</w:t>
      </w:r>
      <w:r>
        <w:t xml:space="preserve"> have</w:t>
      </w:r>
      <w:r>
        <w:t xml:space="preserve"> a</w:t>
      </w:r>
      <w:r>
        <w:t xml:space="preserve"> great,</w:t>
      </w:r>
      <w:r>
        <w:t xml:space="preserve"> uh...</w:t>
      </w:r>
      <w:r>
        <w:t xml:space="preserve"> Wedding.</w:t>
        <w:br/>
        <w:t>一切顺利</w:t>
        <w:br/>
        <w:t>Break...</w:t>
      </w:r>
      <w:r>
        <w:t xml:space="preserve"> break</w:t>
      </w:r>
      <w:r>
        <w:t xml:space="preserve"> a</w:t>
      </w:r>
      <w:r>
        <w:t xml:space="preserve"> leg.</w:t>
      </w:r>
      <w:r>
        <w:t xml:space="preserve"> </w:t>
        <w:br/>
        <w:t>好</w:t>
      </w:r>
      <w:r>
        <w:t xml:space="preserve"> 拜</w:t>
        <w:br/>
        <w:t>Okay.</w:t>
      </w:r>
      <w:r>
        <w:t xml:space="preserve"> Bye.</w:t>
        <w:br/>
        <w:t>我来了</w:t>
      </w:r>
      <w:r>
        <w:t xml:space="preserve"> 我来了</w:t>
        <w:br/>
        <w:t>I'm</w:t>
      </w:r>
      <w:r>
        <w:t xml:space="preserve"> coming.</w:t>
      </w:r>
      <w:r>
        <w:t xml:space="preserve"> I'm</w:t>
      </w:r>
      <w:r>
        <w:t xml:space="preserve"> coming.</w:t>
        <w:br/>
        <w:t>不</w:t>
      </w:r>
      <w:r>
        <w:t xml:space="preserve"> 我没有40分钟</w:t>
        <w:br/>
        <w:t>No,</w:t>
      </w:r>
      <w:r>
        <w:t xml:space="preserve"> I</w:t>
      </w:r>
      <w:r>
        <w:t xml:space="preserve"> don't</w:t>
      </w:r>
      <w:r>
        <w:t xml:space="preserve"> have</w:t>
      </w:r>
      <w:r>
        <w:t xml:space="preserve"> 40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minutes.</w:t>
        <w:br/>
        <w:t>不</w:t>
      </w:r>
      <w:r>
        <w:t xml:space="preserve"> 我结婚啊</w:t>
      </w:r>
      <w:r>
        <w:t xml:space="preserve"> 大哥</w:t>
        <w:br/>
        <w:t>No,</w:t>
      </w:r>
      <w:r>
        <w:t xml:space="preserve"> it's</w:t>
      </w:r>
      <w:r>
        <w:t xml:space="preserve"> my</w:t>
      </w:r>
      <w:r>
        <w:t xml:space="preserve"> wedding,</w:t>
      </w:r>
      <w:r>
        <w:t xml:space="preserve"> guy!</w:t>
        <w:br/>
        <w:t>好吧</w:t>
      </w:r>
      <w:r>
        <w:t xml:space="preserve"> 听着</w:t>
      </w:r>
      <w:r>
        <w:t xml:space="preserve"> 算了</w:t>
      </w:r>
      <w:r>
        <w:t xml:space="preserve"> 别来了</w:t>
        <w:br/>
        <w:t>Okay.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Don't...</w:t>
      </w:r>
      <w:r>
        <w:t xml:space="preserve"> uh,</w:t>
      </w:r>
      <w:r>
        <w:t xml:space="preserve"> don't</w:t>
      </w:r>
      <w:r>
        <w:t xml:space="preserve"> even</w:t>
      </w:r>
      <w:r>
        <w:t xml:space="preserve"> come.</w:t>
        <w:br/>
        <w:t>我自己开车</w:t>
        <w:br/>
        <w:t>I'll</w:t>
      </w:r>
      <w:r>
        <w:t xml:space="preserve"> drive</w:t>
      </w:r>
      <w:r>
        <w:t xml:space="preserve"> myself.</w:t>
        <w:br/>
        <w:t>我们都掌握了什么</w:t>
        <w:br/>
        <w:t>So,</w:t>
      </w:r>
      <w:r>
        <w:t xml:space="preserve"> what</w:t>
      </w:r>
      <w:r>
        <w:t xml:space="preserve"> do</w:t>
      </w:r>
      <w:r>
        <w:t xml:space="preserve"> we</w:t>
      </w:r>
      <w:r>
        <w:t xml:space="preserve"> know?</w:t>
      </w:r>
      <w:r>
        <w:t xml:space="preserve"> </w:t>
        <w:br/>
        <w:t>Lindsay</w:t>
      </w:r>
      <w:r>
        <w:t xml:space="preserve"> McConnell...</w:t>
        <w:br/>
        <w:t>Lindsay</w:t>
      </w:r>
      <w:r>
        <w:t xml:space="preserve"> McConnell...</w:t>
        <w:br/>
        <w:t>昨晚发现死了</w:t>
        <w:br/>
        <w:t>she's</w:t>
      </w:r>
      <w:r>
        <w:t xml:space="preserve"> found</w:t>
      </w:r>
      <w:r>
        <w:t xml:space="preserve"> dead</w:t>
      </w:r>
      <w:r>
        <w:t xml:space="preserve"> last</w:t>
      </w:r>
      <w:r>
        <w:t xml:space="preserve"> night,</w:t>
      </w:r>
      <w:r>
        <w:t xml:space="preserve"> </w:t>
        <w:br/>
        <w:t>躺在地下室楼梯最下面</w:t>
        <w:br/>
        <w:t>bottom</w:t>
      </w:r>
      <w:r>
        <w:t xml:space="preserve"> of</w:t>
      </w:r>
      <w:r>
        <w:t xml:space="preserve"> the</w:t>
      </w:r>
      <w:r>
        <w:t xml:space="preserve"> basement</w:t>
      </w:r>
      <w:r>
        <w:t xml:space="preserve"> stairs.</w:t>
        <w:br/>
        <w:t>头部有钝器伤</w:t>
        <w:br/>
        <w:t>Blunt-force</w:t>
      </w:r>
      <w:r>
        <w:t xml:space="preserve"> trauma</w:t>
      </w:r>
      <w:r>
        <w:t xml:space="preserve"> to</w:t>
      </w:r>
      <w:r>
        <w:t xml:space="preserve"> the</w:t>
      </w:r>
      <w:r>
        <w:t xml:space="preserve"> head,</w:t>
      </w:r>
      <w:r>
        <w:t xml:space="preserve"> </w:t>
        <w:br/>
        <w:t>身旁的锤子上有血迹</w:t>
        <w:br/>
        <w:t>blood</w:t>
      </w:r>
      <w:r>
        <w:t xml:space="preserve"> on</w:t>
      </w:r>
      <w:r>
        <w:t xml:space="preserve"> the</w:t>
      </w:r>
      <w:r>
        <w:t xml:space="preserve"> hammer</w:t>
      </w:r>
      <w:r>
        <w:t xml:space="preserve"> lying</w:t>
      </w:r>
      <w:r>
        <w:t xml:space="preserve"> next</w:t>
      </w:r>
      <w:r>
        <w:t xml:space="preserve"> to</w:t>
      </w:r>
      <w:r>
        <w:t xml:space="preserve"> her</w:t>
      </w:r>
      <w:r>
        <w:t xml:space="preserve"> on</w:t>
      </w:r>
      <w:r>
        <w:t xml:space="preserve"> the</w:t>
      </w:r>
      <w:r>
        <w:t xml:space="preserve"> floor.</w:t>
        <w:br/>
        <w:t>丈夫回家</w:t>
      </w:r>
      <w:r>
        <w:t xml:space="preserve"> 晚上6点</w:t>
      </w:r>
      <w:r>
        <w:t xml:space="preserve"> 说发现她时就已经这样了</w:t>
        <w:br/>
        <w:t>Husband</w:t>
      </w:r>
      <w:r>
        <w:t xml:space="preserve"> comes</w:t>
      </w:r>
      <w:r>
        <w:t xml:space="preserve"> home,</w:t>
      </w:r>
      <w:r>
        <w:t xml:space="preserve"> 6:00</w:t>
      </w:r>
      <w:r>
        <w:t xml:space="preserve"> P.M.,</w:t>
      </w:r>
      <w:r>
        <w:t xml:space="preserve"> said</w:t>
      </w:r>
      <w:r>
        <w:t xml:space="preserve"> he</w:t>
      </w:r>
      <w:r>
        <w:t xml:space="preserve"> found</w:t>
      </w:r>
      <w:r>
        <w:t xml:space="preserve"> her</w:t>
      </w:r>
      <w:r>
        <w:t xml:space="preserve"> that</w:t>
      </w:r>
      <w:r>
        <w:t xml:space="preserve"> way.</w:t>
        <w:br/>
        <w:t>都怪我</w:t>
        <w:br/>
        <w:t>Oh!</w:t>
      </w:r>
      <w:r>
        <w:t xml:space="preserve"> Sh...</w:t>
      </w:r>
      <w:r>
        <w:t xml:space="preserve"> my</w:t>
      </w:r>
      <w:r>
        <w:t xml:space="preserve"> bad.</w:t>
        <w:br/>
        <w:t>嘘</w:t>
      </w:r>
      <w:r>
        <w:t xml:space="preserve"> 抱歉抱歉</w:t>
        <w:br/>
        <w:t>Shh!</w:t>
      </w:r>
      <w:r>
        <w:t xml:space="preserve"> Sorry.</w:t>
      </w:r>
      <w:r>
        <w:t xml:space="preserve"> Sorry.</w:t>
        <w:br/>
        <w:t>法医报告</w:t>
      </w:r>
      <w:r>
        <w:t xml:space="preserve"> 死亡9小时</w:t>
        <w:br/>
        <w:t>Coroner's</w:t>
      </w:r>
      <w:r>
        <w:t xml:space="preserve"> report.</w:t>
      </w:r>
      <w:r>
        <w:t xml:space="preserve"> Dead</w:t>
      </w:r>
      <w:r>
        <w:t xml:space="preserve"> nine</w:t>
      </w:r>
      <w:r>
        <w:t xml:space="preserve"> hours.</w:t>
        <w:br/>
        <w:t>死亡时间</w:t>
      </w:r>
      <w:r>
        <w:t xml:space="preserve"> 大约是丈夫去上班1小时后</w:t>
        <w:br/>
        <w:t>Time</w:t>
      </w:r>
      <w:r>
        <w:t xml:space="preserve"> of</w:t>
      </w:r>
      <w:r>
        <w:t xml:space="preserve"> death...</w:t>
      </w:r>
      <w:r>
        <w:t xml:space="preserve"> approximately</w:t>
      </w:r>
      <w:r>
        <w:t xml:space="preserve"> an</w:t>
      </w:r>
      <w:r>
        <w:t xml:space="preserve"> hour</w:t>
      </w:r>
      <w:r>
        <w:t xml:space="preserve"> after</w:t>
      </w:r>
      <w:r>
        <w:t xml:space="preserve"> hubby</w:t>
      </w:r>
      <w:r>
        <w:t xml:space="preserve"> left</w:t>
      </w:r>
      <w:r>
        <w:t xml:space="preserve"> for</w:t>
      </w:r>
      <w:r>
        <w:t xml:space="preserve"> work.</w:t>
        <w:br/>
        <w:t>如果是丈夫做的</w:t>
      </w:r>
      <w:r>
        <w:t xml:space="preserve"> 动机是什么?</w:t>
        <w:br/>
        <w:t>If</w:t>
      </w:r>
      <w:r>
        <w:t xml:space="preserve"> the</w:t>
      </w:r>
      <w:r>
        <w:t xml:space="preserve"> husband</w:t>
      </w:r>
      <w:r>
        <w:t xml:space="preserve"> did</w:t>
      </w:r>
      <w:r>
        <w:t xml:space="preserve"> it,</w:t>
      </w:r>
      <w:r>
        <w:t xml:space="preserve"> what's</w:t>
      </w:r>
      <w:r>
        <w:t xml:space="preserve"> his</w:t>
      </w:r>
      <w:r>
        <w:t xml:space="preserve"> motive?</w:t>
        <w:br/>
        <w:t>什么意思"动机是什么"?</w:t>
        <w:br/>
        <w:t>What</w:t>
      </w:r>
      <w:r>
        <w:t xml:space="preserve"> do</w:t>
      </w:r>
      <w:r>
        <w:t xml:space="preserve"> you</w:t>
      </w:r>
      <w:r>
        <w:t xml:space="preserve"> mean,</w:t>
      </w:r>
      <w:r>
        <w:t xml:space="preserve"> "what's</w:t>
      </w:r>
      <w:r>
        <w:t xml:space="preserve"> his</w:t>
      </w:r>
      <w:r>
        <w:t xml:space="preserve"> motive?"</w:t>
      </w:r>
      <w:r>
        <w:t xml:space="preserve"> </w:t>
        <w:br/>
        <w:t>他们结婚了</w:t>
        <w:br/>
        <w:t>They</w:t>
      </w:r>
      <w:r>
        <w:t xml:space="preserve"> were</w:t>
      </w:r>
      <w:r>
        <w:t xml:space="preserve"> married.</w:t>
        <w:br/>
        <w:t>所以这就是他的动机...</w:t>
        <w:br/>
        <w:t>So</w:t>
      </w:r>
      <w:r>
        <w:t xml:space="preserve"> that's</w:t>
      </w:r>
      <w:r>
        <w:t xml:space="preserve"> his</w:t>
      </w:r>
      <w:r>
        <w:t xml:space="preserve"> motive...</w:t>
      </w:r>
      <w:r>
        <w:t xml:space="preserve"> </w:t>
        <w:br/>
        <w:t>他们结婚了</w:t>
        <w:br/>
        <w:t>they</w:t>
      </w:r>
      <w:r>
        <w:t xml:space="preserve"> were</w:t>
      </w:r>
      <w:r>
        <w:t xml:space="preserve"> married.</w:t>
        <w:br/>
        <w:t>可是太弱了</w:t>
        <w:br/>
        <w:t>But,</w:t>
      </w:r>
      <w:r>
        <w:t xml:space="preserve"> I</w:t>
      </w:r>
      <w:r>
        <w:t xml:space="preserve"> mean,</w:t>
      </w:r>
      <w:r>
        <w:t xml:space="preserve"> it's</w:t>
      </w:r>
      <w:r>
        <w:t xml:space="preserve"> all</w:t>
      </w:r>
      <w:r>
        <w:t xml:space="preserve"> pretty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thin.</w:t>
        <w:br/>
        <w:t>他们结婚了两三年</w:t>
        <w:br/>
        <w:t>They</w:t>
      </w:r>
      <w:r>
        <w:t xml:space="preserve"> were</w:t>
      </w:r>
      <w:r>
        <w:t xml:space="preserve"> married</w:t>
      </w:r>
      <w:r>
        <w:t xml:space="preserve"> a</w:t>
      </w:r>
      <w:r>
        <w:t xml:space="preserve"> couple</w:t>
      </w:r>
      <w:r>
        <w:t xml:space="preserve"> years.</w:t>
      </w:r>
      <w:r>
        <w:t xml:space="preserve"> </w:t>
        <w:br/>
        <w:t>所有人都说他们很幸福</w:t>
        <w:br/>
        <w:t>Everyone</w:t>
      </w:r>
      <w:r>
        <w:t xml:space="preserve"> said</w:t>
      </w:r>
      <w:r>
        <w:t xml:space="preserve"> they</w:t>
      </w:r>
      <w:r>
        <w:t xml:space="preserve"> were</w:t>
      </w:r>
      <w:r>
        <w:t xml:space="preserve"> happy.</w:t>
        <w:br/>
        <w:t>谁不幸福啊</w:t>
        <w:br/>
        <w:t>Everyone's</w:t>
      </w:r>
      <w:r>
        <w:t xml:space="preserve"> happy.</w:t>
      </w:r>
      <w:r>
        <w:t xml:space="preserve"> </w:t>
        <w:br/>
        <w:t>这有什么意义?</w:t>
        <w:br/>
        <w:t>What</w:t>
      </w:r>
      <w:r>
        <w:t xml:space="preserve"> does</w:t>
      </w:r>
      <w:r>
        <w:t xml:space="preserve"> that</w:t>
      </w:r>
      <w:r>
        <w:t xml:space="preserve"> even</w:t>
      </w:r>
      <w:r>
        <w:t xml:space="preserve"> mean?</w:t>
        <w:br/>
        <w:t>刚和别人在一起时</w:t>
      </w:r>
      <w:r>
        <w:t xml:space="preserve"> 你当然幸福</w:t>
        <w:br/>
        <w:t>You're</w:t>
      </w:r>
      <w:r>
        <w:t xml:space="preserve"> happy</w:t>
      </w:r>
      <w:r>
        <w:t xml:space="preserve"> when</w:t>
      </w:r>
      <w:r>
        <w:t xml:space="preserve"> you're</w:t>
      </w:r>
      <w:r>
        <w:t xml:space="preserve"> with</w:t>
      </w:r>
      <w:r>
        <w:t xml:space="preserve"> someone</w:t>
      </w:r>
      <w:r>
        <w:t xml:space="preserve"> at</w:t>
      </w:r>
      <w:r>
        <w:t xml:space="preserve"> first</w:t>
      </w:r>
      <w:r>
        <w:t xml:space="preserve"> </w:t>
        <w:br/>
        <w:t>所有的小怪癖都很可爱</w:t>
        <w:br/>
        <w:t>and</w:t>
      </w:r>
      <w:r>
        <w:t xml:space="preserve"> all</w:t>
      </w:r>
      <w:r>
        <w:t xml:space="preserve"> their</w:t>
      </w:r>
      <w:r>
        <w:t xml:space="preserve"> little</w:t>
      </w:r>
      <w:r>
        <w:t xml:space="preserve"> quirks</w:t>
      </w:r>
      <w:r>
        <w:t xml:space="preserve"> seem</w:t>
      </w:r>
      <w:r>
        <w:t xml:space="preserve"> cute.</w:t>
        <w:br/>
        <w:t>等过了一段时间</w:t>
        <w:br/>
        <w:t>And</w:t>
      </w:r>
      <w:r>
        <w:t xml:space="preserve"> then</w:t>
      </w:r>
      <w:r>
        <w:t xml:space="preserve"> after</w:t>
      </w:r>
      <w:r>
        <w:t xml:space="preserve"> a</w:t>
      </w:r>
      <w:r>
        <w:t xml:space="preserve"> while,</w:t>
        <w:br/>
        <w:t>你开始讨厌他们嚼东西的声音</w:t>
        <w:br/>
        <w:t>you</w:t>
      </w:r>
      <w:r>
        <w:t xml:space="preserve"> hate</w:t>
      </w:r>
      <w:r>
        <w:t xml:space="preserve"> the</w:t>
      </w:r>
      <w:r>
        <w:t xml:space="preserve"> way</w:t>
      </w:r>
      <w:r>
        <w:t xml:space="preserve"> that</w:t>
      </w:r>
      <w:r>
        <w:t xml:space="preserve"> they</w:t>
      </w:r>
      <w:r>
        <w:t xml:space="preserve"> chew</w:t>
      </w:r>
      <w:r>
        <w:t xml:space="preserve"> their</w:t>
      </w:r>
      <w:r>
        <w:t xml:space="preserve"> food</w:t>
      </w:r>
      <w:r>
        <w:t xml:space="preserve"> </w:t>
        <w:br/>
        <w:t>发现自己手里拿着一把锤子</w:t>
        <w:br/>
        <w:t>and</w:t>
      </w:r>
      <w:r>
        <w:t xml:space="preserve"> find</w:t>
      </w:r>
      <w:r>
        <w:t xml:space="preserve"> yourself</w:t>
      </w:r>
      <w:r>
        <w:t xml:space="preserve"> holding</w:t>
      </w:r>
      <w:r>
        <w:t xml:space="preserve"> a</w:t>
      </w:r>
      <w:r>
        <w:t xml:space="preserve"> hammer.</w:t>
      </w:r>
      <w:r>
        <w:t xml:space="preserve"> </w:t>
        <w:br/>
        <w:t>懂我意思不?</w:t>
        <w:br/>
        <w:t>Know</w:t>
      </w:r>
      <w:r>
        <w:t xml:space="preserve"> what</w:t>
      </w:r>
      <w:r>
        <w:t xml:space="preserve"> I</w:t>
      </w:r>
      <w:r>
        <w:t xml:space="preserve"> mean?</w:t>
        <w:br/>
        <w:t>不知道她晚饭做的什么</w:t>
        <w:br/>
        <w:t>Wonder</w:t>
      </w:r>
      <w:r>
        <w:t xml:space="preserve"> what</w:t>
      </w:r>
      <w:r>
        <w:t xml:space="preserve"> she</w:t>
      </w:r>
      <w:r>
        <w:t xml:space="preserve"> was</w:t>
      </w:r>
      <w:r>
        <w:t xml:space="preserve"> making</w:t>
      </w:r>
      <w:r>
        <w:t xml:space="preserve"> for</w:t>
      </w:r>
      <w:r>
        <w:t xml:space="preserve"> dinner.</w:t>
        <w:br/>
        <w:t>看着像是种卤汁</w:t>
        <w:br/>
        <w:t>Looks</w:t>
      </w:r>
      <w:r>
        <w:t xml:space="preserve"> like</w:t>
      </w:r>
      <w:r>
        <w:t xml:space="preserve"> a</w:t>
      </w:r>
      <w:r>
        <w:t xml:space="preserve"> marinade</w:t>
      </w:r>
      <w:r>
        <w:t xml:space="preserve"> of</w:t>
      </w:r>
      <w:r>
        <w:t xml:space="preserve"> some</w:t>
      </w:r>
      <w:r>
        <w:t xml:space="preserve"> kind.</w:t>
      </w:r>
      <w:r>
        <w:t xml:space="preserve"> </w:t>
        <w:br/>
        <w:t>或许是辣椒酱?</w:t>
        <w:br/>
        <w:t>Maybe</w:t>
      </w:r>
      <w:r>
        <w:t xml:space="preserve"> Piri</w:t>
      </w:r>
      <w:r>
        <w:t xml:space="preserve"> Piri?</w:t>
      </w:r>
      <w:r>
        <w:t xml:space="preserve"> Mmm.</w:t>
        <w:br/>
        <w:t>我妈就会做这个</w:t>
        <w:br/>
        <w:t>That's</w:t>
      </w:r>
      <w:r>
        <w:t xml:space="preserve"> what</w:t>
      </w:r>
      <w:r>
        <w:t xml:space="preserve"> my</w:t>
      </w:r>
      <w:r>
        <w:t xml:space="preserve"> mom</w:t>
      </w:r>
      <w:r>
        <w:t xml:space="preserve"> would</w:t>
      </w:r>
      <w:r>
        <w:t xml:space="preserve"> be</w:t>
      </w:r>
      <w:r>
        <w:t xml:space="preserve"> making.</w:t>
        <w:br/>
        <w:t>葡萄牙特色</w:t>
        <w:br/>
        <w:t>Portuguese</w:t>
      </w:r>
      <w:r>
        <w:t xml:space="preserve"> specialty.</w:t>
        <w:br/>
        <w:t>这小木偶谁啊</w:t>
        <w:br/>
        <w:t>Who</w:t>
      </w:r>
      <w:r>
        <w:t xml:space="preserve"> is</w:t>
      </w:r>
      <w:r>
        <w:t xml:space="preserve"> that</w:t>
      </w:r>
      <w:r>
        <w:t xml:space="preserve"> muppet?</w:t>
        <w:br/>
        <w:t>"我</w:t>
      </w:r>
      <w:r>
        <w:t xml:space="preserve"> Andrea</w:t>
      </w:r>
      <w:r>
        <w:t xml:space="preserve"> McNally</w:t>
      </w:r>
      <w:r>
        <w:t xml:space="preserve"> 愿意让你</w:t>
      </w:r>
      <w:r>
        <w:t xml:space="preserve"> Samuel</w:t>
      </w:r>
      <w:r>
        <w:t xml:space="preserve"> Swarek</w:t>
        <w:br/>
        <w:t>"I,</w:t>
      </w:r>
      <w:r>
        <w:t xml:space="preserve"> Andrea</w:t>
      </w:r>
      <w:r>
        <w:t xml:space="preserve"> McNally,</w:t>
      </w:r>
      <w:r>
        <w:t xml:space="preserve"> take</w:t>
      </w:r>
      <w:r>
        <w:t xml:space="preserve"> you,</w:t>
      </w:r>
      <w:r>
        <w:t xml:space="preserve"> Samuel</w:t>
      </w:r>
      <w:r>
        <w:t xml:space="preserve"> Swarek,"</w:t>
        <w:br/>
        <w:t>成为我的终生伴侣</w:t>
        <w:br/>
        <w:t>to</w:t>
      </w:r>
      <w:r>
        <w:t xml:space="preserve"> be</w:t>
      </w:r>
      <w:r>
        <w:t xml:space="preserve"> my</w:t>
      </w:r>
      <w:r>
        <w:t xml:space="preserve"> partner</w:t>
      </w:r>
      <w:r>
        <w:t xml:space="preserve"> in</w:t>
      </w:r>
      <w:r>
        <w:t xml:space="preserve"> life,</w:t>
        <w:br/>
        <w:t>爱我所了解的你</w:t>
        <w:br/>
        <w:t>loving</w:t>
      </w:r>
      <w:r>
        <w:t xml:space="preserve"> what</w:t>
      </w:r>
      <w:r>
        <w:t xml:space="preserve"> I</w:t>
      </w:r>
      <w:r>
        <w:t xml:space="preserve"> know</w:t>
      </w:r>
      <w:r>
        <w:t xml:space="preserve"> of</w:t>
      </w:r>
      <w:r>
        <w:t xml:space="preserve"> you</w:t>
        <w:br/>
        <w:t>相信我所不了解的你..."</w:t>
        <w:br/>
        <w:t>and</w:t>
      </w:r>
      <w:r>
        <w:t xml:space="preserve"> trusting</w:t>
      </w:r>
      <w:r>
        <w:t xml:space="preserve"> what</w:t>
      </w:r>
      <w:r>
        <w:t xml:space="preserve"> I</w:t>
      </w:r>
      <w:r>
        <w:t xml:space="preserve"> do</w:t>
      </w:r>
      <w:r>
        <w:t xml:space="preserve"> not</w:t>
      </w:r>
      <w:r>
        <w:t xml:space="preserve"> know</w:t>
      </w:r>
      <w:r>
        <w:t xml:space="preserve"> yet"...</w:t>
        <w:br/>
        <w:t>最好不要太多</w:t>
      </w:r>
      <w:r>
        <w:t xml:space="preserve"> 因为我讨厌惊喜</w:t>
        <w:br/>
        <w:t>which</w:t>
      </w:r>
      <w:r>
        <w:t xml:space="preserve"> better</w:t>
      </w:r>
      <w:r>
        <w:t xml:space="preserve"> not</w:t>
      </w:r>
      <w:r>
        <w:t xml:space="preserve"> be</w:t>
      </w:r>
      <w:r>
        <w:t xml:space="preserve"> a</w:t>
      </w:r>
      <w:r>
        <w:t xml:space="preserve"> lot,</w:t>
      </w:r>
      <w:r>
        <w:t xml:space="preserve"> because</w:t>
      </w:r>
      <w:r>
        <w:t xml:space="preserve"> I</w:t>
      </w:r>
      <w:r>
        <w:t xml:space="preserve"> hate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surprises.</w:t>
        <w:br/>
        <w:t>不是吧</w:t>
        <w:br/>
        <w:t>Oh,</w:t>
      </w:r>
      <w:r>
        <w:t xml:space="preserve"> man.</w:t>
        <w:br/>
        <w:t>"我保证会尊重你</w:t>
      </w:r>
      <w:r>
        <w:t xml:space="preserve"> 珍惜你"...</w:t>
        <w:br/>
        <w:t>"I</w:t>
      </w:r>
      <w:r>
        <w:t xml:space="preserve"> promise</w:t>
      </w:r>
      <w:r>
        <w:t xml:space="preserve"> to</w:t>
      </w:r>
      <w:r>
        <w:t xml:space="preserve"> honor</w:t>
      </w:r>
      <w:r>
        <w:t xml:space="preserve"> you</w:t>
      </w:r>
      <w:r>
        <w:t xml:space="preserve"> and</w:t>
      </w:r>
      <w:r>
        <w:t xml:space="preserve"> cherish</w:t>
      </w:r>
      <w:r>
        <w:t xml:space="preserve"> you"...</w:t>
        <w:br/>
        <w:t>学会看地图</w:t>
        <w:br/>
        <w:t>learn</w:t>
      </w:r>
      <w:r>
        <w:t xml:space="preserve"> how</w:t>
      </w:r>
      <w:r>
        <w:t xml:space="preserve"> to</w:t>
      </w:r>
      <w:r>
        <w:t xml:space="preserve"> read</w:t>
      </w:r>
      <w:r>
        <w:t xml:space="preserve"> a</w:t>
      </w:r>
      <w:r>
        <w:t xml:space="preserve"> map.</w:t>
        <w:br/>
        <w:t>我保证</w:t>
      </w:r>
      <w:r>
        <w:t xml:space="preserve"> 如果我们有机会再结婚</w:t>
        <w:br/>
        <w:t>And</w:t>
      </w:r>
      <w:r>
        <w:t xml:space="preserve"> I</w:t>
      </w:r>
      <w:r>
        <w:t xml:space="preserve"> promise</w:t>
      </w:r>
      <w:r>
        <w:t xml:space="preserve"> that</w:t>
      </w:r>
      <w:r>
        <w:t xml:space="preserve"> if</w:t>
      </w:r>
      <w:r>
        <w:t xml:space="preserve"> we</w:t>
      </w:r>
      <w:r>
        <w:t xml:space="preserve"> ever</w:t>
      </w:r>
      <w:r>
        <w:t xml:space="preserve"> get</w:t>
      </w:r>
      <w:r>
        <w:t xml:space="preserve"> married</w:t>
      </w:r>
      <w:r>
        <w:t xml:space="preserve"> again,</w:t>
        <w:br/>
        <w:t>我会留出更多时间去了解你</w:t>
        <w:br/>
        <w:t>I</w:t>
      </w:r>
      <w:r>
        <w:t xml:space="preserve"> will</w:t>
      </w:r>
      <w:r>
        <w:t xml:space="preserve"> leave</w:t>
      </w:r>
      <w:r>
        <w:t xml:space="preserve"> way</w:t>
      </w:r>
      <w:r>
        <w:t xml:space="preserve"> more</w:t>
      </w:r>
      <w:r>
        <w:t xml:space="preserve"> time</w:t>
      </w:r>
      <w:r>
        <w:t xml:space="preserve"> to</w:t>
      </w:r>
      <w:r>
        <w:t xml:space="preserve"> get</w:t>
      </w:r>
      <w:r>
        <w:t xml:space="preserve"> to</w:t>
      </w:r>
      <w:r>
        <w:t xml:space="preserve"> you.</w:t>
        <w:br/>
        <w:t>嘿</w:t>
      </w:r>
      <w:r>
        <w:t xml:space="preserve"> 帮我个忙</w:t>
        <w:br/>
        <w:t>Hey,</w:t>
      </w:r>
      <w:r>
        <w:t xml:space="preserve"> do</w:t>
      </w:r>
      <w:r>
        <w:t xml:space="preserve"> me</w:t>
      </w:r>
      <w:r>
        <w:t xml:space="preserve"> a</w:t>
      </w:r>
      <w:r>
        <w:t xml:space="preserve"> favor.</w:t>
      </w:r>
      <w:r>
        <w:t xml:space="preserve"> </w:t>
        <w:br/>
        <w:t>这边右转</w:t>
        <w:br/>
        <w:t>Take</w:t>
      </w:r>
      <w:r>
        <w:t xml:space="preserve"> a</w:t>
      </w:r>
      <w:r>
        <w:t xml:space="preserve"> right</w:t>
      </w:r>
      <w:r>
        <w:t xml:space="preserve"> right</w:t>
      </w:r>
      <w:r>
        <w:t xml:space="preserve"> here.</w:t>
        <w:br/>
        <w:t>转右</w:t>
        <w:br/>
        <w:t>A</w:t>
      </w:r>
      <w:r>
        <w:t xml:space="preserve"> right.</w:t>
      </w:r>
      <w:r>
        <w:t xml:space="preserve"> </w:t>
        <w:br/>
        <w:t>那不是出城的路</w:t>
        <w:br/>
        <w:t>This</w:t>
      </w:r>
      <w:r>
        <w:t xml:space="preserve"> isn't</w:t>
      </w:r>
      <w:r>
        <w:t xml:space="preserve"> the</w:t>
      </w:r>
      <w:r>
        <w:t xml:space="preserve"> way</w:t>
      </w:r>
      <w:r>
        <w:t xml:space="preserve"> out</w:t>
      </w:r>
      <w:r>
        <w:t xml:space="preserve"> of</w:t>
      </w:r>
      <w:r>
        <w:t xml:space="preserve"> town.</w:t>
        <w:br/>
        <w:t>我就停一下</w:t>
      </w:r>
      <w:r>
        <w:t xml:space="preserve"> 可以吗?</w:t>
        <w:br/>
        <w:t>I</w:t>
      </w:r>
      <w:r>
        <w:t xml:space="preserve"> got</w:t>
      </w:r>
      <w:r>
        <w:t xml:space="preserve"> to</w:t>
      </w:r>
      <w:r>
        <w:t xml:space="preserve"> make</w:t>
      </w:r>
      <w:r>
        <w:t xml:space="preserve"> a</w:t>
      </w:r>
      <w:r>
        <w:t xml:space="preserve"> quick</w:t>
      </w:r>
      <w:r>
        <w:t xml:space="preserve"> pit</w:t>
      </w:r>
      <w:r>
        <w:t xml:space="preserve"> stop.</w:t>
      </w:r>
      <w:r>
        <w:t xml:space="preserve"> Do</w:t>
      </w:r>
      <w:r>
        <w:t xml:space="preserve"> you</w:t>
      </w:r>
      <w:r>
        <w:t xml:space="preserve"> mind?</w:t>
      </w:r>
      <w:r>
        <w:t xml:space="preserve"> </w:t>
        <w:br/>
        <w:t>拜托</w:t>
      </w:r>
      <w:r>
        <w:t xml:space="preserve"> 这是出席婚礼</w:t>
        <w:br/>
        <w:t>Now,</w:t>
      </w:r>
      <w:r>
        <w:t xml:space="preserve"> come</w:t>
      </w:r>
      <w:r>
        <w:t xml:space="preserve"> on.</w:t>
      </w:r>
      <w:r>
        <w:t xml:space="preserve"> It's</w:t>
      </w:r>
      <w:r>
        <w:t xml:space="preserve"> a</w:t>
      </w:r>
      <w:r>
        <w:t xml:space="preserve"> wedding.</w:t>
        <w:br/>
        <w:t>我...两手空空的</w:t>
        <w:br/>
        <w:t>I...</w:t>
      </w:r>
      <w:r>
        <w:t xml:space="preserve"> I'm</w:t>
      </w:r>
      <w:r>
        <w:t xml:space="preserve"> coming</w:t>
      </w:r>
      <w:r>
        <w:t xml:space="preserve"> empty-handed.</w:t>
      </w:r>
      <w:r>
        <w:t xml:space="preserve"> </w:t>
        <w:br/>
        <w:t>我得买&amp;hearts;&amp;hearts;个礼物</w:t>
        <w:br/>
        <w:t>I</w:t>
      </w:r>
      <w:r>
        <w:t xml:space="preserve"> got</w:t>
      </w:r>
      <w:r>
        <w:t xml:space="preserve"> to</w:t>
      </w:r>
      <w:r>
        <w:t xml:space="preserve"> get</w:t>
      </w:r>
      <w:r>
        <w:t xml:space="preserve"> a</w:t>
      </w:r>
      <w:r>
        <w:t xml:space="preserve"> wedding</w:t>
      </w:r>
      <w:r>
        <w:t xml:space="preserve"> present.</w:t>
        <w:br/>
        <w:t>拜托?</w:t>
        <w:br/>
        <w:t>Please?</w:t>
      </w:r>
      <w:r>
        <w:t xml:space="preserve"> </w:t>
        <w:br/>
        <w:t>好吧</w:t>
      </w:r>
      <w:r>
        <w:t xml:space="preserve"> 不过动作快</w:t>
        <w:br/>
        <w:t>All</w:t>
      </w:r>
      <w:r>
        <w:t xml:space="preserve"> right,</w:t>
      </w:r>
      <w:r>
        <w:t xml:space="preserve"> but</w:t>
      </w:r>
      <w:r>
        <w:t xml:space="preserve"> make</w:t>
      </w:r>
      <w:r>
        <w:t xml:space="preserve"> it</w:t>
      </w:r>
      <w:r>
        <w:t xml:space="preserve"> quick.</w:t>
        <w:br/>
        <w:t>没问题</w:t>
        <w:br/>
        <w:t>No</w:t>
      </w:r>
      <w:r>
        <w:t xml:space="preserve"> problem.</w:t>
        <w:br/>
        <w:t>好</w:t>
      </w:r>
      <w:r>
        <w:t xml:space="preserve"> 太好了</w:t>
        <w:br/>
        <w:t>Okay,</w:t>
      </w:r>
      <w:r>
        <w:t xml:space="preserve"> good.</w:t>
      </w:r>
      <w:r>
        <w:t xml:space="preserve"> </w:t>
        <w:br/>
        <w:t>这里?</w:t>
        <w:br/>
        <w:t>This</w:t>
      </w:r>
      <w:r>
        <w:t xml:space="preserve"> one?</w:t>
        <w:br/>
        <w:t>对</w:t>
      </w:r>
      <w:r>
        <w:t xml:space="preserve"> 好极了</w:t>
      </w:r>
      <w:r>
        <w:t xml:space="preserve"> 我朋友在里面</w:t>
        <w:br/>
        <w:t>Yeah,</w:t>
      </w:r>
      <w:r>
        <w:t xml:space="preserve"> perfect.</w:t>
      </w:r>
      <w:r>
        <w:t xml:space="preserve"> A</w:t>
      </w:r>
      <w:r>
        <w:t xml:space="preserve"> buddy</w:t>
      </w:r>
      <w:r>
        <w:t xml:space="preserve"> of</w:t>
      </w:r>
      <w:r>
        <w:t xml:space="preserve"> mine's</w:t>
      </w:r>
      <w:r>
        <w:t xml:space="preserve"> in</w:t>
      </w:r>
      <w:r>
        <w:t xml:space="preserve"> there.</w:t>
      </w:r>
      <w:r>
        <w:t xml:space="preserve"> </w:t>
        <w:br/>
        <w:t>他在等我</w:t>
      </w:r>
      <w:r>
        <w:t xml:space="preserve"> 东西在他那儿</w:t>
      </w:r>
      <w:r>
        <w:t xml:space="preserve"> 好吗?</w:t>
        <w:br/>
        <w:t>He's</w:t>
      </w:r>
      <w:r>
        <w:t xml:space="preserve"> waiting</w:t>
      </w:r>
      <w:r>
        <w:t xml:space="preserve"> for</w:t>
      </w:r>
      <w:r>
        <w:t xml:space="preserve"> me.</w:t>
      </w:r>
      <w:r>
        <w:t xml:space="preserve"> He's</w:t>
      </w:r>
      <w:r>
        <w:t xml:space="preserve"> got</w:t>
      </w:r>
      <w:r>
        <w:t xml:space="preserve"> it.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Okay.</w:t>
        <w:br/>
        <w:t>马上回来</w:t>
        <w:br/>
        <w:t>Be</w:t>
      </w:r>
      <w:r>
        <w:t xml:space="preserve"> right</w:t>
      </w:r>
      <w:r>
        <w:t xml:space="preserve"> back.</w:t>
        <w:br/>
        <w:t>条子</w:t>
        <w:br/>
        <w:t>Cops.</w:t>
        <w:br/>
        <w:t>我们确定他认识这家伙</w:t>
      </w:r>
      <w:r>
        <w:t xml:space="preserve"> 是吧</w:t>
        <w:br/>
        <w:t>We're</w:t>
      </w:r>
      <w:r>
        <w:t xml:space="preserve"> sure</w:t>
      </w:r>
      <w:r>
        <w:t xml:space="preserve"> he</w:t>
      </w:r>
      <w:r>
        <w:t xml:space="preserve"> knows</w:t>
      </w:r>
      <w:r>
        <w:t xml:space="preserve"> this</w:t>
      </w:r>
      <w:r>
        <w:t xml:space="preserve"> guy,</w:t>
      </w:r>
      <w:r>
        <w:t xml:space="preserve"> right?</w:t>
        <w:br/>
        <w:t>好像没人在家</w:t>
        <w:br/>
        <w:t>Looks</w:t>
      </w:r>
      <w:r>
        <w:t xml:space="preserve"> like</w:t>
      </w:r>
      <w:r>
        <w:t xml:space="preserve"> nobody's</w:t>
      </w:r>
      <w:r>
        <w:t xml:space="preserve"> home.</w:t>
        <w:br/>
        <w:t>嘿</w:t>
      </w:r>
      <w:r>
        <w:t xml:space="preserve"> 你疯了吗?</w:t>
        <w:br/>
        <w:t>Hey!</w:t>
      </w:r>
      <w:r>
        <w:t xml:space="preserve"> Are</w:t>
      </w:r>
      <w:r>
        <w:t xml:space="preserve"> you</w:t>
      </w:r>
      <w:r>
        <w:t xml:space="preserve"> crazy?</w:t>
        <w:br/>
        <w:t>你站在公路中间</w:t>
        <w:br/>
        <w:t>You're</w:t>
      </w:r>
      <w:r>
        <w:t xml:space="preserve"> standing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a</w:t>
      </w:r>
      <w:r>
        <w:t xml:space="preserve"> highway!</w:t>
      </w:r>
      <w:r>
        <w:t xml:space="preserve"> </w:t>
        <w:br/>
        <w:t>是</w:t>
      </w:r>
      <w:r>
        <w:t xml:space="preserve"> 嗨</w:t>
      </w:r>
      <w:r>
        <w:t xml:space="preserve"> 我真的需要搭个车</w:t>
        <w:br/>
        <w:t>Yeah,</w:t>
      </w:r>
      <w:r>
        <w:t xml:space="preserve"> hi.</w:t>
      </w:r>
      <w:r>
        <w:t xml:space="preserve"> Um,</w:t>
      </w:r>
      <w:r>
        <w:t xml:space="preserve"> I</w:t>
      </w:r>
      <w:r>
        <w:t xml:space="preserve"> really</w:t>
      </w:r>
      <w:r>
        <w:t xml:space="preserve"> need</w:t>
      </w:r>
      <w:r>
        <w:t xml:space="preserve"> a</w:t>
      </w:r>
      <w:r>
        <w:t xml:space="preserve"> ride.</w:t>
        <w:br/>
        <w:t>好</w:t>
      </w:r>
      <w:r>
        <w:t xml:space="preserve"> 但是站在路肩</w:t>
      </w:r>
      <w:r>
        <w:t xml:space="preserve"> 好吗?</w:t>
        <w:br/>
        <w:t>Okay,</w:t>
      </w:r>
      <w:r>
        <w:t xml:space="preserve"> but</w:t>
      </w:r>
      <w:r>
        <w:t xml:space="preserve"> stand</w:t>
      </w:r>
      <w:r>
        <w:t xml:space="preserve"> on</w:t>
      </w:r>
      <w:r>
        <w:t xml:space="preserve"> the</w:t>
      </w:r>
      <w:r>
        <w:t xml:space="preserve"> shoulder,</w:t>
      </w:r>
      <w:r>
        <w:t xml:space="preserve"> man,</w:t>
      </w:r>
      <w:r>
        <w:t xml:space="preserve"> okay?</w:t>
        <w:br/>
        <w:t>你会被撞到的</w:t>
        <w:br/>
        <w:t>You're</w:t>
      </w:r>
      <w:r>
        <w:t xml:space="preserve"> gonna</w:t>
      </w:r>
      <w:r>
        <w:t xml:space="preserve"> get</w:t>
      </w:r>
      <w:r>
        <w:t xml:space="preserve"> hit.</w:t>
      </w:r>
      <w:r>
        <w:t xml:space="preserve"> </w:t>
        <w:br/>
        <w:t>好</w:t>
      </w:r>
      <w:r>
        <w:t xml:space="preserve"> 很好</w:t>
        <w:br/>
        <w:t>Okay,</w:t>
      </w:r>
      <w:r>
        <w:t xml:space="preserve"> yeah.</w:t>
      </w:r>
      <w:r>
        <w:t xml:space="preserve"> Great.</w:t>
        <w:br/>
        <w:t>天啊</w:t>
        <w:br/>
        <w:t>Geez.</w:t>
        <w:br/>
        <w:t>不不</w:t>
        <w:br/>
        <w:t>Uh,</w:t>
      </w:r>
      <w:r>
        <w:t xml:space="preserve"> whoa,</w:t>
      </w:r>
      <w:r>
        <w:t xml:space="preserve"> whoa,</w:t>
      </w:r>
      <w:r>
        <w:t xml:space="preserve"> whoa.</w:t>
      </w:r>
      <w:r>
        <w:t xml:space="preserve"> No,</w:t>
      </w:r>
      <w:r>
        <w:t xml:space="preserve"> no.</w:t>
        <w:br/>
        <w:t>你...你这是干什么</w:t>
        <w:br/>
        <w:t>What</w:t>
      </w:r>
      <w:r>
        <w:t xml:space="preserve"> are</w:t>
      </w:r>
      <w:r>
        <w:t xml:space="preserve"> you...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</w:t>
        <w:br/>
        <w:t>你说好的啊</w:t>
        <w:br/>
        <w:t>You</w:t>
      </w:r>
      <w:r>
        <w:t xml:space="preserve"> said</w:t>
      </w:r>
      <w:r>
        <w:t xml:space="preserve"> "okay."</w:t>
        <w:br/>
        <w:t>不</w:t>
      </w:r>
      <w:r>
        <w:t xml:space="preserve"> 我是说"好</w:t>
      </w:r>
      <w:r>
        <w:t xml:space="preserve"> 站在路肩"</w:t>
        <w:br/>
        <w:t>No,</w:t>
      </w:r>
      <w:r>
        <w:t xml:space="preserve"> I</w:t>
      </w:r>
      <w:r>
        <w:t xml:space="preserve"> said,</w:t>
      </w:r>
      <w:r>
        <w:t xml:space="preserve"> "okay,</w:t>
      </w:r>
      <w:r>
        <w:t xml:space="preserve"> stand</w:t>
      </w:r>
      <w:r>
        <w:t xml:space="preserve"> on</w:t>
      </w:r>
      <w:r>
        <w:t xml:space="preserve"> the</w:t>
      </w:r>
      <w:r>
        <w:t xml:space="preserve"> shoulder,"</w:t>
      </w:r>
      <w:r>
        <w:t xml:space="preserve"> </w:t>
        <w:br/>
        <w:br/>
        <w:t>不是"好</w:t>
      </w:r>
      <w:r>
        <w:t xml:space="preserve"> 我可以载你"</w:t>
        <w:br/>
        <w:t>not,</w:t>
      </w:r>
      <w:r>
        <w:t xml:space="preserve"> "okay,</w:t>
      </w:r>
      <w:r>
        <w:t xml:space="preserve"> I</w:t>
      </w:r>
      <w:r>
        <w:t xml:space="preserve"> can</w:t>
      </w:r>
      <w:r>
        <w:t xml:space="preserve"> give</w:t>
      </w:r>
      <w:r>
        <w:t xml:space="preserve"> you</w:t>
      </w:r>
      <w:r>
        <w:t xml:space="preserve"> a</w:t>
      </w:r>
      <w:r>
        <w:t xml:space="preserve"> ride."</w:t>
        <w:br/>
        <w:t>拜托了</w:t>
      </w:r>
      <w:r>
        <w:t xml:space="preserve"> 好吗</w:t>
      </w:r>
      <w:r>
        <w:t xml:space="preserve"> 就往北20分钟去阿克斯桥</w:t>
        <w:br/>
        <w:t>Look.</w:t>
      </w:r>
      <w:r>
        <w:t xml:space="preserve"> Please?</w:t>
      </w:r>
      <w:r>
        <w:t xml:space="preserve"> Okay?</w:t>
      </w:r>
      <w:r>
        <w:t xml:space="preserve"> Just</w:t>
      </w:r>
      <w:r>
        <w:t xml:space="preserve"> like</w:t>
      </w:r>
      <w:r>
        <w:t xml:space="preserve"> 20</w:t>
      </w:r>
      <w:r>
        <w:t xml:space="preserve"> minutes</w:t>
      </w:r>
      <w:r>
        <w:t xml:space="preserve"> north</w:t>
      </w:r>
      <w:r>
        <w:t xml:space="preserve"> to</w:t>
      </w:r>
      <w:r>
        <w:t xml:space="preserve"> Uxbridge.</w:t>
        <w:br/>
        <w:t>不行</w:t>
        <w:br/>
        <w:t>No!</w:t>
      </w:r>
      <w:r>
        <w:t xml:space="preserve"> </w:t>
        <w:br/>
        <w:t>就往北走20分钟</w:t>
        <w:br/>
        <w:t>It's</w:t>
      </w:r>
      <w:r>
        <w:t xml:space="preserve"> like</w:t>
      </w:r>
      <w:r>
        <w:t xml:space="preserve"> 20</w:t>
      </w:r>
      <w:r>
        <w:t xml:space="preserve"> minutes</w:t>
      </w:r>
      <w:r>
        <w:t xml:space="preserve"> north.</w:t>
        <w:br/>
        <w:t>拜托了</w:t>
        <w:br/>
        <w:t>Please.</w:t>
        <w:br/>
        <w:t>行</w:t>
      </w:r>
      <w:r>
        <w:t xml:space="preserve"> 系好安全带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我赶时间</w:t>
        <w:br/>
        <w:t>Fine.</w:t>
      </w:r>
      <w:r>
        <w:t xml:space="preserve"> Buckle</w:t>
      </w:r>
      <w:r>
        <w:t xml:space="preserve"> up.</w:t>
      </w:r>
      <w:r>
        <w:t xml:space="preserve"> I'm</w:t>
      </w:r>
      <w:r>
        <w:t xml:space="preserve"> in</w:t>
      </w:r>
      <w:r>
        <w:t xml:space="preserve"> a</w:t>
      </w:r>
      <w:r>
        <w:t xml:space="preserve"> rush.</w:t>
      </w:r>
      <w:r>
        <w:t xml:space="preserve"> </w:t>
        <w:br/>
        <w:t>好</w:t>
      </w:r>
      <w:r>
        <w:t xml:space="preserve"> 谢谢</w:t>
        <w:br/>
        <w:t>Okay.</w:t>
      </w:r>
      <w:r>
        <w:t xml:space="preserve"> Thank</w:t>
      </w:r>
      <w:r>
        <w:t xml:space="preserve"> you.</w:t>
        <w:br/>
        <w:t>你从哪儿来?</w:t>
        <w:br/>
        <w:t>Where</w:t>
      </w:r>
      <w:r>
        <w:t xml:space="preserve"> you</w:t>
      </w:r>
      <w:r>
        <w:t xml:space="preserve"> coming</w:t>
      </w:r>
      <w:r>
        <w:t xml:space="preserve"> from?</w:t>
        <w:br/>
        <w:t>朋友家</w:t>
        <w:br/>
        <w:t>A</w:t>
      </w:r>
      <w:r>
        <w:t xml:space="preserve"> friend's</w:t>
      </w:r>
      <w:r>
        <w:t xml:space="preserve"> house.</w:t>
        <w:br/>
        <w:t>住这么偏</w:t>
      </w:r>
      <w:r>
        <w:t xml:space="preserve"> 出门很不方便</w:t>
        <w:br/>
        <w:t>It's</w:t>
      </w:r>
      <w:r>
        <w:t xml:space="preserve"> hard</w:t>
      </w:r>
      <w:r>
        <w:t xml:space="preserve"> to</w:t>
      </w:r>
      <w:r>
        <w:t xml:space="preserve"> get</w:t>
      </w:r>
      <w:r>
        <w:t xml:space="preserve"> around,</w:t>
      </w:r>
      <w:r>
        <w:t xml:space="preserve"> living</w:t>
      </w:r>
      <w:r>
        <w:t xml:space="preserve"> out</w:t>
      </w:r>
      <w:r>
        <w:t xml:space="preserve"> here.</w:t>
        <w:br/>
        <w:t>我以前会踩单车</w:t>
        <w:br/>
        <w:t>It's,</w:t>
      </w:r>
      <w:r>
        <w:t xml:space="preserve"> uh...</w:t>
      </w:r>
      <w:r>
        <w:t xml:space="preserve"> used</w:t>
      </w:r>
      <w:r>
        <w:t xml:space="preserve"> to</w:t>
      </w:r>
      <w:r>
        <w:t xml:space="preserve"> ride</w:t>
      </w:r>
      <w:r>
        <w:t xml:space="preserve"> my</w:t>
      </w:r>
      <w:r>
        <w:t xml:space="preserve"> bike,</w:t>
      </w:r>
      <w:r>
        <w:t xml:space="preserve"> actually,</w:t>
      </w:r>
      <w:r>
        <w:t xml:space="preserve"> </w:t>
        <w:br/>
        <w:t>不过后来</w:t>
      </w:r>
      <w:r>
        <w:t xml:space="preserve"> 车坏了</w:t>
        <w:br/>
        <w:t>but</w:t>
      </w:r>
      <w:r>
        <w:t xml:space="preserve"> then</w:t>
      </w:r>
      <w:r>
        <w:t xml:space="preserve"> it...</w:t>
      </w:r>
      <w:r>
        <w:t xml:space="preserve"> it</w:t>
      </w:r>
      <w:r>
        <w:t xml:space="preserve"> broke.</w:t>
        <w:br/>
        <w:t>你穿的...这是婚纱吗?</w:t>
        <w:br/>
        <w:t>Is</w:t>
      </w:r>
      <w:r>
        <w:t xml:space="preserve"> that</w:t>
      </w:r>
      <w:r>
        <w:t xml:space="preserve"> a...</w:t>
      </w:r>
      <w:r>
        <w:t xml:space="preserve"> is</w:t>
      </w:r>
      <w:r>
        <w:t xml:space="preserve"> that</w:t>
      </w:r>
      <w:r>
        <w:t xml:space="preserve"> a</w:t>
      </w:r>
      <w:r>
        <w:t xml:space="preserve"> wedding</w:t>
      </w:r>
      <w:r>
        <w:t xml:space="preserve"> dress?</w:t>
        <w:br/>
        <w:t>要结婚还是?</w:t>
        <w:br/>
        <w:t>You</w:t>
      </w:r>
      <w:r>
        <w:t xml:space="preserve"> getting</w:t>
      </w:r>
      <w:r>
        <w:t xml:space="preserve"> married</w:t>
      </w:r>
      <w:r>
        <w:t xml:space="preserve"> or</w:t>
      </w:r>
      <w:r>
        <w:t xml:space="preserve"> something?</w:t>
        <w:br/>
        <w:t>是的</w:t>
      </w:r>
      <w:r>
        <w:t xml:space="preserve"> 嫁给一个叫Sam的人</w:t>
        <w:br/>
        <w:t>I</w:t>
      </w:r>
      <w:r>
        <w:t xml:space="preserve"> am,</w:t>
      </w:r>
      <w:r>
        <w:t xml:space="preserve"> actually.</w:t>
      </w:r>
      <w:r>
        <w:t xml:space="preserve"> To</w:t>
      </w:r>
      <w:r>
        <w:t xml:space="preserve"> a</w:t>
      </w:r>
      <w:r>
        <w:t xml:space="preserve"> guy</w:t>
      </w:r>
      <w:r>
        <w:t xml:space="preserve"> named</w:t>
      </w:r>
      <w:r>
        <w:t xml:space="preserve"> Sam.</w:t>
        <w:br/>
        <w:t>真好</w:t>
      </w:r>
      <w:r>
        <w:t xml:space="preserve"> 我为你高兴</w:t>
        <w:br/>
        <w:t>That's</w:t>
      </w:r>
      <w:r>
        <w:t xml:space="preserve"> awesome.</w:t>
      </w:r>
      <w:r>
        <w:t xml:space="preserve"> I'm</w:t>
      </w:r>
      <w:r>
        <w:t xml:space="preserve"> happy</w:t>
      </w:r>
      <w:r>
        <w:t xml:space="preserve"> for</w:t>
      </w:r>
      <w:r>
        <w:t xml:space="preserve"> you.</w:t>
      </w:r>
      <w:r>
        <w:t xml:space="preserve"> </w:t>
        <w:br/>
        <w:t>谢谢</w:t>
        <w:br/>
        <w:t>Well,</w:t>
      </w:r>
      <w:r>
        <w:t xml:space="preserve"> thank</w:t>
      </w:r>
      <w:r>
        <w:t xml:space="preserve"> you.</w:t>
        <w:br/>
        <w:t>你有男朋友</w:t>
      </w:r>
      <w:r>
        <w:t xml:space="preserve"> 还是...</w:t>
        <w:br/>
        <w:t>You</w:t>
      </w:r>
      <w:r>
        <w:t xml:space="preserve"> have</w:t>
      </w:r>
      <w:r>
        <w:t xml:space="preserve"> a</w:t>
      </w:r>
      <w:r>
        <w:t xml:space="preserve"> boyfriend</w:t>
      </w:r>
      <w:r>
        <w:t xml:space="preserve"> or...?</w:t>
        <w:br/>
        <w:t>以前有</w:t>
      </w:r>
      <w:r>
        <w:t xml:space="preserve"> 他进监狱了</w:t>
        <w:br/>
        <w:t>I...</w:t>
      </w:r>
      <w:r>
        <w:t xml:space="preserve"> I</w:t>
      </w:r>
      <w:r>
        <w:t xml:space="preserve"> used</w:t>
      </w:r>
      <w:r>
        <w:t xml:space="preserve"> to,</w:t>
      </w:r>
      <w:r>
        <w:t xml:space="preserve"> yeah.</w:t>
      </w:r>
      <w:r>
        <w:t xml:space="preserve"> He</w:t>
      </w:r>
      <w:r>
        <w:t xml:space="preserve"> went</w:t>
      </w:r>
      <w:r>
        <w:t xml:space="preserve"> to</w:t>
      </w:r>
      <w:r>
        <w:t xml:space="preserve"> jail.</w:t>
        <w:br/>
        <w:t>不过反正他也是个混&amp;hearts;蛋&amp;hearts;</w:t>
        <w:br/>
        <w:t>But</w:t>
      </w:r>
      <w:r>
        <w:t xml:space="preserve"> he</w:t>
      </w:r>
      <w:r>
        <w:t xml:space="preserve"> was</w:t>
      </w:r>
      <w:r>
        <w:t xml:space="preserve"> kind</w:t>
      </w:r>
      <w:r>
        <w:t xml:space="preserve"> of</w:t>
      </w:r>
      <w:r>
        <w:t xml:space="preserve"> a</w:t>
      </w:r>
      <w:r>
        <w:t xml:space="preserve"> jerk</w:t>
      </w:r>
      <w:r>
        <w:t xml:space="preserve"> anyways,</w:t>
      </w:r>
      <w:r>
        <w:t xml:space="preserve"> though,</w:t>
        <w:br/>
        <w:t>所以</w:t>
      </w:r>
      <w:r>
        <w:t xml:space="preserve"> 也不算是...什么损失</w:t>
        <w:br/>
        <w:t>so...</w:t>
      </w:r>
      <w:r>
        <w:t xml:space="preserve"> You</w:t>
      </w:r>
      <w:r>
        <w:t xml:space="preserve"> know,</w:t>
      </w:r>
      <w:r>
        <w:t xml:space="preserve"> it's</w:t>
      </w:r>
      <w:r>
        <w:t xml:space="preserve"> not</w:t>
      </w:r>
      <w:r>
        <w:t xml:space="preserve"> a...</w:t>
      </w:r>
      <w:r>
        <w:t xml:space="preserve"> a</w:t>
      </w:r>
      <w:r>
        <w:t xml:space="preserve"> great</w:t>
      </w:r>
      <w:r>
        <w:t xml:space="preserve"> loss.</w:t>
        <w:br/>
        <w:t>挺好</w:t>
        <w:br/>
        <w:t>That's</w:t>
      </w:r>
      <w:r>
        <w:t xml:space="preserve"> good.</w:t>
        <w:br/>
        <w:t>好</w:t>
      </w:r>
      <w:r>
        <w:t xml:space="preserve"> 我在厨房&amp;hearts;</w:t>
      </w:r>
      <w:r>
        <w:t xml:space="preserve"> 切鸡肉</w:t>
        <w:br/>
        <w:t>Okay,</w:t>
      </w:r>
      <w:r>
        <w:t xml:space="preserve"> I'm</w:t>
      </w:r>
      <w:r>
        <w:t xml:space="preserve"> in</w:t>
      </w:r>
      <w:r>
        <w:t xml:space="preserve"> the</w:t>
      </w:r>
      <w:r>
        <w:t xml:space="preserve"> kitchen,</w:t>
      </w:r>
      <w:r>
        <w:t xml:space="preserve"> I'm</w:t>
      </w:r>
      <w:r>
        <w:t xml:space="preserve"> cutting</w:t>
      </w:r>
      <w:r>
        <w:t xml:space="preserve"> chicken.</w:t>
        <w:br/>
        <w:t>我老公睡醒</w:t>
      </w:r>
      <w:r>
        <w:t xml:space="preserve"> 到楼下来</w:t>
        <w:br/>
        <w:t>My</w:t>
      </w:r>
      <w:r>
        <w:t xml:space="preserve"> husband</w:t>
      </w:r>
      <w:r>
        <w:t xml:space="preserve"> wakes</w:t>
      </w:r>
      <w:r>
        <w:t xml:space="preserve"> up.</w:t>
      </w:r>
      <w:r>
        <w:t xml:space="preserve"> He</w:t>
      </w:r>
      <w:r>
        <w:t xml:space="preserve"> comes</w:t>
      </w:r>
      <w:r>
        <w:t xml:space="preserve"> downstairs.</w:t>
        <w:br/>
        <w:t>我是老公</w:t>
        <w:br/>
        <w:t>I'm</w:t>
      </w:r>
      <w:r>
        <w:t xml:space="preserve"> the</w:t>
      </w:r>
      <w:r>
        <w:t xml:space="preserve"> husband.</w:t>
        <w:br/>
        <w:t>我不喜欢你咀嚼东西的样子</w:t>
        <w:br/>
        <w:t>And</w:t>
      </w:r>
      <w:r>
        <w:t xml:space="preserve"> I</w:t>
      </w:r>
      <w:r>
        <w:t xml:space="preserve"> don't</w:t>
      </w:r>
      <w:r>
        <w:t xml:space="preserve"> like</w:t>
      </w:r>
      <w:r>
        <w:t xml:space="preserve"> the</w:t>
      </w:r>
      <w:r>
        <w:t xml:space="preserve"> way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chew.</w:t>
        <w:br/>
        <w:t>我抓起一把锤子</w:t>
      </w:r>
      <w:r>
        <w:t xml:space="preserve"> 砸过去</w:t>
        <w:br/>
        <w:t>I</w:t>
      </w:r>
      <w:r>
        <w:t xml:space="preserve"> grab</w:t>
      </w:r>
      <w:r>
        <w:t xml:space="preserve"> a</w:t>
      </w:r>
      <w:r>
        <w:t xml:space="preserve"> hammer.</w:t>
      </w:r>
      <w:r>
        <w:t xml:space="preserve"> Smack!</w:t>
        <w:br/>
        <w:t>那我为什么会躺在地下室的楼梯下面?</w:t>
        <w:br/>
        <w:t>So,</w:t>
      </w:r>
      <w:r>
        <w:t xml:space="preserve"> why</w:t>
      </w:r>
      <w:r>
        <w:t xml:space="preserve"> am</w:t>
      </w:r>
      <w:r>
        <w:t xml:space="preserve"> I</w:t>
      </w:r>
      <w:r>
        <w:t xml:space="preserve"> at</w:t>
      </w:r>
      <w:r>
        <w:t xml:space="preserve"> the</w:t>
      </w:r>
      <w:r>
        <w:t xml:space="preserve"> bottom</w:t>
      </w:r>
      <w:r>
        <w:t xml:space="preserve"> of</w:t>
      </w:r>
      <w:r>
        <w:t xml:space="preserve"> the</w:t>
      </w:r>
      <w:r>
        <w:t xml:space="preserve"> basement</w:t>
      </w:r>
      <w:r>
        <w:t xml:space="preserve"> stairs?</w:t>
        <w:br/>
        <w:t>我为什么要把锤子留在你身边</w:t>
        <w:br/>
        <w:t>Why</w:t>
      </w:r>
      <w:r>
        <w:t xml:space="preserve"> am</w:t>
      </w:r>
      <w:r>
        <w:t xml:space="preserve"> I</w:t>
      </w:r>
      <w:r>
        <w:t xml:space="preserve"> just</w:t>
      </w:r>
      <w:r>
        <w:t xml:space="preserve"> gonna,</w:t>
      </w:r>
      <w:r>
        <w:t xml:space="preserve"> like,</w:t>
      </w:r>
      <w:r>
        <w:t xml:space="preserve"> leave</w:t>
      </w:r>
      <w:r>
        <w:t xml:space="preserve"> the</w:t>
      </w:r>
      <w:r>
        <w:t xml:space="preserve"> hammer</w:t>
      </w:r>
      <w:r>
        <w:t xml:space="preserve"> lying</w:t>
      </w:r>
      <w:r>
        <w:t xml:space="preserve"> next</w:t>
      </w:r>
      <w:r>
        <w:t xml:space="preserve"> to</w:t>
      </w:r>
      <w:r>
        <w:t xml:space="preserve"> you</w:t>
      </w:r>
      <w:r>
        <w:t xml:space="preserve"> </w:t>
        <w:br/>
        <w:t>然后上班去?</w:t>
        <w:br/>
        <w:t>and</w:t>
      </w:r>
      <w:r>
        <w:t xml:space="preserve"> then</w:t>
      </w:r>
      <w:r>
        <w:t xml:space="preserve"> head</w:t>
      </w:r>
      <w:r>
        <w:t xml:space="preserve"> to</w:t>
      </w:r>
      <w:r>
        <w:t xml:space="preserve"> work?</w:t>
        <w:br/>
        <w:t>你怎么了?</w:t>
        <w:br/>
        <w:t>What's</w:t>
      </w:r>
      <w:r>
        <w:t xml:space="preserve"> your</w:t>
      </w:r>
      <w:r>
        <w:t xml:space="preserve"> problem?</w:t>
        <w:br/>
        <w:t>就是...太难得了</w:t>
      </w:r>
      <w:r>
        <w:t xml:space="preserve"> 明白吗?</w:t>
        <w:br/>
        <w:t>Oh,</w:t>
      </w:r>
      <w:r>
        <w:t xml:space="preserve"> it's</w:t>
      </w:r>
      <w:r>
        <w:t xml:space="preserve"> just...</w:t>
      </w:r>
      <w:r>
        <w:t xml:space="preserve"> it's</w:t>
      </w:r>
      <w:r>
        <w:t xml:space="preserve"> just</w:t>
      </w:r>
      <w:r>
        <w:t xml:space="preserve"> so</w:t>
      </w:r>
      <w:r>
        <w:t xml:space="preserve"> special,</w:t>
      </w:r>
      <w:r>
        <w:t xml:space="preserve"> you</w:t>
      </w:r>
      <w:r>
        <w:t xml:space="preserve"> know?</w:t>
        <w:br/>
        <w:t>一个时代的结束</w:t>
        <w:br/>
        <w:t>It's</w:t>
      </w:r>
      <w:r>
        <w:t xml:space="preserve"> just</w:t>
      </w:r>
      <w:r>
        <w:t xml:space="preserve"> the</w:t>
      </w:r>
      <w:r>
        <w:t xml:space="preserve"> end</w:t>
      </w:r>
      <w:r>
        <w:t xml:space="preserve"> of</w:t>
      </w:r>
      <w:r>
        <w:t xml:space="preserve"> an</w:t>
      </w:r>
      <w:r>
        <w:t xml:space="preserve"> era.</w:t>
      </w:r>
      <w:r>
        <w:t xml:space="preserve"> </w:t>
        <w:br/>
        <w:t>各种时刻...都涌现出来</w:t>
        <w:br/>
        <w:t>All</w:t>
      </w:r>
      <w:r>
        <w:t xml:space="preserve"> the</w:t>
      </w:r>
      <w:r>
        <w:t xml:space="preserve"> moments</w:t>
      </w:r>
      <w:r>
        <w:t xml:space="preserve"> just...</w:t>
      </w:r>
      <w:r>
        <w:t xml:space="preserve"> Coming</w:t>
      </w:r>
      <w:r>
        <w:t xml:space="preserve"> together.</w:t>
        <w:br/>
        <w:t>是啊</w:t>
      </w:r>
      <w:r>
        <w:t xml:space="preserve"> 那些时刻你根本都不在</w:t>
        <w:br/>
        <w:t>Yeah.</w:t>
      </w:r>
      <w:r>
        <w:t xml:space="preserve"> You</w:t>
      </w:r>
      <w:r>
        <w:t xml:space="preserve"> weren't</w:t>
      </w:r>
      <w:r>
        <w:t xml:space="preserve"> even</w:t>
      </w:r>
      <w:r>
        <w:t xml:space="preserve"> around</w:t>
      </w:r>
      <w:r>
        <w:t xml:space="preserve"> for</w:t>
      </w:r>
      <w:r>
        <w:t xml:space="preserve"> all</w:t>
      </w:r>
      <w:r>
        <w:t xml:space="preserve"> those</w:t>
      </w:r>
      <w:r>
        <w:t xml:space="preserve"> moments.</w:t>
        <w:br/>
        <w:t>你只是...在最后一幕走了进来</w:t>
        <w:br/>
        <w:t>You're</w:t>
      </w:r>
      <w:r>
        <w:t xml:space="preserve"> just</w:t>
      </w:r>
      <w:r>
        <w:t xml:space="preserve"> walking</w:t>
      </w:r>
      <w:r>
        <w:t xml:space="preserve"> in...</w:t>
      </w:r>
      <w:r>
        <w:t xml:space="preserve"> the</w:t>
      </w:r>
      <w:r>
        <w:t xml:space="preserve"> last</w:t>
      </w:r>
      <w:r>
        <w:t xml:space="preserve"> act</w:t>
      </w:r>
      <w:r>
        <w:t xml:space="preserve"> of</w:t>
      </w:r>
      <w:r>
        <w:t xml:space="preserve"> the</w:t>
      </w:r>
      <w:r>
        <w:t xml:space="preserve"> show.</w:t>
        <w:br/>
        <w:t>那是最精彩的嘛</w:t>
      </w:r>
      <w:r>
        <w:t xml:space="preserve"> Gail</w:t>
        <w:br/>
        <w:t>It's</w:t>
      </w:r>
      <w:r>
        <w:t xml:space="preserve"> the</w:t>
      </w:r>
      <w:r>
        <w:t xml:space="preserve"> best</w:t>
      </w:r>
      <w:r>
        <w:t xml:space="preserve"> part,</w:t>
      </w:r>
      <w:r>
        <w:t xml:space="preserve"> Gail.</w:t>
        <w:br/>
        <w:t>我...我想她现在应该到了</w:t>
        <w:br/>
        <w:t>I...</w:t>
      </w:r>
      <w:r>
        <w:t xml:space="preserve"> I</w:t>
      </w:r>
      <w:r>
        <w:t xml:space="preserve"> think</w:t>
      </w:r>
      <w:r>
        <w:t xml:space="preserve"> she</w:t>
      </w:r>
      <w:r>
        <w:t xml:space="preserve"> should</w:t>
      </w:r>
      <w:r>
        <w:t xml:space="preserve"> be</w:t>
      </w:r>
      <w:r>
        <w:t xml:space="preserve"> here</w:t>
      </w:r>
      <w:r>
        <w:t xml:space="preserve"> by</w:t>
      </w:r>
      <w:r>
        <w:t xml:space="preserve"> now.</w:t>
        <w:br/>
        <w:t>就算堵车</w:t>
      </w:r>
      <w:r>
        <w:t xml:space="preserve"> 也是1小时的路</w:t>
        <w:br/>
        <w:t>Even</w:t>
      </w:r>
      <w:r>
        <w:t xml:space="preserve"> with</w:t>
      </w:r>
      <w:r>
        <w:t xml:space="preserve"> traffic,</w:t>
      </w:r>
      <w:r>
        <w:t xml:space="preserve"> it's</w:t>
      </w:r>
      <w:r>
        <w:t xml:space="preserve"> an</w:t>
      </w:r>
      <w:r>
        <w:t xml:space="preserve"> hour's</w:t>
      </w:r>
      <w:r>
        <w:t xml:space="preserve"> drive.</w:t>
        <w:br/>
        <w:t>是啊</w:t>
      </w:r>
      <w:r>
        <w:t xml:space="preserve"> 嘿</w:t>
      </w:r>
      <w:r>
        <w:t xml:space="preserve"> 我们...我们一切都很顺利</w:t>
      </w:r>
      <w:r>
        <w:t xml:space="preserve"> 好吗</w:t>
        <w:br/>
        <w:t>Yeah,</w:t>
      </w:r>
      <w:r>
        <w:t xml:space="preserve"> hey.</w:t>
      </w:r>
      <w:r>
        <w:t xml:space="preserve"> You</w:t>
      </w:r>
      <w:r>
        <w:t xml:space="preserve"> know,</w:t>
      </w:r>
      <w:r>
        <w:t xml:space="preserve"> w...</w:t>
      </w:r>
      <w:r>
        <w:t xml:space="preserve"> w...</w:t>
      </w:r>
      <w:r>
        <w:t xml:space="preserve"> we're</w:t>
      </w:r>
      <w:r>
        <w:t xml:space="preserve"> in</w:t>
      </w:r>
      <w:r>
        <w:t xml:space="preserve"> great</w:t>
      </w:r>
      <w:r>
        <w:t xml:space="preserve"> shape,</w:t>
      </w:r>
      <w:r>
        <w:t xml:space="preserve"> okay?</w:t>
        <w:br/>
        <w:t>Jean</w:t>
      </w:r>
      <w:r>
        <w:t xml:space="preserve"> Pierre神父到了</w:t>
        <w:br/>
        <w:t>Father</w:t>
      </w:r>
      <w:r>
        <w:t xml:space="preserve"> Jean</w:t>
      </w:r>
      <w:r>
        <w:t xml:space="preserve"> Pierre</w:t>
      </w:r>
      <w:r>
        <w:t xml:space="preserve"> is</w:t>
      </w:r>
      <w:r>
        <w:t xml:space="preserve"> here.</w:t>
        <w:br/>
        <w:t>Chris和Dov也照计划拿上花出发了</w:t>
        <w:br/>
        <w:t>Chris</w:t>
      </w:r>
      <w:r>
        <w:t xml:space="preserve"> and</w:t>
      </w:r>
      <w:r>
        <w:t xml:space="preserve"> Dov</w:t>
      </w:r>
      <w:r>
        <w:t xml:space="preserve"> left</w:t>
      </w:r>
      <w:r>
        <w:t xml:space="preserve"> with</w:t>
      </w:r>
      <w:r>
        <w:t xml:space="preserve"> the</w:t>
      </w:r>
      <w:r>
        <w:t xml:space="preserve"> rest</w:t>
      </w:r>
      <w:r>
        <w:t xml:space="preserve"> of</w:t>
      </w:r>
      <w:r>
        <w:t xml:space="preserve"> the</w:t>
      </w:r>
      <w:r>
        <w:t xml:space="preserve"> flowers</w:t>
      </w:r>
      <w:r>
        <w:t xml:space="preserve"> on</w:t>
      </w:r>
      <w:r>
        <w:t xml:space="preserve"> schedule.</w:t>
        <w:br/>
        <w:t>看我碰到了谁</w:t>
        <w:br/>
        <w:t>And</w:t>
      </w:r>
      <w:r>
        <w:t xml:space="preserve"> look</w:t>
      </w:r>
      <w:r>
        <w:t xml:space="preserve"> who</w:t>
      </w:r>
      <w:r>
        <w:t xml:space="preserve"> I</w:t>
      </w:r>
      <w:r>
        <w:t xml:space="preserve"> ran</w:t>
      </w:r>
      <w:r>
        <w:t xml:space="preserve"> into.</w:t>
        <w:br/>
        <w:t>嘿</w:t>
        <w:br/>
        <w:t>Hey.</w:t>
      </w:r>
      <w:r>
        <w:t xml:space="preserve"> </w:t>
        <w:br/>
        <w:t>嘿</w:t>
      </w:r>
      <w:r>
        <w:t xml:space="preserve"> 拿到我的礼物了吗</w:t>
        <w:br/>
        <w:t>Hey.</w:t>
      </w:r>
      <w:r>
        <w:t xml:space="preserve"> Did</w:t>
      </w:r>
      <w:r>
        <w:t xml:space="preserve"> you</w:t>
      </w:r>
      <w:r>
        <w:t xml:space="preserve"> get</w:t>
      </w:r>
      <w:r>
        <w:t xml:space="preserve"> my</w:t>
      </w:r>
      <w:r>
        <w:t xml:space="preserve"> present?</w:t>
        <w:br/>
        <w:t>那是你的礼物?</w:t>
        <w:br/>
        <w:t>Is</w:t>
      </w:r>
      <w:r>
        <w:t xml:space="preserve"> that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present?</w:t>
        <w:br/>
        <w:t>不是</w:t>
        <w:br/>
        <w:t>No.</w:t>
      </w:r>
      <w:r>
        <w:t xml:space="preserve"> </w:t>
        <w:br/>
        <w:t>不</w:t>
        <w:br/>
        <w:t>No.</w:t>
        <w:br/>
        <w:t>西洋蓍草</w:t>
        <w:br/>
        <w:t>Yarrow.</w:t>
        <w:br/>
        <w:t>挂在床头</w:t>
        <w:br/>
        <w:t>You</w:t>
      </w:r>
      <w:r>
        <w:t xml:space="preserve"> hang</w:t>
      </w:r>
      <w:r>
        <w:t xml:space="preserve"> it</w:t>
      </w:r>
      <w:r>
        <w:t xml:space="preserve"> above</w:t>
      </w:r>
      <w:r>
        <w:t xml:space="preserve"> your</w:t>
      </w:r>
      <w:r>
        <w:t xml:space="preserve"> bed,</w:t>
      </w:r>
      <w:r>
        <w:t xml:space="preserve"> </w:t>
        <w:br/>
        <w:t>我保证7年激&amp;hearts;情&amp;hearts;不减</w:t>
        <w:br/>
        <w:t>and</w:t>
      </w:r>
      <w:r>
        <w:t xml:space="preserve"> I</w:t>
      </w:r>
      <w:r>
        <w:t xml:space="preserve"> guarantee</w:t>
      </w:r>
      <w:r>
        <w:t xml:space="preserve"> you</w:t>
      </w:r>
      <w:r>
        <w:t xml:space="preserve"> seven</w:t>
      </w:r>
      <w:r>
        <w:t xml:space="preserve"> years</w:t>
      </w:r>
      <w:r>
        <w:t xml:space="preserve"> of</w:t>
      </w:r>
      <w:r>
        <w:t xml:space="preserve"> passion.</w:t>
        <w:br/>
        <w:t>就7年吗</w:t>
        <w:br/>
        <w:t>Oh.</w:t>
      </w:r>
      <w:r>
        <w:t xml:space="preserve"> Only</w:t>
      </w:r>
      <w:r>
        <w:t xml:space="preserve"> seven</w:t>
      </w:r>
      <w:r>
        <w:t xml:space="preserve"> years?</w:t>
        <w:br/>
        <w:t>嘿</w:t>
      </w:r>
      <w:r>
        <w:t xml:space="preserve"> 这...这是什么烟啊?</w:t>
        <w:br/>
        <w:t>Hey,</w:t>
      </w:r>
      <w:r>
        <w:t xml:space="preserve"> uh,</w:t>
      </w:r>
      <w:r>
        <w:t xml:space="preserve"> what's...</w:t>
      </w:r>
      <w:r>
        <w:t xml:space="preserve"> what's</w:t>
      </w:r>
      <w:r>
        <w:t xml:space="preserve"> with</w:t>
      </w:r>
      <w:r>
        <w:t xml:space="preserve"> the</w:t>
      </w:r>
      <w:r>
        <w:t xml:space="preserve"> smoke?</w:t>
      </w:r>
      <w:r>
        <w:t xml:space="preserve"> </w:t>
        <w:br/>
        <w:t>是净化仪式</w:t>
        <w:br/>
        <w:t>Oh,</w:t>
      </w:r>
      <w:r>
        <w:t xml:space="preserve"> it's</w:t>
      </w:r>
      <w:r>
        <w:t xml:space="preserve"> a</w:t>
      </w:r>
      <w:r>
        <w:t xml:space="preserve"> purifying</w:t>
      </w:r>
      <w:r>
        <w:t xml:space="preserve"> ritual.</w:t>
        <w:br/>
        <w:t>会祛除所有的负能量</w:t>
        <w:br/>
        <w:t>It's</w:t>
      </w:r>
      <w:r>
        <w:t xml:space="preserve"> gonna</w:t>
      </w:r>
      <w:r>
        <w:t xml:space="preserve"> cleanse</w:t>
      </w:r>
      <w:r>
        <w:t xml:space="preserve"> all</w:t>
      </w:r>
      <w:r>
        <w:t xml:space="preserve"> the</w:t>
      </w:r>
      <w:r>
        <w:t xml:space="preserve"> negative</w:t>
      </w:r>
      <w:r>
        <w:t xml:space="preserve"> energy.</w:t>
      </w:r>
      <w:r>
        <w:t xml:space="preserve"> </w:t>
        <w:br/>
        <w:t>真好</w:t>
        <w:br/>
        <w:t>Oh.</w:t>
      </w:r>
      <w:r>
        <w:t xml:space="preserve"> Nice.</w:t>
        <w:br/>
        <w:t>你好</w:t>
        <w:br/>
        <w:t>Hello?</w:t>
      </w:r>
      <w:r>
        <w:t xml:space="preserve"> </w:t>
        <w:br/>
        <w:t>Duncan</w:t>
      </w:r>
      <w:r>
        <w:t xml:space="preserve"> 我是Epstein</w:t>
        <w:br/>
        <w:t>Duncan,</w:t>
      </w:r>
      <w:r>
        <w:t xml:space="preserve"> it's</w:t>
      </w:r>
      <w:r>
        <w:t xml:space="preserve"> Epstein.</w:t>
        <w:br/>
        <w:t>我要你帮我查一个地址</w:t>
        <w:br/>
        <w:t>I</w:t>
      </w:r>
      <w:r>
        <w:t xml:space="preserve"> need</w:t>
      </w:r>
      <w:r>
        <w:t xml:space="preserve"> you</w:t>
      </w:r>
      <w:r>
        <w:t xml:space="preserve"> to</w:t>
      </w:r>
      <w:r>
        <w:t xml:space="preserve"> run</w:t>
      </w:r>
      <w:r>
        <w:t xml:space="preserve"> an</w:t>
      </w:r>
      <w:r>
        <w:t xml:space="preserve"> address</w:t>
      </w:r>
      <w:r>
        <w:t xml:space="preserve"> for</w:t>
      </w:r>
      <w:r>
        <w:t xml:space="preserve"> me.</w:t>
        <w:br/>
        <w:t>22大街西139号&amp;hearts;</w:t>
        <w:br/>
        <w:t>139</w:t>
      </w:r>
      <w:r>
        <w:t xml:space="preserve"> west</w:t>
      </w:r>
      <w:r>
        <w:t xml:space="preserve"> 22nd</w:t>
      </w:r>
      <w:r>
        <w:t xml:space="preserve"> Street.</w:t>
        <w:br/>
        <w:t>我要知道谁住在那儿</w:t>
        <w:br/>
        <w:t>I</w:t>
      </w:r>
      <w:r>
        <w:t xml:space="preserve"> want</w:t>
      </w:r>
      <w:r>
        <w:t xml:space="preserve"> to</w:t>
      </w:r>
      <w:r>
        <w:t xml:space="preserve"> know</w:t>
      </w:r>
      <w:r>
        <w:t xml:space="preserve"> who</w:t>
      </w:r>
      <w:r>
        <w:t xml:space="preserve"> lives</w:t>
      </w:r>
      <w:r>
        <w:t xml:space="preserve"> there,</w:t>
      </w:r>
      <w:r>
        <w:t xml:space="preserve"> </w:t>
        <w:br/>
        <w:t>是否有犯罪记录</w:t>
        <w:br/>
        <w:t>if</w:t>
      </w:r>
      <w:r>
        <w:t xml:space="preserve"> they</w:t>
      </w:r>
      <w:r>
        <w:t xml:space="preserve"> have</w:t>
      </w:r>
      <w:r>
        <w:t xml:space="preserve"> a</w:t>
      </w:r>
      <w:r>
        <w:t xml:space="preserve"> criminal</w:t>
      </w:r>
      <w:r>
        <w:t xml:space="preserve"> record,</w:t>
        <w:br/>
        <w:t>是否与一个叫Jay</w:t>
      </w:r>
      <w:r>
        <w:t xml:space="preserve"> Swarek的人有联&amp;hearts;系&amp;hearts;</w:t>
        <w:br/>
        <w:t>if</w:t>
      </w:r>
      <w:r>
        <w:t xml:space="preserve"> they</w:t>
      </w:r>
      <w:r>
        <w:t xml:space="preserve"> have</w:t>
      </w:r>
      <w:r>
        <w:t xml:space="preserve"> any</w:t>
      </w:r>
      <w:r>
        <w:t xml:space="preserve"> connection</w:t>
      </w:r>
      <w:r>
        <w:t xml:space="preserve"> to</w:t>
      </w:r>
      <w:r>
        <w:t xml:space="preserve"> a</w:t>
      </w:r>
      <w:r>
        <w:t xml:space="preserve"> guy</w:t>
      </w:r>
      <w:r>
        <w:t xml:space="preserve"> named</w:t>
      </w:r>
      <w:r>
        <w:t xml:space="preserve"> Jay</w:t>
      </w:r>
      <w:r>
        <w:t xml:space="preserve"> Swarek.</w:t>
        <w:br/>
        <w:t>给我回电&amp;hearts;话&amp;hearts;</w:t>
        <w:br/>
        <w:t>Call</w:t>
      </w:r>
      <w:r>
        <w:t xml:space="preserve"> me</w:t>
      </w:r>
      <w:r>
        <w:t xml:space="preserve"> back.</w:t>
      </w:r>
      <w:r>
        <w:t xml:space="preserve"> </w:t>
        <w:br/>
        <w:t>好</w:t>
      </w:r>
      <w:r>
        <w:t xml:space="preserve"> 我这就查</w:t>
      </w:r>
      <w:r>
        <w:t xml:space="preserve"> 这就查</w:t>
        <w:br/>
        <w:t>Okay.</w:t>
      </w:r>
      <w:r>
        <w:t xml:space="preserve"> I'm</w:t>
      </w:r>
      <w:r>
        <w:t xml:space="preserve"> on</w:t>
      </w:r>
      <w:r>
        <w:t xml:space="preserve"> it.</w:t>
      </w:r>
      <w:r>
        <w:t xml:space="preserve"> I'm</w:t>
      </w:r>
      <w:r>
        <w:t xml:space="preserve"> on</w:t>
      </w:r>
      <w:r>
        <w:t xml:space="preserve"> it.</w:t>
        <w:br/>
        <w:t>携伴出席的事儿有什么消息吗</w:t>
        <w:br/>
        <w:t>Uh,</w:t>
      </w:r>
      <w:r>
        <w:t xml:space="preserve"> any</w:t>
      </w:r>
      <w:r>
        <w:t xml:space="preserve"> word</w:t>
      </w:r>
      <w:r>
        <w:t xml:space="preserve"> about</w:t>
      </w:r>
      <w:r>
        <w:t xml:space="preserve"> the</w:t>
      </w:r>
      <w:r>
        <w:t xml:space="preserve"> whole</w:t>
      </w:r>
      <w:r>
        <w:t xml:space="preserve"> plus-one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thing?</w:t>
        <w:br/>
        <w:t>好</w:t>
        <w:br/>
        <w:t>Okay.</w:t>
        <w:br/>
        <w:t>来吧</w:t>
      </w:r>
      <w:r>
        <w:t xml:space="preserve"> 没事儿了</w:t>
      </w:r>
      <w:r>
        <w:t xml:space="preserve"> 走</w:t>
        <w:br/>
        <w:t>Come</w:t>
      </w:r>
      <w:r>
        <w:t xml:space="preserve"> on.</w:t>
      </w:r>
      <w:r>
        <w:t xml:space="preserve"> We're</w:t>
      </w:r>
      <w:r>
        <w:t xml:space="preserve"> good.</w:t>
      </w:r>
      <w:r>
        <w:t xml:space="preserve"> Let's</w:t>
      </w:r>
      <w:r>
        <w:t xml:space="preserve"> go.</w:t>
      </w:r>
      <w:r>
        <w:t xml:space="preserve"> </w:t>
        <w:br/>
        <w:t>拿到礼物了?</w:t>
        <w:br/>
        <w:t>Did</w:t>
      </w:r>
      <w:r>
        <w:t xml:space="preserve"> you</w:t>
      </w:r>
      <w:r>
        <w:t xml:space="preserve"> get</w:t>
      </w:r>
      <w:r>
        <w:t xml:space="preserve"> your</w:t>
      </w:r>
      <w:r>
        <w:t xml:space="preserve"> present?</w:t>
        <w:br/>
        <w:t>是啊</w:t>
      </w:r>
      <w:r>
        <w:t xml:space="preserve"> 拿到了</w:t>
        <w:br/>
        <w:t>Yeah.</w:t>
      </w:r>
      <w:r>
        <w:t xml:space="preserve"> Right</w:t>
      </w:r>
      <w:r>
        <w:t xml:space="preserve"> here.</w:t>
      </w:r>
      <w:r>
        <w:t xml:space="preserve"> </w:t>
        <w:br/>
        <w:t>咱们抓紧时间</w:t>
      </w:r>
      <w:r>
        <w:t xml:space="preserve"> 走吧</w:t>
        <w:br/>
        <w:t>So,</w:t>
      </w:r>
      <w:r>
        <w:t xml:space="preserve"> let's</w:t>
      </w:r>
      <w:r>
        <w:t xml:space="preserve"> shake</w:t>
      </w:r>
      <w:r>
        <w:t xml:space="preserve"> a</w:t>
      </w:r>
      <w:r>
        <w:t xml:space="preserve"> leg.</w:t>
      </w:r>
      <w:r>
        <w:t xml:space="preserve"> Come</w:t>
      </w:r>
      <w:r>
        <w:t xml:space="preserve"> on.</w:t>
        <w:br/>
        <w:t>你叫什么名字</w:t>
        <w:br/>
        <w:t>So,</w:t>
      </w:r>
      <w:r>
        <w:t xml:space="preserve"> what's</w:t>
      </w:r>
      <w:r>
        <w:t xml:space="preserve"> your</w:t>
      </w:r>
      <w:r>
        <w:t xml:space="preserve"> name?</w:t>
      </w:r>
      <w:r>
        <w:t xml:space="preserve"> </w:t>
        <w:br/>
        <w:t>Starr</w:t>
        <w:br/>
        <w:t>Starr.</w:t>
        <w:br/>
        <w:t>两个r</w:t>
        <w:br/>
        <w:t>With</w:t>
      </w:r>
      <w:r>
        <w:t xml:space="preserve"> two</w:t>
      </w:r>
      <w:r>
        <w:t xml:space="preserve"> r's.</w:t>
      </w:r>
      <w:r>
        <w:t xml:space="preserve"> </w:t>
        <w:br/>
        <w:t>真酷</w:t>
        <w:br/>
        <w:t>Cool.</w:t>
        <w:br/>
        <w:t>你好像很焦虑</w:t>
        <w:br/>
        <w:t>You</w:t>
      </w:r>
      <w:r>
        <w:t xml:space="preserve"> seem</w:t>
      </w:r>
      <w:r>
        <w:t xml:space="preserve"> really</w:t>
      </w:r>
      <w:r>
        <w:t xml:space="preserve"> anxious.</w:t>
        <w:br/>
        <w:t>我还以为今天的焦虑都被我承包了</w:t>
        <w:br/>
        <w:t>And</w:t>
      </w:r>
      <w:r>
        <w:t xml:space="preserve"> I</w:t>
      </w:r>
      <w:r>
        <w:t xml:space="preserve"> actually</w:t>
      </w:r>
      <w:r>
        <w:t xml:space="preserve"> thought</w:t>
      </w:r>
      <w:r>
        <w:t xml:space="preserve"> I</w:t>
      </w:r>
      <w:r>
        <w:t xml:space="preserve"> had</w:t>
      </w:r>
      <w:r>
        <w:t xml:space="preserve"> cornered</w:t>
      </w:r>
      <w:r>
        <w:t xml:space="preserve"> the</w:t>
      </w:r>
      <w:r>
        <w:t xml:space="preserve"> market</w:t>
      </w:r>
      <w:r>
        <w:t xml:space="preserve"> on</w:t>
      </w:r>
      <w:r>
        <w:t xml:space="preserve"> anxiety</w:t>
      </w:r>
      <w:r>
        <w:t xml:space="preserve"> today.</w:t>
        <w:br/>
        <w:t>我没事儿</w:t>
        <w:br/>
        <w:t>I'm</w:t>
      </w:r>
      <w:r>
        <w:t xml:space="preserve"> fine.</w:t>
        <w:br/>
        <w:t>我...我刚才...遇到你之前碰到了坏人</w:t>
        <w:br/>
        <w:t>I...</w:t>
      </w:r>
      <w:r>
        <w:t xml:space="preserve"> I,</w:t>
      </w:r>
      <w:r>
        <w:t xml:space="preserve"> um,</w:t>
      </w:r>
      <w:r>
        <w:t xml:space="preserve"> I</w:t>
      </w:r>
      <w:r>
        <w:t xml:space="preserve"> mean,</w:t>
      </w:r>
      <w:r>
        <w:t xml:space="preserve"> I</w:t>
      </w:r>
      <w:r>
        <w:t xml:space="preserve"> just</w:t>
      </w:r>
      <w:r>
        <w:t xml:space="preserve"> had</w:t>
      </w:r>
      <w:r>
        <w:t xml:space="preserve"> a...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bad</w:t>
      </w:r>
      <w:r>
        <w:t xml:space="preserve"> ride</w:t>
      </w:r>
      <w:r>
        <w:t xml:space="preserve"> before</w:t>
      </w:r>
      <w:r>
        <w:t xml:space="preserve"> you.</w:t>
        <w:br/>
        <w:t>不过现在没事了</w:t>
        <w:br/>
        <w:t>But</w:t>
      </w:r>
      <w:r>
        <w:t xml:space="preserve"> I'm</w:t>
      </w:r>
      <w:r>
        <w:t xml:space="preserve"> all</w:t>
      </w:r>
      <w:r>
        <w:t xml:space="preserve"> good</w:t>
      </w:r>
      <w:r>
        <w:t xml:space="preserve"> now.</w:t>
      </w:r>
      <w:r>
        <w:t xml:space="preserve"> </w:t>
        <w:br/>
        <w:t>坏人?</w:t>
        <w:br/>
        <w:t>A</w:t>
      </w:r>
      <w:r>
        <w:t xml:space="preserve"> bad</w:t>
      </w:r>
      <w:r>
        <w:t xml:space="preserve"> ride?</w:t>
        <w:br/>
        <w:t>是啊</w:t>
      </w:r>
      <w:r>
        <w:t xml:space="preserve"> 一个变&amp;hearts;态&amp;hearts;司机</w:t>
        <w:br/>
        <w:t>Yeah,</w:t>
      </w:r>
      <w:r>
        <w:t xml:space="preserve"> just</w:t>
      </w:r>
      <w:r>
        <w:t xml:space="preserve"> a</w:t>
      </w:r>
      <w:r>
        <w:t xml:space="preserve"> creepy</w:t>
      </w:r>
      <w:r>
        <w:t xml:space="preserve"> driver,</w:t>
      </w:r>
      <w:r>
        <w:t xml:space="preserve"> kind</w:t>
      </w:r>
      <w:r>
        <w:t xml:space="preserve"> of.</w:t>
        <w:br/>
        <w:t>他...他是个有钱人</w:t>
        <w:br/>
        <w:t>He,</w:t>
      </w:r>
      <w:r>
        <w:t xml:space="preserve"> uh,</w:t>
      </w:r>
      <w:r>
        <w:t xml:space="preserve"> he</w:t>
      </w:r>
      <w:r>
        <w:t xml:space="preserve"> was</w:t>
      </w:r>
      <w:r>
        <w:t xml:space="preserve"> a</w:t>
      </w:r>
      <w:r>
        <w:t xml:space="preserve"> big</w:t>
      </w:r>
      <w:r>
        <w:t xml:space="preserve"> shot.</w:t>
        <w:br/>
        <w:t>什么意思?</w:t>
        <w:br/>
        <w:t>What</w:t>
      </w:r>
      <w:r>
        <w:t xml:space="preserve"> does</w:t>
      </w:r>
      <w:r>
        <w:t xml:space="preserve"> that</w:t>
      </w:r>
      <w:r>
        <w:t xml:space="preserve"> mean?</w:t>
        <w:br/>
        <w:t>穿着上百块的鞋</w:t>
        <w:br/>
        <w:t>Like,</w:t>
      </w:r>
      <w:r>
        <w:t xml:space="preserve"> $100</w:t>
      </w:r>
      <w:r>
        <w:t xml:space="preserve"> kicks,</w:t>
      </w:r>
      <w:r>
        <w:t xml:space="preserve"> you</w:t>
      </w:r>
      <w:r>
        <w:t xml:space="preserve"> know,</w:t>
      </w:r>
      <w:r>
        <w:t xml:space="preserve"> </w:t>
        <w:br/>
        <w:t>开着一辆高级敞篷跑车</w:t>
        <w:br/>
        <w:t>big,</w:t>
      </w:r>
      <w:r>
        <w:t xml:space="preserve"> fancy</w:t>
      </w:r>
      <w:r>
        <w:t xml:space="preserve"> convertible,</w:t>
        <w:br/>
        <w:t>以为全世界都自己的</w:t>
        <w:br/>
        <w:t>thought</w:t>
      </w:r>
      <w:r>
        <w:t xml:space="preserve"> he</w:t>
      </w:r>
      <w:r>
        <w:t xml:space="preserve"> owned</w:t>
      </w:r>
      <w:r>
        <w:t xml:space="preserve"> the</w:t>
      </w:r>
      <w:r>
        <w:t xml:space="preserve"> world.</w:t>
        <w:br/>
        <w:t>嘿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你的手怎么了?</w:t>
        <w:br/>
        <w:t>Hey,</w:t>
      </w:r>
      <w:r>
        <w:t xml:space="preserve"> what</w:t>
      </w:r>
      <w:r>
        <w:t xml:space="preserve"> happened</w:t>
      </w:r>
      <w:r>
        <w:t xml:space="preserve"> to</w:t>
      </w:r>
      <w:r>
        <w:t xml:space="preserve"> your</w:t>
      </w:r>
      <w:r>
        <w:t xml:space="preserve"> hand?</w:t>
        <w:br/>
        <w:t>你瞧</w:t>
      </w:r>
      <w:r>
        <w:t xml:space="preserve"> 我...</w:t>
        <w:br/>
        <w:t>Uh...</w:t>
      </w:r>
      <w:r>
        <w:t xml:space="preserve"> y...</w:t>
      </w:r>
      <w:r>
        <w:t xml:space="preserve"> you</w:t>
      </w:r>
      <w:r>
        <w:t xml:space="preserve"> know,</w:t>
      </w:r>
      <w:r>
        <w:t xml:space="preserve"> I...</w:t>
      </w:r>
      <w:r>
        <w:t xml:space="preserve"> </w:t>
        <w:br/>
        <w:t>你可以告诉我的</w:t>
      </w:r>
      <w:r>
        <w:t xml:space="preserve"> 别怕</w:t>
        <w:br/>
        <w:t>You</w:t>
      </w:r>
      <w:r>
        <w:t xml:space="preserve"> can</w:t>
      </w:r>
      <w:r>
        <w:t xml:space="preserve"> tell</w:t>
      </w:r>
      <w:r>
        <w:t xml:space="preserve"> me.</w:t>
      </w:r>
      <w:r>
        <w:t xml:space="preserve"> It's</w:t>
      </w:r>
      <w:r>
        <w:t xml:space="preserve"> okay.</w:t>
        <w:br/>
        <w:t>不...我真不想说</w:t>
      </w:r>
      <w:r>
        <w:t xml:space="preserve"> 好吗?</w:t>
        <w:br/>
        <w:t>No,</w:t>
      </w:r>
      <w:r>
        <w:t xml:space="preserve"> I...</w:t>
      </w:r>
      <w:r>
        <w:t xml:space="preserve"> I</w:t>
      </w:r>
      <w:r>
        <w:t xml:space="preserve"> really</w:t>
      </w:r>
      <w:r>
        <w:t xml:space="preserve"> don't</w:t>
      </w:r>
      <w:r>
        <w:t xml:space="preserve"> want</w:t>
      </w:r>
      <w:r>
        <w:t xml:space="preserve"> to</w:t>
      </w:r>
      <w:r>
        <w:t xml:space="preserve"> talk</w:t>
      </w:r>
      <w:r>
        <w:t xml:space="preserve"> about</w:t>
      </w:r>
      <w:r>
        <w:t xml:space="preserve"> it,</w:t>
      </w:r>
      <w:r>
        <w:t xml:space="preserve"> okay?</w:t>
        <w:br/>
        <w:t>你是...怎么认识这个Sam的?</w:t>
        <w:br/>
        <w:t>So,</w:t>
      </w:r>
      <w:r>
        <w:t xml:space="preserve"> how</w:t>
      </w:r>
      <w:r>
        <w:t xml:space="preserve"> did...</w:t>
      </w:r>
      <w:r>
        <w:t xml:space="preserve"> how</w:t>
      </w:r>
      <w:r>
        <w:t xml:space="preserve"> did</w:t>
      </w:r>
      <w:r>
        <w:t xml:space="preserve"> you</w:t>
      </w:r>
      <w:r>
        <w:t xml:space="preserve"> meet</w:t>
      </w:r>
      <w:r>
        <w:t xml:space="preserve"> this</w:t>
      </w:r>
      <w:r>
        <w:t xml:space="preserve"> Sam</w:t>
      </w:r>
      <w:r>
        <w:t xml:space="preserve"> guy?</w:t>
        <w:br/>
        <w:t>在一条巷子里</w:t>
        <w:br/>
        <w:t>Uh,</w:t>
      </w:r>
      <w:r>
        <w:t xml:space="preserve"> in</w:t>
      </w:r>
      <w:r>
        <w:t xml:space="preserve"> an</w:t>
      </w:r>
      <w:r>
        <w:t xml:space="preserve"> alleyway.</w:t>
      </w:r>
      <w:r>
        <w:t xml:space="preserve"> </w:t>
        <w:br/>
        <w:t>我教训了他一顿</w:t>
        <w:br/>
        <w:t>I</w:t>
      </w:r>
      <w:r>
        <w:t xml:space="preserve"> basically</w:t>
      </w:r>
      <w:r>
        <w:t xml:space="preserve"> kicked</w:t>
      </w:r>
      <w:r>
        <w:t xml:space="preserve"> his</w:t>
      </w:r>
      <w:r>
        <w:t xml:space="preserve"> ass.</w:t>
        <w:br/>
        <w:t>Starr</w:t>
      </w:r>
      <w:r>
        <w:t xml:space="preserve"> 你是在刚才那里与司机发生了冲突吗</w:t>
        <w:br/>
        <w:t>Um,</w:t>
      </w:r>
      <w:r>
        <w:t xml:space="preserve"> Starr,</w:t>
      </w:r>
      <w:r>
        <w:t xml:space="preserve"> did</w:t>
      </w:r>
      <w:r>
        <w:t xml:space="preserve"> you</w:t>
      </w:r>
      <w:r>
        <w:t xml:space="preserve"> get</w:t>
      </w:r>
      <w:r>
        <w:t xml:space="preserve"> into</w:t>
      </w:r>
      <w:r>
        <w:t xml:space="preserve"> it</w:t>
      </w:r>
      <w:r>
        <w:t xml:space="preserve"> with</w:t>
      </w:r>
      <w:r>
        <w:t xml:space="preserve"> the</w:t>
      </w:r>
      <w:r>
        <w:t xml:space="preserve"> driver</w:t>
      </w:r>
      <w:r>
        <w:t xml:space="preserve"> back</w:t>
      </w:r>
      <w:r>
        <w:t xml:space="preserve"> there?</w:t>
        <w:br/>
        <w:t>因为我路过了一辆红色敞篷</w:t>
      </w:r>
      <w:r>
        <w:t xml:space="preserve"> 停在路边上</w:t>
        <w:br/>
        <w:t>Because</w:t>
      </w:r>
      <w:r>
        <w:t xml:space="preserve"> I</w:t>
      </w:r>
      <w:r>
        <w:t xml:space="preserve"> passed</w:t>
      </w:r>
      <w:r>
        <w:t xml:space="preserve"> by</w:t>
      </w:r>
      <w:r>
        <w:t xml:space="preserve"> a</w:t>
      </w:r>
      <w:r>
        <w:t xml:space="preserve"> red</w:t>
      </w:r>
      <w:r>
        <w:t xml:space="preserve"> convertible</w:t>
      </w:r>
      <w:r>
        <w:t xml:space="preserve"> that</w:t>
      </w:r>
      <w:r>
        <w:t xml:space="preserve"> was</w:t>
      </w:r>
      <w:r>
        <w:t xml:space="preserve"> on</w:t>
      </w:r>
      <w:r>
        <w:t xml:space="preserve"> the</w:t>
      </w:r>
      <w:r>
        <w:t xml:space="preserve"> side</w:t>
      </w:r>
      <w:r>
        <w:t xml:space="preserve"> of</w:t>
      </w:r>
      <w:r>
        <w:t xml:space="preserve"> the</w:t>
      </w:r>
      <w:r>
        <w:t xml:space="preserve"> road.</w:t>
        <w:br/>
        <w:t>是他吗?</w:t>
        <w:br/>
        <w:t>Is</w:t>
      </w:r>
      <w:r>
        <w:t xml:space="preserve"> that</w:t>
      </w:r>
      <w:r>
        <w:t xml:space="preserve"> him?</w:t>
      </w:r>
      <w:r>
        <w:t xml:space="preserve"> </w:t>
        <w:br/>
        <w:t>你说的那个人?</w:t>
        <w:br/>
        <w:t>Is</w:t>
      </w:r>
      <w:r>
        <w:t xml:space="preserve"> that</w:t>
      </w:r>
      <w:r>
        <w:t xml:space="preserve"> who</w:t>
      </w:r>
      <w:r>
        <w:t xml:space="preserve"> you're</w:t>
      </w:r>
      <w:r>
        <w:t xml:space="preserve"> talking</w:t>
      </w:r>
      <w:r>
        <w:t xml:space="preserve"> about?</w:t>
        <w:br/>
        <w:t>你瞧</w:t>
      </w:r>
      <w:r>
        <w:t xml:space="preserve"> 我没事的</w:t>
        <w:br/>
        <w:t>Um...</w:t>
      </w:r>
      <w:r>
        <w:t xml:space="preserve"> You</w:t>
      </w:r>
      <w:r>
        <w:t xml:space="preserve"> know,</w:t>
      </w:r>
      <w:r>
        <w:t xml:space="preserve"> I'm</w:t>
      </w:r>
      <w:r>
        <w:t xml:space="preserve"> actually</w:t>
      </w:r>
      <w:r>
        <w:t xml:space="preserve"> good...</w:t>
        <w:br/>
        <w:t>我在这儿下车可以了</w:t>
        <w:br/>
        <w:t>I'm</w:t>
      </w:r>
      <w:r>
        <w:t xml:space="preserve"> good</w:t>
      </w:r>
      <w:r>
        <w:t xml:space="preserve"> to</w:t>
      </w:r>
      <w:r>
        <w:t xml:space="preserve"> get</w:t>
      </w:r>
      <w:r>
        <w:t xml:space="preserve"> out</w:t>
      </w:r>
      <w:r>
        <w:t xml:space="preserve"> here</w:t>
      </w:r>
      <w:r>
        <w:t xml:space="preserve"> now,</w:t>
      </w:r>
      <w:r>
        <w:t xml:space="preserve"> actually.</w:t>
        <w:br/>
        <w:t>不用</w:t>
      </w:r>
      <w:r>
        <w:t xml:space="preserve"> 没事儿</w:t>
      </w:r>
      <w:r>
        <w:t xml:space="preserve"> 我可以送你去阿克斯桥</w:t>
        <w:br/>
        <w:t>No,</w:t>
      </w:r>
      <w:r>
        <w:t xml:space="preserve"> that's</w:t>
      </w:r>
      <w:r>
        <w:t xml:space="preserve"> okay.</w:t>
      </w:r>
      <w:r>
        <w:t xml:space="preserve"> I</w:t>
      </w:r>
      <w:r>
        <w:t xml:space="preserve"> can</w:t>
      </w:r>
      <w:r>
        <w:t xml:space="preserve"> take</w:t>
      </w:r>
      <w:r>
        <w:t xml:space="preserve"> you</w:t>
      </w:r>
      <w:r>
        <w:t xml:space="preserve"> to</w:t>
      </w:r>
      <w:r>
        <w:t xml:space="preserve"> Uxbridge.</w:t>
        <w:br/>
        <w:t>你干嘛掉头?</w:t>
        <w:br/>
        <w:t>Why</w:t>
      </w:r>
      <w:r>
        <w:t xml:space="preserve"> are</w:t>
      </w:r>
      <w:r>
        <w:t xml:space="preserve"> you</w:t>
      </w:r>
      <w:r>
        <w:t xml:space="preserve"> turning</w:t>
      </w:r>
      <w:r>
        <w:t xml:space="preserve"> around?</w:t>
        <w:br/>
        <w:t>因为...</w:t>
        <w:br/>
        <w:t>Because.</w:t>
      </w:r>
      <w:r>
        <w:t xml:space="preserve"> </w:t>
        <w:br/>
        <w:t>好了</w:t>
      </w:r>
      <w:r>
        <w:t xml:space="preserve"> 停车</w:t>
        <w:br/>
        <w:t>Okay,</w:t>
      </w:r>
      <w:r>
        <w:t xml:space="preserve"> pull</w:t>
      </w:r>
      <w:r>
        <w:t xml:space="preserve"> over.</w:t>
        <w:br/>
        <w:t>让我下车</w:t>
        <w:br/>
        <w:t>Let</w:t>
      </w:r>
      <w:r>
        <w:t xml:space="preserve"> me</w:t>
      </w:r>
      <w:r>
        <w:t xml:space="preserve"> out</w:t>
      </w:r>
      <w:r>
        <w:t xml:space="preserve"> of</w:t>
      </w:r>
      <w:r>
        <w:t xml:space="preserve"> this</w:t>
      </w:r>
      <w:r>
        <w:t xml:space="preserve"> truck.</w:t>
      </w:r>
      <w:r>
        <w:t xml:space="preserve"> </w:t>
        <w:br/>
        <w:t>不</w:t>
      </w:r>
      <w:r>
        <w:t xml:space="preserve"> 嘿嘿嘿嘿</w:t>
        <w:br/>
        <w:t>No!</w:t>
      </w:r>
      <w:r>
        <w:t xml:space="preserve"> Hey,</w:t>
      </w:r>
      <w:r>
        <w:t xml:space="preserve"> hey,</w:t>
      </w:r>
      <w:r>
        <w:t xml:space="preserve"> hey,</w:t>
      </w:r>
      <w:r>
        <w:t xml:space="preserve"> hey,</w:t>
      </w:r>
      <w:r>
        <w:t xml:space="preserve"> hey!</w:t>
        <w:br/>
        <w:t>让我下车</w:t>
        <w:br/>
        <w:t>Let</w:t>
      </w:r>
      <w:r>
        <w:t xml:space="preserve"> me</w:t>
      </w:r>
      <w:r>
        <w:t xml:space="preserve"> out!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</w:t>
        <w:br/>
        <w:t>嘿</w:t>
        <w:br/>
        <w:t>Hey!</w:t>
        <w:br/>
        <w:t>告诉我发生了什么</w:t>
      </w:r>
      <w:r>
        <w:t xml:space="preserve"> 你怎么了?</w:t>
        <w:br/>
        <w:t>Tell</w:t>
      </w:r>
      <w:r>
        <w:t xml:space="preserve"> me</w:t>
      </w:r>
      <w:r>
        <w:t xml:space="preserve"> what</w:t>
      </w:r>
      <w:r>
        <w:t xml:space="preserve"> happened!</w:t>
      </w:r>
      <w:r>
        <w:t xml:space="preserve"> What</w:t>
      </w:r>
      <w:r>
        <w:t xml:space="preserve"> happened</w:t>
      </w:r>
      <w:r>
        <w:t xml:space="preserve"> to</w:t>
      </w:r>
      <w:r>
        <w:t xml:space="preserve"> you?</w:t>
        <w:br/>
        <w:t>那家伙喝多了</w:t>
      </w:r>
      <w:r>
        <w:t xml:space="preserve"> 好吗</w:t>
        <w:br/>
        <w:t>Look,</w:t>
      </w:r>
      <w:r>
        <w:t xml:space="preserve"> the</w:t>
      </w:r>
      <w:r>
        <w:t xml:space="preserve"> guy</w:t>
      </w:r>
      <w:r>
        <w:t xml:space="preserve"> was</w:t>
      </w:r>
      <w:r>
        <w:t xml:space="preserve"> wasted,</w:t>
      </w:r>
      <w:r>
        <w:t xml:space="preserve"> okay?</w:t>
        <w:br/>
        <w:t>他把我拖到路边</w:t>
        <w:br/>
        <w:t>He</w:t>
      </w:r>
      <w:r>
        <w:t xml:space="preserve"> pulled</w:t>
      </w:r>
      <w:r>
        <w:t xml:space="preserve"> me</w:t>
      </w:r>
      <w:r>
        <w:t xml:space="preserve"> onto</w:t>
      </w:r>
      <w:r>
        <w:t xml:space="preserve"> this</w:t>
      </w:r>
      <w:r>
        <w:t xml:space="preserve"> side</w:t>
      </w:r>
      <w:r>
        <w:t xml:space="preserve"> road,</w:t>
        <w:br/>
        <w:t>我揍了他的鼻子</w:t>
      </w:r>
      <w:r>
        <w:t xml:space="preserve"> 然后跑了</w:t>
        <w:br/>
        <w:t>uh,</w:t>
      </w:r>
      <w:r>
        <w:t xml:space="preserve"> I</w:t>
      </w:r>
      <w:r>
        <w:t xml:space="preserve"> punched</w:t>
      </w:r>
      <w:r>
        <w:t xml:space="preserve"> him</w:t>
      </w:r>
      <w:r>
        <w:t xml:space="preserve"> in</w:t>
      </w:r>
      <w:r>
        <w:t xml:space="preserve"> the</w:t>
      </w:r>
      <w:r>
        <w:t xml:space="preserve"> nose,</w:t>
      </w:r>
      <w:r>
        <w:t xml:space="preserve"> and</w:t>
      </w:r>
      <w:r>
        <w:t xml:space="preserve"> then</w:t>
      </w:r>
      <w:r>
        <w:t xml:space="preserve"> I</w:t>
      </w:r>
      <w:r>
        <w:t xml:space="preserve"> took</w:t>
      </w:r>
      <w:r>
        <w:t xml:space="preserve"> off.</w:t>
        <w:br/>
        <w:t>好了</w:t>
      </w:r>
      <w:r>
        <w:t xml:space="preserve"> 你现在可以停车吗</w:t>
        <w:br/>
        <w:t>Okay.</w:t>
      </w:r>
      <w:r>
        <w:t xml:space="preserve"> Are</w:t>
      </w:r>
      <w:r>
        <w:t xml:space="preserve"> you</w:t>
      </w:r>
      <w:r>
        <w:t xml:space="preserve"> gonna</w:t>
      </w:r>
      <w:r>
        <w:t xml:space="preserve"> stop</w:t>
      </w:r>
      <w:r>
        <w:t xml:space="preserve"> now?</w:t>
        <w:br/>
        <w:t>嘿</w:t>
      </w:r>
      <w:r>
        <w:t xml:space="preserve"> 你能...帮我个忙吗</w:t>
        <w:br/>
        <w:t>Hey,</w:t>
      </w:r>
      <w:r>
        <w:t xml:space="preserve"> can</w:t>
      </w:r>
      <w:r>
        <w:t xml:space="preserve"> you</w:t>
      </w:r>
      <w:r>
        <w:t xml:space="preserve"> just...</w:t>
      </w:r>
      <w:r>
        <w:t xml:space="preserve"> do</w:t>
      </w:r>
      <w:r>
        <w:t xml:space="preserve"> me</w:t>
      </w:r>
      <w:r>
        <w:t xml:space="preserve"> a</w:t>
      </w:r>
      <w:r>
        <w:t xml:space="preserve"> favor.</w:t>
        <w:br/>
        <w:t>从手套箱里拿充电器出来</w:t>
        <w:br/>
        <w:t>Grab</w:t>
      </w:r>
      <w:r>
        <w:t xml:space="preserve"> the</w:t>
      </w:r>
      <w:r>
        <w:t xml:space="preserve"> charger</w:t>
      </w:r>
      <w:r>
        <w:t xml:space="preserve"> out</w:t>
      </w:r>
      <w:r>
        <w:t xml:space="preserve"> of</w:t>
      </w:r>
      <w:r>
        <w:t xml:space="preserve"> the</w:t>
      </w:r>
      <w:r>
        <w:t xml:space="preserve"> glove</w:t>
      </w:r>
      <w:r>
        <w:t xml:space="preserve"> compartment,</w:t>
      </w:r>
      <w:r>
        <w:t xml:space="preserve"> please.</w:t>
        <w:br/>
        <w:t>不</w:t>
      </w:r>
      <w:r>
        <w:t xml:space="preserve"> 没有...</w:t>
        <w:br/>
        <w:t>No,</w:t>
      </w:r>
      <w:r>
        <w:t xml:space="preserve"> there's</w:t>
      </w:r>
      <w:r>
        <w:t xml:space="preserve"> no...</w:t>
      </w:r>
      <w:r>
        <w:t xml:space="preserve"> </w:t>
        <w:br/>
        <w:t>就...</w:t>
        <w:br/>
        <w:t>Just...</w:t>
        <w:br/>
        <w:t>没有充电器</w:t>
        <w:br/>
        <w:t>There's</w:t>
      </w:r>
      <w:r>
        <w:t xml:space="preserve"> no</w:t>
      </w:r>
      <w:r>
        <w:t xml:space="preserve"> phone</w:t>
      </w:r>
      <w:r>
        <w:t xml:space="preserve"> charger.</w:t>
        <w:br/>
        <w:t>我不想回去见他</w:t>
      </w:r>
      <w:r>
        <w:t xml:space="preserve"> 好吗</w:t>
        <w:br/>
        <w:t>Look,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</w:t>
      </w:r>
      <w:r>
        <w:t xml:space="preserve"> back</w:t>
      </w:r>
      <w:r>
        <w:t xml:space="preserve"> and</w:t>
      </w:r>
      <w:r>
        <w:t xml:space="preserve"> see</w:t>
      </w:r>
      <w:r>
        <w:t xml:space="preserve"> him,</w:t>
      </w:r>
      <w:r>
        <w:t xml:space="preserve"> okay?</w:t>
      </w:r>
      <w:r>
        <w:t xml:space="preserve"> </w:t>
        <w:br/>
        <w:t>我</w:t>
      </w:r>
      <w:r>
        <w:t xml:space="preserve"> 我明白的</w:t>
        <w:br/>
        <w:t>I...</w:t>
      </w:r>
      <w:r>
        <w:t xml:space="preserve"> I</w:t>
      </w:r>
      <w:r>
        <w:t xml:space="preserve"> understand</w:t>
      </w:r>
      <w:r>
        <w:t xml:space="preserve"> that.</w:t>
        <w:br/>
        <w:t>但这个人如果伤害了你</w:t>
        <w:br/>
        <w:t>But</w:t>
      </w:r>
      <w:r>
        <w:t xml:space="preserve"> if</w:t>
      </w:r>
      <w:r>
        <w:t xml:space="preserve"> this</w:t>
      </w:r>
      <w:r>
        <w:t xml:space="preserve"> guy</w:t>
      </w:r>
      <w:r>
        <w:t xml:space="preserve"> assaulted</w:t>
      </w:r>
      <w:r>
        <w:t xml:space="preserve"> you,</w:t>
      </w:r>
      <w:r>
        <w:t xml:space="preserve"> </w:t>
        <w:br/>
        <w:t>那他就应该被捕</w:t>
        <w:br/>
        <w:t>then</w:t>
      </w:r>
      <w:r>
        <w:t xml:space="preserve"> he</w:t>
      </w:r>
      <w:r>
        <w:t xml:space="preserve"> should</w:t>
      </w:r>
      <w:r>
        <w:t xml:space="preserve"> be</w:t>
      </w:r>
      <w:r>
        <w:t xml:space="preserve"> arrested.</w:t>
        <w:br/>
        <w:t>我是一名警&amp;hearts;察&amp;hearts;</w:t>
      </w:r>
      <w:r>
        <w:t xml:space="preserve"> 我可以搞定他</w:t>
        <w:br/>
        <w:t>I'm</w:t>
      </w:r>
      <w:r>
        <w:t xml:space="preserve"> a</w:t>
      </w:r>
      <w:r>
        <w:t xml:space="preserve"> police</w:t>
      </w:r>
      <w:r>
        <w:t xml:space="preserve"> officer.</w:t>
      </w:r>
      <w:r>
        <w:t xml:space="preserve"> I</w:t>
      </w:r>
      <w:r>
        <w:t xml:space="preserve"> can</w:t>
      </w:r>
      <w:r>
        <w:t xml:space="preserve"> handle</w:t>
      </w:r>
      <w:r>
        <w:t xml:space="preserve"> him.</w:t>
        <w:br/>
        <w:t>我不下车</w:t>
        <w:br/>
        <w:t>I'm</w:t>
      </w:r>
      <w:r>
        <w:t xml:space="preserve"> not</w:t>
      </w:r>
      <w:r>
        <w:t xml:space="preserve"> getting</w:t>
      </w:r>
      <w:r>
        <w:t xml:space="preserve"> out</w:t>
      </w:r>
      <w:r>
        <w:t xml:space="preserve"> of</w:t>
      </w:r>
      <w:r>
        <w:t xml:space="preserve"> the</w:t>
      </w:r>
      <w:r>
        <w:t xml:space="preserve"> truck.</w:t>
        <w:br/>
        <w:t>行</w:t>
      </w:r>
      <w:r>
        <w:t xml:space="preserve"> 你不用下车</w:t>
      </w:r>
      <w:r>
        <w:t xml:space="preserve"> 我来处理</w:t>
        <w:br/>
        <w:t>That's</w:t>
      </w:r>
      <w:r>
        <w:t xml:space="preserve"> fine.</w:t>
      </w:r>
      <w:r>
        <w:t xml:space="preserve"> You</w:t>
      </w:r>
      <w:r>
        <w:t xml:space="preserve"> don't</w:t>
      </w:r>
      <w:r>
        <w:t xml:space="preserve"> have</w:t>
      </w:r>
      <w:r>
        <w:t xml:space="preserve"> to.</w:t>
      </w:r>
      <w:r>
        <w:t xml:space="preserve"> I'll</w:t>
      </w:r>
      <w:r>
        <w:t xml:space="preserve"> take</w:t>
      </w:r>
      <w:r>
        <w:t xml:space="preserve"> care</w:t>
      </w:r>
      <w:r>
        <w:t xml:space="preserve"> of</w:t>
      </w:r>
      <w:r>
        <w:t xml:space="preserve"> it.</w:t>
        <w:br/>
        <w:t>我是警&amp;hearts;察&amp;hearts;</w:t>
      </w:r>
      <w:r>
        <w:t xml:space="preserve"> 有话跟你说</w:t>
        <w:br/>
        <w:t>I'm</w:t>
      </w:r>
      <w:r>
        <w:t xml:space="preserve"> a</w:t>
      </w:r>
      <w:r>
        <w:t xml:space="preserve"> police</w:t>
      </w:r>
      <w:r>
        <w:t xml:space="preserve"> officer.</w:t>
      </w:r>
      <w:r>
        <w:t xml:space="preserve"> I</w:t>
      </w:r>
      <w:r>
        <w:t xml:space="preserve"> want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for</w:t>
      </w:r>
      <w:r>
        <w:t xml:space="preserve"> a</w:t>
      </w:r>
      <w:r>
        <w:t xml:space="preserve"> second.</w:t>
        <w:br/>
        <w:t>下车</w:t>
        <w:br/>
        <w:t>Get</w:t>
      </w:r>
      <w:r>
        <w:t xml:space="preserve"> out</w:t>
      </w:r>
      <w:r>
        <w:t xml:space="preserve"> of</w:t>
      </w:r>
      <w:r>
        <w:t xml:space="preserve"> the</w:t>
      </w:r>
      <w:r>
        <w:t xml:space="preserve"> car.</w:t>
        <w:br/>
        <w:t>我...我动不了</w:t>
        <w:br/>
        <w:t>I...</w:t>
      </w:r>
      <w:r>
        <w:t xml:space="preserve"> I</w:t>
      </w:r>
      <w:r>
        <w:t xml:space="preserve"> can't</w:t>
      </w:r>
      <w:r>
        <w:t xml:space="preserve"> move.</w:t>
      </w:r>
    </w:p>
    <w:p>
      <w:r>
        <w:t xml:space="preserve"> </w:t>
        <w:br/>
        <w:t>下车</w:t>
        <w:br/>
        <w:t>Get</w:t>
      </w:r>
      <w:r>
        <w:t xml:space="preserve"> out</w:t>
      </w:r>
      <w:r>
        <w:t xml:space="preserve"> of</w:t>
      </w:r>
      <w:r>
        <w:t xml:space="preserve"> the</w:t>
      </w:r>
      <w:r>
        <w:t xml:space="preserve"> car.</w:t>
        <w:br/>
        <w:t>我动不了</w:t>
        <w:br/>
        <w:t>I</w:t>
      </w:r>
      <w:r>
        <w:t xml:space="preserve"> can't</w:t>
      </w:r>
      <w:r>
        <w:t xml:space="preserve"> m...</w:t>
      </w:r>
      <w:r>
        <w:t xml:space="preserve"> m...</w:t>
      </w:r>
      <w:r>
        <w:t xml:space="preserve"> move.</w:t>
        <w:br/>
        <w:br/>
        <w:t>Starr!</w:t>
        <w:br/>
        <w:t>Starr!</w:t>
        <w:br/>
        <w:t>不</w:t>
        <w:br/>
        <w:t>No...</w:t>
        <w:br/>
        <w:t>拜托</w:t>
        <w:br/>
        <w:t>Come</w:t>
      </w:r>
      <w:r>
        <w:t xml:space="preserve"> on!!</w:t>
        <w:br/>
        <w:t>我还要结婚呢</w:t>
        <w:br/>
        <w:t>It's</w:t>
      </w:r>
      <w:r>
        <w:t xml:space="preserve"> my</w:t>
      </w:r>
      <w:r>
        <w:t xml:space="preserve"> wedding!!</w:t>
        <w:br/>
        <w:t>下车</w:t>
      </w:r>
      <w:r>
        <w:t xml:space="preserve"> 马上</w:t>
        <w:br/>
        <w:t>Get</w:t>
      </w:r>
      <w:r>
        <w:t xml:space="preserve"> out</w:t>
      </w:r>
      <w:r>
        <w:t xml:space="preserve"> of</w:t>
      </w:r>
      <w:r>
        <w:t xml:space="preserve"> the</w:t>
      </w:r>
      <w:r>
        <w:t xml:space="preserve"> car...</w:t>
      </w:r>
      <w:r>
        <w:t xml:space="preserve"> now.</w:t>
        <w:br/>
        <w:t>我不行</w:t>
        <w:br/>
        <w:t>I</w:t>
      </w:r>
      <w:r>
        <w:t xml:space="preserve"> can't.</w:t>
      </w:r>
      <w:r>
        <w:t xml:space="preserve"> </w:t>
        <w:br/>
        <w:t>为什么</w:t>
        <w:br/>
        <w:t>Why</w:t>
      </w:r>
      <w:r>
        <w:t xml:space="preserve"> not?</w:t>
        <w:br/>
        <w:t>她...她捅了我</w:t>
        <w:br/>
        <w:t>S...</w:t>
      </w:r>
      <w:r>
        <w:t xml:space="preserve"> she</w:t>
      </w:r>
      <w:r>
        <w:t xml:space="preserve"> stabbed</w:t>
      </w:r>
      <w:r>
        <w:t xml:space="preserve"> me.</w:t>
        <w:br/>
        <w:t>Andy</w:t>
      </w:r>
      <w:r>
        <w:t xml:space="preserve"> 你好</w:t>
        <w:br/>
        <w:t>Andy.</w:t>
      </w:r>
      <w:r>
        <w:t xml:space="preserve"> Hello?</w:t>
        <w:br/>
        <w:t>Duncan</w:t>
      </w:r>
      <w:r>
        <w:t xml:space="preserve"> 我是Andy</w:t>
      </w:r>
      <w:r>
        <w:t xml:space="preserve"> 嘿</w:t>
      </w:r>
      <w:r>
        <w:t xml:space="preserve"> 我现在时间不多</w:t>
        <w:br/>
        <w:t>Duncan.</w:t>
      </w:r>
      <w:r>
        <w:t xml:space="preserve"> It's</w:t>
      </w:r>
      <w:r>
        <w:t xml:space="preserve"> Andy.</w:t>
      </w:r>
      <w:r>
        <w:t xml:space="preserve"> Hey,</w:t>
      </w:r>
      <w:r>
        <w:t xml:space="preserve"> I</w:t>
      </w:r>
      <w:r>
        <w:t xml:space="preserve"> only</w:t>
      </w:r>
      <w:r>
        <w:t xml:space="preserve"> have</w:t>
      </w:r>
      <w:r>
        <w:t xml:space="preserve"> a</w:t>
      </w:r>
      <w:r>
        <w:t xml:space="preserve"> few</w:t>
      </w:r>
      <w:r>
        <w:t xml:space="preserve"> seconds</w:t>
      </w:r>
      <w:r>
        <w:t xml:space="preserve"> right</w:t>
      </w:r>
      <w:r>
        <w:t xml:space="preserve"> now...</w:t>
        <w:br/>
        <w:t>Andy</w:t>
      </w:r>
      <w:r>
        <w:t xml:space="preserve"> 听着</w:t>
      </w:r>
      <w:r>
        <w:t xml:space="preserve"> 我很荣幸你现在能想到我</w:t>
        <w:br/>
        <w:t>Andy,</w:t>
      </w:r>
      <w:r>
        <w:t xml:space="preserve"> listen,</w:t>
      </w:r>
      <w:r>
        <w:t xml:space="preserve"> like,</w:t>
      </w:r>
      <w:r>
        <w:t xml:space="preserve"> I'm</w:t>
      </w:r>
      <w:r>
        <w:t xml:space="preserve"> honored</w:t>
      </w:r>
      <w:r>
        <w:t xml:space="preserve"> to</w:t>
      </w:r>
      <w:r>
        <w:t xml:space="preserve"> be</w:t>
      </w:r>
      <w:r>
        <w:t xml:space="preserve"> on</w:t>
      </w:r>
      <w:r>
        <w:t xml:space="preserve"> your</w:t>
      </w:r>
      <w:r>
        <w:t xml:space="preserve"> mind</w:t>
      </w:r>
      <w:r>
        <w:t xml:space="preserve"> right</w:t>
      </w:r>
      <w:r>
        <w:t xml:space="preserve"> now,</w:t>
        <w:br/>
        <w:t>不过你瞧</w:t>
      </w:r>
      <w:r>
        <w:t xml:space="preserve"> 今天是你的大日子</w:t>
      </w:r>
      <w:r>
        <w:t xml:space="preserve"> 好吗</w:t>
        <w:br/>
        <w:t>but</w:t>
      </w:r>
      <w:r>
        <w:t xml:space="preserve"> look,</w:t>
      </w:r>
      <w:r>
        <w:t xml:space="preserve"> please,</w:t>
      </w:r>
      <w:r>
        <w:t xml:space="preserve"> today's</w:t>
      </w:r>
      <w:r>
        <w:t xml:space="preserve"> about</w:t>
      </w:r>
      <w:r>
        <w:t xml:space="preserve"> you,</w:t>
      </w:r>
      <w:r>
        <w:t xml:space="preserve"> okay?</w:t>
      </w:r>
      <w:r>
        <w:t xml:space="preserve"> </w:t>
        <w:br/>
        <w:t>你要专心</w:t>
        <w:br/>
        <w:t>You</w:t>
      </w:r>
      <w:r>
        <w:t xml:space="preserve"> need</w:t>
      </w:r>
      <w:r>
        <w:t xml:space="preserve"> to</w:t>
      </w:r>
      <w:r>
        <w:t xml:space="preserve"> focus.</w:t>
        <w:br/>
        <w:t>不</w:t>
      </w:r>
      <w:r>
        <w:t xml:space="preserve"> 你现在必须听我说</w:t>
        <w:br/>
        <w:t>No,</w:t>
      </w:r>
      <w:r>
        <w:t xml:space="preserve"> you</w:t>
      </w:r>
      <w:r>
        <w:t xml:space="preserve"> need</w:t>
      </w:r>
      <w:r>
        <w:t xml:space="preserve"> to</w:t>
      </w:r>
      <w:r>
        <w:t xml:space="preserve"> listen</w:t>
      </w:r>
      <w:r>
        <w:t xml:space="preserve"> to</w:t>
      </w:r>
      <w:r>
        <w:t xml:space="preserve"> me</w:t>
      </w:r>
      <w:r>
        <w:t xml:space="preserve"> right</w:t>
      </w:r>
      <w:r>
        <w:t xml:space="preserve"> now!</w:t>
        <w:br/>
        <w:t>我在5号&amp;hearts;公路边上的一条死路</w:t>
        <w:br/>
        <w:t>I</w:t>
      </w:r>
      <w:r>
        <w:t xml:space="preserve"> am</w:t>
      </w:r>
      <w:r>
        <w:t xml:space="preserve"> at</w:t>
      </w:r>
      <w:r>
        <w:t xml:space="preserve"> a</w:t>
      </w:r>
      <w:r>
        <w:t xml:space="preserve"> dead-end</w:t>
      </w:r>
      <w:r>
        <w:t xml:space="preserve"> road</w:t>
      </w:r>
      <w:r>
        <w:t xml:space="preserve"> off</w:t>
      </w:r>
      <w:r>
        <w:t xml:space="preserve"> of</w:t>
      </w:r>
      <w:r>
        <w:t xml:space="preserve"> Concession</w:t>
      </w:r>
      <w:r>
        <w:t xml:space="preserve"> 5,</w:t>
        <w:br/>
        <w:t>应该是距离Whitevale东大约3公里</w:t>
        <w:br/>
        <w:t>uh,</w:t>
      </w:r>
      <w:r>
        <w:t xml:space="preserve"> probably</w:t>
      </w:r>
      <w:r>
        <w:t xml:space="preserve"> about</w:t>
      </w:r>
      <w:r>
        <w:t xml:space="preserve"> three</w:t>
      </w:r>
      <w:r>
        <w:t xml:space="preserve"> klicks</w:t>
      </w:r>
      <w:r>
        <w:t xml:space="preserve"> east</w:t>
      </w:r>
      <w:r>
        <w:t xml:space="preserve"> of</w:t>
      </w:r>
      <w:r>
        <w:t xml:space="preserve"> Whitevale.</w:t>
        <w:br/>
        <w:t>我开着Sam的开车</w:t>
        <w:br/>
        <w:t>I</w:t>
      </w:r>
      <w:r>
        <w:t xml:space="preserve"> was</w:t>
      </w:r>
      <w:r>
        <w:t xml:space="preserve"> driving</w:t>
      </w:r>
      <w:r>
        <w:t xml:space="preserve"> Sam's</w:t>
      </w:r>
      <w:r>
        <w:t xml:space="preserve"> truck,</w:t>
      </w:r>
      <w:r>
        <w:t xml:space="preserve"> </w:t>
        <w:br/>
        <w:t>我...旁边现在有个人</w:t>
      </w:r>
      <w:r>
        <w:t xml:space="preserve"> 他...</w:t>
        <w:br/>
        <w:t>and</w:t>
      </w:r>
      <w:r>
        <w:t xml:space="preserve"> I...</w:t>
      </w:r>
      <w:r>
        <w:t xml:space="preserve"> I'm</w:t>
      </w:r>
      <w:r>
        <w:t xml:space="preserve"> with</w:t>
      </w:r>
      <w:r>
        <w:t xml:space="preserve"> this</w:t>
      </w:r>
      <w:r>
        <w:t xml:space="preserve"> guy</w:t>
      </w:r>
      <w:r>
        <w:t xml:space="preserve"> right</w:t>
      </w:r>
      <w:r>
        <w:t xml:space="preserve"> now,</w:t>
      </w:r>
      <w:r>
        <w:t xml:space="preserve"> and</w:t>
      </w:r>
      <w:r>
        <w:t xml:space="preserve"> he's...</w:t>
        <w:br/>
        <w:t>Duncan?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https://d.book118.com/956222055000010054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5622205500001005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