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有关体育教学总结范文集锦（31篇）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有关体育教学总结范文集锦（精选31篇）</w:t>
      </w:r>
      <w:r>
        <w:rPr>
          <w:lang w:eastAsia="zh-CN"/>
        </w:rPr>
        <w:br/>
      </w:r>
      <w:r>
        <w:rPr>
          <w:lang w:eastAsia="zh-CN"/>
        </w:rPr>
        <w:t xml:space="preserve">    有关体育教学总结范文集锦 篇1 </w:t>
      </w:r>
      <w:r>
        <w:rPr>
          <w:lang w:eastAsia="zh-CN"/>
        </w:rPr>
        <w:br/>
      </w:r>
      <w:r>
        <w:rPr>
          <w:lang w:eastAsia="zh-CN"/>
        </w:rPr>
        <w:t>　　本学年我校体育工作在学校的总体布署下，坚持全面贯彻落实《学校体育工作条例》、《学生体质健康标准》、围绕“健康第一”这个中心，积极开展丰富多彩的体育活动，提高运动技术水平，利用体育课教学主渠道，认真落实体育课和健康教育教学，有效地提高了学生们学知、认知、用知的能力和水平，增强了师生的身体素质，健全了学校体育教学制度，体育工作得到长足的发展。现就本学期我校的体育工作做如下总结：</w:t>
      </w:r>
      <w:r>
        <w:rPr>
          <w:lang w:eastAsia="zh-CN"/>
        </w:rPr>
        <w:br/>
      </w:r>
      <w:r>
        <w:rPr>
          <w:lang w:eastAsia="zh-CN"/>
        </w:rPr>
        <w:t>　　一、本着“健康第一”的指导思想，切实抓好体育教学工作,认真研究贯彻执行新的《体育课程标准》，本着“健康第一”的指导思想，确立“以人为本”的体育教学目标，结合德育、智育和美育，促进学生身心的全面发展，为培养新型、现代的建设者和接班人做准备。</w:t>
      </w:r>
      <w:r>
        <w:rPr>
          <w:lang w:eastAsia="zh-CN"/>
        </w:rPr>
        <w:br/>
      </w:r>
      <w:r>
        <w:rPr>
          <w:lang w:eastAsia="zh-CN"/>
        </w:rPr>
        <w:t>　　在教学中能以现代课堂理念规范自己，平时能认真加强体育理论的学习，进行有目的、有计划的教学实践，根据所制定的体育教学工作计划及教学进度，结合教学的实际情况上好每节课。二、常抓不懈，推动“二操”有序开展</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学校“两操一拳”是反映学生整体面貌的形象“工程”，是学校整体推进素质教育的一个窗口，抓好“两操”也是学校管理工作方面的一项重要内容。抓好“两操”更能促进学校的师生健身活动的开展，督促学生不断改进动作规范性，提高做操质量。</w:t>
      </w:r>
      <w:r>
        <w:rPr>
          <w:lang w:eastAsia="zh-CN"/>
        </w:rPr>
        <w:br/>
      </w:r>
      <w:r>
        <w:rPr>
          <w:lang w:eastAsia="zh-CN"/>
        </w:rPr>
        <w:t>　　以上是我本学期的教育教学工作总结。 但在辛勤工作的同时，但也有不足之处，望领导批评指正。我会在今后工作的日子里，积极加努力的！</w:t>
      </w:r>
      <w:r>
        <w:rPr>
          <w:lang w:eastAsia="zh-CN"/>
        </w:rPr>
        <w:br/>
      </w:r>
      <w:r>
        <w:rPr>
          <w:lang w:eastAsia="zh-CN"/>
        </w:rPr>
        <w:t>　　以上是我本学期的教育教学工作总结。 但在辛勤工作的同时，但也有不足之处，望领导批评指正。我会在今后工作的日子里，积极加努力的！</w:t>
      </w:r>
      <w:r>
        <w:rPr>
          <w:lang w:eastAsia="zh-CN"/>
        </w:rPr>
        <w:br/>
      </w:r>
      <w:r>
        <w:rPr>
          <w:lang w:eastAsia="zh-CN"/>
        </w:rPr>
        <w:t xml:space="preserve">    有关体育教学总结范文集锦 篇2 </w:t>
      </w:r>
      <w:r>
        <w:rPr>
          <w:lang w:eastAsia="zh-CN"/>
        </w:rPr>
        <w:br/>
      </w:r>
      <w:r>
        <w:rPr>
          <w:lang w:eastAsia="zh-CN"/>
        </w:rPr>
        <w:t>　　一、这个学期我科主要的任务是迎接天河区举办的第一届大课间活动比赛</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因此我校借这个机会不但可以提高校风、校貌,又可以让学生从活动中得到锻炼并对学生以后发展产生很重要的意义。具体的实施方案如下：首先令大课间体育活动变成时间比课间操长，活动内容多，组织形式活，练习强度适宜，不仅可以对学生紧张的学习起调剂作用，而且对促进学生身心健康有明显的实效。其次,我们彻底改变了传统的课间操模式，从文化、生活和课程的角度极大的丰富了大课间的内容和形式，突出了我校几年来形成的创造教育特色。根据各年级段儿童的身心特点和本校客观实际，我们在每天上午广播操后举行一次30分钟的大课间体育活动，一至六年级每天设固定项目∶班级自编操，由每个班学生自由形成不同形状的组合，跟着统一的音乐，自编自练；另外,每个班轮换进行不同器材运动从而达到锻炼身体的目的.如:星期二,一年级进行呼啦圈,二年级进行跳绳,三年级进行拍篮球,四年级进行踏板车,五年级进行跳绳,六年级进行踢毽子,并每天以此类推.再次,对紧张的以室内文化学习为主的智力活动是一种调节外，还能满足对体育活动的需要，促使学生在操场上、在阳光下陶冶身心，有利于学生身心健康成长。大课间体育活动水平使我们学校的校风、学风甚至班风，体现良好的精神面貌。经过几个月下来，学生变成有一个良好的精神面貌的体现，学校也变成了一所校风正、校纪严、学风活的学校。经过全体师生的共同努力，我们学校取得了天河区一等奖并参加了广州市的评比，得到了上级领导的表扬与肯定。</w:t>
      </w:r>
      <w:r>
        <w:rPr>
          <w:lang w:eastAsia="zh-CN"/>
        </w:rPr>
        <w:br/>
      </w:r>
      <w:r>
        <w:rPr>
          <w:lang w:eastAsia="zh-CN"/>
        </w:rPr>
        <w:t>　　二、这个学期组织丰富多彩的课外活动</w:t>
      </w:r>
      <w:r>
        <w:rPr>
          <w:lang w:eastAsia="zh-CN"/>
        </w:rPr>
        <w:br/>
      </w:r>
      <w:r>
        <w:rPr>
          <w:lang w:eastAsia="zh-CN"/>
        </w:rPr>
        <w:t>　　三、四、五、六年级的篮球赛和全校的拔河比赛，学生们都对这些活动都非常有兴趣，既可以利用课余时间锻炼学生的体质，保证学生有充足的精力投入学习，让全体学生积极投身于学校各项体育活动当中。</w:t>
      </w:r>
      <w:r>
        <w:rPr>
          <w:lang w:eastAsia="zh-CN"/>
        </w:rPr>
        <w:br/>
      </w:r>
      <w:r>
        <w:rPr>
          <w:lang w:eastAsia="zh-CN"/>
        </w:rPr>
        <w:t>　　三、根据学校要求，每位科任教师各上一节公开课</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运用现代多媒体技术，实施快乐体育。积极参加区、市组织的教研活动，参加继续教育的培训，不断学习，提高自身素质及业务专业水平。进行体育课程改革研讨，新课程〈体育与健康教材〉的培训。总之，我们科组在各级领导的关怀下确实取得一定的成绩。当然在一些地方还需要更努力。比如说：公开课质量、运动竞赛成绩以及科研论文方面我们应加大力度，总结经验，发扬成绩，争取在_年让我校的体育事业上一新台阶，达到更高的水平。下一届区运动会将是我们科组全体人员展示才华的大舞台。从现在开始，只要我们共同努力，积极准备，一定能取得更大的成绩。</w:t>
      </w:r>
      <w:r>
        <w:rPr>
          <w:lang w:eastAsia="zh-CN"/>
        </w:rPr>
        <w:br/>
      </w:r>
      <w:r>
        <w:rPr>
          <w:lang w:eastAsia="zh-CN"/>
        </w:rPr>
        <w:t xml:space="preserve">    有关体育教学总结范文集锦 篇3 </w:t>
      </w:r>
      <w:r>
        <w:rPr>
          <w:lang w:eastAsia="zh-CN"/>
        </w:rPr>
        <w:br/>
      </w:r>
      <w:r>
        <w:rPr>
          <w:lang w:eastAsia="zh-CN"/>
        </w:rPr>
        <w:t>　　本学期即将结束，通过一个学期的教学工作，发现了教学过程中的一些缺点和长处，为了使今后的体育教学更好的对学生的身心健康起到促进作用，现对本学期的工作做如下总结：</w:t>
      </w:r>
      <w:r>
        <w:rPr>
          <w:lang w:eastAsia="zh-CN"/>
        </w:rPr>
        <w:br/>
      </w:r>
      <w:r>
        <w:rPr>
          <w:lang w:eastAsia="zh-CN"/>
        </w:rPr>
        <w:t>　　1、学生上课积极性高，能在老师的要求下积极锻炼，对学生本身增强体质，矫正和补偿身心缺陷起到了很大的作用。严格要求学生，使他们养成了良好的行为习惯和正确的课堂常规。</w:t>
      </w:r>
      <w:r>
        <w:rPr>
          <w:lang w:eastAsia="zh-CN"/>
        </w:rPr>
        <w:br/>
      </w:r>
      <w:r>
        <w:rPr>
          <w:lang w:eastAsia="zh-CN"/>
        </w:rPr>
        <w:t>　　2、通过体育课的锻炼，使那些有行动障碍的学生消除了自卑心理，感受到了学校、班级和老师的温暖，有利于学生在今后的学习过程中树立良好的自尊心，自信心，促进德、智，体等方面的全面发展。</w:t>
      </w:r>
      <w:r>
        <w:rPr>
          <w:lang w:eastAsia="zh-CN"/>
        </w:rPr>
        <w:br/>
      </w:r>
      <w:r>
        <w:rPr>
          <w:lang w:eastAsia="zh-CN"/>
        </w:rPr>
        <w:t>　　3、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4、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r>
        <w:rPr>
          <w:lang w:eastAsia="zh-CN"/>
        </w:rPr>
        <w:br/>
      </w:r>
      <w:r>
        <w:rPr>
          <w:lang w:eastAsia="zh-CN"/>
        </w:rPr>
        <w:t>　　5、通过不同类型的球类运动及游戏，使学生提高了身体的协调性，增加了学生对参加体育锻炼的兴趣。同时，向个别有缺陷学生传授了简单的篮球技术，学生能在课外活动时间自己组织进行较为简单的篮球活动。通过总结，看到本学期的体育教学工作完成得比较好，当然还有需要改进的地方，在今后的教学工作中还要借鉴以前的长处，改进不足，为学生更好地发展营造一个良好的环境。</w:t>
      </w:r>
      <w:r>
        <w:rPr>
          <w:lang w:eastAsia="zh-CN"/>
        </w:rPr>
        <w:br/>
      </w:r>
      <w:r>
        <w:rPr>
          <w:lang w:eastAsia="zh-CN"/>
        </w:rPr>
        <w:t>　　学生较好地掌握了以下教学内容的和练习方法：</w:t>
      </w:r>
      <w:r>
        <w:rPr>
          <w:lang w:eastAsia="zh-CN"/>
        </w:rPr>
        <w:br/>
      </w:r>
      <w:r>
        <w:rPr>
          <w:lang w:eastAsia="zh-CN"/>
        </w:rPr>
        <w:t>　　1、快速跑：听突发信号的反应练习、匀速跑、加速跑、重复跑、弯道跑、蹲踞式起跑、终点冲刺、50～100米全程跑等内容的练习。</w:t>
      </w:r>
      <w:r>
        <w:rPr>
          <w:lang w:eastAsia="zh-CN"/>
        </w:rPr>
        <w:br/>
      </w:r>
      <w:r>
        <w:rPr>
          <w:lang w:eastAsia="zh-CN"/>
        </w:rPr>
        <w:t>　　2、耐久跑：跑走交替、匀速跑、变速跑、定时跑、定距跑、顺风跑、上坡跑、下坡跑、越野跑等内容的练习。</w:t>
      </w:r>
      <w:r>
        <w:rPr>
          <w:lang w:eastAsia="zh-CN"/>
        </w:rPr>
        <w:br/>
      </w:r>
      <w:r>
        <w:rPr>
          <w:lang w:eastAsia="zh-CN"/>
        </w:rPr>
        <w:t>　　3、接力跑：迎面接力跑、拉手跑、圆圈接力跑、上挑式或下压式传接棒接力跑、双人跳绳跑、合作跑游戏等内容的练习。</w:t>
      </w:r>
      <w:r>
        <w:rPr>
          <w:lang w:eastAsia="zh-CN"/>
        </w:rPr>
        <w:br/>
      </w:r>
      <w:r>
        <w:rPr>
          <w:lang w:eastAsia="zh-CN"/>
        </w:rPr>
        <w:t>　　4、跳跃：连续单脚跳、连续跨步跳、单跨结合跳、双脚原地连续向上跳、连续蛙跳、跳上跳下练习、跳台阶、连续双脚跳过竖起的小垫子、立定跳远、连续跳过实心球或跳箱盖、蹲跳起等内容的练习。</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5、篮球：（1）双手胸前传接球（2）体前变向换手运球（3）原地或行进间单手肩上投篮（4）原地跳起单手肩上投篮（5）行进间低手投篮（6）传接配合等内</w:t>
      </w:r>
      <w:r>
        <w:rPr>
          <w:lang w:eastAsia="zh-CN"/>
        </w:rPr>
        <w:br/>
      </w:r>
      <w:r>
        <w:rPr>
          <w:lang w:eastAsia="zh-CN"/>
        </w:rPr>
        <w:t xml:space="preserve">    有关体育教学总结范文集锦 篇4 </w:t>
      </w:r>
      <w:r>
        <w:rPr>
          <w:lang w:eastAsia="zh-CN"/>
        </w:rPr>
        <w:br/>
      </w:r>
      <w:r>
        <w:rPr>
          <w:lang w:eastAsia="zh-CN"/>
        </w:rPr>
        <w:t>　　一个学期即将结束，回顾自己在本学期里所做的工作，本人能做到热爱本职工作，认真学习新的教育教学理论，教学中能充分发扬民主，但为了能进一步总结经验，以谋求更大的进步，有必要对自己本学期的工作进行反思，因此总结如下：</w:t>
      </w:r>
      <w:r>
        <w:rPr>
          <w:lang w:eastAsia="zh-CN"/>
        </w:rPr>
        <w:br/>
      </w:r>
      <w:r>
        <w:rPr>
          <w:lang w:eastAsia="zh-CN"/>
        </w:rPr>
        <w:t>　　一、领导的重视鼓励着我</w:t>
      </w:r>
      <w:r>
        <w:rPr>
          <w:lang w:eastAsia="zh-CN"/>
        </w:rPr>
        <w:br/>
      </w:r>
      <w:r>
        <w:rPr>
          <w:lang w:eastAsia="zh-CN"/>
        </w:rPr>
        <w:t>　　我校领导十分重视体育工作，把它作为学校工作的一件大事来抓。首先把它纳入学校整体工作计划之中。对于学校举行和参加的重大体育活动，则在行政会议上予以协调安排，给予人力、物力、时间上的保证。</w:t>
      </w:r>
      <w:r>
        <w:rPr>
          <w:lang w:eastAsia="zh-CN"/>
        </w:rPr>
        <w:br/>
      </w:r>
      <w:r>
        <w:rPr>
          <w:lang w:eastAsia="zh-CN"/>
        </w:rPr>
        <w:t>　　二、加强业务学习，提高教学质量</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1、积极参加读书活动。学校今年为我们体育教师订阅了《运动》一书，我总是抽出时间，《运动》它从竞技体育、运动安全、体育教育、大众体育、体育产业、适应体育等多方面，让我受益匪浅，特别是"体育教育"一栏与我们的教学息息相关：其中有一篇《重视体育课结束前的整理活动》，从事体育教育的人都知道，体育课分为几个步骤：开始部分、基本部分、结束部分，结束部分的主要任务是有组织地结束教学活动，通过整理活动，使学生逐渐恢复到相对安静的状态，并对该课作出简单的总结。而整理活动是结束部分的主要内容，但有些体育教师注重了课前的准备活动，而忽视了整理活动，由于时间掌握不好，不做整理活动而匆忙下课的现象屡见不鲜。之所以出现这种情况，并不是老师不了解整理活动的重要性，主要是思想上忽视的结果。读了《运动》，就是和专家们在交流，和同行们在探讨。</w:t>
      </w:r>
      <w:r>
        <w:rPr>
          <w:lang w:eastAsia="zh-CN"/>
        </w:rPr>
        <w:br/>
      </w:r>
      <w:r>
        <w:rPr>
          <w:lang w:eastAsia="zh-CN"/>
        </w:rPr>
        <w:t>　　2、虚心向他人学习，参与听课评课。这学期，我共听课26节，我们学校体育组举行了小学体育室内课的探讨课，我们三位体育教师集体讨论，听课，评课，总结出了新型的室内体育课。同时也积极听取其他学科老师的课，学习优秀的教学方法。并且抽时间在电脑上听课堂实录，提高自身的教学水平。</w:t>
      </w:r>
      <w:r>
        <w:rPr>
          <w:lang w:eastAsia="zh-CN"/>
        </w:rPr>
        <w:br/>
      </w:r>
      <w:r>
        <w:rPr>
          <w:lang w:eastAsia="zh-CN"/>
        </w:rPr>
        <w:t>　　3、加强反思，提高教学。有反思，才有提高，在教学中去反思自己的不足及闪光之处，为以后更好的为教学服务。</w:t>
      </w:r>
      <w:r>
        <w:rPr>
          <w:lang w:eastAsia="zh-CN"/>
        </w:rPr>
        <w:br/>
      </w:r>
      <w:r>
        <w:rPr>
          <w:lang w:eastAsia="zh-CN"/>
        </w:rPr>
        <w:t>　　三、尽心尽职，干好本职工作。</w:t>
      </w:r>
      <w:r>
        <w:rPr>
          <w:lang w:eastAsia="zh-CN"/>
        </w:rPr>
        <w:br/>
      </w:r>
      <w:r>
        <w:rPr>
          <w:lang w:eastAsia="zh-CN"/>
        </w:rPr>
        <w:t>　　1、课前准备</w:t>
      </w:r>
      <w:r>
        <w:rPr>
          <w:lang w:eastAsia="zh-CN"/>
        </w:rPr>
        <w:br/>
      </w:r>
      <w:r>
        <w:rPr>
          <w:lang w:eastAsia="zh-CN"/>
        </w:rPr>
        <w:t>　　（1）、今年是我们实行集体备课的第一年，所以我认真钻研教材，对教材的基本思想、基本概念都弄清楚，了解教材的结构，重点与难点，掌握知识的逻辑，能运用自如，每节课尽量发挥学校的物质资源的优势，增加一些教学内容，激发学生的兴趣爱好。</w:t>
      </w:r>
      <w:r>
        <w:rPr>
          <w:lang w:eastAsia="zh-CN"/>
        </w:rPr>
        <w:br/>
      </w:r>
      <w:r>
        <w:rPr>
          <w:lang w:eastAsia="zh-CN"/>
        </w:rPr>
        <w:t>　　（2）、了解学生原有的知识技能的质量，他们的兴趣、需要、方法、习惯，学习新知识技能可能会有那些困难，采取相应的方法手段和预防措施。</w:t>
      </w:r>
      <w:r>
        <w:rPr>
          <w:lang w:eastAsia="zh-CN"/>
        </w:rPr>
        <w:br/>
      </w:r>
      <w:r>
        <w:rPr>
          <w:lang w:eastAsia="zh-CN"/>
        </w:rPr>
        <w:t>　　（3）、考虑教法，解决如何把已掌握的教材传授给学生，包括如何组织教材、如何安排每节课的活动。</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4）、扩充学生的知识量，拓展学生的知识面。针对目前现代社会对全面发展的人才的要求，在课本的基础上拓展相关的知识面，使学生的思想不被禁锢于学校的方寸之地，能够跟得上时代的步伐，进而能够随时适应社会上的各种情况，成为全面发展的新时代青年。</w:t>
      </w:r>
      <w:r>
        <w:rPr>
          <w:lang w:eastAsia="zh-CN"/>
        </w:rPr>
        <w:br/>
      </w:r>
      <w:r>
        <w:rPr>
          <w:lang w:eastAsia="zh-CN"/>
        </w:rPr>
        <w:t>　　2、课堂情况</w:t>
      </w:r>
      <w:r>
        <w:rPr>
          <w:lang w:eastAsia="zh-CN"/>
        </w:rPr>
        <w:br/>
      </w:r>
      <w:r>
        <w:rPr>
          <w:lang w:eastAsia="zh-CN"/>
        </w:rPr>
        <w:t>　　组织好课堂教学，关注全体学生，注意信息反馈，调动学生的兴趣，使其保持相对稳定性，同时，激发学生的情感，使他们产生愉悦的心境，创造良好的课堂气氛，课堂语言简洁明了，在课堂中多采用肢体语言，激发学生的积极性。走出传统教学的模式，紧跟新课改的步伐，将20__年暑假在武汉培训所学到的新东西，充分在课堂中体现，并结合学校的资源进行合理的搭配，激发学生的学习兴趣，让学生在愉快的氛围中达到掌握知识技能、增强体制的效果。</w:t>
      </w:r>
      <w:r>
        <w:rPr>
          <w:lang w:eastAsia="zh-CN"/>
        </w:rPr>
        <w:br/>
      </w:r>
      <w:r>
        <w:rPr>
          <w:lang w:eastAsia="zh-CN"/>
        </w:rPr>
        <w:t>　　3、要提高教学质量，还要注意课的导入。我在导入课堂时，无论从场地的布置、学生的队列队形、学生活动的队形、活动的内容以及组织手段的形式等方面，都根据不同的类型的课时内容，因地制宜的为学生创设一种富有激情、新颖的外界条件。例如：有时的场地采取的是多方位或者圆形等不同常规的设计，给学生一种好奇、新颖的感觉。热身活动时，通过教师的的引导，师生一起一会自由练习，一会小组结伴练习等。这种组织方式既给学生创造了良好的学习氛围，诱发了学生的练习激情，达到热身的效果，又缩短了师生之间的距离，为顺利进入运动技能状态创造了良好的学习条件。</w:t>
      </w:r>
      <w:r>
        <w:rPr>
          <w:lang w:eastAsia="zh-CN"/>
        </w:rPr>
        <w:br/>
      </w:r>
      <w:r>
        <w:rPr>
          <w:lang w:eastAsia="zh-CN"/>
        </w:rPr>
        <w:t>　　四、培养学生兴趣。</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今年学校举行了学生兴趣小组，我担任乒乓球组，每个星期二、四的中午，我都会准时出现在乒乓球台前等待着学生们的到来，为了能更好的教学，我抽空听乒乓球课堂实录；认真组织学生们从基础做起，学生们都认真练习，逐步提高！</w:t>
      </w:r>
      <w:r>
        <w:rPr>
          <w:lang w:eastAsia="zh-CN"/>
        </w:rPr>
        <w:br/>
      </w:r>
      <w:r>
        <w:rPr>
          <w:lang w:eastAsia="zh-CN"/>
        </w:rPr>
        <w:t>　　五、狠抓运动队管理，全面提高运动水平。</w:t>
      </w:r>
      <w:r>
        <w:rPr>
          <w:lang w:eastAsia="zh-CN"/>
        </w:rPr>
        <w:br/>
      </w:r>
      <w:r>
        <w:rPr>
          <w:lang w:eastAsia="zh-CN"/>
        </w:rPr>
        <w:t>　　今年下半年全区中小学生运动会以篮球为主，所以今年刚开学初，我们就组建了篮球运动队。在运动员管理上，既要体现"严"字，又要有爱心。爱之一：友爱般的关心；爱之二：母爱般的耐心；爱之三：父爱般的诚心，让学生在爱中运动，在严中提高。</w:t>
      </w:r>
      <w:r>
        <w:rPr>
          <w:lang w:eastAsia="zh-CN"/>
        </w:rPr>
        <w:br/>
      </w:r>
      <w:r>
        <w:rPr>
          <w:lang w:eastAsia="zh-CN"/>
        </w:rPr>
        <w:t>　　六、强调安全，平安教学。</w:t>
      </w:r>
      <w:r>
        <w:rPr>
          <w:lang w:eastAsia="zh-CN"/>
        </w:rPr>
        <w:br/>
      </w:r>
      <w:r>
        <w:rPr>
          <w:lang w:eastAsia="zh-CN"/>
        </w:rPr>
        <w:t>　　体育课中安全是第一位，因为体育课一多半都是室外课，学生在室外活动范围大，学生也多少会有身体上的接触，安全则是重中之重。</w:t>
      </w:r>
      <w:r>
        <w:rPr>
          <w:lang w:eastAsia="zh-CN"/>
        </w:rPr>
        <w:br/>
      </w:r>
      <w:r>
        <w:rPr>
          <w:lang w:eastAsia="zh-CN"/>
        </w:rPr>
        <w:t>　　在今后的教育教学中，我将继续参加思想教育培训，努力学习钻研新课程改革，并努力在课堂中进行体现，在以后的工作中，勤奋学习，取长补短，争取自身的思想、业务能更进一步的发展。</w:t>
      </w:r>
      <w:r>
        <w:rPr>
          <w:lang w:eastAsia="zh-CN"/>
        </w:rPr>
        <w:br/>
      </w:r>
      <w:r>
        <w:rPr>
          <w:lang w:eastAsia="zh-CN"/>
        </w:rPr>
        <w:t xml:space="preserve">    有关体育教学总结范文集锦 篇5 </w:t>
      </w:r>
      <w:r>
        <w:rPr>
          <w:lang w:eastAsia="zh-CN"/>
        </w:rPr>
        <w:br/>
      </w:r>
      <w:r>
        <w:rPr>
          <w:lang w:eastAsia="zh-CN"/>
        </w:rPr>
        <w:t>　　本学期的体育工作已经结束了，个人觉得这学期完成的体育工作不错，但在教学过程中还存在一些问题。现在我将本学期的工作情况总结如下：</w:t>
      </w:r>
      <w:r>
        <w:rPr>
          <w:lang w:eastAsia="zh-CN"/>
        </w:rPr>
        <w:br/>
      </w:r>
      <w:r>
        <w:rPr>
          <w:lang w:eastAsia="zh-CN"/>
        </w:rPr>
        <w:t>　　一、教学工作。</w:t>
      </w:r>
      <w:r>
        <w:rPr>
          <w:lang w:eastAsia="zh-CN"/>
        </w:rPr>
        <w:br/>
      </w:r>
      <w:r>
        <w:rPr>
          <w:lang w:eastAsia="zh-CN"/>
        </w:rPr>
        <w:t>　　我的体育教学主要从三点来进行总结。</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首先，我个人特别重视人体生理机能变化规律在教学过程中的运用。运用这个规律可以减少伤害事故的发生，使学生科学的锻炼身体并健康的成长。在教学过程科学锻炼身体的方法。</w:t>
      </w:r>
      <w:r>
        <w:rPr>
          <w:lang w:eastAsia="zh-CN"/>
        </w:rPr>
        <w:br/>
      </w:r>
      <w:r>
        <w:rPr>
          <w:lang w:eastAsia="zh-CN"/>
        </w:rPr>
        <w:t>　　其次，我在教学过程中特别重视人的认知规律的培养。这样，可以使学生尽快的学好技术，形成技能，使体育教师真正实现精讲多练，为体育教学研究科学的教学方法和组织方法奠定基础。</w:t>
      </w:r>
      <w:r>
        <w:rPr>
          <w:lang w:eastAsia="zh-CN"/>
        </w:rPr>
        <w:br/>
      </w:r>
      <w:r>
        <w:rPr>
          <w:lang w:eastAsia="zh-CN"/>
        </w:rPr>
        <w:t>　　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r>
        <w:rPr>
          <w:lang w:eastAsia="zh-CN"/>
        </w:rPr>
        <w:br/>
      </w:r>
      <w:r>
        <w:rPr>
          <w:lang w:eastAsia="zh-CN"/>
        </w:rPr>
        <w:t>　　二、两操工作。</w:t>
      </w:r>
      <w:r>
        <w:rPr>
          <w:lang w:eastAsia="zh-CN"/>
        </w:rPr>
        <w:br/>
      </w:r>
      <w:r>
        <w:rPr>
          <w:lang w:eastAsia="zh-CN"/>
        </w:rPr>
        <w:t>　　在开学初我重点抓了广播操，因为学生是刚刚升为初一，有些小学部交这套新的广播体操，所以有大部分学生对这套新广播操有些陌生，如不及时抓紧学习，不抓紧矫正，一旦学生养成坏习惯，在纠正就困难了。</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学校领导和班主任的大力支持。所以，广播操质量，在很短的时间内有了很大的提高。在提高的基础上，我们体育组希望所有教师都能以身作则，跟学生一起认真的做操，给学生起到了示范作用。</w:t>
      </w:r>
      <w:r>
        <w:rPr>
          <w:lang w:eastAsia="zh-CN"/>
        </w:rPr>
        <w:br/>
      </w:r>
      <w:r>
        <w:rPr>
          <w:lang w:eastAsia="zh-CN"/>
        </w:rPr>
        <w:t>　　作为体育教师，我对体育课和业余训练工作的重要性有足够的认识，不自轻自贱，为培养德、智、体、美、劳全面发展的人才，为增强学生体质做出应有的贡献，这样才无愧于我们的事业和责任。有吃苦奉献精神。体育训练工作既是脑力劳动，又是体力劳动，工作时间长，体力消耗大，没有顽强的'吃苦精神和无私奉献精神是不行的。要不断充实自己，要善于积累经验，总结成败得失，勇于思考敢于创新。不断提高自身的素质。所以在新的一年里我要注重个人的业务学习和提高，紧紧抓住课程改革这一契机，通过培训学习、观摩探讨，撰写心得体会、反思，积累、学习教学经验，多向其他教师请教，多和学生进行交流，在实践中应用等方式，加深对课程的理解和领会，完善自己的教学工作，努力形成自己的教学风格，形成学习形的教学工作习惯，为学校的体育工作出我应有的贡献。</w:t>
      </w:r>
      <w:r>
        <w:rPr>
          <w:lang w:eastAsia="zh-CN"/>
        </w:rPr>
        <w:br/>
      </w:r>
      <w:r>
        <w:rPr>
          <w:lang w:eastAsia="zh-CN"/>
        </w:rPr>
        <w:t>　　时间匆匆，转眼间一个学期又过去了，这学期虽然短暂但很充实，收获颇多，在此期间得到很多东西也有很多地方值得好好反思一下，这学期我依然担任的是初中一年级八个班的体育课程，另外还开设了篮球第二课堂。接下来，我对上学期工作做以下几点总结。</w:t>
      </w:r>
      <w:r>
        <w:rPr>
          <w:lang w:eastAsia="zh-CN"/>
        </w:rPr>
        <w:br/>
      </w:r>
      <w:r>
        <w:rPr>
          <w:lang w:eastAsia="zh-CN"/>
        </w:rPr>
        <w:t>　　一、建设游戏课堂，营造快乐的学习氛围</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游戏导入和课堂游戏都是体育课堂中学生喜欢的环节，毕竟学生们还处在爱玩的年纪，游戏对他们来说有一种莫名的吸引力。作为一名体育教师应该抓住这一特点，好好利用，肯定会有不一样的课堂效果。在过去的一个学期当中，我的课堂中游戏环节并不是太多，因此学生在上课时有时积极性也不是太高。我会在接下来的课堂中多多加入游戏环节，从而调动学生的积极性提高课堂质量，让学生在玩中学，学中玩，建设快乐的体育课堂。</w:t>
      </w:r>
      <w:r>
        <w:rPr>
          <w:lang w:eastAsia="zh-CN"/>
        </w:rPr>
        <w:br/>
      </w:r>
      <w:r>
        <w:rPr>
          <w:lang w:eastAsia="zh-CN"/>
        </w:rPr>
        <w:t>　　二、丰富课堂教学内容，拓展学生们的体育知识涉猎范围</w:t>
      </w:r>
      <w:r>
        <w:rPr>
          <w:lang w:eastAsia="zh-CN"/>
        </w:rPr>
        <w:br/>
      </w:r>
      <w:r>
        <w:rPr>
          <w:lang w:eastAsia="zh-CN"/>
        </w:rPr>
        <w:t>　　过去的一年里，初中一年级的体育课堂主要围绕学校布置的任务来走，并没有接触到更多的体育运动项目。在过去的学期里主要学习了一套韵律操和跑跳技术，教学内容比较单一。在接下来的新学期当中我会加入一些球类的基本训练和一些素质练习，进一步提高学生们的身体素质。</w:t>
      </w:r>
      <w:r>
        <w:rPr>
          <w:lang w:eastAsia="zh-CN"/>
        </w:rPr>
        <w:br/>
      </w:r>
      <w:r>
        <w:rPr>
          <w:lang w:eastAsia="zh-CN"/>
        </w:rPr>
        <w:t>　　三、关于第二课堂的训练</w:t>
      </w:r>
      <w:r>
        <w:rPr>
          <w:lang w:eastAsia="zh-CN"/>
        </w:rPr>
        <w:br/>
      </w:r>
      <w:r>
        <w:rPr>
          <w:lang w:eastAsia="zh-CN"/>
        </w:rPr>
        <w:t>　　经过上一学期的第二课堂篮球训练，队员们都有了很大的提高，包括带球、运球、投篮等。但也存在一定的问题和缺陷，比如，人数少，学生的水平参差不齐，还有个别学生动作畸形。针对这些问题我会在下学期采取以下几点措施：</w:t>
      </w:r>
      <w:r>
        <w:rPr>
          <w:lang w:eastAsia="zh-CN"/>
        </w:rPr>
        <w:br/>
      </w:r>
      <w:r>
        <w:rPr>
          <w:lang w:eastAsia="zh-CN"/>
        </w:rPr>
        <w:t>　　1.增加第二课堂报名人数；</w:t>
      </w:r>
      <w:r>
        <w:rPr>
          <w:lang w:eastAsia="zh-CN"/>
        </w:rPr>
        <w:br/>
      </w:r>
      <w:r>
        <w:rPr>
          <w:lang w:eastAsia="zh-CN"/>
        </w:rPr>
        <w:t>　　2.对个别学生做针对训练安排；</w:t>
      </w:r>
      <w:r>
        <w:rPr>
          <w:lang w:eastAsia="zh-CN"/>
        </w:rPr>
        <w:br/>
      </w:r>
      <w:r>
        <w:rPr>
          <w:lang w:eastAsia="zh-CN"/>
        </w:rPr>
        <w:t>　　3.增加视频教学，让学生生动的了解教学内容和技术动作。</w:t>
      </w:r>
      <w:r>
        <w:rPr>
          <w:lang w:eastAsia="zh-CN"/>
        </w:rPr>
        <w:br/>
      </w:r>
      <w:r>
        <w:rPr>
          <w:lang w:eastAsia="zh-CN"/>
        </w:rPr>
        <w:t>　　四、工作反思</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上学期，在工作方面我自己做的并不是太好，尤其在备课方面存在着很多的不好的方面，备课方式单一、课堂设计并不新颖，属于老一套的教学模式。我会在接下来的时间里，好好设计课堂教学部分，把我的游戏课堂带给每一位学生。在课堂上课方面，有些话语说的不够恰当，就是说碎话，不够精炼，也暴漏我一个很大的缺点，知识面窄。我会多读书、认真读、真正意义的读书，并为我之用。增强自己的教学能力和知识能力最好的办法就是多读书。老师作为一名传授者，想要把学生的水桶填满，老师自身要有两桶或者更多桶水。另外通过上学期的书写达标活动，我的书写有了很大的提高，但是我并不会放弃联系，坚持每天练字。</w:t>
      </w:r>
      <w:r>
        <w:rPr>
          <w:lang w:eastAsia="zh-CN"/>
        </w:rPr>
        <w:br/>
      </w:r>
      <w:r>
        <w:rPr>
          <w:lang w:eastAsia="zh-CN"/>
        </w:rPr>
        <w:t>　　过去的一个学期已经画上一个完满的句号，接下来还有暂新的一个新学期，我会继续跟随学校领导的步伐，扎扎实实的做好每一份工作，上好每一堂课，不让学生们后悔，也不让自己后悔。</w:t>
      </w:r>
      <w:r>
        <w:rPr>
          <w:lang w:eastAsia="zh-CN"/>
        </w:rPr>
        <w:br/>
      </w:r>
      <w:r>
        <w:rPr>
          <w:lang w:eastAsia="zh-CN"/>
        </w:rPr>
        <w:t xml:space="preserve">    有关体育教学总结范文集锦 篇6 </w:t>
      </w:r>
      <w:r>
        <w:rPr>
          <w:lang w:eastAsia="zh-CN"/>
        </w:rPr>
        <w:br/>
      </w:r>
      <w:r>
        <w:rPr>
          <w:lang w:eastAsia="zh-CN"/>
        </w:rPr>
        <w:t>　　时间过的可真快呀!转瞬间一学期又过去了。回首这一学期，我按照教学计划、新课程标准，认真备课、上课、听课、评课，做好校队及社团训练。一个学期来，我在教学方面严格要求学生，尊重学生，发扬教学民主，使学生学有所得，不断提高，从而不断提高自己的教学水平。追忆往昔，展望未来，为了更好的总结经验教训使自己成为一名优秀的“人民教师”，我现将工作状况总结如下：</w:t>
      </w:r>
      <w:r>
        <w:rPr>
          <w:lang w:eastAsia="zh-CN"/>
        </w:rPr>
        <w:br/>
      </w:r>
      <w:r>
        <w:rPr>
          <w:lang w:eastAsia="zh-CN"/>
        </w:rPr>
        <w:t>　　一、师德方面：加强修养，塑造“师德”。</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我始终认为作为一名教师应把“师德”放在最重要的位置上，因为这是教师的立身之本。“学中为师，身正为范”，这个道理古今皆然。从踏上讲台的第一天，我就时刻严格要求自己，力争做一个有师德的人。为了给自己的学生一个好的表率，加强修养，课余时间我阅读了很多的书籍，不断提升自身水平。今后我将继续加强师德方面的修养，力争在这一方面有更大的提升。</w:t>
      </w:r>
      <w:r>
        <w:rPr>
          <w:lang w:eastAsia="zh-CN"/>
        </w:rPr>
        <w:br/>
      </w:r>
      <w:r>
        <w:rPr>
          <w:lang w:eastAsia="zh-CN"/>
        </w:rPr>
        <w:t>　　二、教学方面：虚心求教，强化自我。</w:t>
      </w:r>
      <w:r>
        <w:rPr>
          <w:lang w:eastAsia="zh-CN"/>
        </w:rPr>
        <w:br/>
      </w:r>
      <w:r>
        <w:rPr>
          <w:lang w:eastAsia="zh-CN"/>
        </w:rPr>
        <w:t>　　对于一名教师来说，加强自身业务水平，提升教学质量无疑是至关重要的。随着时间的流逝，孩子们知识、技能的增加，我越来越感到我知识的匮乏，经验的缺少。面对孩子们一双双求知的眼睛，每次上课我都感到自己责任的重大。为了尽快充实自己，使自己教学水平有一个质的飞跃，我从以下几个方应对自身进行了强化。</w:t>
      </w:r>
      <w:r>
        <w:rPr>
          <w:lang w:eastAsia="zh-CN"/>
        </w:rPr>
        <w:br/>
      </w:r>
      <w:r>
        <w:rPr>
          <w:lang w:eastAsia="zh-CN"/>
        </w:rPr>
        <w:t>　　首先是从教学理论和教学知识上。我自己订购了体育教学和啦啦操方面的书籍进行教学参考，对于书中各种教学理论和教学方法尽量做到博采众家之长为己所用。在让先进的理论指导自己的教学实践的同时，我也在一次次的教学实践中来验证和发展这种理论。</w:t>
      </w:r>
      <w:r>
        <w:rPr>
          <w:lang w:eastAsia="zh-CN"/>
        </w:rPr>
        <w:br/>
      </w:r>
      <w:r>
        <w:rPr>
          <w:lang w:eastAsia="zh-CN"/>
        </w:rPr>
        <w:t>　　其次是从教学经验上。由于自己教学经验不足，有时还会在教学过程中碰到这样或那样的问题而不知如何处理。因而我虚心向各位前辈学习，力争从他们那里尽快增加一些宝贵的教学经验。使我的课堂效率大大提升。</w:t>
      </w:r>
      <w:r>
        <w:rPr>
          <w:lang w:eastAsia="zh-CN"/>
        </w:rPr>
        <w:br/>
      </w:r>
      <w:r>
        <w:rPr>
          <w:lang w:eastAsia="zh-CN"/>
        </w:rPr>
        <w:t>　　三、学校各项活动状况：用心参与活动，严格要求自我。</w:t>
      </w:r>
      <w:r>
        <w:rPr>
          <w:lang w:eastAsia="zh-CN"/>
        </w:rPr>
        <w:br/>
      </w:r>
      <w:r>
        <w:rPr>
          <w:lang w:eastAsia="zh-CN"/>
        </w:rPr>
        <w:t>　　本学期学校和组里举办了各种大小型活动，我都做到全力协助实施各项活动。严格遵守了学校的各项规章制度。</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四、继续啦啦操校队建设与训练。</w:t>
      </w:r>
      <w:r>
        <w:rPr>
          <w:lang w:eastAsia="zh-CN"/>
        </w:rPr>
        <w:br/>
      </w:r>
      <w:r>
        <w:rPr>
          <w:lang w:eastAsia="zh-CN"/>
        </w:rPr>
        <w:t>　　从学期开始我们啦啦操校队的训练就一直在扎实进行中，每天早上七点到七点四十，周一周四下午的第二课堂，我们合理利用有效在校时间，提升自我。这些热爱着啦啦操的孩子们每天都能按时前来训练。本学期啦啦操校队及社团不仅老队员仍在坚持，且队伍仍在不断壮大中，还有很多孩子主动找我想要加入到我的啦啦操团队，我很高兴并且感动着这些孩子们的所作所为。</w:t>
      </w:r>
      <w:r>
        <w:rPr>
          <w:lang w:eastAsia="zh-CN"/>
        </w:rPr>
        <w:br/>
      </w:r>
      <w:r>
        <w:rPr>
          <w:lang w:eastAsia="zh-CN"/>
        </w:rPr>
        <w:t>　　以上就是本学期我的工作总结，回首本学期收获满满、紧张充实，展望下学期，坚信我们一定会越做越好，继续砥砺前行。</w:t>
      </w:r>
      <w:r>
        <w:rPr>
          <w:lang w:eastAsia="zh-CN"/>
        </w:rPr>
        <w:br/>
      </w:r>
      <w:r>
        <w:rPr>
          <w:lang w:eastAsia="zh-CN"/>
        </w:rPr>
        <w:t xml:space="preserve">    有关体育教学总结范文集锦 篇7 </w:t>
      </w:r>
      <w:r>
        <w:rPr>
          <w:lang w:eastAsia="zh-CN"/>
        </w:rPr>
        <w:br/>
      </w:r>
      <w:r>
        <w:rPr>
          <w:lang w:eastAsia="zh-CN"/>
        </w:rPr>
        <w:t>　　体育具有特殊的精神作用，它能把人们团结在一起，使人积极向上，勇于创新，并进而促进个性和独特气质的形式。在日常的体育教学中，我有意识的将体育教学与德育渗透，有机的结合在一起，下面我结合在教学中的具体案例，谈几点自己的做法：</w:t>
      </w:r>
      <w:r>
        <w:rPr>
          <w:lang w:eastAsia="zh-CN"/>
        </w:rPr>
        <w:br/>
      </w:r>
      <w:r>
        <w:rPr>
          <w:lang w:eastAsia="zh-CN"/>
        </w:rPr>
        <w:t>　　“没关系，这一次输了我们下次赢回来，加油！”这是五年级的一节体育课上传来的声音。</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这堂课我安排了学生练习30米加速跑的学习，在分组分项目练习之后，我安排学生进行接力赛跑的练习。在第一次比赛中，某同学在中途跑的时候不小心摔倒了，但还是坚持跑完了全程，回到自己的队伍中。在这一轮比赛结束我去看了下他，他的腿上蹭破了皮，流了血，疼的孩子哭了起来。也正因为该同学的摔倒，他们小组没有拿到第一，就在这时，一个同学说了上面的一段话。很多同学也都纷纷过来鼓励他。</w:t>
      </w:r>
      <w:r>
        <w:rPr>
          <w:lang w:eastAsia="zh-CN"/>
        </w:rPr>
        <w:br/>
      </w:r>
      <w:r>
        <w:rPr>
          <w:lang w:eastAsia="zh-CN"/>
        </w:rPr>
        <w:t>　　分析</w:t>
      </w:r>
      <w:r>
        <w:rPr>
          <w:lang w:eastAsia="zh-CN"/>
        </w:rPr>
        <w:br/>
      </w:r>
      <w:r>
        <w:rPr>
          <w:lang w:eastAsia="zh-CN"/>
        </w:rPr>
        <w:t>　　现在学生由于生活条件优越和家人的过分溺爱，不少学生娇生惯养，怕吃苦，缺乏集体意识，常以自我为中心，做为体育教师，我们可以通过耐力寻来来培养学生的顽强意志，用相互合作的体育游戏来培养学生的集体意识和团结合作的精神。</w:t>
      </w:r>
      <w:r>
        <w:rPr>
          <w:lang w:eastAsia="zh-CN"/>
        </w:rPr>
        <w:br/>
      </w:r>
      <w:r>
        <w:rPr>
          <w:lang w:eastAsia="zh-CN"/>
        </w:rPr>
        <w:t>　　我通常在上课的时候会给学生做各种游戏，很多学生都很喜欢接力赛等竞赛性游戏，通过此类游戏还能培养学生的竞争意识，教会学生正确的看待胜负，做到胜不骄、败不馁。面对失败要经得起考验，不能互相指责埋怨，要善于从失败中找原因和不足，团结协作，争取在下次比赛中取得更好的成绩。</w:t>
      </w:r>
      <w:r>
        <w:rPr>
          <w:lang w:eastAsia="zh-CN"/>
        </w:rPr>
        <w:br/>
      </w:r>
      <w:r>
        <w:rPr>
          <w:lang w:eastAsia="zh-CN"/>
        </w:rPr>
        <w:t>　　“没关系，这次输了，我们下次赢回来，加油！”就是这短短的一句话，让我很是感动，也让我想到了我们的德育教育，我们的教育要在课堂上渗透进德育的教育，我抓住这一事件在班级里进行了教育，先终止了大家的比赛，充分肯定了大家的做法，表扬了鼓励大家加油的同学，虽然受伤但仍然坚持比赛的这种顽强精神值得我们大家学习。在平时的我们的学生进行游戏或比赛时，都会因为某个学生的一点小错误而批评和职责对方，而这次，面对该同学的失误，他的组员及时给予他的鼓励是很值得每一名学生学习的，让学生认识到在别人遇到困难或挫折的时候要学会帮助他人，做到团结互助。</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做为教师，每学期都应组织几次有效而实用的体育活动，老师在整个活动过程中是指导者，更多的则要学生自己参与和领悟在活动中发扬团队精神的重要性，潜移默化的培养学生的团结互助精神。</w:t>
      </w:r>
      <w:r>
        <w:rPr>
          <w:lang w:eastAsia="zh-CN"/>
        </w:rPr>
        <w:br/>
      </w:r>
      <w:r>
        <w:rPr>
          <w:lang w:eastAsia="zh-CN"/>
        </w:rPr>
        <w:t>　　其二，抓好体育比赛中的训练工作，对学生进行耐性和毅力的训练。俗话说台上一分钟，台下十年功。使学生懂得取得好成绩，必须要经过长期的训练，引导他们坚持下去，让学生明白坚持就是胜利。</w:t>
      </w:r>
      <w:r>
        <w:rPr>
          <w:lang w:eastAsia="zh-CN"/>
        </w:rPr>
        <w:br/>
      </w:r>
      <w:r>
        <w:rPr>
          <w:lang w:eastAsia="zh-CN"/>
        </w:rPr>
        <w:t>　　其三，在体育比赛中，对学生进行集体主义教育，小学的体育比赛活动一般分高、中、低阻，以班为单位来进行比赛，每个班每个项目往往只能几个人参与，在这时，老师就要组织没有比赛项目的学生帮助参赛队员做啦啦队，给运动员加油，做一些后勤工作等，总之，想法设法让他们也投身于比赛中来，场内竞技很重要，场外集体注意精神也很重要，从中培养“班级为我，我为班级”“班荣我荣”的集体主义精神。</w:t>
      </w:r>
      <w:r>
        <w:rPr>
          <w:lang w:eastAsia="zh-CN"/>
        </w:rPr>
        <w:br/>
      </w:r>
      <w:r>
        <w:rPr>
          <w:lang w:eastAsia="zh-CN"/>
        </w:rPr>
        <w:t>　　体育学科中的体育教学、锻炼和比赛，能有效地培养学生机智、勇敢、顽强的品质和不怕困难、奋发向上、不甘落后的精神，还要求学生有自觉尊守规则、尊重对手、团结协作、维护集体荣誉的品质。体育活动对学生的德育发展可以从不同的方向产生综合的影响，使其逐步形成良好的思想品德和个性心理品质，并可以迁移到学习中去。</w:t>
      </w:r>
      <w:r>
        <w:rPr>
          <w:lang w:eastAsia="zh-CN"/>
        </w:rPr>
        <w:br/>
      </w:r>
      <w:r>
        <w:rPr>
          <w:lang w:eastAsia="zh-CN"/>
        </w:rPr>
        <w:t>　　在教学中，我们应多留意一些细节，将德育的思想灌输到每一个学生的心灵，使学生在轻松、愉快的氛围中学习，得到锻炼、并受到教育，从而提高学生的思想道德水平。</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xml:space="preserve">    有关体育教学总结范文集锦 篇8 </w:t>
      </w:r>
      <w:r>
        <w:rPr>
          <w:lang w:eastAsia="zh-CN"/>
        </w:rPr>
        <w:br/>
      </w:r>
      <w:r>
        <w:rPr>
          <w:lang w:eastAsia="zh-CN"/>
        </w:rPr>
        <w:t>　　德育是学校教育的重要组成部分。加强对学生的思想品德教育，是体育课的重要任务，是提高体育教学质量的重要环节。在体育教学中有意识地融入德育教育，不仅能锻炼学生的意志，更重要的是能培养学生的爱国主义和集体主义精神，培养学生服从组织、遵守纪律、诚实机智、积极进取的心理品质，因此，体育教师要根据学生在体育课中表现出来的思想、情感、个性行为和意志，掌握其特点、遵循其规律，把德育工作渗透到体育教学过程中的各个环节。</w:t>
      </w:r>
      <w:r>
        <w:rPr>
          <w:lang w:eastAsia="zh-CN"/>
        </w:rPr>
        <w:br/>
      </w:r>
      <w:r>
        <w:rPr>
          <w:lang w:eastAsia="zh-CN"/>
        </w:rPr>
        <w:t>　　了解体育课结构 进行全方位德育教育</w:t>
      </w:r>
      <w:r>
        <w:rPr>
          <w:lang w:eastAsia="zh-CN"/>
        </w:rPr>
        <w:br/>
      </w:r>
      <w:r>
        <w:rPr>
          <w:lang w:eastAsia="zh-CN"/>
        </w:rPr>
        <w:t>　　体育教学是一个包括身体、智力、思想、情感、态度等在内的全面教育，学生通过体育课的学习，锻炼健美的体格，发展理性行为，提高思想觉悟，充实智力活动，扩大经验范围，提高社会适应能力。因此，体育教师必须充分了解体育课的结构，根据每堂课的特点和内容贯穿德育教育的内容。</w:t>
      </w:r>
      <w:r>
        <w:rPr>
          <w:lang w:eastAsia="zh-CN"/>
        </w:rPr>
        <w:br/>
      </w:r>
      <w:r>
        <w:rPr>
          <w:lang w:eastAsia="zh-CN"/>
        </w:rPr>
        <w:t>　　1、结合课堂常规进行思想品德教育</w:t>
      </w:r>
      <w:r>
        <w:rPr>
          <w:lang w:eastAsia="zh-CN"/>
        </w:rPr>
        <w:br/>
      </w:r>
      <w:r>
        <w:rPr>
          <w:lang w:eastAsia="zh-CN"/>
        </w:rPr>
        <w:t>　　课堂常规是保证教学顺利进行，向学生进行思想品德教育的基本途径，教师要根据不同时期、不同班级的具体情况有重点地把课堂常规的内容和讲礼貌、讲道德、守纪律等结合起来，加强组织纪律性教育，使学生逐步形成遵守规章制度和热爱集体的思想品质。</w:t>
      </w:r>
      <w:r>
        <w:rPr>
          <w:lang w:eastAsia="zh-CN"/>
        </w:rPr>
        <w:br/>
      </w:r>
      <w:r>
        <w:rPr>
          <w:lang w:eastAsia="zh-CN"/>
        </w:rPr>
        <w:t>　　2、结合教学内容进行思想品德教育</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体育教学具有内容多、范围广、思想性强等特点，这是对学生进行思想品德教育的有利因素。由于各个运动项目内容不同，所达到的教育效果也不同，教师要善于挖掘其深刻的内涵，对学生进行思想品德教育。例如，田径运动往往使人感到枯燥乏味，但坚持练习却能培养顽强、坚忍不拔的意志品质；球类项目需要在同伴的配合下进行，可以培养学生的集体主义精神，又可以增进学生的勇敢顽强、互相帮助、团结友爱的思想品德。</w:t>
      </w:r>
      <w:r>
        <w:rPr>
          <w:lang w:eastAsia="zh-CN"/>
        </w:rPr>
        <w:br/>
      </w:r>
      <w:r>
        <w:rPr>
          <w:lang w:eastAsia="zh-CN"/>
        </w:rPr>
        <w:t>　　3、结合不同的组织教法进行思想品德教育</w:t>
      </w:r>
      <w:r>
        <w:rPr>
          <w:lang w:eastAsia="zh-CN"/>
        </w:rPr>
        <w:br/>
      </w:r>
      <w:r>
        <w:rPr>
          <w:lang w:eastAsia="zh-CN"/>
        </w:rPr>
        <w:t>　　课堂中，选择合理、科学的组织教法，是教师教学能力的体现，也是对学生进行思想教育的有效途径。教师要善于把学生的心理活动和身体活动结合起来，利用课堂的组织教法中的各个环节对学生进行思想品德教育。例如，队列队行练习，可以培养学生的组织纪律性；通过对场地器材的保护，增强学生热爱劳动，爱护公共财产 的思想；课堂小结表扬好人好事，激励学生奋发向上的拼搏精神。</w:t>
      </w:r>
      <w:r>
        <w:rPr>
          <w:lang w:eastAsia="zh-CN"/>
        </w:rPr>
        <w:br/>
      </w:r>
      <w:r>
        <w:rPr>
          <w:lang w:eastAsia="zh-CN"/>
        </w:rPr>
        <w:t>　　4、结合偶发事件的处理进行思想品德教育</w:t>
      </w:r>
      <w:r>
        <w:rPr>
          <w:lang w:eastAsia="zh-CN"/>
        </w:rPr>
        <w:br/>
      </w:r>
      <w:r>
        <w:rPr>
          <w:lang w:eastAsia="zh-CN"/>
        </w:rPr>
        <w:t>　　教学过程中，偶发事件时有发生，这是学生在进行体育活动时的思想和行动的真实流露与表现，教师要善于观察学生在课堂中的行动和表现，及时处理有代表性的事件，因势利导对学生进行表扬或批评，提高学生对是非的判别能力，达到进行思想品德教育的目的。</w:t>
      </w:r>
      <w:r>
        <w:rPr>
          <w:lang w:eastAsia="zh-CN"/>
        </w:rPr>
        <w:br/>
      </w:r>
      <w:r>
        <w:rPr>
          <w:lang w:eastAsia="zh-CN"/>
        </w:rPr>
        <w:t>　　5、结合教师以身作则 进行思想品德教育</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体育教学中，向学生进行思想品德教育，关键在于教师的言传身教。作为教师必须加强自身修养，提高自身素质。教师应举止大方，谈吐文明，教学中，讲解清楚、示范规范、言行一致，给学生树立一个良好的教师形象，使学生在潜移默化中受到熏陶，达到进行思想品德教育的目的。</w:t>
      </w:r>
      <w:r>
        <w:rPr>
          <w:lang w:eastAsia="zh-CN"/>
        </w:rPr>
        <w:br/>
      </w:r>
      <w:r>
        <w:rPr>
          <w:lang w:eastAsia="zh-CN"/>
        </w:rPr>
        <w:t>　　总之，在体育教学中贯彻德育教育不仅是学校体育改革的需要，也是体育教育观念更新的需要。在重视德育教育的同时，更要重视德育教育的效果。体育教学中的德育教育必须同体育教学的特点、内容和形式紧密结合起来，防止只写在计划与教案中，或进行空洞的说教。要把德育教育内容中的抽象概念具体化，使之成为看得见、摸得着、能测量、能评价，具有可操作性的实际内容，建立合理的、客观的、科学的德育教育评价体系，使学校体育在思想品德教育方面发挥更大作用。</w:t>
      </w:r>
      <w:r>
        <w:rPr>
          <w:lang w:eastAsia="zh-CN"/>
        </w:rPr>
        <w:br/>
      </w:r>
      <w:r>
        <w:rPr>
          <w:lang w:eastAsia="zh-CN"/>
        </w:rPr>
        <w:t xml:space="preserve">    有关体育教学总结范文集锦 篇9 </w:t>
      </w:r>
      <w:r>
        <w:rPr>
          <w:lang w:eastAsia="zh-CN"/>
        </w:rPr>
        <w:br/>
      </w:r>
      <w:r>
        <w:rPr>
          <w:lang w:eastAsia="zh-CN"/>
        </w:rPr>
        <w:t>　　转眼间，一学期的体育教学又圆满地结束了，在体育教研组的统一调配和指导下，五年级的体育教学工作开展得较成功，但不足之处也在所难免。</w:t>
      </w:r>
      <w:r>
        <w:rPr>
          <w:lang w:eastAsia="zh-CN"/>
        </w:rPr>
        <w:br/>
      </w:r>
      <w:r>
        <w:rPr>
          <w:lang w:eastAsia="zh-CN"/>
        </w:rPr>
        <w:t>　　为了今后更好的开展体育教学工作，特将本学期工作作以下总结：</w:t>
      </w:r>
      <w:r>
        <w:rPr>
          <w:lang w:eastAsia="zh-CN"/>
        </w:rPr>
        <w:br/>
      </w:r>
      <w:r>
        <w:rPr>
          <w:lang w:eastAsia="zh-CN"/>
        </w:rPr>
        <w:t>　　一、基本情况概述：</w:t>
      </w:r>
      <w:r>
        <w:rPr>
          <w:lang w:eastAsia="zh-CN"/>
        </w:rPr>
        <w:br/>
      </w:r>
      <w:r>
        <w:rPr>
          <w:lang w:eastAsia="zh-CN"/>
        </w:rPr>
        <w:t>　　五年级有学生150人，他们主要来源于附近的村组，因土生土长在农村，个个生龙活虎，性格活泼好动，自古以来对体育学科就产生了浓厚的兴趣，因此，各项体育活动很容易组织，各项体育活动开展的很成功，也很出色。</w:t>
      </w:r>
      <w:r>
        <w:rPr>
          <w:lang w:eastAsia="zh-CN"/>
        </w:rPr>
        <w:br/>
      </w:r>
      <w:r>
        <w:rPr>
          <w:lang w:eastAsia="zh-CN"/>
        </w:rPr>
        <w:t>　　二、取得的主要成绩与经验：</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1、备好了每节课，上好了每节课，严把教学质量关，积极总结好的教学方法。</w:t>
      </w:r>
      <w:r>
        <w:rPr>
          <w:lang w:eastAsia="zh-CN"/>
        </w:rPr>
        <w:br/>
      </w:r>
      <w:r>
        <w:rPr>
          <w:lang w:eastAsia="zh-CN"/>
        </w:rPr>
        <w:t>　　2、认真指导了学生开展各项体育活动，让他们劳逸结合，充分发挥他们的积极性，主动性，教育学生走强身之路。</w:t>
      </w:r>
      <w:r>
        <w:rPr>
          <w:lang w:eastAsia="zh-CN"/>
        </w:rPr>
        <w:br/>
      </w:r>
      <w:r>
        <w:rPr>
          <w:lang w:eastAsia="zh-CN"/>
        </w:rPr>
        <w:t>　　3、善于发现特长生，培养精华，开发潜力，大力提高了学生的体育运动水平。</w:t>
      </w:r>
      <w:r>
        <w:rPr>
          <w:lang w:eastAsia="zh-CN"/>
        </w:rPr>
        <w:br/>
      </w:r>
      <w:r>
        <w:rPr>
          <w:lang w:eastAsia="zh-CN"/>
        </w:rPr>
        <w:t>　　三、取得主要成绩的方法措施：</w:t>
      </w:r>
      <w:r>
        <w:rPr>
          <w:lang w:eastAsia="zh-CN"/>
        </w:rPr>
        <w:br/>
      </w:r>
      <w:r>
        <w:rPr>
          <w:lang w:eastAsia="zh-CN"/>
        </w:rPr>
        <w:t>　　1、课堂上注重了对学生的管理，课堂内外无一例安全责任事故发生。</w:t>
      </w:r>
      <w:r>
        <w:rPr>
          <w:lang w:eastAsia="zh-CN"/>
        </w:rPr>
        <w:br/>
      </w:r>
      <w:r>
        <w:rPr>
          <w:lang w:eastAsia="zh-CN"/>
        </w:rPr>
        <w:t>　　2、高标准、高质量的完成教学常规工作，严把备课、上课质量关。</w:t>
      </w:r>
      <w:r>
        <w:rPr>
          <w:lang w:eastAsia="zh-CN"/>
        </w:rPr>
        <w:br/>
      </w:r>
      <w:r>
        <w:rPr>
          <w:lang w:eastAsia="zh-CN"/>
        </w:rPr>
        <w:t>　　3、切实改进了教学方法，采用形式多样，松紧适度，适合学生的方法，以激发学生兴趣，提高教学效果。</w:t>
      </w:r>
      <w:r>
        <w:rPr>
          <w:lang w:eastAsia="zh-CN"/>
        </w:rPr>
        <w:br/>
      </w:r>
      <w:r>
        <w:rPr>
          <w:lang w:eastAsia="zh-CN"/>
        </w:rPr>
        <w:t>　　4、加强了课外实践活动的开展，加强运动能力的培养，创造运动的一切有利条件。</w:t>
      </w:r>
      <w:r>
        <w:rPr>
          <w:lang w:eastAsia="zh-CN"/>
        </w:rPr>
        <w:br/>
      </w:r>
      <w:r>
        <w:rPr>
          <w:lang w:eastAsia="zh-CN"/>
        </w:rPr>
        <w:t xml:space="preserve">    有关体育教学总结范文集锦 篇10 </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时间过得可真快,转眼间我来到学校已经有半年多了！在学校我接触了很多原来没有接触过的东西，现在这个时期正是学校蓬勃发展的时候。新的办学理念，新的管理模式，紧握了时代脉搏。新一轮的课程改革，为我们送来了更大的发展空间。本学期我能够做到热爱祖国、热爱党、热爱教育事业，认真贯彻教育大纲，精心备课，结合学校的实际情况，虚心教导，精心钻研，在教学的效益上，收到了一定的成效，顺利地完成了本学期的教育教学任务。</w:t>
      </w:r>
      <w:r>
        <w:rPr>
          <w:lang w:eastAsia="zh-CN"/>
        </w:rPr>
        <w:br/>
      </w:r>
      <w:r>
        <w:rPr>
          <w:lang w:eastAsia="zh-CN"/>
        </w:rPr>
        <w:t>　　体育工作是德育、智育教育的重要组成部分，体育课，课外活动的有效开展对促进良好的班风，提高文化素质有着重要的意义，现将一学期来自己的学科教学进行总结。</w:t>
      </w:r>
      <w:r>
        <w:rPr>
          <w:lang w:eastAsia="zh-CN"/>
        </w:rPr>
        <w:br/>
      </w:r>
      <w:r>
        <w:rPr>
          <w:lang w:eastAsia="zh-CN"/>
        </w:rPr>
        <w:t>　　本学期我担任初一和初二两个年级的体育教学工作。在工作中，充分做到备教材、备学生、备场地和器材，争取做到让每一个学生都在体育课的快乐中茁壮成长。在平时的教学中我很注重结合德育教育，严格课堂常规，使学生养成守纪、认真的好习惯。在课堂教学训练中，认真示范、讲解，搞好组织教学，认真纠正学生在学习中的错误动作。使学生在学习的同时找到锻炼身体的方法，养成锻炼身体的习惯，形成终生体育的意识。在课余时间与同组的其他老师一起认真组织学校的各种活动，在做好职责范围内的一切工作的同时努力完成学校安排的其他临时性的工作。</w:t>
      </w:r>
      <w:r>
        <w:rPr>
          <w:lang w:eastAsia="zh-CN"/>
        </w:rPr>
        <w:br/>
      </w:r>
      <w:r>
        <w:rPr>
          <w:lang w:eastAsia="zh-CN"/>
        </w:rPr>
        <w:t>　　一、严抓课堂纪律，形成良好的习惯。</w:t>
      </w:r>
      <w:r>
        <w:rPr>
          <w:lang w:eastAsia="zh-CN"/>
        </w:rPr>
        <w:br/>
      </w:r>
      <w:r>
        <w:rPr>
          <w:lang w:eastAsia="zh-CN"/>
        </w:rPr>
        <w:t>　　体育教学以室外教学活动为主，没有严的纪律就难实施教学活动。定出的课堂常规，通过学生的努力基本达到如下要求。</w:t>
      </w:r>
      <w:r>
        <w:rPr>
          <w:lang w:eastAsia="zh-CN"/>
        </w:rPr>
        <w:br/>
      </w:r>
      <w:r>
        <w:rPr>
          <w:lang w:eastAsia="zh-CN"/>
        </w:rPr>
        <w:t>　　1、穿运动服上课。</w:t>
      </w:r>
      <w:r>
        <w:rPr>
          <w:lang w:eastAsia="zh-CN"/>
        </w:rPr>
        <w:br/>
      </w:r>
      <w:r>
        <w:rPr>
          <w:lang w:eastAsia="zh-CN"/>
        </w:rPr>
        <w:t>　　2、上课铃响后，体育委员集队，检查人数。</w:t>
      </w:r>
      <w:r>
        <w:rPr>
          <w:lang w:eastAsia="zh-CN"/>
        </w:rPr>
        <w:br/>
      </w:r>
      <w:r>
        <w:rPr>
          <w:lang w:eastAsia="zh-CN"/>
        </w:rPr>
        <w:t>　　3、课间要按老师布置的练习内容进行活动。</w:t>
      </w:r>
      <w:r>
        <w:rPr>
          <w:lang w:eastAsia="zh-CN"/>
        </w:rPr>
        <w:br/>
      </w:r>
      <w:r>
        <w:rPr>
          <w:lang w:eastAsia="zh-CN"/>
        </w:rPr>
        <w:t>　　4、没有老师的批准不得擅自离开练习区。</w:t>
      </w:r>
      <w:r>
        <w:rPr>
          <w:lang w:eastAsia="zh-CN"/>
        </w:rPr>
        <w:br/>
      </w:r>
      <w:r>
        <w:rPr>
          <w:lang w:eastAsia="zh-CN"/>
        </w:rPr>
        <w:t>　　5、下课检查人数，清点器材。</w:t>
      </w:r>
      <w:r>
        <w:rPr>
          <w:lang w:eastAsia="zh-CN"/>
        </w:rPr>
        <w:br/>
      </w:r>
      <w:r>
        <w:rPr>
          <w:lang w:eastAsia="zh-CN"/>
        </w:rPr>
        <w:t>　　二、抓好广播体操的教学。</w:t>
      </w:r>
      <w:r>
        <w:rPr>
          <w:lang w:eastAsia="zh-CN"/>
        </w:rPr>
        <w:br/>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按照学校的要求,初一的新生要进行中学生广播体操的培训，使学生尽快掌握第二套中学生广播体操。在开学初我重点抓了初一的广播体操教学，对于初二的学生经过一个暑假，对广播操有些陌生，如不及时抓紧复习，一旦学生养成坏习惯，在纠正就困难了。因此，我主要是通过以下几点对广播体操进行教学的。</w:t>
      </w:r>
      <w:r>
        <w:rPr>
          <w:lang w:eastAsia="zh-CN"/>
        </w:rPr>
        <w:br/>
      </w:r>
      <w:r>
        <w:rPr>
          <w:lang w:eastAsia="zh-CN"/>
        </w:rPr>
        <w:t>　　1.加强对学生的思想教育，使学生真正认识到做操的重要性和必要性，培养学生重视做操、自觉做操、坚持做操、认真做操的良好习惯。</w:t>
      </w:r>
      <w:r>
        <w:rPr>
          <w:lang w:eastAsia="zh-CN"/>
        </w:rPr>
        <w:br/>
      </w:r>
      <w:r>
        <w:rPr>
          <w:lang w:eastAsia="zh-CN"/>
        </w:rPr>
        <w:t>　　2.正确运用示范。示范是体育教学的主要教学方法之一，通过示范能使学生建立正确的动作表象。</w:t>
      </w:r>
      <w:r>
        <w:rPr>
          <w:lang w:eastAsia="zh-CN"/>
        </w:rPr>
        <w:br/>
      </w:r>
      <w:r>
        <w:rPr>
          <w:lang w:eastAsia="zh-CN"/>
        </w:rPr>
        <w:t>　　3.讲解要少而精。我在广播体操教</w:t>
      </w:r>
      <w:r>
        <w:rPr>
          <w:lang w:eastAsia="zh-CN"/>
        </w:rPr>
        <w:br/>
      </w:r>
      <w:r>
        <w:rPr>
          <w:lang w:eastAsia="zh-CN"/>
        </w:rPr>
        <w:t xml:space="preserve">    有关体育教学总结范文集锦 篇11 </w:t>
      </w:r>
      <w:r>
        <w:rPr>
          <w:lang w:eastAsia="zh-CN"/>
        </w:rPr>
        <w:br/>
      </w:r>
      <w:r>
        <w:rPr>
          <w:lang w:eastAsia="zh-CN"/>
        </w:rPr>
        <w:t>　　一学期转瞬即逝，在这一学期里，我在课程标准的指引下，以学生为本，实现学生在课堂上的中心地位，自觉贯彻“健康第一”的重要思想，实现学生在课堂上的中心地位，认真制定教学计划，认真上好每一节课，并对活动内容进行研究、分析，把自己的所学渗透到平时的教学之中，为进一步完善自己的教学水平，现总结如下：</w:t>
      </w:r>
      <w:r>
        <w:rPr>
          <w:lang w:eastAsia="zh-CN"/>
        </w:rPr>
        <w:br/>
      </w:r>
      <w:r>
        <w:rPr>
          <w:lang w:eastAsia="zh-CN"/>
        </w:rPr>
        <w:t>　　一、思想方面</w:t>
      </w:r>
      <w:r>
        <w:rPr>
          <w:lang w:eastAsia="zh-CN"/>
        </w:rPr>
        <w:br/>
      </w:r>
    </w:p>
    <w:p w:rsidR="001B1F19" w14:textId="27C3F48A">
      <w:pPr>
        <w:rPr>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一学期来，我一直践行勇于创新，敢为人先的思想，在各方面严格要求自己，勇挑重担，敢于挑战毕业班教学，敢于担当毕业班班主任，敢于兼课，并担任卫生室的管理员；严格遵守学校的各项规章制度，尊敬领导、团结同事，对人真诚、热爱学生，处处以一名人民教师的要求来规范自己的言行，毫不松懈地努力提高自己的综合素质和能力。</w:t>
      </w:r>
      <w:r>
        <w:rPr>
          <w:lang w:eastAsia="zh-CN"/>
        </w:rPr>
        <w:br/>
      </w:r>
      <w:r>
        <w:rPr>
          <w:lang w:eastAsia="zh-CN"/>
        </w:rPr>
        <w:t>　　二、教学方面</w:t>
      </w:r>
      <w:r>
        <w:rPr>
          <w:lang w:eastAsia="zh-CN"/>
        </w:rPr>
        <w:br/>
      </w:r>
      <w:r>
        <w:rPr>
          <w:lang w:eastAsia="zh-CN"/>
        </w:rPr>
        <w:t>　　本学期体育教学都认真制定了切实可行的体育教学工作计划，并在教学工作中认真钻研新课改的教材，并根据不同年龄学生特点，认真备课，在备教材的同时，也注意备学生，教学中按照新的课改目标，改变以前课堂教学的几大基本环节的程序，注意讲解示范、重点是讲练结合，使学生能很快的学会课时内新学的教材内容，教研工作能各级参加，努力提高本人的业务水平。发展学生的身体健康和身心健康，从而让学生喜欢体育，使学生成为学习的主人，让学生在玩中学，学中乐的课堂气氛下得到锻炼。</w:t>
      </w:r>
      <w:r>
        <w:rPr>
          <w:lang w:eastAsia="zh-CN"/>
        </w:rPr>
        <w:br/>
      </w:r>
      <w:r>
        <w:rPr>
          <w:lang w:eastAsia="zh-CN"/>
        </w:rPr>
        <w:t>　　1、学生上课积极性高，能在老师的要求下积极锻炼，对学生本身增强体质，特别是对于初三年级的学生，让他们在一个良好的行为习惯和正确的课堂常规中学习。</w:t>
      </w:r>
      <w:r>
        <w:rPr>
          <w:lang w:eastAsia="zh-CN"/>
        </w:rPr>
        <w:br/>
      </w:r>
      <w:r>
        <w:rPr>
          <w:lang w:eastAsia="zh-CN"/>
        </w:rPr>
        <w:t>　　2、通过体育课的锻炼，使那些有身体和健康原因的孩子们感受到了学校、班级和老师的温暖，有利于学生在今后的学习过程中树立较强的自尊心，促进德、智，体等方面的全面发展。</w:t>
      </w:r>
      <w:r>
        <w:rPr>
          <w:lang w:eastAsia="zh-CN"/>
        </w:rPr>
        <w:br/>
      </w:r>
      <w:r>
        <w:rPr>
          <w:lang w:eastAsia="zh-CN"/>
        </w:rPr>
        <w:t>　　3、教学中注重突出了实用性和趣味性的原则，既保证了学生得到积极锻炼，又使学生在学习过程中感到愉快，养成了锻炼身体的习惯。尽量使每个学生都能有适合自己的活动内容和活动方式，更增强了学生的自信心，</w:t>
      </w:r>
      <w:r>
        <w:rPr>
          <w:lang w:eastAsia="zh-CN"/>
        </w:rPr>
        <w:br/>
      </w:r>
    </w:p>
    <w:p w:rsidR="001B1F19" w14:textId="27C3F48A">
      <w:pPr>
        <w:rPr>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4、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r>
        <w:rPr>
          <w:lang w:eastAsia="zh-CN"/>
        </w:rPr>
        <w:br/>
      </w:r>
      <w:r>
        <w:rPr>
          <w:lang w:eastAsia="zh-CN"/>
        </w:rPr>
        <w:t>　　5、当然，在教学过程中还存在着一些问题，如备课方面对学生了解不够全面，对于学生原有的知识技能，他们的兴趣、需要、方法、习惯等认识不足，在有些时候未能及时的采取相应的措施，希望在以后的教学中能够有所改进。</w:t>
      </w:r>
      <w:r>
        <w:rPr>
          <w:lang w:eastAsia="zh-CN"/>
        </w:rPr>
        <w:br/>
      </w:r>
      <w:r>
        <w:rPr>
          <w:lang w:eastAsia="zh-CN"/>
        </w:rPr>
        <w:t>　　三、两操工作。</w:t>
      </w:r>
      <w:r>
        <w:rPr>
          <w:lang w:eastAsia="zh-CN"/>
        </w:rPr>
        <w:br/>
      </w:r>
      <w:r>
        <w:rPr>
          <w:lang w:eastAsia="zh-CN"/>
        </w:rPr>
        <w:t>　　在本学期我用了一个月的时间对学生进行中学生广播操和新版眼保健操教学，加强对学生的思想教育，使学生真正认识到做操的重要性和必要性，培养学生重视做操、自觉做操、坚持做操、认真做操的良好习惯。正确运用示范。示范是体育教学的主要教学方法之一，通过示范能使学生建立正确的动作表象。因此，要求示范要清楚、准确、规范、优美。讲解少而精。我在广播操教学时的讲解，主要是结合我的示范动作，让学生加深对动作的理解。第四，口令清楚、洪亮、准确。第五，及时纠正错误。所以，广播操质量，在很短的时间内有了很大的提高。保证了学生以健康的身体进行学习、生活。</w:t>
      </w:r>
      <w:r>
        <w:rPr>
          <w:lang w:eastAsia="zh-CN"/>
        </w:rPr>
        <w:br/>
      </w:r>
      <w:r>
        <w:rPr>
          <w:lang w:eastAsia="zh-CN"/>
        </w:rPr>
        <w:t>　　改进与提高。</w:t>
      </w:r>
      <w:r>
        <w:rPr>
          <w:lang w:eastAsia="zh-CN"/>
        </w:rPr>
        <w:br/>
      </w:r>
    </w:p>
    <w:p w:rsidR="001B1F19" w14:textId="27C3F48A">
      <w:pPr>
        <w:rPr>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除此以外，我还积极准备并参与了校级、县级的各种体育活动，取得了不错的成绩；积极宣传体育教学与锻炼的重要性，不断增强广大师生的终身体育意识。</w:t>
      </w:r>
      <w:r>
        <w:rPr>
          <w:lang w:eastAsia="zh-CN"/>
        </w:rPr>
        <w:br/>
      </w:r>
      <w:r>
        <w:rPr>
          <w:lang w:eastAsia="zh-CN"/>
        </w:rPr>
        <w:t>　　通过总结，感觉本学期的任务已圆满完成，当然还有需要改进的地方，在今后的教学工作中还要发扬优点，改进不足，为学生和自己更好地发展而努力拼搏。</w:t>
      </w:r>
      <w:r>
        <w:rPr>
          <w:lang w:eastAsia="zh-CN"/>
        </w:rPr>
        <w:br/>
      </w:r>
      <w:r>
        <w:rPr>
          <w:lang w:eastAsia="zh-CN"/>
        </w:rPr>
        <w:t xml:space="preserve">    有关体育教学总结范文集锦 篇12 </w:t>
      </w:r>
      <w:r>
        <w:rPr>
          <w:lang w:eastAsia="zh-CN"/>
        </w:rPr>
        <w:br/>
      </w:r>
      <w:r>
        <w:rPr>
          <w:lang w:eastAsia="zh-CN"/>
        </w:rPr>
        <w:t>　　由于体育课大都是在室外进行，组织教学的目的就是要排除各种干扰，激发学生兴趣，从而完成教学任务。只有合理而周密地组织教学，才可能使学生从物质上、从心理上作好充分准备，从而保证体育教学过程的顺利进行。因此，组织教学是上好体育课的关键。</w:t>
      </w:r>
      <w:r>
        <w:rPr>
          <w:lang w:eastAsia="zh-CN"/>
        </w:rPr>
        <w:br/>
      </w:r>
      <w:r>
        <w:rPr>
          <w:lang w:eastAsia="zh-CN"/>
        </w:rPr>
        <w:t>　　在教学过程中，教师、学生、教材三者通过复杂的相互作用，使学生成为一个动态的统一过程。在这一过程中，教师采取一定的组织教学形式来完成一定的教学任务，从而实现老师的“教”和学生的'“学”的目的。然而，教无定法，任何教学方法和组织形式都是根据一定的教学内容和教学对象而变化的，怎样抓好高中体育课的组织教学、更好地为教学服务呢？</w:t>
      </w:r>
      <w:r>
        <w:rPr>
          <w:lang w:eastAsia="zh-CN"/>
        </w:rPr>
        <w:br/>
      </w:r>
      <w:r>
        <w:rPr>
          <w:lang w:eastAsia="zh-CN"/>
        </w:rPr>
        <w:t>　　（一）、根据体育课的特点组织教学</w:t>
      </w:r>
      <w:r>
        <w:rPr>
          <w:lang w:eastAsia="zh-CN"/>
        </w:rPr>
        <w:br/>
      </w:r>
      <w:r>
        <w:rPr>
          <w:lang w:eastAsia="zh-CN"/>
        </w:rPr>
        <w:t>　　在体育教学中，教师要根据体育课是通过身体的各种练习，使体力活动与思维活动紧密结合，掌握体育知识、技能和技巧以及室外上课的特点，行之有效地组织教学。</w:t>
      </w:r>
      <w:r>
        <w:rPr>
          <w:lang w:eastAsia="zh-CN"/>
        </w:rPr>
        <w:br/>
      </w:r>
    </w:p>
    <w:p w:rsidR="001B1F19" w14:textId="27C3F48A">
      <w:pPr>
        <w:rPr>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抓好体育课堂常规的组织教学。体育课堂常规是规范体育课必要条件，教师必须严格认真，坚持不懈地抓好体育课常规教育。尤其是要抓好集合整队、服装、精神状态、组织纪律、场地器材的布置与收拾等常规训练与教育。在教学中，教师要严格要求、反复训练使学生变成自觉行动，以保证体育课的顺利进行。</w:t>
      </w:r>
      <w:r>
        <w:rPr>
          <w:lang w:eastAsia="zh-CN"/>
        </w:rPr>
        <w:br/>
      </w:r>
      <w:r>
        <w:rPr>
          <w:lang w:eastAsia="zh-CN"/>
        </w:rPr>
        <w:t>　　抓好体育各阶段组织教学。体育教育过程是由开始、准备、基本、结束四个部分组成的。由于四部分教学内容和学生情绪各不相同。因此，教学中要灵活地组织教学，充分调动学生的学习积极性，切忌出现先紧后松，龙头蛇尾的不良现象。上课前，教师要组织学生布置好场地器材等，为上课作好准备；上课开始时的组织教学特别重要，因为体育课前，学生大部分在操场上进行各种活动，他所注意观察的对象目标较多，思维比较活跃，注意力比较分散。因此在组织课堂教学前，采用趣味游戏。如做反口令训练游戏，将全班学生的注意力集中到课堂上，使他们兴奋的情绪稳定下来：基本部分是体育中的重点部分，教师应力求做精讲多练，语言生动，并不断改变练习方法。如在联系中引入竞争性游戏、不同形式的分组练习等，提高学生兴趣。结束部分，学生情绪极易松懈，此时教师的组织教学更不能忽视，后采用一些调解情绪和恢复体力的放松性练习，保持学生兴趣，如舞蹈放松，同时做好利用结束部分对课堂进行小结。</w:t>
      </w:r>
      <w:r>
        <w:rPr>
          <w:lang w:eastAsia="zh-CN"/>
        </w:rPr>
        <w:br/>
      </w:r>
      <w:r>
        <w:rPr>
          <w:lang w:eastAsia="zh-CN"/>
        </w:rPr>
        <w:t>　　（二）、根据教材特点组织教学</w:t>
      </w:r>
      <w:r>
        <w:rPr>
          <w:lang w:eastAsia="zh-CN"/>
        </w:rPr>
        <w:br/>
      </w:r>
    </w:p>
    <w:p w:rsidR="001B1F19" w14:textId="27C3F48A">
      <w:pPr>
        <w:rPr>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同一教材的组织教学。在体育课中，同一教材在不同课时重点练习的难道要求是不一致的。如高一年的投掷的教材第一次课的要求是教会学生投掷方法。第二次则要求学生初步掌握投掷方法，通过多次重复练习，使学生进一步掌握投掷方法等，每一次重复练习的难度都有所提高。对此，教师在同一教材的重复练习，如果每次都采用同样的组织教学方法，学生自然会感到枯燥无味而分散注意力。</w:t>
      </w:r>
      <w:r>
        <w:rPr>
          <w:lang w:eastAsia="zh-CN"/>
        </w:rPr>
        <w:br/>
      </w:r>
      <w:r>
        <w:rPr>
          <w:lang w:eastAsia="zh-CN"/>
        </w:rPr>
        <w:t>　　不同教材的组织教学，高中体育课包括田径、球类、技巧、体操、武术等多种教材，不同的教材有其不同的特性。因此，教师在教学与教材特点有机结合，改变传统中单一的千篇一律的组织教学形式，使学生被动的接受变为主动的学习，从而充分发挥每个学生的主动性和创造性，努力提高教学效果。如田径教材的“跑”，教师可以充分利用跑的特点，运用竞赛、奔跑游戏等增加教材的趣味性。</w:t>
      </w:r>
      <w:r>
        <w:rPr>
          <w:lang w:eastAsia="zh-CN"/>
        </w:rPr>
        <w:br/>
      </w:r>
      <w:r>
        <w:rPr>
          <w:lang w:eastAsia="zh-CN"/>
        </w:rPr>
        <w:t>　　（三）、根据高中生的生理和心理特点组织教学</w:t>
      </w:r>
      <w:r>
        <w:rPr>
          <w:lang w:eastAsia="zh-CN"/>
        </w:rPr>
        <w:br/>
      </w:r>
    </w:p>
    <w:p w:rsidR="001B1F19" w14:textId="27C3F48A">
      <w:pPr>
        <w:rPr>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根据高中生的生理特点和心理特点主要表现为：有意注意时间短、兴奋过程和无意注意占优势、好强、好竞争、爱表现自己等。同时，一节课中，学生的注意力、意志和情绪等心理活动的变化也是不同的。教学中，教师要充分利用学生生理和心理特点进行组织教学。合理安排教学内容。由于学生注意力在课的前半部达到高峰，意志力在课的中后部达到高峰，情绪则在课的后半部达到高峰。根据这一特点，教师在组织教学中应把新教材安排在课的前半部分。有利于学生对新教材的学习、理解和掌握。在课的后半部分则应安排一些游戏性较强的内容，激发学生兴趣，同时要做主教材和辅助教材的搭配，尤其抓住主教材的内在联系进行组织教学，以提高教学效果，好强、好竞争、爱表现自己的特点，在课上多组织教学比赛，在结束部分可让动作做的好的学生进行表演，让他们充分在同学中展示自己的才华，从而实现教学目的。</w:t>
      </w:r>
      <w:r>
        <w:rPr>
          <w:lang w:eastAsia="zh-CN"/>
        </w:rPr>
        <w:br/>
      </w:r>
      <w:r>
        <w:rPr>
          <w:lang w:eastAsia="zh-CN"/>
        </w:rPr>
        <w:t>　　总之，作为一名体育教师我应在教学实施的过程中，着眼学生，抓住教学的契机，以启智激励学生主动思维的积极性，让学生在兴趣的基础上主动去寻觅、求索。</w:t>
      </w:r>
      <w:r>
        <w:rPr>
          <w:lang w:eastAsia="zh-CN"/>
        </w:rPr>
        <w:br/>
      </w:r>
      <w:r>
        <w:rPr>
          <w:lang w:eastAsia="zh-CN"/>
        </w:rPr>
        <w:t xml:space="preserve">    有关体育教学总结范文集锦 篇13 </w:t>
      </w:r>
      <w:r>
        <w:rPr>
          <w:lang w:eastAsia="zh-CN"/>
        </w:rPr>
        <w:br/>
      </w:r>
      <w:r>
        <w:rPr>
          <w:lang w:eastAsia="zh-CN"/>
        </w:rPr>
        <w:t>　　时光飞逝，转眼一学期又已过去，在这一学期里，我在课程标准的指导下，以学生为本，坚持健康第一的指导思想，以增强学生体质为宗旨，通过体育教育教学使学生生理、身心得到健康发展。就本学期开展了以下工作，现总结如下：</w:t>
      </w:r>
      <w:r>
        <w:rPr>
          <w:lang w:eastAsia="zh-CN"/>
        </w:rPr>
        <w:br/>
      </w:r>
      <w:r>
        <w:rPr>
          <w:lang w:eastAsia="zh-CN"/>
        </w:rPr>
        <w:t>　　一、思想工作方面</w:t>
      </w:r>
      <w:r>
        <w:rPr>
          <w:lang w:eastAsia="zh-CN"/>
        </w:rPr>
        <w:br/>
      </w:r>
      <w:r>
        <w:rPr>
          <w:lang w:eastAsia="zh-CN"/>
        </w:rPr>
        <w:t>　　俗话说：“活到老，学到老”，本人一直在各方面严格要求自己，努力地提高自己，以便使自己更快地适应社会发展的形势。本人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r>
        <w:rPr>
          <w:lang w:eastAsia="zh-CN"/>
        </w:rPr>
        <w:br/>
      </w:r>
      <w:r>
        <w:rPr>
          <w:lang w:eastAsia="zh-CN"/>
        </w:rPr>
        <w:t>　　二、教育教学方面</w:t>
      </w:r>
      <w:r>
        <w:rPr>
          <w:lang w:eastAsia="zh-CN"/>
        </w:rPr>
        <w:br/>
      </w:r>
    </w:p>
    <w:p w:rsidR="001B1F19" w14:textId="27C3F48A">
      <w:pPr>
        <w:rPr>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平时我认真学习新课标，以课改精神为指导，实现学生在课堂上的中心地位，自觉贯彻“健康第一”的重要思想，认真制定教学计划，认真上好每一节课，杜绝上课的随意性，并对活动内容进行研究、分析。把所学所看的渗透到平时的教学之中。使自己在教学中能更近一步。本学期制定了切实可行的体育教学工作计划，能积极参加学校组织的政治学习和业务学习，平时能坚持自学兼认真做好学习记录。教学工作中能认真钻研新课改的教材，并根据不同年龄学生特点，认真备课，在备教材的同时，也注意备学生，教学中按照新的课改目标，改变以前课堂教学的几大基本环节的程序，注意讲解示范、重点是讲练结合，使学生能很快的学会课时内新学的教材内容，教研工作能各级参加，努力提高本人的业务水平。发展学生的身体健康和身心健康，从而让学生喜欢体育，使学生成为学习主人，从中让学生体会玩中学，学中乐的课堂气氛。主要表现在以下几个方面：</w:t>
      </w:r>
      <w:r>
        <w:rPr>
          <w:lang w:eastAsia="zh-CN"/>
        </w:rPr>
        <w:br/>
      </w:r>
      <w:r>
        <w:rPr>
          <w:lang w:eastAsia="zh-CN"/>
        </w:rPr>
        <w:t>　　1、认真做好课前准备：课前我都能认真钻研教材，对教材的基本思想、基本概念都弄清楚，了解教材的结构，重点与难点，掌握知识的逻辑，课堂上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r>
        <w:rPr>
          <w:lang w:eastAsia="zh-CN"/>
        </w:rPr>
        <w:br/>
      </w:r>
    </w:p>
    <w:p w:rsidR="001B1F19" w14:textId="27C3F48A">
      <w:pPr>
        <w:rPr>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2、认真上好每一节课。在教学的过程中，我都能组织好课堂教学，关注全体学生，注意信息反馈，调动学生的有意注意，使其保持相对稳定性，同时，激发学生的情感，使他们产生愉悦的心境，创造良好的课堂气氛。在教学进度和教学内容的安排上，我能按照由易到难，由简到繁的原则，实行多次重复练习，使学习内容在学生头脑中留下较深刻的印象，有利于学生对技术动作的掌握和运动表象的形成。运动负荷由小到大，满足了不同类型学生的要求。</w:t>
      </w:r>
      <w:r>
        <w:rPr>
          <w:lang w:eastAsia="zh-CN"/>
        </w:rPr>
        <w:br/>
      </w:r>
    </w:p>
    <w:p w:rsidR="001B1F19" w14:textId="27C3F48A">
      <w:pPr>
        <w:rPr>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课堂语言我尽量做到简洁明了，克服了以前重复的毛病。考虑到学生身体素质的差异，我按能力分组，教学因人而异，让每位学生各需所求，各挥其能，各展其才。通过自己的精心设计，合理安排，使学生在轻松愉快的教学气氛中完成体育教学任务。在教学中我以创设情境教学,激发学生的兴趣，体育教学是一种艺术，其效果好坏与教师的语言表达有直接关系，为了调动学生的学习兴趣，使课上得生动活泼，我运用了生动活泼的儿童语言来带领学生投入体育教学中，使学生体验体育的快乐。例如课题为：体育游、欢聚20__奥运等。均以情境的形式来完成了教学任务。也体现了学生的自主学习，较好地吸引学生积极主动地投入到学习中去，并收到了良好的教学效果。除此以外，在教学中我注意以竞赛的教学方式培养学生的学习兴趣，因为学生对体育课有无兴趣，关键在于教师的诱导和培养，根据学生的年龄特征及好胜心强，将教学内容融入到生产劳动中，例如课题：“打活靶”、“丰收果场”等。使学生对劳动产生间接的兴趣。而学生对体育活动直接的兴趣来源于丰富多彩的游戏与竞赛活动，无论多大的学生都如此，教学时学生自主地进行游戏竞赛活动，情绪特别高涨，竞争特别激烈，对其生理机能有良好的提高作用，使活动结束后让学生还意犹未尽，这样激发了学生的学习兴趣，提高了学生的锻炼意志，使学生在体育活动中体验成功。在体育教学实践中，我遵照“乐动学”的指导思想，精心选编教材，适时采用与之相应的教法，收到了明显的课堂教学效果。我曾在一节教材为50米考核的课中做过成功尝试，使枯燥的考核，课充满情趣。从课的开始就安排反应练习以集中注意力，随之在准备活动中又安排三项行进间的游戏练习，不仅使学生情绪高昂，达到了准备活动的目的，还紧紧扣住短跑的特点进行了起跑所需的反应练习，做到一举多得，测验成绩良好。</w:t>
      </w:r>
      <w:r>
        <w:rPr>
          <w:lang w:eastAsia="zh-CN"/>
        </w:rPr>
        <w:br/>
      </w:r>
      <w:r>
        <w:rPr>
          <w:lang w:eastAsia="zh-CN"/>
        </w:rPr>
        <w:t>　　3、课后认真反思。每一节课教学后，我都对教材搭配、教学手段及方法、学生生理心理承受情况、实现体育与健康课程三维目标的情况等进行系统性地分析总结，发现问题，找出解决问题途径，在下一次课中努力改进教学形式，完善教学模式。</w:t>
      </w:r>
      <w:r>
        <w:rPr>
          <w:lang w:eastAsia="zh-CN"/>
        </w:rPr>
        <w:br/>
      </w:r>
      <w:r>
        <w:rPr>
          <w:lang w:eastAsia="zh-CN"/>
        </w:rPr>
        <w:t>　　一学期来，通过本人和各位体育老师的共同努力，在体育教育教学方面也取得一定的成绩，在今年我县举行的中小学生田径运动会中，我们组织训练的小组参赛，获得了小学组团体总分笫五名。在12月中旬组织全校学生参加县小学“第一套全国小学校园集体舞”比赛获二等奖。总之，在今后的工作中，我会不断努力，使自己各方面都更上一个台阶。</w:t>
      </w:r>
      <w:r>
        <w:rPr>
          <w:lang w:eastAsia="zh-CN"/>
        </w:rPr>
        <w:br/>
      </w:r>
      <w:r>
        <w:rPr>
          <w:lang w:eastAsia="zh-CN"/>
        </w:rPr>
        <w:t xml:space="preserve">    有关体育教学总结范文集锦 篇14 </w:t>
      </w:r>
      <w:r>
        <w:rPr>
          <w:lang w:eastAsia="zh-CN"/>
        </w:rPr>
        <w:br/>
      </w:r>
      <w:r>
        <w:rPr>
          <w:lang w:eastAsia="zh-CN"/>
        </w:rPr>
        <w:t>　　体育个人教学工作总结（体育中考）</w:t>
      </w:r>
      <w:r>
        <w:rPr>
          <w:lang w:eastAsia="zh-CN"/>
        </w:rPr>
        <w:br/>
      </w:r>
      <w:r>
        <w:rPr>
          <w:lang w:eastAsia="zh-CN"/>
        </w:rPr>
        <w:t>　　宁成瑶</w:t>
      </w:r>
      <w:r>
        <w:rPr>
          <w:lang w:eastAsia="zh-CN"/>
        </w:rPr>
        <w:br/>
      </w:r>
    </w:p>
    <w:p w:rsidR="001B1F19" w14:textId="27C3F48A">
      <w:pPr>
        <w:rPr>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九年级这一年稍纵即逝，这一年收获了很多，也学到了很多，这是我上班以来带的第一批毕业生，所以我很认真，也很系统的制定了一系列的身体素质训练计划来提高九年级学生们的中考体育成绩。</w:t>
      </w:r>
      <w:r>
        <w:rPr>
          <w:lang w:eastAsia="zh-CN"/>
        </w:rPr>
        <w:br/>
      </w:r>
      <w:r>
        <w:rPr>
          <w:lang w:eastAsia="zh-CN"/>
        </w:rPr>
        <w:t>　　我们建三江管局初中毕业体育测试成绩计入中考统测总分10分，引起了社会、学校、家长对学生身体健康状况和身体素质的重视。我校毕业班的体育中考，同样受到了各界、基层的关注。本届毕业班的体育中考已经结束，这是对我校体育工作又是一次检阅。回顾本届的体育中考“备战教学”，真是感慨万分，现就将我们的具体做法、经验与反思总结如下：</w:t>
      </w:r>
      <w:r>
        <w:rPr>
          <w:lang w:eastAsia="zh-CN"/>
        </w:rPr>
        <w:br/>
      </w:r>
      <w:r>
        <w:rPr>
          <w:lang w:eastAsia="zh-CN"/>
        </w:rPr>
        <w:t>　　一、启动时间较早,学校领导对体育工作的重视</w:t>
      </w:r>
      <w:r>
        <w:rPr>
          <w:lang w:eastAsia="zh-CN"/>
        </w:rPr>
        <w:br/>
      </w:r>
      <w:r>
        <w:rPr>
          <w:lang w:eastAsia="zh-CN"/>
        </w:rPr>
        <w:t>　　“优秀的团队意识，精良的专业素质，和谐师生关系，顽强的拼搏精神”这几句已经不单单是一句对体育组的表扬，而被确立为校园的一种精神。作为学校的窗口学科，体育组的工作重心已数次前移。20__年冬季长跑的启动，从两个年级跑上甬道，到今天1716名同学在操场长跑3000米。20__年的阳光体育大课间的启动，从大课间需要体育教师用广播维持秩序；到目前的初具规模，全凭音乐指令完成整个大课间。在“快乐体育，健康第一”的观念深入每一名学生中的同时，学生的身体素质，学生的体育成绩（尤其是肺活量）明显得到了提高。</w:t>
      </w:r>
      <w:r>
        <w:rPr>
          <w:lang w:eastAsia="zh-CN"/>
        </w:rPr>
        <w:br/>
      </w:r>
      <w:r>
        <w:rPr>
          <w:lang w:eastAsia="zh-CN"/>
        </w:rPr>
        <w:t>　　二、备战中考，齐心协力，采用的几点措施</w:t>
      </w:r>
      <w:r>
        <w:rPr>
          <w:lang w:eastAsia="zh-CN"/>
        </w:rPr>
        <w:br/>
      </w:r>
      <w:r>
        <w:rPr>
          <w:lang w:eastAsia="zh-CN"/>
        </w:rPr>
        <w:t>　　1、加强思想教育，端正学习态度。</w:t>
      </w:r>
      <w:r>
        <w:rPr>
          <w:lang w:eastAsia="zh-CN"/>
        </w:rPr>
        <w:br/>
      </w:r>
    </w:p>
    <w:p w:rsidR="001B1F19" w14:textId="27C3F48A">
      <w:pPr>
        <w:rPr>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由于一部分学生对中考体育的认识不够，造成平时训练不积极。因此我们要让学生有紧迫感和责任感。体育老师在体育课上，在课余锻炼中重点加强思想教育，使他们了解中考体育的重要性。体育考试是第一仗，打了胜仗必然会使增强自己的自信心，对后面</w:t>
      </w:r>
      <w:r>
        <w:rPr>
          <w:lang w:eastAsia="zh-CN"/>
        </w:rPr>
        <w:br/>
      </w:r>
      <w:r>
        <w:rPr>
          <w:lang w:eastAsia="zh-CN"/>
        </w:rPr>
        <w:t>　　的文化课考试有很大的促进意义。打了败仗则一定会损害心理、挫伤自尊，后面的考试也必然会受到负面影响。而从实际看，多一分是一分，完全没有不拿的道理。本次中考让我们引起反思的是，学生的体育锻炼意识，是逐步渗透，逐步培养的，不单单是九年级这一学年确立的。</w:t>
      </w:r>
      <w:r>
        <w:rPr>
          <w:lang w:eastAsia="zh-CN"/>
        </w:rPr>
        <w:br/>
      </w:r>
      <w:r>
        <w:rPr>
          <w:lang w:eastAsia="zh-CN"/>
        </w:rPr>
        <w:t>　　2、改进动作技术，提高成绩效果。</w:t>
      </w:r>
      <w:r>
        <w:rPr>
          <w:lang w:eastAsia="zh-CN"/>
        </w:rPr>
        <w:br/>
      </w:r>
      <w:r>
        <w:rPr>
          <w:lang w:eastAsia="zh-CN"/>
        </w:rPr>
        <w:t>　　提高体育考试成绩的最重要的是掌握正确的动作技术方法，而大多数学生的动作都不同程度的存在着错误或变型。肺活量提升的关键是运用正确的呼吸方法。立定跳远则强调的是起跳的初速度和起跳的角度等等。针对以上存在问题，在一年的指导学生训练当中，我利用好每一节课，参加备战训练的每一为体育教师充分利用好了每一次训练，改进了错误动作，提高了动作质量。立定跳远的成绩就是我和体育组每名教师努力的鉴证。</w:t>
      </w:r>
      <w:r>
        <w:rPr>
          <w:lang w:eastAsia="zh-CN"/>
        </w:rPr>
        <w:br/>
      </w:r>
      <w:r>
        <w:rPr>
          <w:lang w:eastAsia="zh-CN"/>
        </w:rPr>
        <w:t>　　3、强化考前训练，促进全面素质。</w:t>
      </w:r>
      <w:r>
        <w:rPr>
          <w:lang w:eastAsia="zh-CN"/>
        </w:rPr>
        <w:br/>
      </w:r>
    </w:p>
    <w:p w:rsidR="001B1F19" w14:textId="27C3F48A">
      <w:pPr>
        <w:rPr>
          <w:lang w:eastAsia="zh-CN"/>
        </w:rPr>
      </w:pPr>
      <w:r>
        <w:rPr>
          <w:lang w:eastAsia="zh-CN"/>
        </w:rPr>
        <w:t>　　在近一个半月的备考中，在校领导的支持下，充分利用好了每天的两次大课间。全体科任教师上阵配合，本着全面发展和循序渐进的锻炼原则，无论从增加运动负荷，到加大训练强度。在学生的立定跳远成绩得到提高的同时，令学生的心肺功能也得到了增强，肌肉组织功能得到了发展，意志品质得到了锻炼，肺活量的成绩有了一定的提高。但本次肺活量的成绩略有不足，其主要让我们引起重视的是，每班的偏胖同学。他们是影响肺活量的主要成员，这样在我们今后的体育教学中，控制学生的体重也是一项教学重点。</w:t>
      </w:r>
      <w:r>
        <w:rPr>
          <w:lang w:eastAsia="zh-CN"/>
        </w:rPr>
        <w:br/>
      </w:r>
      <w:r>
        <w:rPr>
          <w:lang w:eastAsia="zh-CN"/>
        </w:rPr>
        <w:t>　　三、回顾与总结：</w:t>
      </w:r>
      <w:r>
        <w:rPr>
          <w:lang w:eastAsia="zh-CN"/>
        </w:rPr>
        <w:br/>
      </w:r>
      <w:r>
        <w:rPr>
          <w:lang w:eastAsia="zh-CN"/>
        </w:rPr>
        <w:t>　　1、学校领导的大力支持与对体育中考的投入 。</w:t>
      </w:r>
      <w:r>
        <w:rPr>
          <w:lang w:eastAsia="zh-CN"/>
        </w:rPr>
        <w:br/>
      </w:r>
      <w:r>
        <w:rPr>
          <w:lang w:eastAsia="zh-CN"/>
        </w:rPr>
        <w:t>　　本学年学校在经费特别紧张的情况下，为了毕业班的学生身体素质快速提高，学校领导在教学所用到的场地、器材方面给予“全额投入”，做为参加中考的体育教师，我非常的感动，学生能提前适应考试仪器，对他们的中考成绩的提高是必不可少的。</w:t>
      </w:r>
      <w:r>
        <w:rPr>
          <w:lang w:eastAsia="zh-CN"/>
        </w:rPr>
        <w:br/>
      </w:r>
      <w:r>
        <w:rPr>
          <w:lang w:eastAsia="zh-CN"/>
        </w:rPr>
        <w:t>　　2、继续发挥体育组整体作战的精神</w:t>
      </w:r>
      <w:r>
        <w:rPr>
          <w:lang w:eastAsia="zh-CN"/>
        </w:rPr>
        <w:br/>
      </w:r>
      <w:r>
        <w:rPr>
          <w:lang w:eastAsia="zh-CN"/>
        </w:rPr>
        <w:t>　　组内教师的团结协作，目标一致，在学校统一思想，一盘棋的操做引领下，体育组全体同仁相互配合，相互支持是取得体育中考成绩的重要因素。</w:t>
      </w:r>
      <w:r>
        <w:rPr>
          <w:lang w:eastAsia="zh-CN"/>
        </w:rPr>
        <w:br/>
      </w:r>
      <w:r>
        <w:rPr>
          <w:lang w:eastAsia="zh-CN"/>
        </w:rPr>
        <w:t>　　3、注重体育教师与各班主任的配合</w:t>
      </w:r>
      <w:r>
        <w:rPr>
          <w:lang w:eastAsia="zh-CN"/>
        </w:rPr>
        <w:br/>
      </w:r>
      <w:r>
        <w:rPr>
          <w:lang w:eastAsia="zh-CN"/>
        </w:rPr>
        <w:t>　　全校所有教师中，班主任是最熟悉本班级学生的最高领导者，学生可以说是既敬又怕的人。所以，在备战训练过程中，班主任全员到位，用实践的行动证明了，他们也是体育成绩提高的一项重要因素。所以我们体育教师与各班主任的通力配合也是日后必不可少的。</w:t>
      </w:r>
      <w:r>
        <w:rPr>
          <w:lang w:eastAsia="zh-CN"/>
        </w:rPr>
        <w:br/>
      </w:r>
      <w:r>
        <w:rPr>
          <w:lang w:eastAsia="zh-CN"/>
        </w:rPr>
        <w:t>　　4、其他老师对体育工作的支持</w:t>
      </w:r>
      <w:r>
        <w:rPr>
          <w:lang w:eastAsia="zh-CN"/>
        </w:rPr>
        <w:br/>
      </w:r>
      <w:r>
        <w:rPr>
          <w:lang w:eastAsia="zh-CN"/>
        </w:rPr>
        <w:t>　　在备战训练、体育模拟测的安排和实际操做过程中，年级组长和其他学科教师起着至关重要的作用。因此，我们体育组的的工作必须得到年级组长和其他学科教师的支持和帮助。</w:t>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https://d.book118.com/957054140060006052</w:t>
        </w:r>
      </w:hyperlink>
    </w:p>
    <w:p w:rsidR="001B1F19">
      <w:pPr>
        <w:rPr>
          <w:lang w:eastAsia="zh-CN"/>
        </w:rPr>
      </w:pPr>
    </w:p>
    <w:sectPr>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5705414006000605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